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AD632" w14:textId="77777777" w:rsidR="006E7A08" w:rsidRPr="001D7D92" w:rsidRDefault="00267E76">
      <w:pPr>
        <w:spacing w:before="1200"/>
        <w:jc w:val="center"/>
        <w:rPr>
          <w:lang w:val="ru-RU"/>
        </w:rPr>
      </w:pPr>
      <w:r w:rsidRPr="001D7D92">
        <w:rPr>
          <w:b/>
          <w:sz w:val="32"/>
          <w:lang w:val="ru-RU"/>
        </w:rPr>
        <w:t>СХЕМА ТЕПЛОСНАБЖЕНИЯ</w:t>
      </w:r>
    </w:p>
    <w:p w14:paraId="4D381E18" w14:textId="77777777" w:rsidR="006E7A08" w:rsidRPr="001D7D92" w:rsidRDefault="00267E76">
      <w:pPr>
        <w:spacing w:before="120"/>
        <w:jc w:val="center"/>
        <w:rPr>
          <w:lang w:val="ru-RU"/>
        </w:rPr>
      </w:pPr>
      <w:r w:rsidRPr="001D7D92">
        <w:rPr>
          <w:b/>
          <w:sz w:val="30"/>
          <w:lang w:val="ru-RU"/>
        </w:rPr>
        <w:t>Таштагольского муниципального округа</w:t>
      </w:r>
    </w:p>
    <w:p w14:paraId="7CE76811" w14:textId="77777777" w:rsidR="006E7A08" w:rsidRPr="001D7D92" w:rsidRDefault="00267E76">
      <w:pPr>
        <w:spacing w:before="120"/>
        <w:jc w:val="center"/>
        <w:rPr>
          <w:lang w:val="ru-RU"/>
        </w:rPr>
      </w:pPr>
      <w:r w:rsidRPr="001D7D92">
        <w:rPr>
          <w:b/>
          <w:sz w:val="30"/>
          <w:lang w:val="ru-RU"/>
        </w:rPr>
        <w:t>Кемеровской области — Кузбасса</w:t>
      </w:r>
    </w:p>
    <w:p w14:paraId="54903CDA" w14:textId="77777777" w:rsidR="006E7A08" w:rsidRPr="001D7D92" w:rsidRDefault="00267E76">
      <w:pPr>
        <w:spacing w:before="480"/>
        <w:jc w:val="center"/>
        <w:rPr>
          <w:lang w:val="ru-RU"/>
        </w:rPr>
      </w:pPr>
      <w:r w:rsidRPr="001D7D92">
        <w:rPr>
          <w:b/>
          <w:sz w:val="28"/>
          <w:lang w:val="ru-RU"/>
        </w:rPr>
        <w:t>на период 2026–2036 годов</w:t>
      </w:r>
    </w:p>
    <w:p w14:paraId="3C7B4798" w14:textId="77777777" w:rsidR="006E7A08" w:rsidRDefault="00267E76">
      <w:pPr>
        <w:spacing w:before="960"/>
        <w:jc w:val="center"/>
        <w:rPr>
          <w:b/>
          <w:sz w:val="32"/>
          <w:lang w:val="ru-RU"/>
        </w:rPr>
      </w:pPr>
      <w:r w:rsidRPr="001D7D92">
        <w:rPr>
          <w:b/>
          <w:sz w:val="32"/>
          <w:lang w:val="ru-RU"/>
        </w:rPr>
        <w:t>УТВЕРЖДАЕМАЯ ЧАСТЬ</w:t>
      </w:r>
    </w:p>
    <w:p w14:paraId="6076683C" w14:textId="77777777" w:rsidR="002D5776" w:rsidRDefault="002D5776">
      <w:pPr>
        <w:spacing w:before="960"/>
        <w:jc w:val="center"/>
        <w:rPr>
          <w:b/>
          <w:sz w:val="32"/>
          <w:lang w:val="ru-RU"/>
        </w:rPr>
      </w:pPr>
    </w:p>
    <w:p w14:paraId="3989B3B8" w14:textId="77777777" w:rsidR="002D5776" w:rsidRDefault="002D5776">
      <w:pPr>
        <w:spacing w:before="960"/>
        <w:jc w:val="center"/>
        <w:rPr>
          <w:b/>
          <w:sz w:val="32"/>
          <w:lang w:val="ru-RU"/>
        </w:rPr>
      </w:pPr>
    </w:p>
    <w:p w14:paraId="72C05F39" w14:textId="77777777" w:rsidR="002D5776" w:rsidRDefault="002D5776">
      <w:pPr>
        <w:spacing w:before="960"/>
        <w:jc w:val="center"/>
        <w:rPr>
          <w:b/>
          <w:sz w:val="32"/>
          <w:lang w:val="ru-RU"/>
        </w:rPr>
      </w:pPr>
    </w:p>
    <w:p w14:paraId="5912158D" w14:textId="77777777" w:rsidR="002D5776" w:rsidRDefault="002D5776">
      <w:pPr>
        <w:spacing w:before="960"/>
        <w:jc w:val="center"/>
        <w:rPr>
          <w:b/>
          <w:sz w:val="32"/>
          <w:lang w:val="ru-RU"/>
        </w:rPr>
      </w:pPr>
    </w:p>
    <w:p w14:paraId="25D1A834" w14:textId="77777777" w:rsidR="002D5776" w:rsidRPr="001D7D92" w:rsidRDefault="002D5776">
      <w:pPr>
        <w:spacing w:before="960"/>
        <w:jc w:val="center"/>
        <w:rPr>
          <w:lang w:val="ru-RU"/>
        </w:rPr>
      </w:pPr>
    </w:p>
    <w:p w14:paraId="772E8E88" w14:textId="77777777" w:rsidR="006E7A08" w:rsidRPr="001D7D92" w:rsidRDefault="00267E76">
      <w:pPr>
        <w:spacing w:before="2400"/>
        <w:jc w:val="center"/>
        <w:rPr>
          <w:lang w:val="ru-RU"/>
        </w:rPr>
      </w:pPr>
      <w:r w:rsidRPr="001D7D92">
        <w:rPr>
          <w:lang w:val="ru-RU"/>
        </w:rPr>
        <w:t>2026</w:t>
      </w:r>
    </w:p>
    <w:p w14:paraId="501EE7B9" w14:textId="77777777" w:rsidR="006E7A08" w:rsidRDefault="00267E76">
      <w:pPr>
        <w:pStyle w:val="1"/>
      </w:pPr>
      <w:bookmarkStart w:id="0" w:name="_Toc238017199"/>
      <w:r>
        <w:lastRenderedPageBreak/>
        <w:t>Содержание</w:t>
      </w:r>
      <w:bookmarkEnd w:id="0"/>
    </w:p>
    <w:p w14:paraId="4CAC88D6" w14:textId="77777777" w:rsidR="00723A21" w:rsidRDefault="00300879">
      <w:pPr>
        <w:pStyle w:val="14"/>
        <w:tabs>
          <w:tab w:val="right" w:leader="dot" w:pos="10479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r>
        <w:fldChar w:fldCharType="begin"/>
      </w:r>
      <w:r w:rsidR="00267E76">
        <w:instrText>TOC \o "1-2" \h \z \u</w:instrText>
      </w:r>
      <w:r>
        <w:fldChar w:fldCharType="separate"/>
      </w:r>
      <w:hyperlink w:anchor="_Toc238017199" w:history="1">
        <w:r w:rsidR="00723A21" w:rsidRPr="00642BA8">
          <w:rPr>
            <w:rStyle w:val="aff8"/>
            <w:noProof/>
          </w:rPr>
          <w:t>Содержание</w:t>
        </w:r>
        <w:r w:rsidR="00723A2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23A21">
          <w:rPr>
            <w:noProof/>
            <w:webHidden/>
          </w:rPr>
          <w:instrText xml:space="preserve"> PAGEREF _Toc238017199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B6BC6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120A5169" w14:textId="77777777" w:rsidR="00723A21" w:rsidRDefault="00723A21">
      <w:pPr>
        <w:pStyle w:val="14"/>
        <w:tabs>
          <w:tab w:val="right" w:leader="dot" w:pos="10479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017200" w:history="1">
        <w:r w:rsidRPr="00642BA8">
          <w:rPr>
            <w:rStyle w:val="aff8"/>
            <w:noProof/>
            <w:lang w:val="ru-RU"/>
          </w:rPr>
          <w:t>ОБЩИЕ ПОЛОЖЕНИЯ</w:t>
        </w:r>
        <w:r>
          <w:rPr>
            <w:noProof/>
            <w:webHidden/>
          </w:rPr>
          <w:tab/>
        </w:r>
        <w:r w:rsidR="00300879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_Toc238017200 \h </w:instrText>
        </w:r>
        <w:r w:rsidR="00300879">
          <w:rPr>
            <w:noProof/>
            <w:webHidden/>
          </w:rPr>
        </w:r>
        <w:r w:rsidR="00300879">
          <w:rPr>
            <w:noProof/>
            <w:webHidden/>
          </w:rPr>
          <w:fldChar w:fldCharType="separate"/>
        </w:r>
        <w:r w:rsidR="003B6BC6">
          <w:rPr>
            <w:noProof/>
            <w:webHidden/>
          </w:rPr>
          <w:t>6</w:t>
        </w:r>
        <w:r w:rsidR="00300879">
          <w:rPr>
            <w:noProof/>
            <w:webHidden/>
          </w:rPr>
          <w:fldChar w:fldCharType="end"/>
        </w:r>
      </w:hyperlink>
    </w:p>
    <w:p w14:paraId="30E1F08D" w14:textId="77777777" w:rsidR="00723A21" w:rsidRDefault="00723A21">
      <w:pPr>
        <w:pStyle w:val="2c"/>
        <w:tabs>
          <w:tab w:val="right" w:leader="dot" w:pos="10479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017201" w:history="1">
        <w:r w:rsidRPr="00642BA8">
          <w:rPr>
            <w:rStyle w:val="aff8"/>
            <w:noProof/>
            <w:lang w:val="ru-RU"/>
          </w:rPr>
          <w:t>Нормативная база разработки схемы теплоснабжения</w:t>
        </w:r>
        <w:r>
          <w:rPr>
            <w:noProof/>
            <w:webHidden/>
          </w:rPr>
          <w:tab/>
        </w:r>
        <w:r w:rsidR="00300879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_Toc238017201 \h </w:instrText>
        </w:r>
        <w:r w:rsidR="00300879">
          <w:rPr>
            <w:noProof/>
            <w:webHidden/>
          </w:rPr>
        </w:r>
        <w:r w:rsidR="00300879">
          <w:rPr>
            <w:noProof/>
            <w:webHidden/>
          </w:rPr>
          <w:fldChar w:fldCharType="separate"/>
        </w:r>
        <w:r w:rsidR="003B6BC6">
          <w:rPr>
            <w:noProof/>
            <w:webHidden/>
          </w:rPr>
          <w:t>6</w:t>
        </w:r>
        <w:r w:rsidR="00300879">
          <w:rPr>
            <w:noProof/>
            <w:webHidden/>
          </w:rPr>
          <w:fldChar w:fldCharType="end"/>
        </w:r>
      </w:hyperlink>
    </w:p>
    <w:p w14:paraId="66D62F08" w14:textId="77777777" w:rsidR="00723A21" w:rsidRDefault="00723A21">
      <w:pPr>
        <w:pStyle w:val="14"/>
        <w:tabs>
          <w:tab w:val="right" w:leader="dot" w:pos="10479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017202" w:history="1">
        <w:r w:rsidRPr="00642BA8">
          <w:rPr>
            <w:rStyle w:val="aff8"/>
            <w:noProof/>
            <w:lang w:val="ru-RU"/>
          </w:rPr>
          <w:t>1. Показатели существующего и перспективного спроса на тепловую энергию (мощность) и теплоноситель в установленных границах территории муниципального округа</w:t>
        </w:r>
        <w:r>
          <w:rPr>
            <w:noProof/>
            <w:webHidden/>
          </w:rPr>
          <w:tab/>
        </w:r>
        <w:r w:rsidR="00300879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_Toc238017202 \h </w:instrText>
        </w:r>
        <w:r w:rsidR="00300879">
          <w:rPr>
            <w:noProof/>
            <w:webHidden/>
          </w:rPr>
        </w:r>
        <w:r w:rsidR="00300879">
          <w:rPr>
            <w:noProof/>
            <w:webHidden/>
          </w:rPr>
          <w:fldChar w:fldCharType="separate"/>
        </w:r>
        <w:r w:rsidR="003B6BC6">
          <w:rPr>
            <w:noProof/>
            <w:webHidden/>
          </w:rPr>
          <w:t>8</w:t>
        </w:r>
        <w:r w:rsidR="00300879">
          <w:rPr>
            <w:noProof/>
            <w:webHidden/>
          </w:rPr>
          <w:fldChar w:fldCharType="end"/>
        </w:r>
      </w:hyperlink>
    </w:p>
    <w:p w14:paraId="41D72FA1" w14:textId="77777777" w:rsidR="00723A21" w:rsidRDefault="00723A21">
      <w:pPr>
        <w:pStyle w:val="2c"/>
        <w:tabs>
          <w:tab w:val="right" w:leader="dot" w:pos="10479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017203" w:history="1">
        <w:r w:rsidRPr="00642BA8">
          <w:rPr>
            <w:rStyle w:val="aff8"/>
            <w:noProof/>
          </w:rPr>
          <w:t>1.1. Общие положения</w:t>
        </w:r>
        <w:r>
          <w:rPr>
            <w:noProof/>
            <w:webHidden/>
          </w:rPr>
          <w:tab/>
        </w:r>
        <w:r w:rsidR="00300879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_Toc238017203 \h </w:instrText>
        </w:r>
        <w:r w:rsidR="00300879">
          <w:rPr>
            <w:noProof/>
            <w:webHidden/>
          </w:rPr>
        </w:r>
        <w:r w:rsidR="00300879">
          <w:rPr>
            <w:noProof/>
            <w:webHidden/>
          </w:rPr>
          <w:fldChar w:fldCharType="separate"/>
        </w:r>
        <w:r w:rsidR="003B6BC6">
          <w:rPr>
            <w:noProof/>
            <w:webHidden/>
          </w:rPr>
          <w:t>8</w:t>
        </w:r>
        <w:r w:rsidR="00300879">
          <w:rPr>
            <w:noProof/>
            <w:webHidden/>
          </w:rPr>
          <w:fldChar w:fldCharType="end"/>
        </w:r>
      </w:hyperlink>
    </w:p>
    <w:p w14:paraId="774B18A3" w14:textId="77777777" w:rsidR="00723A21" w:rsidRDefault="00723A21">
      <w:pPr>
        <w:pStyle w:val="2c"/>
        <w:tabs>
          <w:tab w:val="right" w:leader="dot" w:pos="10479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017204" w:history="1">
        <w:r w:rsidRPr="00642BA8">
          <w:rPr>
            <w:rStyle w:val="aff8"/>
            <w:noProof/>
            <w:lang w:val="ru-RU"/>
          </w:rPr>
          <w:t>1.2. Населённые пункты, обеспеченные централизованным теплоснабжением</w:t>
        </w:r>
        <w:r>
          <w:rPr>
            <w:noProof/>
            <w:webHidden/>
          </w:rPr>
          <w:tab/>
        </w:r>
        <w:r w:rsidR="00300879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_Toc238017204 \h </w:instrText>
        </w:r>
        <w:r w:rsidR="00300879">
          <w:rPr>
            <w:noProof/>
            <w:webHidden/>
          </w:rPr>
        </w:r>
        <w:r w:rsidR="00300879">
          <w:rPr>
            <w:noProof/>
            <w:webHidden/>
          </w:rPr>
          <w:fldChar w:fldCharType="separate"/>
        </w:r>
        <w:r w:rsidR="003B6BC6">
          <w:rPr>
            <w:noProof/>
            <w:webHidden/>
          </w:rPr>
          <w:t>9</w:t>
        </w:r>
        <w:r w:rsidR="00300879">
          <w:rPr>
            <w:noProof/>
            <w:webHidden/>
          </w:rPr>
          <w:fldChar w:fldCharType="end"/>
        </w:r>
      </w:hyperlink>
    </w:p>
    <w:p w14:paraId="16FD2DA9" w14:textId="77777777" w:rsidR="00723A21" w:rsidRDefault="00723A21">
      <w:pPr>
        <w:pStyle w:val="2c"/>
        <w:tabs>
          <w:tab w:val="right" w:leader="dot" w:pos="10479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017205" w:history="1">
        <w:r w:rsidRPr="00642BA8">
          <w:rPr>
            <w:rStyle w:val="aff8"/>
            <w:noProof/>
            <w:lang w:val="ru-RU"/>
          </w:rPr>
          <w:t>1.3. Перспектива изменения численности населения</w:t>
        </w:r>
        <w:r>
          <w:rPr>
            <w:noProof/>
            <w:webHidden/>
          </w:rPr>
          <w:tab/>
        </w:r>
        <w:r w:rsidR="00300879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_Toc238017205 \h </w:instrText>
        </w:r>
        <w:r w:rsidR="00300879">
          <w:rPr>
            <w:noProof/>
            <w:webHidden/>
          </w:rPr>
        </w:r>
        <w:r w:rsidR="00300879">
          <w:rPr>
            <w:noProof/>
            <w:webHidden/>
          </w:rPr>
          <w:fldChar w:fldCharType="separate"/>
        </w:r>
        <w:r w:rsidR="003B6BC6">
          <w:rPr>
            <w:noProof/>
            <w:webHidden/>
          </w:rPr>
          <w:t>9</w:t>
        </w:r>
        <w:r w:rsidR="00300879">
          <w:rPr>
            <w:noProof/>
            <w:webHidden/>
          </w:rPr>
          <w:fldChar w:fldCharType="end"/>
        </w:r>
      </w:hyperlink>
    </w:p>
    <w:p w14:paraId="09CD7D65" w14:textId="77777777" w:rsidR="00723A21" w:rsidRDefault="00723A21">
      <w:pPr>
        <w:pStyle w:val="2c"/>
        <w:tabs>
          <w:tab w:val="right" w:leader="dot" w:pos="10479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017206" w:history="1">
        <w:r w:rsidRPr="00642BA8">
          <w:rPr>
            <w:rStyle w:val="aff8"/>
            <w:noProof/>
          </w:rPr>
          <w:t>1.4. Территории с централизованным теплоснабжением</w:t>
        </w:r>
        <w:r>
          <w:rPr>
            <w:noProof/>
            <w:webHidden/>
          </w:rPr>
          <w:tab/>
        </w:r>
        <w:r w:rsidR="00300879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_Toc238017206 \h </w:instrText>
        </w:r>
        <w:r w:rsidR="00300879">
          <w:rPr>
            <w:noProof/>
            <w:webHidden/>
          </w:rPr>
        </w:r>
        <w:r w:rsidR="00300879">
          <w:rPr>
            <w:noProof/>
            <w:webHidden/>
          </w:rPr>
          <w:fldChar w:fldCharType="separate"/>
        </w:r>
        <w:r w:rsidR="003B6BC6">
          <w:rPr>
            <w:noProof/>
            <w:webHidden/>
          </w:rPr>
          <w:t>9</w:t>
        </w:r>
        <w:r w:rsidR="00300879">
          <w:rPr>
            <w:noProof/>
            <w:webHidden/>
          </w:rPr>
          <w:fldChar w:fldCharType="end"/>
        </w:r>
      </w:hyperlink>
    </w:p>
    <w:p w14:paraId="2B504CBB" w14:textId="77777777" w:rsidR="00723A21" w:rsidRDefault="00723A21">
      <w:pPr>
        <w:pStyle w:val="2c"/>
        <w:tabs>
          <w:tab w:val="right" w:leader="dot" w:pos="10479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017207" w:history="1">
        <w:r w:rsidRPr="00642BA8">
          <w:rPr>
            <w:rStyle w:val="aff8"/>
            <w:noProof/>
            <w:lang w:val="ru-RU"/>
          </w:rPr>
          <w:t>1.5. Утверждаемая перспектива площадей жилого фонда</w:t>
        </w:r>
        <w:r>
          <w:rPr>
            <w:noProof/>
            <w:webHidden/>
          </w:rPr>
          <w:tab/>
        </w:r>
        <w:r w:rsidR="00300879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_Toc238017207 \h </w:instrText>
        </w:r>
        <w:r w:rsidR="00300879">
          <w:rPr>
            <w:noProof/>
            <w:webHidden/>
          </w:rPr>
        </w:r>
        <w:r w:rsidR="00300879">
          <w:rPr>
            <w:noProof/>
            <w:webHidden/>
          </w:rPr>
          <w:fldChar w:fldCharType="separate"/>
        </w:r>
        <w:r w:rsidR="003B6BC6">
          <w:rPr>
            <w:noProof/>
            <w:webHidden/>
          </w:rPr>
          <w:t>10</w:t>
        </w:r>
        <w:r w:rsidR="00300879">
          <w:rPr>
            <w:noProof/>
            <w:webHidden/>
          </w:rPr>
          <w:fldChar w:fldCharType="end"/>
        </w:r>
      </w:hyperlink>
    </w:p>
    <w:p w14:paraId="429C6EE3" w14:textId="77777777" w:rsidR="00723A21" w:rsidRDefault="00723A21">
      <w:pPr>
        <w:pStyle w:val="2c"/>
        <w:tabs>
          <w:tab w:val="right" w:leader="dot" w:pos="10479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017208" w:history="1">
        <w:r w:rsidRPr="00642BA8">
          <w:rPr>
            <w:rStyle w:val="aff8"/>
            <w:noProof/>
            <w:lang w:val="ru-RU"/>
          </w:rPr>
          <w:t>1.6. Тепловые нагрузки</w:t>
        </w:r>
        <w:r>
          <w:rPr>
            <w:noProof/>
            <w:webHidden/>
          </w:rPr>
          <w:tab/>
        </w:r>
        <w:r w:rsidR="00300879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_Toc238017208 \h </w:instrText>
        </w:r>
        <w:r w:rsidR="00300879">
          <w:rPr>
            <w:noProof/>
            <w:webHidden/>
          </w:rPr>
        </w:r>
        <w:r w:rsidR="00300879">
          <w:rPr>
            <w:noProof/>
            <w:webHidden/>
          </w:rPr>
          <w:fldChar w:fldCharType="separate"/>
        </w:r>
        <w:r w:rsidR="003B6BC6">
          <w:rPr>
            <w:noProof/>
            <w:webHidden/>
          </w:rPr>
          <w:t>11</w:t>
        </w:r>
        <w:r w:rsidR="00300879">
          <w:rPr>
            <w:noProof/>
            <w:webHidden/>
          </w:rPr>
          <w:fldChar w:fldCharType="end"/>
        </w:r>
      </w:hyperlink>
    </w:p>
    <w:p w14:paraId="0656C2D9" w14:textId="77777777" w:rsidR="00723A21" w:rsidRDefault="00723A21">
      <w:pPr>
        <w:pStyle w:val="2c"/>
        <w:tabs>
          <w:tab w:val="right" w:leader="dot" w:pos="10479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017209" w:history="1">
        <w:r w:rsidRPr="00642BA8">
          <w:rPr>
            <w:rStyle w:val="aff8"/>
            <w:noProof/>
          </w:rPr>
          <w:t>1.7. Потребление тепловой энергии объектами, расположенными в производственных зонах</w:t>
        </w:r>
        <w:r>
          <w:rPr>
            <w:noProof/>
            <w:webHidden/>
          </w:rPr>
          <w:tab/>
        </w:r>
        <w:r w:rsidR="00300879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_Toc238017209 \h </w:instrText>
        </w:r>
        <w:r w:rsidR="00300879">
          <w:rPr>
            <w:noProof/>
            <w:webHidden/>
          </w:rPr>
        </w:r>
        <w:r w:rsidR="00300879">
          <w:rPr>
            <w:noProof/>
            <w:webHidden/>
          </w:rPr>
          <w:fldChar w:fldCharType="separate"/>
        </w:r>
        <w:r w:rsidR="003B6BC6">
          <w:rPr>
            <w:noProof/>
            <w:webHidden/>
          </w:rPr>
          <w:t>14</w:t>
        </w:r>
        <w:r w:rsidR="00300879">
          <w:rPr>
            <w:noProof/>
            <w:webHidden/>
          </w:rPr>
          <w:fldChar w:fldCharType="end"/>
        </w:r>
      </w:hyperlink>
    </w:p>
    <w:p w14:paraId="497DC424" w14:textId="77777777" w:rsidR="00723A21" w:rsidRDefault="00723A21">
      <w:pPr>
        <w:pStyle w:val="2c"/>
        <w:tabs>
          <w:tab w:val="right" w:leader="dot" w:pos="10479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017210" w:history="1">
        <w:r w:rsidRPr="00642BA8">
          <w:rPr>
            <w:rStyle w:val="aff8"/>
            <w:noProof/>
          </w:rPr>
          <w:t>1.8. Средневзвешенная плотность тепловой нагрузки</w:t>
        </w:r>
        <w:r>
          <w:rPr>
            <w:noProof/>
            <w:webHidden/>
          </w:rPr>
          <w:tab/>
        </w:r>
        <w:r w:rsidR="00300879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_Toc238017210 \h </w:instrText>
        </w:r>
        <w:r w:rsidR="00300879">
          <w:rPr>
            <w:noProof/>
            <w:webHidden/>
          </w:rPr>
        </w:r>
        <w:r w:rsidR="00300879">
          <w:rPr>
            <w:noProof/>
            <w:webHidden/>
          </w:rPr>
          <w:fldChar w:fldCharType="separate"/>
        </w:r>
        <w:r w:rsidR="003B6BC6">
          <w:rPr>
            <w:noProof/>
            <w:webHidden/>
          </w:rPr>
          <w:t>15</w:t>
        </w:r>
        <w:r w:rsidR="00300879">
          <w:rPr>
            <w:noProof/>
            <w:webHidden/>
          </w:rPr>
          <w:fldChar w:fldCharType="end"/>
        </w:r>
      </w:hyperlink>
    </w:p>
    <w:p w14:paraId="78DA7397" w14:textId="77777777" w:rsidR="00723A21" w:rsidRDefault="00723A21">
      <w:pPr>
        <w:pStyle w:val="2c"/>
        <w:tabs>
          <w:tab w:val="right" w:leader="dot" w:pos="10479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017211" w:history="1">
        <w:r w:rsidRPr="00642BA8">
          <w:rPr>
            <w:rStyle w:val="aff8"/>
            <w:noProof/>
          </w:rPr>
          <w:t>1.9. Утверждаемые расчётные климатические параметры</w:t>
        </w:r>
        <w:r>
          <w:rPr>
            <w:noProof/>
            <w:webHidden/>
          </w:rPr>
          <w:tab/>
        </w:r>
        <w:r w:rsidR="00300879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_Toc238017211 \h </w:instrText>
        </w:r>
        <w:r w:rsidR="00300879">
          <w:rPr>
            <w:noProof/>
            <w:webHidden/>
          </w:rPr>
        </w:r>
        <w:r w:rsidR="00300879">
          <w:rPr>
            <w:noProof/>
            <w:webHidden/>
          </w:rPr>
          <w:fldChar w:fldCharType="separate"/>
        </w:r>
        <w:r w:rsidR="003B6BC6">
          <w:rPr>
            <w:noProof/>
            <w:webHidden/>
          </w:rPr>
          <w:t>16</w:t>
        </w:r>
        <w:r w:rsidR="00300879">
          <w:rPr>
            <w:noProof/>
            <w:webHidden/>
          </w:rPr>
          <w:fldChar w:fldCharType="end"/>
        </w:r>
      </w:hyperlink>
    </w:p>
    <w:p w14:paraId="6F9151E0" w14:textId="77777777" w:rsidR="00723A21" w:rsidRDefault="00723A21">
      <w:pPr>
        <w:pStyle w:val="2c"/>
        <w:tabs>
          <w:tab w:val="right" w:leader="dot" w:pos="10479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017212" w:history="1">
        <w:r w:rsidRPr="00642BA8">
          <w:rPr>
            <w:rStyle w:val="aff8"/>
            <w:noProof/>
          </w:rPr>
          <w:t>1.10. Фактическая реализация тепловой энергии и состояние коммерческого учёта</w:t>
        </w:r>
        <w:r>
          <w:rPr>
            <w:noProof/>
            <w:webHidden/>
          </w:rPr>
          <w:tab/>
        </w:r>
        <w:r w:rsidR="00300879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_Toc238017212 \h </w:instrText>
        </w:r>
        <w:r w:rsidR="00300879">
          <w:rPr>
            <w:noProof/>
            <w:webHidden/>
          </w:rPr>
        </w:r>
        <w:r w:rsidR="00300879">
          <w:rPr>
            <w:noProof/>
            <w:webHidden/>
          </w:rPr>
          <w:fldChar w:fldCharType="separate"/>
        </w:r>
        <w:r w:rsidR="003B6BC6">
          <w:rPr>
            <w:noProof/>
            <w:webHidden/>
          </w:rPr>
          <w:t>17</w:t>
        </w:r>
        <w:r w:rsidR="00300879">
          <w:rPr>
            <w:noProof/>
            <w:webHidden/>
          </w:rPr>
          <w:fldChar w:fldCharType="end"/>
        </w:r>
      </w:hyperlink>
    </w:p>
    <w:p w14:paraId="34FEFF7A" w14:textId="77777777" w:rsidR="00723A21" w:rsidRDefault="00723A21">
      <w:pPr>
        <w:pStyle w:val="14"/>
        <w:tabs>
          <w:tab w:val="right" w:leader="dot" w:pos="10479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017213" w:history="1">
        <w:r w:rsidRPr="00642BA8">
          <w:rPr>
            <w:rStyle w:val="aff8"/>
            <w:noProof/>
          </w:rPr>
          <w:t>2. Существующие и перспективные балансы тепловой мощности источников тепловой энергии и тепловой нагрузки потребителей</w:t>
        </w:r>
        <w:r>
          <w:rPr>
            <w:noProof/>
            <w:webHidden/>
          </w:rPr>
          <w:tab/>
        </w:r>
        <w:r w:rsidR="00300879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_Toc238017213 \h </w:instrText>
        </w:r>
        <w:r w:rsidR="00300879">
          <w:rPr>
            <w:noProof/>
            <w:webHidden/>
          </w:rPr>
        </w:r>
        <w:r w:rsidR="00300879">
          <w:rPr>
            <w:noProof/>
            <w:webHidden/>
          </w:rPr>
          <w:fldChar w:fldCharType="separate"/>
        </w:r>
        <w:r w:rsidR="003B6BC6">
          <w:rPr>
            <w:noProof/>
            <w:webHidden/>
          </w:rPr>
          <w:t>18</w:t>
        </w:r>
        <w:r w:rsidR="00300879">
          <w:rPr>
            <w:noProof/>
            <w:webHidden/>
          </w:rPr>
          <w:fldChar w:fldCharType="end"/>
        </w:r>
      </w:hyperlink>
    </w:p>
    <w:p w14:paraId="359BC3F6" w14:textId="77777777" w:rsidR="00723A21" w:rsidRDefault="00723A21">
      <w:pPr>
        <w:pStyle w:val="2c"/>
        <w:tabs>
          <w:tab w:val="right" w:leader="dot" w:pos="10479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017214" w:history="1">
        <w:r w:rsidRPr="00642BA8">
          <w:rPr>
            <w:rStyle w:val="aff8"/>
            <w:noProof/>
          </w:rPr>
          <w:t>2.1. Территория и охват теплоснабжением</w:t>
        </w:r>
        <w:r>
          <w:rPr>
            <w:noProof/>
            <w:webHidden/>
          </w:rPr>
          <w:tab/>
        </w:r>
        <w:r w:rsidR="00300879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_Toc238017214 \h </w:instrText>
        </w:r>
        <w:r w:rsidR="00300879">
          <w:rPr>
            <w:noProof/>
            <w:webHidden/>
          </w:rPr>
        </w:r>
        <w:r w:rsidR="00300879">
          <w:rPr>
            <w:noProof/>
            <w:webHidden/>
          </w:rPr>
          <w:fldChar w:fldCharType="separate"/>
        </w:r>
        <w:r w:rsidR="003B6BC6">
          <w:rPr>
            <w:noProof/>
            <w:webHidden/>
          </w:rPr>
          <w:t>18</w:t>
        </w:r>
        <w:r w:rsidR="00300879">
          <w:rPr>
            <w:noProof/>
            <w:webHidden/>
          </w:rPr>
          <w:fldChar w:fldCharType="end"/>
        </w:r>
      </w:hyperlink>
    </w:p>
    <w:p w14:paraId="33B989A3" w14:textId="77777777" w:rsidR="00723A21" w:rsidRDefault="00723A21">
      <w:pPr>
        <w:pStyle w:val="2c"/>
        <w:tabs>
          <w:tab w:val="right" w:leader="dot" w:pos="10479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017215" w:history="1">
        <w:r w:rsidRPr="00642BA8">
          <w:rPr>
            <w:rStyle w:val="aff8"/>
            <w:noProof/>
          </w:rPr>
          <w:t>2.2. Источники тепловой энергии и тепловые нагрузки</w:t>
        </w:r>
        <w:r>
          <w:rPr>
            <w:noProof/>
            <w:webHidden/>
          </w:rPr>
          <w:tab/>
        </w:r>
        <w:r w:rsidR="00300879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_Toc238017215 \h </w:instrText>
        </w:r>
        <w:r w:rsidR="00300879">
          <w:rPr>
            <w:noProof/>
            <w:webHidden/>
          </w:rPr>
        </w:r>
        <w:r w:rsidR="00300879">
          <w:rPr>
            <w:noProof/>
            <w:webHidden/>
          </w:rPr>
          <w:fldChar w:fldCharType="separate"/>
        </w:r>
        <w:r w:rsidR="003B6BC6">
          <w:rPr>
            <w:noProof/>
            <w:webHidden/>
          </w:rPr>
          <w:t>18</w:t>
        </w:r>
        <w:r w:rsidR="00300879">
          <w:rPr>
            <w:noProof/>
            <w:webHidden/>
          </w:rPr>
          <w:fldChar w:fldCharType="end"/>
        </w:r>
      </w:hyperlink>
    </w:p>
    <w:p w14:paraId="6FE200D0" w14:textId="77777777" w:rsidR="00723A21" w:rsidRDefault="00723A21">
      <w:pPr>
        <w:pStyle w:val="2c"/>
        <w:tabs>
          <w:tab w:val="right" w:leader="dot" w:pos="10479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017216" w:history="1">
        <w:r w:rsidRPr="00642BA8">
          <w:rPr>
            <w:rStyle w:val="aff8"/>
            <w:noProof/>
          </w:rPr>
          <w:t>2.3. Тепловая мощность</w:t>
        </w:r>
        <w:r>
          <w:rPr>
            <w:noProof/>
            <w:webHidden/>
          </w:rPr>
          <w:tab/>
        </w:r>
        <w:r w:rsidR="00300879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_Toc238017216 \h </w:instrText>
        </w:r>
        <w:r w:rsidR="00300879">
          <w:rPr>
            <w:noProof/>
            <w:webHidden/>
          </w:rPr>
        </w:r>
        <w:r w:rsidR="00300879">
          <w:rPr>
            <w:noProof/>
            <w:webHidden/>
          </w:rPr>
          <w:fldChar w:fldCharType="separate"/>
        </w:r>
        <w:r w:rsidR="003B6BC6">
          <w:rPr>
            <w:noProof/>
            <w:webHidden/>
          </w:rPr>
          <w:t>19</w:t>
        </w:r>
        <w:r w:rsidR="00300879">
          <w:rPr>
            <w:noProof/>
            <w:webHidden/>
          </w:rPr>
          <w:fldChar w:fldCharType="end"/>
        </w:r>
      </w:hyperlink>
    </w:p>
    <w:p w14:paraId="4C461A28" w14:textId="77777777" w:rsidR="00723A21" w:rsidRDefault="00723A21">
      <w:pPr>
        <w:pStyle w:val="2c"/>
        <w:tabs>
          <w:tab w:val="right" w:leader="dot" w:pos="10479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017217" w:history="1">
        <w:r w:rsidRPr="00642BA8">
          <w:rPr>
            <w:rStyle w:val="aff8"/>
            <w:noProof/>
          </w:rPr>
          <w:t>2.4. Теплоноситель</w:t>
        </w:r>
        <w:r>
          <w:rPr>
            <w:noProof/>
            <w:webHidden/>
          </w:rPr>
          <w:tab/>
        </w:r>
        <w:r w:rsidR="00300879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_Toc238017217 \h </w:instrText>
        </w:r>
        <w:r w:rsidR="00300879">
          <w:rPr>
            <w:noProof/>
            <w:webHidden/>
          </w:rPr>
        </w:r>
        <w:r w:rsidR="00300879">
          <w:rPr>
            <w:noProof/>
            <w:webHidden/>
          </w:rPr>
          <w:fldChar w:fldCharType="separate"/>
        </w:r>
        <w:r w:rsidR="003B6BC6">
          <w:rPr>
            <w:noProof/>
            <w:webHidden/>
          </w:rPr>
          <w:t>19</w:t>
        </w:r>
        <w:r w:rsidR="00300879">
          <w:rPr>
            <w:noProof/>
            <w:webHidden/>
          </w:rPr>
          <w:fldChar w:fldCharType="end"/>
        </w:r>
      </w:hyperlink>
    </w:p>
    <w:p w14:paraId="38664E44" w14:textId="77777777" w:rsidR="00723A21" w:rsidRDefault="00723A21">
      <w:pPr>
        <w:pStyle w:val="2c"/>
        <w:tabs>
          <w:tab w:val="right" w:leader="dot" w:pos="10479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017218" w:history="1">
        <w:r w:rsidRPr="00642BA8">
          <w:rPr>
            <w:rStyle w:val="aff8"/>
            <w:noProof/>
          </w:rPr>
          <w:t>2.5. Тепловые сети</w:t>
        </w:r>
        <w:r>
          <w:rPr>
            <w:noProof/>
            <w:webHidden/>
          </w:rPr>
          <w:tab/>
        </w:r>
        <w:r w:rsidR="00300879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_Toc238017218 \h </w:instrText>
        </w:r>
        <w:r w:rsidR="00300879">
          <w:rPr>
            <w:noProof/>
            <w:webHidden/>
          </w:rPr>
        </w:r>
        <w:r w:rsidR="00300879">
          <w:rPr>
            <w:noProof/>
            <w:webHidden/>
          </w:rPr>
          <w:fldChar w:fldCharType="separate"/>
        </w:r>
        <w:r w:rsidR="003B6BC6">
          <w:rPr>
            <w:noProof/>
            <w:webHidden/>
          </w:rPr>
          <w:t>20</w:t>
        </w:r>
        <w:r w:rsidR="00300879">
          <w:rPr>
            <w:noProof/>
            <w:webHidden/>
          </w:rPr>
          <w:fldChar w:fldCharType="end"/>
        </w:r>
      </w:hyperlink>
    </w:p>
    <w:p w14:paraId="47D56975" w14:textId="77777777" w:rsidR="00723A21" w:rsidRDefault="00723A21">
      <w:pPr>
        <w:pStyle w:val="2c"/>
        <w:tabs>
          <w:tab w:val="right" w:leader="dot" w:pos="10479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017219" w:history="1">
        <w:r w:rsidRPr="00642BA8">
          <w:rPr>
            <w:rStyle w:val="aff8"/>
            <w:noProof/>
          </w:rPr>
          <w:t>2.6. Утверждаемые характеристики источников тепловой энергии</w:t>
        </w:r>
        <w:r>
          <w:rPr>
            <w:noProof/>
            <w:webHidden/>
          </w:rPr>
          <w:tab/>
        </w:r>
        <w:r w:rsidR="00300879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_Toc238017219 \h </w:instrText>
        </w:r>
        <w:r w:rsidR="00300879">
          <w:rPr>
            <w:noProof/>
            <w:webHidden/>
          </w:rPr>
        </w:r>
        <w:r w:rsidR="00300879">
          <w:rPr>
            <w:noProof/>
            <w:webHidden/>
          </w:rPr>
          <w:fldChar w:fldCharType="separate"/>
        </w:r>
        <w:r w:rsidR="003B6BC6">
          <w:rPr>
            <w:noProof/>
            <w:webHidden/>
          </w:rPr>
          <w:t>20</w:t>
        </w:r>
        <w:r w:rsidR="00300879">
          <w:rPr>
            <w:noProof/>
            <w:webHidden/>
          </w:rPr>
          <w:fldChar w:fldCharType="end"/>
        </w:r>
      </w:hyperlink>
    </w:p>
    <w:p w14:paraId="613B96C7" w14:textId="77777777" w:rsidR="00723A21" w:rsidRDefault="00723A21">
      <w:pPr>
        <w:pStyle w:val="2c"/>
        <w:tabs>
          <w:tab w:val="right" w:leader="dot" w:pos="10479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017220" w:history="1">
        <w:r w:rsidRPr="00642BA8">
          <w:rPr>
            <w:rStyle w:val="aff8"/>
            <w:noProof/>
          </w:rPr>
          <w:t>2.7. Общая характеристика источников тепловой энергии</w:t>
        </w:r>
        <w:r>
          <w:rPr>
            <w:noProof/>
            <w:webHidden/>
          </w:rPr>
          <w:tab/>
        </w:r>
        <w:r w:rsidR="00300879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_Toc238017220 \h </w:instrText>
        </w:r>
        <w:r w:rsidR="00300879">
          <w:rPr>
            <w:noProof/>
            <w:webHidden/>
          </w:rPr>
        </w:r>
        <w:r w:rsidR="00300879">
          <w:rPr>
            <w:noProof/>
            <w:webHidden/>
          </w:rPr>
          <w:fldChar w:fldCharType="separate"/>
        </w:r>
        <w:r w:rsidR="003B6BC6">
          <w:rPr>
            <w:noProof/>
            <w:webHidden/>
          </w:rPr>
          <w:t>23</w:t>
        </w:r>
        <w:r w:rsidR="00300879">
          <w:rPr>
            <w:noProof/>
            <w:webHidden/>
          </w:rPr>
          <w:fldChar w:fldCharType="end"/>
        </w:r>
      </w:hyperlink>
    </w:p>
    <w:p w14:paraId="46143200" w14:textId="77777777" w:rsidR="00723A21" w:rsidRDefault="00723A21">
      <w:pPr>
        <w:pStyle w:val="2c"/>
        <w:tabs>
          <w:tab w:val="right" w:leader="dot" w:pos="10479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017221" w:history="1">
        <w:r w:rsidRPr="00642BA8">
          <w:rPr>
            <w:rStyle w:val="aff8"/>
            <w:noProof/>
          </w:rPr>
          <w:t>2.8. Котельное оборудование</w:t>
        </w:r>
        <w:r>
          <w:rPr>
            <w:noProof/>
            <w:webHidden/>
          </w:rPr>
          <w:tab/>
        </w:r>
        <w:r w:rsidR="00300879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_Toc238017221 \h </w:instrText>
        </w:r>
        <w:r w:rsidR="00300879">
          <w:rPr>
            <w:noProof/>
            <w:webHidden/>
          </w:rPr>
        </w:r>
        <w:r w:rsidR="00300879">
          <w:rPr>
            <w:noProof/>
            <w:webHidden/>
          </w:rPr>
          <w:fldChar w:fldCharType="separate"/>
        </w:r>
        <w:r w:rsidR="003B6BC6">
          <w:rPr>
            <w:noProof/>
            <w:webHidden/>
          </w:rPr>
          <w:t>25</w:t>
        </w:r>
        <w:r w:rsidR="00300879">
          <w:rPr>
            <w:noProof/>
            <w:webHidden/>
          </w:rPr>
          <w:fldChar w:fldCharType="end"/>
        </w:r>
      </w:hyperlink>
    </w:p>
    <w:p w14:paraId="0FCEFE73" w14:textId="77777777" w:rsidR="00723A21" w:rsidRDefault="00723A21">
      <w:pPr>
        <w:pStyle w:val="2c"/>
        <w:tabs>
          <w:tab w:val="right" w:leader="dot" w:pos="10479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017222" w:history="1">
        <w:r w:rsidRPr="00642BA8">
          <w:rPr>
            <w:rStyle w:val="aff8"/>
            <w:noProof/>
          </w:rPr>
          <w:t>2.9. Теплоноситель и горячее водоснабжение</w:t>
        </w:r>
        <w:r>
          <w:rPr>
            <w:noProof/>
            <w:webHidden/>
          </w:rPr>
          <w:tab/>
        </w:r>
        <w:r w:rsidR="00300879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_Toc238017222 \h </w:instrText>
        </w:r>
        <w:r w:rsidR="00300879">
          <w:rPr>
            <w:noProof/>
            <w:webHidden/>
          </w:rPr>
        </w:r>
        <w:r w:rsidR="00300879">
          <w:rPr>
            <w:noProof/>
            <w:webHidden/>
          </w:rPr>
          <w:fldChar w:fldCharType="separate"/>
        </w:r>
        <w:r w:rsidR="003B6BC6">
          <w:rPr>
            <w:noProof/>
            <w:webHidden/>
          </w:rPr>
          <w:t>25</w:t>
        </w:r>
        <w:r w:rsidR="00300879">
          <w:rPr>
            <w:noProof/>
            <w:webHidden/>
          </w:rPr>
          <w:fldChar w:fldCharType="end"/>
        </w:r>
      </w:hyperlink>
    </w:p>
    <w:p w14:paraId="13042A18" w14:textId="77777777" w:rsidR="00723A21" w:rsidRDefault="00723A21">
      <w:pPr>
        <w:pStyle w:val="2c"/>
        <w:tabs>
          <w:tab w:val="right" w:leader="dot" w:pos="10479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017223" w:history="1">
        <w:r w:rsidRPr="00642BA8">
          <w:rPr>
            <w:rStyle w:val="aff8"/>
            <w:noProof/>
          </w:rPr>
          <w:t>2.10. Характеристики источников тепловой энергии по объектам</w:t>
        </w:r>
        <w:r>
          <w:rPr>
            <w:noProof/>
            <w:webHidden/>
          </w:rPr>
          <w:tab/>
        </w:r>
        <w:r w:rsidR="00300879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_Toc238017223 \h </w:instrText>
        </w:r>
        <w:r w:rsidR="00300879">
          <w:rPr>
            <w:noProof/>
            <w:webHidden/>
          </w:rPr>
        </w:r>
        <w:r w:rsidR="00300879">
          <w:rPr>
            <w:noProof/>
            <w:webHidden/>
          </w:rPr>
          <w:fldChar w:fldCharType="separate"/>
        </w:r>
        <w:r w:rsidR="003B6BC6">
          <w:rPr>
            <w:noProof/>
            <w:webHidden/>
          </w:rPr>
          <w:t>26</w:t>
        </w:r>
        <w:r w:rsidR="00300879">
          <w:rPr>
            <w:noProof/>
            <w:webHidden/>
          </w:rPr>
          <w:fldChar w:fldCharType="end"/>
        </w:r>
      </w:hyperlink>
    </w:p>
    <w:p w14:paraId="21CF838F" w14:textId="77777777" w:rsidR="00723A21" w:rsidRDefault="00723A21">
      <w:pPr>
        <w:pStyle w:val="2c"/>
        <w:tabs>
          <w:tab w:val="right" w:leader="dot" w:pos="10479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017224" w:history="1">
        <w:r w:rsidRPr="00642BA8">
          <w:rPr>
            <w:rStyle w:val="aff8"/>
            <w:noProof/>
            <w:lang w:val="ru-RU"/>
          </w:rPr>
          <w:t>2.11. Зоны теплоснабжения</w:t>
        </w:r>
        <w:r>
          <w:rPr>
            <w:noProof/>
            <w:webHidden/>
          </w:rPr>
          <w:tab/>
        </w:r>
        <w:r w:rsidR="00300879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_Toc238017224 \h </w:instrText>
        </w:r>
        <w:r w:rsidR="00300879">
          <w:rPr>
            <w:noProof/>
            <w:webHidden/>
          </w:rPr>
        </w:r>
        <w:r w:rsidR="00300879">
          <w:rPr>
            <w:noProof/>
            <w:webHidden/>
          </w:rPr>
          <w:fldChar w:fldCharType="separate"/>
        </w:r>
        <w:r w:rsidR="003B6BC6">
          <w:rPr>
            <w:noProof/>
            <w:webHidden/>
          </w:rPr>
          <w:t>35</w:t>
        </w:r>
        <w:r w:rsidR="00300879">
          <w:rPr>
            <w:noProof/>
            <w:webHidden/>
          </w:rPr>
          <w:fldChar w:fldCharType="end"/>
        </w:r>
      </w:hyperlink>
    </w:p>
    <w:p w14:paraId="30F6B834" w14:textId="77777777" w:rsidR="00723A21" w:rsidRDefault="00723A21">
      <w:pPr>
        <w:pStyle w:val="2c"/>
        <w:tabs>
          <w:tab w:val="right" w:leader="dot" w:pos="10479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017225" w:history="1">
        <w:r w:rsidRPr="00642BA8">
          <w:rPr>
            <w:rStyle w:val="aff8"/>
            <w:noProof/>
          </w:rPr>
          <w:t>2.12. Утверждаемые балансы по источникам</w:t>
        </w:r>
        <w:r>
          <w:rPr>
            <w:noProof/>
            <w:webHidden/>
          </w:rPr>
          <w:tab/>
        </w:r>
        <w:r w:rsidR="00300879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_Toc238017225 \h </w:instrText>
        </w:r>
        <w:r w:rsidR="00300879">
          <w:rPr>
            <w:noProof/>
            <w:webHidden/>
          </w:rPr>
        </w:r>
        <w:r w:rsidR="00300879">
          <w:rPr>
            <w:noProof/>
            <w:webHidden/>
          </w:rPr>
          <w:fldChar w:fldCharType="separate"/>
        </w:r>
        <w:r w:rsidR="003B6BC6">
          <w:rPr>
            <w:noProof/>
            <w:webHidden/>
          </w:rPr>
          <w:t>39</w:t>
        </w:r>
        <w:r w:rsidR="00300879">
          <w:rPr>
            <w:noProof/>
            <w:webHidden/>
          </w:rPr>
          <w:fldChar w:fldCharType="end"/>
        </w:r>
      </w:hyperlink>
    </w:p>
    <w:p w14:paraId="04055FA9" w14:textId="77777777" w:rsidR="00723A21" w:rsidRDefault="00723A21">
      <w:pPr>
        <w:pStyle w:val="2c"/>
        <w:tabs>
          <w:tab w:val="right" w:leader="dot" w:pos="10479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017226" w:history="1">
        <w:r w:rsidRPr="00642BA8">
          <w:rPr>
            <w:rStyle w:val="aff8"/>
            <w:noProof/>
          </w:rPr>
          <w:t>2.13. Резерв мощности для подключения потребителей</w:t>
        </w:r>
        <w:r>
          <w:rPr>
            <w:noProof/>
            <w:webHidden/>
          </w:rPr>
          <w:tab/>
        </w:r>
        <w:r w:rsidR="00300879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_Toc238017226 \h </w:instrText>
        </w:r>
        <w:r w:rsidR="00300879">
          <w:rPr>
            <w:noProof/>
            <w:webHidden/>
          </w:rPr>
        </w:r>
        <w:r w:rsidR="00300879">
          <w:rPr>
            <w:noProof/>
            <w:webHidden/>
          </w:rPr>
          <w:fldChar w:fldCharType="separate"/>
        </w:r>
        <w:r w:rsidR="003B6BC6">
          <w:rPr>
            <w:noProof/>
            <w:webHidden/>
          </w:rPr>
          <w:t>40</w:t>
        </w:r>
        <w:r w:rsidR="00300879">
          <w:rPr>
            <w:noProof/>
            <w:webHidden/>
          </w:rPr>
          <w:fldChar w:fldCharType="end"/>
        </w:r>
      </w:hyperlink>
    </w:p>
    <w:p w14:paraId="5D3395C8" w14:textId="77777777" w:rsidR="00723A21" w:rsidRDefault="00723A21">
      <w:pPr>
        <w:pStyle w:val="2c"/>
        <w:tabs>
          <w:tab w:val="right" w:leader="dot" w:pos="10479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017227" w:history="1">
        <w:r w:rsidRPr="00642BA8">
          <w:rPr>
            <w:rStyle w:val="aff8"/>
            <w:noProof/>
          </w:rPr>
          <w:t>2.14. Утверждаемые выводы</w:t>
        </w:r>
        <w:r>
          <w:rPr>
            <w:noProof/>
            <w:webHidden/>
          </w:rPr>
          <w:tab/>
        </w:r>
        <w:r w:rsidR="00300879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_Toc238017227 \h </w:instrText>
        </w:r>
        <w:r w:rsidR="00300879">
          <w:rPr>
            <w:noProof/>
            <w:webHidden/>
          </w:rPr>
        </w:r>
        <w:r w:rsidR="00300879">
          <w:rPr>
            <w:noProof/>
            <w:webHidden/>
          </w:rPr>
          <w:fldChar w:fldCharType="separate"/>
        </w:r>
        <w:r w:rsidR="003B6BC6">
          <w:rPr>
            <w:noProof/>
            <w:webHidden/>
          </w:rPr>
          <w:t>40</w:t>
        </w:r>
        <w:r w:rsidR="00300879">
          <w:rPr>
            <w:noProof/>
            <w:webHidden/>
          </w:rPr>
          <w:fldChar w:fldCharType="end"/>
        </w:r>
      </w:hyperlink>
    </w:p>
    <w:p w14:paraId="1F060D20" w14:textId="77777777" w:rsidR="00723A21" w:rsidRDefault="00723A21">
      <w:pPr>
        <w:pStyle w:val="2c"/>
        <w:tabs>
          <w:tab w:val="right" w:leader="dot" w:pos="10479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017228" w:history="1">
        <w:r w:rsidRPr="00642BA8">
          <w:rPr>
            <w:rStyle w:val="aff8"/>
            <w:noProof/>
          </w:rPr>
          <w:t>2.15. Балансы тепловой мощности по источникам</w:t>
        </w:r>
        <w:r>
          <w:rPr>
            <w:noProof/>
            <w:webHidden/>
          </w:rPr>
          <w:tab/>
        </w:r>
        <w:r w:rsidR="00300879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_Toc238017228 \h </w:instrText>
        </w:r>
        <w:r w:rsidR="00300879">
          <w:rPr>
            <w:noProof/>
            <w:webHidden/>
          </w:rPr>
        </w:r>
        <w:r w:rsidR="00300879">
          <w:rPr>
            <w:noProof/>
            <w:webHidden/>
          </w:rPr>
          <w:fldChar w:fldCharType="separate"/>
        </w:r>
        <w:r w:rsidR="003B6BC6">
          <w:rPr>
            <w:noProof/>
            <w:webHidden/>
          </w:rPr>
          <w:t>40</w:t>
        </w:r>
        <w:r w:rsidR="00300879">
          <w:rPr>
            <w:noProof/>
            <w:webHidden/>
          </w:rPr>
          <w:fldChar w:fldCharType="end"/>
        </w:r>
      </w:hyperlink>
    </w:p>
    <w:p w14:paraId="46323494" w14:textId="77777777" w:rsidR="00723A21" w:rsidRDefault="00723A21">
      <w:pPr>
        <w:pStyle w:val="2c"/>
        <w:tabs>
          <w:tab w:val="right" w:leader="dot" w:pos="10479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017229" w:history="1">
        <w:r w:rsidRPr="00642BA8">
          <w:rPr>
            <w:rStyle w:val="aff8"/>
            <w:noProof/>
          </w:rPr>
          <w:t>2.16. Прирост тепловой нагрузки</w:t>
        </w:r>
        <w:r>
          <w:rPr>
            <w:noProof/>
            <w:webHidden/>
          </w:rPr>
          <w:tab/>
        </w:r>
        <w:r w:rsidR="00300879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_Toc238017229 \h </w:instrText>
        </w:r>
        <w:r w:rsidR="00300879">
          <w:rPr>
            <w:noProof/>
            <w:webHidden/>
          </w:rPr>
        </w:r>
        <w:r w:rsidR="00300879">
          <w:rPr>
            <w:noProof/>
            <w:webHidden/>
          </w:rPr>
          <w:fldChar w:fldCharType="separate"/>
        </w:r>
        <w:r w:rsidR="003B6BC6">
          <w:rPr>
            <w:noProof/>
            <w:webHidden/>
          </w:rPr>
          <w:t>42</w:t>
        </w:r>
        <w:r w:rsidR="00300879">
          <w:rPr>
            <w:noProof/>
            <w:webHidden/>
          </w:rPr>
          <w:fldChar w:fldCharType="end"/>
        </w:r>
      </w:hyperlink>
    </w:p>
    <w:p w14:paraId="0F17F533" w14:textId="77777777" w:rsidR="00723A21" w:rsidRDefault="00723A21">
      <w:pPr>
        <w:pStyle w:val="2c"/>
        <w:tabs>
          <w:tab w:val="right" w:leader="dot" w:pos="10479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017230" w:history="1">
        <w:r w:rsidRPr="00642BA8">
          <w:rPr>
            <w:rStyle w:val="aff8"/>
            <w:noProof/>
          </w:rPr>
          <w:t>2.17. Балансы тепловой мощности по каждому источнику</w:t>
        </w:r>
        <w:r>
          <w:rPr>
            <w:noProof/>
            <w:webHidden/>
          </w:rPr>
          <w:tab/>
        </w:r>
        <w:r w:rsidR="00300879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_Toc238017230 \h </w:instrText>
        </w:r>
        <w:r w:rsidR="00300879">
          <w:rPr>
            <w:noProof/>
            <w:webHidden/>
          </w:rPr>
        </w:r>
        <w:r w:rsidR="00300879">
          <w:rPr>
            <w:noProof/>
            <w:webHidden/>
          </w:rPr>
          <w:fldChar w:fldCharType="separate"/>
        </w:r>
        <w:r w:rsidR="003B6BC6">
          <w:rPr>
            <w:noProof/>
            <w:webHidden/>
          </w:rPr>
          <w:t>45</w:t>
        </w:r>
        <w:r w:rsidR="00300879">
          <w:rPr>
            <w:noProof/>
            <w:webHidden/>
          </w:rPr>
          <w:fldChar w:fldCharType="end"/>
        </w:r>
      </w:hyperlink>
    </w:p>
    <w:p w14:paraId="25265A6E" w14:textId="77777777" w:rsidR="00723A21" w:rsidRDefault="00723A21">
      <w:pPr>
        <w:pStyle w:val="2c"/>
        <w:tabs>
          <w:tab w:val="right" w:leader="dot" w:pos="10479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017231" w:history="1">
        <w:r w:rsidRPr="00642BA8">
          <w:rPr>
            <w:rStyle w:val="aff8"/>
            <w:noProof/>
          </w:rPr>
          <w:t>2.18. Сводные балансы тепловой мощности и тепловой нагрузки по источникам</w:t>
        </w:r>
        <w:r>
          <w:rPr>
            <w:noProof/>
            <w:webHidden/>
          </w:rPr>
          <w:tab/>
        </w:r>
        <w:r w:rsidR="00300879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_Toc238017231 \h </w:instrText>
        </w:r>
        <w:r w:rsidR="00300879">
          <w:rPr>
            <w:noProof/>
            <w:webHidden/>
          </w:rPr>
        </w:r>
        <w:r w:rsidR="00300879">
          <w:rPr>
            <w:noProof/>
            <w:webHidden/>
          </w:rPr>
          <w:fldChar w:fldCharType="separate"/>
        </w:r>
        <w:r w:rsidR="003B6BC6">
          <w:rPr>
            <w:noProof/>
            <w:webHidden/>
          </w:rPr>
          <w:t>51</w:t>
        </w:r>
        <w:r w:rsidR="00300879">
          <w:rPr>
            <w:noProof/>
            <w:webHidden/>
          </w:rPr>
          <w:fldChar w:fldCharType="end"/>
        </w:r>
      </w:hyperlink>
    </w:p>
    <w:p w14:paraId="4B67EA94" w14:textId="77777777" w:rsidR="00723A21" w:rsidRDefault="00723A21">
      <w:pPr>
        <w:pStyle w:val="2c"/>
        <w:tabs>
          <w:tab w:val="right" w:leader="dot" w:pos="10479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017232" w:history="1">
        <w:r w:rsidRPr="00642BA8">
          <w:rPr>
            <w:rStyle w:val="aff8"/>
            <w:noProof/>
          </w:rPr>
          <w:t>2.19. Радиус эффективного теплоснабжения</w:t>
        </w:r>
        <w:r>
          <w:rPr>
            <w:noProof/>
            <w:webHidden/>
          </w:rPr>
          <w:tab/>
        </w:r>
        <w:r w:rsidR="00300879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_Toc238017232 \h </w:instrText>
        </w:r>
        <w:r w:rsidR="00300879">
          <w:rPr>
            <w:noProof/>
            <w:webHidden/>
          </w:rPr>
        </w:r>
        <w:r w:rsidR="00300879">
          <w:rPr>
            <w:noProof/>
            <w:webHidden/>
          </w:rPr>
          <w:fldChar w:fldCharType="separate"/>
        </w:r>
        <w:r w:rsidR="003B6BC6">
          <w:rPr>
            <w:noProof/>
            <w:webHidden/>
          </w:rPr>
          <w:t>55</w:t>
        </w:r>
        <w:r w:rsidR="00300879">
          <w:rPr>
            <w:noProof/>
            <w:webHidden/>
          </w:rPr>
          <w:fldChar w:fldCharType="end"/>
        </w:r>
      </w:hyperlink>
    </w:p>
    <w:p w14:paraId="6C9F0794" w14:textId="77777777" w:rsidR="00723A21" w:rsidRDefault="00723A21">
      <w:pPr>
        <w:pStyle w:val="14"/>
        <w:tabs>
          <w:tab w:val="right" w:leader="dot" w:pos="10479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017233" w:history="1">
        <w:r w:rsidRPr="00642BA8">
          <w:rPr>
            <w:rStyle w:val="aff8"/>
            <w:noProof/>
          </w:rPr>
          <w:t>3. Существующие и перспективные балансы теплоносителя</w:t>
        </w:r>
        <w:r>
          <w:rPr>
            <w:noProof/>
            <w:webHidden/>
          </w:rPr>
          <w:tab/>
        </w:r>
        <w:r w:rsidR="00300879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_Toc238017233 \h </w:instrText>
        </w:r>
        <w:r w:rsidR="00300879">
          <w:rPr>
            <w:noProof/>
            <w:webHidden/>
          </w:rPr>
        </w:r>
        <w:r w:rsidR="00300879">
          <w:rPr>
            <w:noProof/>
            <w:webHidden/>
          </w:rPr>
          <w:fldChar w:fldCharType="separate"/>
        </w:r>
        <w:r w:rsidR="003B6BC6">
          <w:rPr>
            <w:noProof/>
            <w:webHidden/>
          </w:rPr>
          <w:t>57</w:t>
        </w:r>
        <w:r w:rsidR="00300879">
          <w:rPr>
            <w:noProof/>
            <w:webHidden/>
          </w:rPr>
          <w:fldChar w:fldCharType="end"/>
        </w:r>
      </w:hyperlink>
    </w:p>
    <w:p w14:paraId="2BF2B479" w14:textId="77777777" w:rsidR="00723A21" w:rsidRDefault="00723A21">
      <w:pPr>
        <w:pStyle w:val="2c"/>
        <w:tabs>
          <w:tab w:val="right" w:leader="dot" w:pos="10479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017234" w:history="1">
        <w:r w:rsidRPr="00642BA8">
          <w:rPr>
            <w:rStyle w:val="aff8"/>
            <w:noProof/>
          </w:rPr>
          <w:t>3.1. Порядок расчёта балансов теплоносителя</w:t>
        </w:r>
        <w:r>
          <w:rPr>
            <w:noProof/>
            <w:webHidden/>
          </w:rPr>
          <w:tab/>
        </w:r>
        <w:r w:rsidR="00300879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_Toc238017234 \h </w:instrText>
        </w:r>
        <w:r w:rsidR="00300879">
          <w:rPr>
            <w:noProof/>
            <w:webHidden/>
          </w:rPr>
        </w:r>
        <w:r w:rsidR="00300879">
          <w:rPr>
            <w:noProof/>
            <w:webHidden/>
          </w:rPr>
          <w:fldChar w:fldCharType="separate"/>
        </w:r>
        <w:r w:rsidR="003B6BC6">
          <w:rPr>
            <w:noProof/>
            <w:webHidden/>
          </w:rPr>
          <w:t>57</w:t>
        </w:r>
        <w:r w:rsidR="00300879">
          <w:rPr>
            <w:noProof/>
            <w:webHidden/>
          </w:rPr>
          <w:fldChar w:fldCharType="end"/>
        </w:r>
      </w:hyperlink>
    </w:p>
    <w:p w14:paraId="19025B9A" w14:textId="77777777" w:rsidR="00723A21" w:rsidRDefault="00723A21">
      <w:pPr>
        <w:pStyle w:val="2c"/>
        <w:tabs>
          <w:tab w:val="right" w:leader="dot" w:pos="10479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017235" w:history="1">
        <w:r w:rsidRPr="00642BA8">
          <w:rPr>
            <w:rStyle w:val="aff8"/>
            <w:noProof/>
          </w:rPr>
          <w:t>3.2. Схемы горячего водоснабжения</w:t>
        </w:r>
        <w:r>
          <w:rPr>
            <w:noProof/>
            <w:webHidden/>
          </w:rPr>
          <w:tab/>
        </w:r>
        <w:r w:rsidR="00300879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_Toc238017235 \h </w:instrText>
        </w:r>
        <w:r w:rsidR="00300879">
          <w:rPr>
            <w:noProof/>
            <w:webHidden/>
          </w:rPr>
        </w:r>
        <w:r w:rsidR="00300879">
          <w:rPr>
            <w:noProof/>
            <w:webHidden/>
          </w:rPr>
          <w:fldChar w:fldCharType="separate"/>
        </w:r>
        <w:r w:rsidR="003B6BC6">
          <w:rPr>
            <w:noProof/>
            <w:webHidden/>
          </w:rPr>
          <w:t>57</w:t>
        </w:r>
        <w:r w:rsidR="00300879">
          <w:rPr>
            <w:noProof/>
            <w:webHidden/>
          </w:rPr>
          <w:fldChar w:fldCharType="end"/>
        </w:r>
      </w:hyperlink>
    </w:p>
    <w:p w14:paraId="0A80EE07" w14:textId="77777777" w:rsidR="00723A21" w:rsidRDefault="00723A21">
      <w:pPr>
        <w:pStyle w:val="2c"/>
        <w:tabs>
          <w:tab w:val="right" w:leader="dot" w:pos="10479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017236" w:history="1">
        <w:r w:rsidRPr="00642BA8">
          <w:rPr>
            <w:rStyle w:val="aff8"/>
            <w:noProof/>
          </w:rPr>
          <w:t>3.3. Утверждаемые балансы теплоносителя</w:t>
        </w:r>
        <w:r>
          <w:rPr>
            <w:noProof/>
            <w:webHidden/>
          </w:rPr>
          <w:tab/>
        </w:r>
        <w:r w:rsidR="00300879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_Toc238017236 \h </w:instrText>
        </w:r>
        <w:r w:rsidR="00300879">
          <w:rPr>
            <w:noProof/>
            <w:webHidden/>
          </w:rPr>
        </w:r>
        <w:r w:rsidR="00300879">
          <w:rPr>
            <w:noProof/>
            <w:webHidden/>
          </w:rPr>
          <w:fldChar w:fldCharType="separate"/>
        </w:r>
        <w:r w:rsidR="003B6BC6">
          <w:rPr>
            <w:noProof/>
            <w:webHidden/>
          </w:rPr>
          <w:t>58</w:t>
        </w:r>
        <w:r w:rsidR="00300879">
          <w:rPr>
            <w:noProof/>
            <w:webHidden/>
          </w:rPr>
          <w:fldChar w:fldCharType="end"/>
        </w:r>
      </w:hyperlink>
    </w:p>
    <w:p w14:paraId="0F38362C" w14:textId="77777777" w:rsidR="00723A21" w:rsidRDefault="00723A21">
      <w:pPr>
        <w:pStyle w:val="2c"/>
        <w:tabs>
          <w:tab w:val="right" w:leader="dot" w:pos="10479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017237" w:history="1">
        <w:r w:rsidRPr="00642BA8">
          <w:rPr>
            <w:rStyle w:val="aff8"/>
            <w:noProof/>
          </w:rPr>
          <w:t>3.4. Паровые и конденсатные системы</w:t>
        </w:r>
        <w:r>
          <w:rPr>
            <w:noProof/>
            <w:webHidden/>
          </w:rPr>
          <w:tab/>
        </w:r>
        <w:r w:rsidR="00300879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_Toc238017237 \h </w:instrText>
        </w:r>
        <w:r w:rsidR="00300879">
          <w:rPr>
            <w:noProof/>
            <w:webHidden/>
          </w:rPr>
        </w:r>
        <w:r w:rsidR="00300879">
          <w:rPr>
            <w:noProof/>
            <w:webHidden/>
          </w:rPr>
          <w:fldChar w:fldCharType="separate"/>
        </w:r>
        <w:r w:rsidR="003B6BC6">
          <w:rPr>
            <w:noProof/>
            <w:webHidden/>
          </w:rPr>
          <w:t>58</w:t>
        </w:r>
        <w:r w:rsidR="00300879">
          <w:rPr>
            <w:noProof/>
            <w:webHidden/>
          </w:rPr>
          <w:fldChar w:fldCharType="end"/>
        </w:r>
      </w:hyperlink>
    </w:p>
    <w:p w14:paraId="7A82EF3A" w14:textId="77777777" w:rsidR="00723A21" w:rsidRDefault="00723A21">
      <w:pPr>
        <w:pStyle w:val="2c"/>
        <w:tabs>
          <w:tab w:val="right" w:leader="dot" w:pos="10479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017238" w:history="1">
        <w:r w:rsidRPr="00642BA8">
          <w:rPr>
            <w:rStyle w:val="aff8"/>
            <w:noProof/>
          </w:rPr>
          <w:t>3.5. Годовые балансы теплоносителя</w:t>
        </w:r>
        <w:r>
          <w:rPr>
            <w:noProof/>
            <w:webHidden/>
          </w:rPr>
          <w:tab/>
        </w:r>
        <w:r w:rsidR="00300879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_Toc238017238 \h </w:instrText>
        </w:r>
        <w:r w:rsidR="00300879">
          <w:rPr>
            <w:noProof/>
            <w:webHidden/>
          </w:rPr>
        </w:r>
        <w:r w:rsidR="00300879">
          <w:rPr>
            <w:noProof/>
            <w:webHidden/>
          </w:rPr>
          <w:fldChar w:fldCharType="separate"/>
        </w:r>
        <w:r w:rsidR="003B6BC6">
          <w:rPr>
            <w:noProof/>
            <w:webHidden/>
          </w:rPr>
          <w:t>59</w:t>
        </w:r>
        <w:r w:rsidR="00300879">
          <w:rPr>
            <w:noProof/>
            <w:webHidden/>
          </w:rPr>
          <w:fldChar w:fldCharType="end"/>
        </w:r>
      </w:hyperlink>
    </w:p>
    <w:p w14:paraId="0C207B96" w14:textId="77777777" w:rsidR="00723A21" w:rsidRDefault="00723A21">
      <w:pPr>
        <w:pStyle w:val="2c"/>
        <w:tabs>
          <w:tab w:val="right" w:leader="dot" w:pos="10479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017239" w:history="1">
        <w:r w:rsidRPr="00642BA8">
          <w:rPr>
            <w:rStyle w:val="aff8"/>
            <w:noProof/>
          </w:rPr>
          <w:t>3.6. Производительность водоподготовительных установок</w:t>
        </w:r>
        <w:r>
          <w:rPr>
            <w:noProof/>
            <w:webHidden/>
          </w:rPr>
          <w:tab/>
        </w:r>
        <w:r w:rsidR="00300879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_Toc238017239 \h </w:instrText>
        </w:r>
        <w:r w:rsidR="00300879">
          <w:rPr>
            <w:noProof/>
            <w:webHidden/>
          </w:rPr>
        </w:r>
        <w:r w:rsidR="00300879">
          <w:rPr>
            <w:noProof/>
            <w:webHidden/>
          </w:rPr>
          <w:fldChar w:fldCharType="separate"/>
        </w:r>
        <w:r w:rsidR="003B6BC6">
          <w:rPr>
            <w:noProof/>
            <w:webHidden/>
          </w:rPr>
          <w:t>59</w:t>
        </w:r>
        <w:r w:rsidR="00300879">
          <w:rPr>
            <w:noProof/>
            <w:webHidden/>
          </w:rPr>
          <w:fldChar w:fldCharType="end"/>
        </w:r>
      </w:hyperlink>
    </w:p>
    <w:p w14:paraId="5531D22D" w14:textId="77777777" w:rsidR="00723A21" w:rsidRDefault="00723A21">
      <w:pPr>
        <w:pStyle w:val="2c"/>
        <w:tabs>
          <w:tab w:val="right" w:leader="dot" w:pos="10479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017240" w:history="1">
        <w:r w:rsidRPr="00642BA8">
          <w:rPr>
            <w:rStyle w:val="aff8"/>
            <w:noProof/>
          </w:rPr>
          <w:t>3.7. Аварийный режим подпитки</w:t>
        </w:r>
        <w:r>
          <w:rPr>
            <w:noProof/>
            <w:webHidden/>
          </w:rPr>
          <w:tab/>
        </w:r>
        <w:r w:rsidR="00300879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_Toc238017240 \h </w:instrText>
        </w:r>
        <w:r w:rsidR="00300879">
          <w:rPr>
            <w:noProof/>
            <w:webHidden/>
          </w:rPr>
        </w:r>
        <w:r w:rsidR="00300879">
          <w:rPr>
            <w:noProof/>
            <w:webHidden/>
          </w:rPr>
          <w:fldChar w:fldCharType="separate"/>
        </w:r>
        <w:r w:rsidR="003B6BC6">
          <w:rPr>
            <w:noProof/>
            <w:webHidden/>
          </w:rPr>
          <w:t>60</w:t>
        </w:r>
        <w:r w:rsidR="00300879">
          <w:rPr>
            <w:noProof/>
            <w:webHidden/>
          </w:rPr>
          <w:fldChar w:fldCharType="end"/>
        </w:r>
      </w:hyperlink>
    </w:p>
    <w:p w14:paraId="7358FA63" w14:textId="77777777" w:rsidR="00723A21" w:rsidRDefault="00723A21">
      <w:pPr>
        <w:pStyle w:val="2c"/>
        <w:tabs>
          <w:tab w:val="right" w:leader="dot" w:pos="10479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017241" w:history="1">
        <w:r w:rsidRPr="00642BA8">
          <w:rPr>
            <w:rStyle w:val="aff8"/>
            <w:noProof/>
          </w:rPr>
          <w:t>3.8. Режим отпуска тепловой энергии</w:t>
        </w:r>
        <w:r>
          <w:rPr>
            <w:noProof/>
            <w:webHidden/>
          </w:rPr>
          <w:tab/>
        </w:r>
        <w:r w:rsidR="00300879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_Toc238017241 \h </w:instrText>
        </w:r>
        <w:r w:rsidR="00300879">
          <w:rPr>
            <w:noProof/>
            <w:webHidden/>
          </w:rPr>
        </w:r>
        <w:r w:rsidR="00300879">
          <w:rPr>
            <w:noProof/>
            <w:webHidden/>
          </w:rPr>
          <w:fldChar w:fldCharType="separate"/>
        </w:r>
        <w:r w:rsidR="003B6BC6">
          <w:rPr>
            <w:noProof/>
            <w:webHidden/>
          </w:rPr>
          <w:t>61</w:t>
        </w:r>
        <w:r w:rsidR="00300879">
          <w:rPr>
            <w:noProof/>
            <w:webHidden/>
          </w:rPr>
          <w:fldChar w:fldCharType="end"/>
        </w:r>
      </w:hyperlink>
    </w:p>
    <w:p w14:paraId="378A9357" w14:textId="77777777" w:rsidR="00723A21" w:rsidRDefault="00723A21">
      <w:pPr>
        <w:pStyle w:val="2c"/>
        <w:tabs>
          <w:tab w:val="right" w:leader="dot" w:pos="10479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017242" w:history="1">
        <w:r w:rsidRPr="00642BA8">
          <w:rPr>
            <w:rStyle w:val="aff8"/>
            <w:noProof/>
          </w:rPr>
          <w:t>3.9. Утверждаемые температурные графики</w:t>
        </w:r>
        <w:r>
          <w:rPr>
            <w:noProof/>
            <w:webHidden/>
          </w:rPr>
          <w:tab/>
        </w:r>
        <w:r w:rsidR="00300879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_Toc238017242 \h </w:instrText>
        </w:r>
        <w:r w:rsidR="00300879">
          <w:rPr>
            <w:noProof/>
            <w:webHidden/>
          </w:rPr>
        </w:r>
        <w:r w:rsidR="00300879">
          <w:rPr>
            <w:noProof/>
            <w:webHidden/>
          </w:rPr>
          <w:fldChar w:fldCharType="separate"/>
        </w:r>
        <w:r w:rsidR="003B6BC6">
          <w:rPr>
            <w:noProof/>
            <w:webHidden/>
          </w:rPr>
          <w:t>62</w:t>
        </w:r>
        <w:r w:rsidR="00300879">
          <w:rPr>
            <w:noProof/>
            <w:webHidden/>
          </w:rPr>
          <w:fldChar w:fldCharType="end"/>
        </w:r>
      </w:hyperlink>
    </w:p>
    <w:p w14:paraId="5A432F52" w14:textId="77777777" w:rsidR="00723A21" w:rsidRDefault="00723A21">
      <w:pPr>
        <w:pStyle w:val="14"/>
        <w:tabs>
          <w:tab w:val="right" w:leader="dot" w:pos="10479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017243" w:history="1">
        <w:r w:rsidRPr="00642BA8">
          <w:rPr>
            <w:rStyle w:val="aff8"/>
            <w:noProof/>
          </w:rPr>
          <w:t>4. Основные положения мастер-плана развития систем теплоснабжения муниципального округа</w:t>
        </w:r>
        <w:r>
          <w:rPr>
            <w:noProof/>
            <w:webHidden/>
          </w:rPr>
          <w:tab/>
        </w:r>
        <w:r w:rsidR="00300879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_Toc238017243 \h </w:instrText>
        </w:r>
        <w:r w:rsidR="00300879">
          <w:rPr>
            <w:noProof/>
            <w:webHidden/>
          </w:rPr>
        </w:r>
        <w:r w:rsidR="00300879">
          <w:rPr>
            <w:noProof/>
            <w:webHidden/>
          </w:rPr>
          <w:fldChar w:fldCharType="separate"/>
        </w:r>
        <w:r w:rsidR="003B6BC6">
          <w:rPr>
            <w:noProof/>
            <w:webHidden/>
          </w:rPr>
          <w:t>64</w:t>
        </w:r>
        <w:r w:rsidR="00300879">
          <w:rPr>
            <w:noProof/>
            <w:webHidden/>
          </w:rPr>
          <w:fldChar w:fldCharType="end"/>
        </w:r>
      </w:hyperlink>
    </w:p>
    <w:p w14:paraId="5E7B37E6" w14:textId="77777777" w:rsidR="00723A21" w:rsidRDefault="00723A21">
      <w:pPr>
        <w:pStyle w:val="2c"/>
        <w:tabs>
          <w:tab w:val="right" w:leader="dot" w:pos="10479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017244" w:history="1">
        <w:r w:rsidRPr="00642BA8">
          <w:rPr>
            <w:rStyle w:val="aff8"/>
            <w:noProof/>
          </w:rPr>
          <w:t>4.1. Принятый вариант развития</w:t>
        </w:r>
        <w:r>
          <w:rPr>
            <w:noProof/>
            <w:webHidden/>
          </w:rPr>
          <w:tab/>
        </w:r>
        <w:r w:rsidR="00300879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_Toc238017244 \h </w:instrText>
        </w:r>
        <w:r w:rsidR="00300879">
          <w:rPr>
            <w:noProof/>
            <w:webHidden/>
          </w:rPr>
        </w:r>
        <w:r w:rsidR="00300879">
          <w:rPr>
            <w:noProof/>
            <w:webHidden/>
          </w:rPr>
          <w:fldChar w:fldCharType="separate"/>
        </w:r>
        <w:r w:rsidR="003B6BC6">
          <w:rPr>
            <w:noProof/>
            <w:webHidden/>
          </w:rPr>
          <w:t>64</w:t>
        </w:r>
        <w:r w:rsidR="00300879">
          <w:rPr>
            <w:noProof/>
            <w:webHidden/>
          </w:rPr>
          <w:fldChar w:fldCharType="end"/>
        </w:r>
      </w:hyperlink>
    </w:p>
    <w:p w14:paraId="381C6DF6" w14:textId="77777777" w:rsidR="00723A21" w:rsidRDefault="00723A21">
      <w:pPr>
        <w:pStyle w:val="2c"/>
        <w:tabs>
          <w:tab w:val="right" w:leader="dot" w:pos="10479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017245" w:history="1">
        <w:r w:rsidRPr="00642BA8">
          <w:rPr>
            <w:rStyle w:val="aff8"/>
            <w:noProof/>
          </w:rPr>
          <w:t>4.2. Перевод источников на природный газ</w:t>
        </w:r>
        <w:r>
          <w:rPr>
            <w:noProof/>
            <w:webHidden/>
          </w:rPr>
          <w:tab/>
        </w:r>
        <w:r w:rsidR="00300879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_Toc238017245 \h </w:instrText>
        </w:r>
        <w:r w:rsidR="00300879">
          <w:rPr>
            <w:noProof/>
            <w:webHidden/>
          </w:rPr>
        </w:r>
        <w:r w:rsidR="00300879">
          <w:rPr>
            <w:noProof/>
            <w:webHidden/>
          </w:rPr>
          <w:fldChar w:fldCharType="separate"/>
        </w:r>
        <w:r w:rsidR="003B6BC6">
          <w:rPr>
            <w:noProof/>
            <w:webHidden/>
          </w:rPr>
          <w:t>64</w:t>
        </w:r>
        <w:r w:rsidR="00300879">
          <w:rPr>
            <w:noProof/>
            <w:webHidden/>
          </w:rPr>
          <w:fldChar w:fldCharType="end"/>
        </w:r>
      </w:hyperlink>
    </w:p>
    <w:p w14:paraId="35B3566D" w14:textId="77777777" w:rsidR="00723A21" w:rsidRDefault="00723A21">
      <w:pPr>
        <w:pStyle w:val="2c"/>
        <w:tabs>
          <w:tab w:val="right" w:leader="dot" w:pos="10479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017246" w:history="1">
        <w:r w:rsidRPr="00642BA8">
          <w:rPr>
            <w:rStyle w:val="aff8"/>
            <w:noProof/>
          </w:rPr>
          <w:t>4.3. Развитие источников тепловой энергии</w:t>
        </w:r>
        <w:r>
          <w:rPr>
            <w:noProof/>
            <w:webHidden/>
          </w:rPr>
          <w:tab/>
        </w:r>
        <w:r w:rsidR="00300879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_Toc238017246 \h </w:instrText>
        </w:r>
        <w:r w:rsidR="00300879">
          <w:rPr>
            <w:noProof/>
            <w:webHidden/>
          </w:rPr>
        </w:r>
        <w:r w:rsidR="00300879">
          <w:rPr>
            <w:noProof/>
            <w:webHidden/>
          </w:rPr>
          <w:fldChar w:fldCharType="separate"/>
        </w:r>
        <w:r w:rsidR="003B6BC6">
          <w:rPr>
            <w:noProof/>
            <w:webHidden/>
          </w:rPr>
          <w:t>64</w:t>
        </w:r>
        <w:r w:rsidR="00300879">
          <w:rPr>
            <w:noProof/>
            <w:webHidden/>
          </w:rPr>
          <w:fldChar w:fldCharType="end"/>
        </w:r>
      </w:hyperlink>
    </w:p>
    <w:p w14:paraId="3C076831" w14:textId="77777777" w:rsidR="00723A21" w:rsidRDefault="00723A21">
      <w:pPr>
        <w:pStyle w:val="2c"/>
        <w:tabs>
          <w:tab w:val="right" w:leader="dot" w:pos="10479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017247" w:history="1">
        <w:r w:rsidRPr="00642BA8">
          <w:rPr>
            <w:rStyle w:val="aff8"/>
            <w:noProof/>
          </w:rPr>
          <w:t>4.4. Развитие тепловых сетей</w:t>
        </w:r>
        <w:r>
          <w:rPr>
            <w:noProof/>
            <w:webHidden/>
          </w:rPr>
          <w:tab/>
        </w:r>
        <w:r w:rsidR="00300879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_Toc238017247 \h </w:instrText>
        </w:r>
        <w:r w:rsidR="00300879">
          <w:rPr>
            <w:noProof/>
            <w:webHidden/>
          </w:rPr>
        </w:r>
        <w:r w:rsidR="00300879">
          <w:rPr>
            <w:noProof/>
            <w:webHidden/>
          </w:rPr>
          <w:fldChar w:fldCharType="separate"/>
        </w:r>
        <w:r w:rsidR="003B6BC6">
          <w:rPr>
            <w:noProof/>
            <w:webHidden/>
          </w:rPr>
          <w:t>65</w:t>
        </w:r>
        <w:r w:rsidR="00300879">
          <w:rPr>
            <w:noProof/>
            <w:webHidden/>
          </w:rPr>
          <w:fldChar w:fldCharType="end"/>
        </w:r>
      </w:hyperlink>
    </w:p>
    <w:p w14:paraId="0334FC6B" w14:textId="77777777" w:rsidR="00723A21" w:rsidRDefault="00723A21">
      <w:pPr>
        <w:pStyle w:val="2c"/>
        <w:tabs>
          <w:tab w:val="right" w:leader="dot" w:pos="10479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017248" w:history="1">
        <w:r w:rsidRPr="00642BA8">
          <w:rPr>
            <w:rStyle w:val="aff8"/>
            <w:noProof/>
          </w:rPr>
          <w:t>4.5. Горячее водоснабжение</w:t>
        </w:r>
        <w:r>
          <w:rPr>
            <w:noProof/>
            <w:webHidden/>
          </w:rPr>
          <w:tab/>
        </w:r>
        <w:r w:rsidR="00300879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_Toc238017248 \h </w:instrText>
        </w:r>
        <w:r w:rsidR="00300879">
          <w:rPr>
            <w:noProof/>
            <w:webHidden/>
          </w:rPr>
        </w:r>
        <w:r w:rsidR="00300879">
          <w:rPr>
            <w:noProof/>
            <w:webHidden/>
          </w:rPr>
          <w:fldChar w:fldCharType="separate"/>
        </w:r>
        <w:r w:rsidR="003B6BC6">
          <w:rPr>
            <w:noProof/>
            <w:webHidden/>
          </w:rPr>
          <w:t>65</w:t>
        </w:r>
        <w:r w:rsidR="00300879">
          <w:rPr>
            <w:noProof/>
            <w:webHidden/>
          </w:rPr>
          <w:fldChar w:fldCharType="end"/>
        </w:r>
      </w:hyperlink>
    </w:p>
    <w:p w14:paraId="22C43578" w14:textId="77777777" w:rsidR="00723A21" w:rsidRDefault="00723A21">
      <w:pPr>
        <w:pStyle w:val="2c"/>
        <w:tabs>
          <w:tab w:val="right" w:leader="dot" w:pos="10479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017249" w:history="1">
        <w:r w:rsidRPr="00642BA8">
          <w:rPr>
            <w:rStyle w:val="aff8"/>
            <w:noProof/>
          </w:rPr>
          <w:t>4.6. Конфигурация систем на расчётный срок</w:t>
        </w:r>
        <w:r>
          <w:rPr>
            <w:noProof/>
            <w:webHidden/>
          </w:rPr>
          <w:tab/>
        </w:r>
        <w:r w:rsidR="00300879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_Toc238017249 \h </w:instrText>
        </w:r>
        <w:r w:rsidR="00300879">
          <w:rPr>
            <w:noProof/>
            <w:webHidden/>
          </w:rPr>
        </w:r>
        <w:r w:rsidR="00300879">
          <w:rPr>
            <w:noProof/>
            <w:webHidden/>
          </w:rPr>
          <w:fldChar w:fldCharType="separate"/>
        </w:r>
        <w:r w:rsidR="003B6BC6">
          <w:rPr>
            <w:noProof/>
            <w:webHidden/>
          </w:rPr>
          <w:t>66</w:t>
        </w:r>
        <w:r w:rsidR="00300879">
          <w:rPr>
            <w:noProof/>
            <w:webHidden/>
          </w:rPr>
          <w:fldChar w:fldCharType="end"/>
        </w:r>
      </w:hyperlink>
    </w:p>
    <w:p w14:paraId="5C43F098" w14:textId="77777777" w:rsidR="00723A21" w:rsidRDefault="00723A21">
      <w:pPr>
        <w:pStyle w:val="2c"/>
        <w:tabs>
          <w:tab w:val="right" w:leader="dot" w:pos="10479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017250" w:history="1">
        <w:r w:rsidRPr="00642BA8">
          <w:rPr>
            <w:rStyle w:val="aff8"/>
            <w:noProof/>
          </w:rPr>
          <w:t>4.7. Объёмы капитальных вложений</w:t>
        </w:r>
        <w:r>
          <w:rPr>
            <w:noProof/>
            <w:webHidden/>
          </w:rPr>
          <w:tab/>
        </w:r>
        <w:r w:rsidR="00300879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_Toc238017250 \h </w:instrText>
        </w:r>
        <w:r w:rsidR="00300879">
          <w:rPr>
            <w:noProof/>
            <w:webHidden/>
          </w:rPr>
        </w:r>
        <w:r w:rsidR="00300879">
          <w:rPr>
            <w:noProof/>
            <w:webHidden/>
          </w:rPr>
          <w:fldChar w:fldCharType="separate"/>
        </w:r>
        <w:r w:rsidR="003B6BC6">
          <w:rPr>
            <w:noProof/>
            <w:webHidden/>
          </w:rPr>
          <w:t>66</w:t>
        </w:r>
        <w:r w:rsidR="00300879">
          <w:rPr>
            <w:noProof/>
            <w:webHidden/>
          </w:rPr>
          <w:fldChar w:fldCharType="end"/>
        </w:r>
      </w:hyperlink>
    </w:p>
    <w:p w14:paraId="3571EA4F" w14:textId="77777777" w:rsidR="00723A21" w:rsidRDefault="00723A21">
      <w:pPr>
        <w:pStyle w:val="2c"/>
        <w:tabs>
          <w:tab w:val="right" w:leader="dot" w:pos="10479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017251" w:history="1">
        <w:r w:rsidRPr="00642BA8">
          <w:rPr>
            <w:rStyle w:val="aff8"/>
            <w:noProof/>
          </w:rPr>
          <w:t>4.8. Рассмотренные варианты развития</w:t>
        </w:r>
        <w:r>
          <w:rPr>
            <w:noProof/>
            <w:webHidden/>
          </w:rPr>
          <w:tab/>
        </w:r>
        <w:r w:rsidR="00300879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_Toc238017251 \h </w:instrText>
        </w:r>
        <w:r w:rsidR="00300879">
          <w:rPr>
            <w:noProof/>
            <w:webHidden/>
          </w:rPr>
        </w:r>
        <w:r w:rsidR="00300879">
          <w:rPr>
            <w:noProof/>
            <w:webHidden/>
          </w:rPr>
          <w:fldChar w:fldCharType="separate"/>
        </w:r>
        <w:r w:rsidR="003B6BC6">
          <w:rPr>
            <w:noProof/>
            <w:webHidden/>
          </w:rPr>
          <w:t>67</w:t>
        </w:r>
        <w:r w:rsidR="00300879">
          <w:rPr>
            <w:noProof/>
            <w:webHidden/>
          </w:rPr>
          <w:fldChar w:fldCharType="end"/>
        </w:r>
      </w:hyperlink>
    </w:p>
    <w:p w14:paraId="6E36B289" w14:textId="77777777" w:rsidR="00723A21" w:rsidRDefault="00723A21">
      <w:pPr>
        <w:pStyle w:val="2c"/>
        <w:tabs>
          <w:tab w:val="right" w:leader="dot" w:pos="10479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017252" w:history="1">
        <w:r w:rsidRPr="00642BA8">
          <w:rPr>
            <w:rStyle w:val="aff8"/>
            <w:noProof/>
          </w:rPr>
          <w:t>4.9. Конфигурация систем теплоснабжения по этапам расчётного периода</w:t>
        </w:r>
        <w:r>
          <w:rPr>
            <w:noProof/>
            <w:webHidden/>
          </w:rPr>
          <w:tab/>
        </w:r>
        <w:r w:rsidR="00300879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_Toc238017252 \h </w:instrText>
        </w:r>
        <w:r w:rsidR="00300879">
          <w:rPr>
            <w:noProof/>
            <w:webHidden/>
          </w:rPr>
        </w:r>
        <w:r w:rsidR="00300879">
          <w:rPr>
            <w:noProof/>
            <w:webHidden/>
          </w:rPr>
          <w:fldChar w:fldCharType="separate"/>
        </w:r>
        <w:r w:rsidR="003B6BC6">
          <w:rPr>
            <w:noProof/>
            <w:webHidden/>
          </w:rPr>
          <w:t>68</w:t>
        </w:r>
        <w:r w:rsidR="00300879">
          <w:rPr>
            <w:noProof/>
            <w:webHidden/>
          </w:rPr>
          <w:fldChar w:fldCharType="end"/>
        </w:r>
      </w:hyperlink>
    </w:p>
    <w:p w14:paraId="436C29CE" w14:textId="77777777" w:rsidR="00723A21" w:rsidRDefault="00723A21">
      <w:pPr>
        <w:pStyle w:val="14"/>
        <w:tabs>
          <w:tab w:val="right" w:leader="dot" w:pos="10479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017253" w:history="1">
        <w:r w:rsidRPr="00642BA8">
          <w:rPr>
            <w:rStyle w:val="aff8"/>
            <w:noProof/>
            <w:lang w:val="ru-RU"/>
          </w:rPr>
          <w:t>5. Предложения по строительству, реконструкции, техническому перевооружению и (или) модернизации источников тепловой энергии</w:t>
        </w:r>
        <w:r>
          <w:rPr>
            <w:noProof/>
            <w:webHidden/>
          </w:rPr>
          <w:tab/>
        </w:r>
        <w:r w:rsidR="00300879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_Toc238017253 \h </w:instrText>
        </w:r>
        <w:r w:rsidR="00300879">
          <w:rPr>
            <w:noProof/>
            <w:webHidden/>
          </w:rPr>
        </w:r>
        <w:r w:rsidR="00300879">
          <w:rPr>
            <w:noProof/>
            <w:webHidden/>
          </w:rPr>
          <w:fldChar w:fldCharType="separate"/>
        </w:r>
        <w:r w:rsidR="003B6BC6">
          <w:rPr>
            <w:noProof/>
            <w:webHidden/>
          </w:rPr>
          <w:t>74</w:t>
        </w:r>
        <w:r w:rsidR="00300879">
          <w:rPr>
            <w:noProof/>
            <w:webHidden/>
          </w:rPr>
          <w:fldChar w:fldCharType="end"/>
        </w:r>
      </w:hyperlink>
    </w:p>
    <w:p w14:paraId="278C9D61" w14:textId="77777777" w:rsidR="00723A21" w:rsidRDefault="00723A21">
      <w:pPr>
        <w:pStyle w:val="2c"/>
        <w:tabs>
          <w:tab w:val="right" w:leader="dot" w:pos="10479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017254" w:history="1">
        <w:r w:rsidRPr="00642BA8">
          <w:rPr>
            <w:rStyle w:val="aff8"/>
            <w:noProof/>
          </w:rPr>
          <w:t>5.1. Утверждаемые мероприятия по источникам тепловой энергии</w:t>
        </w:r>
        <w:r>
          <w:rPr>
            <w:noProof/>
            <w:webHidden/>
          </w:rPr>
          <w:tab/>
        </w:r>
        <w:r w:rsidR="00300879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_Toc238017254 \h </w:instrText>
        </w:r>
        <w:r w:rsidR="00300879">
          <w:rPr>
            <w:noProof/>
            <w:webHidden/>
          </w:rPr>
        </w:r>
        <w:r w:rsidR="00300879">
          <w:rPr>
            <w:noProof/>
            <w:webHidden/>
          </w:rPr>
          <w:fldChar w:fldCharType="separate"/>
        </w:r>
        <w:r w:rsidR="003B6BC6">
          <w:rPr>
            <w:noProof/>
            <w:webHidden/>
          </w:rPr>
          <w:t>76</w:t>
        </w:r>
        <w:r w:rsidR="00300879">
          <w:rPr>
            <w:noProof/>
            <w:webHidden/>
          </w:rPr>
          <w:fldChar w:fldCharType="end"/>
        </w:r>
      </w:hyperlink>
    </w:p>
    <w:p w14:paraId="587E4809" w14:textId="77777777" w:rsidR="00723A21" w:rsidRDefault="00723A21">
      <w:pPr>
        <w:pStyle w:val="2c"/>
        <w:tabs>
          <w:tab w:val="right" w:leader="dot" w:pos="10479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017255" w:history="1">
        <w:r w:rsidRPr="00642BA8">
          <w:rPr>
            <w:rStyle w:val="aff8"/>
            <w:noProof/>
          </w:rPr>
          <w:t>5.2. Утверждаемые характеристики надёжности</w:t>
        </w:r>
        <w:r>
          <w:rPr>
            <w:noProof/>
            <w:webHidden/>
          </w:rPr>
          <w:tab/>
        </w:r>
        <w:r w:rsidR="00300879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_Toc238017255 \h </w:instrText>
        </w:r>
        <w:r w:rsidR="00300879">
          <w:rPr>
            <w:noProof/>
            <w:webHidden/>
          </w:rPr>
        </w:r>
        <w:r w:rsidR="00300879">
          <w:rPr>
            <w:noProof/>
            <w:webHidden/>
          </w:rPr>
          <w:fldChar w:fldCharType="separate"/>
        </w:r>
        <w:r w:rsidR="003B6BC6">
          <w:rPr>
            <w:noProof/>
            <w:webHidden/>
          </w:rPr>
          <w:t>77</w:t>
        </w:r>
        <w:r w:rsidR="00300879">
          <w:rPr>
            <w:noProof/>
            <w:webHidden/>
          </w:rPr>
          <w:fldChar w:fldCharType="end"/>
        </w:r>
      </w:hyperlink>
    </w:p>
    <w:p w14:paraId="7F9E6B24" w14:textId="77777777" w:rsidR="00723A21" w:rsidRDefault="00723A21">
      <w:pPr>
        <w:pStyle w:val="2c"/>
        <w:tabs>
          <w:tab w:val="right" w:leader="dot" w:pos="10479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017256" w:history="1">
        <w:r w:rsidRPr="00642BA8">
          <w:rPr>
            <w:rStyle w:val="aff8"/>
            <w:noProof/>
          </w:rPr>
          <w:t>5.3. Утверждаемый результат скрининга режима N−1</w:t>
        </w:r>
        <w:r>
          <w:rPr>
            <w:noProof/>
            <w:webHidden/>
          </w:rPr>
          <w:tab/>
        </w:r>
        <w:r w:rsidR="00300879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_Toc238017256 \h </w:instrText>
        </w:r>
        <w:r w:rsidR="00300879">
          <w:rPr>
            <w:noProof/>
            <w:webHidden/>
          </w:rPr>
        </w:r>
        <w:r w:rsidR="00300879">
          <w:rPr>
            <w:noProof/>
            <w:webHidden/>
          </w:rPr>
          <w:fldChar w:fldCharType="separate"/>
        </w:r>
        <w:r w:rsidR="003B6BC6">
          <w:rPr>
            <w:noProof/>
            <w:webHidden/>
          </w:rPr>
          <w:t>78</w:t>
        </w:r>
        <w:r w:rsidR="00300879">
          <w:rPr>
            <w:noProof/>
            <w:webHidden/>
          </w:rPr>
          <w:fldChar w:fldCharType="end"/>
        </w:r>
      </w:hyperlink>
    </w:p>
    <w:p w14:paraId="7B81372A" w14:textId="77777777" w:rsidR="00723A21" w:rsidRDefault="00723A21">
      <w:pPr>
        <w:pStyle w:val="2c"/>
        <w:tabs>
          <w:tab w:val="right" w:leader="dot" w:pos="10479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017257" w:history="1">
        <w:r w:rsidRPr="00642BA8">
          <w:rPr>
            <w:rStyle w:val="aff8"/>
            <w:noProof/>
          </w:rPr>
          <w:t>5.4. Мероприятия и характеристики надёжности по объектам</w:t>
        </w:r>
        <w:r>
          <w:rPr>
            <w:noProof/>
            <w:webHidden/>
          </w:rPr>
          <w:tab/>
        </w:r>
        <w:r w:rsidR="00300879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_Toc238017257 \h </w:instrText>
        </w:r>
        <w:r w:rsidR="00300879">
          <w:rPr>
            <w:noProof/>
            <w:webHidden/>
          </w:rPr>
        </w:r>
        <w:r w:rsidR="00300879">
          <w:rPr>
            <w:noProof/>
            <w:webHidden/>
          </w:rPr>
          <w:fldChar w:fldCharType="separate"/>
        </w:r>
        <w:r w:rsidR="003B6BC6">
          <w:rPr>
            <w:noProof/>
            <w:webHidden/>
          </w:rPr>
          <w:t>79</w:t>
        </w:r>
        <w:r w:rsidR="00300879">
          <w:rPr>
            <w:noProof/>
            <w:webHidden/>
          </w:rPr>
          <w:fldChar w:fldCharType="end"/>
        </w:r>
      </w:hyperlink>
    </w:p>
    <w:p w14:paraId="272E4676" w14:textId="77777777" w:rsidR="00723A21" w:rsidRDefault="00723A21">
      <w:pPr>
        <w:pStyle w:val="2c"/>
        <w:tabs>
          <w:tab w:val="right" w:leader="dot" w:pos="10479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017258" w:history="1">
        <w:r w:rsidRPr="00642BA8">
          <w:rPr>
            <w:rStyle w:val="aff8"/>
            <w:noProof/>
            <w:lang w:val="ru-RU"/>
          </w:rPr>
          <w:t>5.5. Мероприятия по повышению экологических характеристик</w:t>
        </w:r>
        <w:r>
          <w:rPr>
            <w:noProof/>
            <w:webHidden/>
          </w:rPr>
          <w:tab/>
        </w:r>
        <w:r w:rsidR="00300879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_Toc238017258 \h </w:instrText>
        </w:r>
        <w:r w:rsidR="00300879">
          <w:rPr>
            <w:noProof/>
            <w:webHidden/>
          </w:rPr>
        </w:r>
        <w:r w:rsidR="00300879">
          <w:rPr>
            <w:noProof/>
            <w:webHidden/>
          </w:rPr>
          <w:fldChar w:fldCharType="separate"/>
        </w:r>
        <w:r w:rsidR="003B6BC6">
          <w:rPr>
            <w:noProof/>
            <w:webHidden/>
          </w:rPr>
          <w:t>88</w:t>
        </w:r>
        <w:r w:rsidR="00300879">
          <w:rPr>
            <w:noProof/>
            <w:webHidden/>
          </w:rPr>
          <w:fldChar w:fldCharType="end"/>
        </w:r>
      </w:hyperlink>
    </w:p>
    <w:p w14:paraId="3551EE9D" w14:textId="77777777" w:rsidR="00723A21" w:rsidRDefault="00723A21">
      <w:pPr>
        <w:pStyle w:val="14"/>
        <w:tabs>
          <w:tab w:val="right" w:leader="dot" w:pos="10479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017259" w:history="1">
        <w:r w:rsidRPr="00642BA8">
          <w:rPr>
            <w:rStyle w:val="aff8"/>
            <w:noProof/>
          </w:rPr>
          <w:t>6. Предложения по строительству, реконструкции и (или) модернизации тепловых сетей</w:t>
        </w:r>
        <w:r>
          <w:rPr>
            <w:noProof/>
            <w:webHidden/>
          </w:rPr>
          <w:tab/>
        </w:r>
        <w:r w:rsidR="00300879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_Toc238017259 \h </w:instrText>
        </w:r>
        <w:r w:rsidR="00300879">
          <w:rPr>
            <w:noProof/>
            <w:webHidden/>
          </w:rPr>
        </w:r>
        <w:r w:rsidR="00300879">
          <w:rPr>
            <w:noProof/>
            <w:webHidden/>
          </w:rPr>
          <w:fldChar w:fldCharType="separate"/>
        </w:r>
        <w:r w:rsidR="003B6BC6">
          <w:rPr>
            <w:noProof/>
            <w:webHidden/>
          </w:rPr>
          <w:t>90</w:t>
        </w:r>
        <w:r w:rsidR="00300879">
          <w:rPr>
            <w:noProof/>
            <w:webHidden/>
          </w:rPr>
          <w:fldChar w:fldCharType="end"/>
        </w:r>
      </w:hyperlink>
    </w:p>
    <w:p w14:paraId="233BDD65" w14:textId="77777777" w:rsidR="00723A21" w:rsidRDefault="00723A21">
      <w:pPr>
        <w:pStyle w:val="2c"/>
        <w:tabs>
          <w:tab w:val="right" w:leader="dot" w:pos="10479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017260" w:history="1">
        <w:r w:rsidRPr="00642BA8">
          <w:rPr>
            <w:rStyle w:val="aff8"/>
            <w:noProof/>
            <w:lang w:val="ru-RU"/>
          </w:rPr>
          <w:t>6.1. Паровые и конденсатные тепловые сети</w:t>
        </w:r>
        <w:r>
          <w:rPr>
            <w:noProof/>
            <w:webHidden/>
          </w:rPr>
          <w:tab/>
        </w:r>
        <w:r w:rsidR="00300879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_Toc238017260 \h </w:instrText>
        </w:r>
        <w:r w:rsidR="00300879">
          <w:rPr>
            <w:noProof/>
            <w:webHidden/>
          </w:rPr>
        </w:r>
        <w:r w:rsidR="00300879">
          <w:rPr>
            <w:noProof/>
            <w:webHidden/>
          </w:rPr>
          <w:fldChar w:fldCharType="separate"/>
        </w:r>
        <w:r w:rsidR="003B6BC6">
          <w:rPr>
            <w:noProof/>
            <w:webHidden/>
          </w:rPr>
          <w:t>91</w:t>
        </w:r>
        <w:r w:rsidR="00300879">
          <w:rPr>
            <w:noProof/>
            <w:webHidden/>
          </w:rPr>
          <w:fldChar w:fldCharType="end"/>
        </w:r>
      </w:hyperlink>
    </w:p>
    <w:p w14:paraId="4AA935CC" w14:textId="77777777" w:rsidR="00723A21" w:rsidRDefault="00723A21">
      <w:pPr>
        <w:pStyle w:val="2c"/>
        <w:tabs>
          <w:tab w:val="right" w:leader="dot" w:pos="10479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017261" w:history="1">
        <w:r w:rsidRPr="00642BA8">
          <w:rPr>
            <w:rStyle w:val="aff8"/>
            <w:noProof/>
          </w:rPr>
          <w:t>6.2. Утверждаемые характеристики тепловых сетей</w:t>
        </w:r>
        <w:r>
          <w:rPr>
            <w:noProof/>
            <w:webHidden/>
          </w:rPr>
          <w:tab/>
        </w:r>
        <w:r w:rsidR="00300879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_Toc238017261 \h </w:instrText>
        </w:r>
        <w:r w:rsidR="00300879">
          <w:rPr>
            <w:noProof/>
            <w:webHidden/>
          </w:rPr>
        </w:r>
        <w:r w:rsidR="00300879">
          <w:rPr>
            <w:noProof/>
            <w:webHidden/>
          </w:rPr>
          <w:fldChar w:fldCharType="separate"/>
        </w:r>
        <w:r w:rsidR="003B6BC6">
          <w:rPr>
            <w:noProof/>
            <w:webHidden/>
          </w:rPr>
          <w:t>95</w:t>
        </w:r>
        <w:r w:rsidR="00300879">
          <w:rPr>
            <w:noProof/>
            <w:webHidden/>
          </w:rPr>
          <w:fldChar w:fldCharType="end"/>
        </w:r>
      </w:hyperlink>
    </w:p>
    <w:p w14:paraId="58819F3C" w14:textId="77777777" w:rsidR="00723A21" w:rsidRDefault="00723A21">
      <w:pPr>
        <w:pStyle w:val="2c"/>
        <w:tabs>
          <w:tab w:val="right" w:leader="dot" w:pos="10479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017262" w:history="1">
        <w:r w:rsidRPr="00642BA8">
          <w:rPr>
            <w:rStyle w:val="aff8"/>
            <w:noProof/>
          </w:rPr>
          <w:t>6.3. Состав и протяжённость тепловых сетей</w:t>
        </w:r>
        <w:r>
          <w:rPr>
            <w:noProof/>
            <w:webHidden/>
          </w:rPr>
          <w:tab/>
        </w:r>
        <w:r w:rsidR="00300879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_Toc238017262 \h </w:instrText>
        </w:r>
        <w:r w:rsidR="00300879">
          <w:rPr>
            <w:noProof/>
            <w:webHidden/>
          </w:rPr>
        </w:r>
        <w:r w:rsidR="00300879">
          <w:rPr>
            <w:noProof/>
            <w:webHidden/>
          </w:rPr>
          <w:fldChar w:fldCharType="separate"/>
        </w:r>
        <w:r w:rsidR="003B6BC6">
          <w:rPr>
            <w:noProof/>
            <w:webHidden/>
          </w:rPr>
          <w:t>96</w:t>
        </w:r>
        <w:r w:rsidR="00300879">
          <w:rPr>
            <w:noProof/>
            <w:webHidden/>
          </w:rPr>
          <w:fldChar w:fldCharType="end"/>
        </w:r>
      </w:hyperlink>
    </w:p>
    <w:p w14:paraId="7FC6AF9D" w14:textId="77777777" w:rsidR="00723A21" w:rsidRDefault="00723A21">
      <w:pPr>
        <w:pStyle w:val="2c"/>
        <w:tabs>
          <w:tab w:val="right" w:leader="dot" w:pos="10479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017263" w:history="1">
        <w:r w:rsidRPr="00642BA8">
          <w:rPr>
            <w:rStyle w:val="aff8"/>
            <w:noProof/>
          </w:rPr>
          <w:t>6.4. Распределение сетей по территориям</w:t>
        </w:r>
        <w:r>
          <w:rPr>
            <w:noProof/>
            <w:webHidden/>
          </w:rPr>
          <w:tab/>
        </w:r>
        <w:r w:rsidR="00300879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_Toc238017263 \h </w:instrText>
        </w:r>
        <w:r w:rsidR="00300879">
          <w:rPr>
            <w:noProof/>
            <w:webHidden/>
          </w:rPr>
        </w:r>
        <w:r w:rsidR="00300879">
          <w:rPr>
            <w:noProof/>
            <w:webHidden/>
          </w:rPr>
          <w:fldChar w:fldCharType="separate"/>
        </w:r>
        <w:r w:rsidR="003B6BC6">
          <w:rPr>
            <w:noProof/>
            <w:webHidden/>
          </w:rPr>
          <w:t>97</w:t>
        </w:r>
        <w:r w:rsidR="00300879">
          <w:rPr>
            <w:noProof/>
            <w:webHidden/>
          </w:rPr>
          <w:fldChar w:fldCharType="end"/>
        </w:r>
      </w:hyperlink>
    </w:p>
    <w:p w14:paraId="044C0CAE" w14:textId="77777777" w:rsidR="00723A21" w:rsidRDefault="00723A21">
      <w:pPr>
        <w:pStyle w:val="2c"/>
        <w:tabs>
          <w:tab w:val="right" w:leader="dot" w:pos="10479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017264" w:history="1">
        <w:r w:rsidRPr="00642BA8">
          <w:rPr>
            <w:rStyle w:val="aff8"/>
            <w:noProof/>
          </w:rPr>
          <w:t>6.5. Распределение сетей по диаметрам</w:t>
        </w:r>
        <w:r>
          <w:rPr>
            <w:noProof/>
            <w:webHidden/>
          </w:rPr>
          <w:tab/>
        </w:r>
        <w:r w:rsidR="00300879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_Toc238017264 \h </w:instrText>
        </w:r>
        <w:r w:rsidR="00300879">
          <w:rPr>
            <w:noProof/>
            <w:webHidden/>
          </w:rPr>
        </w:r>
        <w:r w:rsidR="00300879">
          <w:rPr>
            <w:noProof/>
            <w:webHidden/>
          </w:rPr>
          <w:fldChar w:fldCharType="separate"/>
        </w:r>
        <w:r w:rsidR="003B6BC6">
          <w:rPr>
            <w:noProof/>
            <w:webHidden/>
          </w:rPr>
          <w:t>97</w:t>
        </w:r>
        <w:r w:rsidR="00300879">
          <w:rPr>
            <w:noProof/>
            <w:webHidden/>
          </w:rPr>
          <w:fldChar w:fldCharType="end"/>
        </w:r>
      </w:hyperlink>
    </w:p>
    <w:p w14:paraId="748F1F63" w14:textId="77777777" w:rsidR="00723A21" w:rsidRDefault="00723A21">
      <w:pPr>
        <w:pStyle w:val="2c"/>
        <w:tabs>
          <w:tab w:val="right" w:leader="dot" w:pos="10479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017265" w:history="1">
        <w:r w:rsidRPr="00642BA8">
          <w:rPr>
            <w:rStyle w:val="aff8"/>
            <w:noProof/>
          </w:rPr>
          <w:t>6.6. Распределение сетей по способу прокладки</w:t>
        </w:r>
        <w:r>
          <w:rPr>
            <w:noProof/>
            <w:webHidden/>
          </w:rPr>
          <w:tab/>
        </w:r>
        <w:r w:rsidR="00300879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_Toc238017265 \h </w:instrText>
        </w:r>
        <w:r w:rsidR="00300879">
          <w:rPr>
            <w:noProof/>
            <w:webHidden/>
          </w:rPr>
        </w:r>
        <w:r w:rsidR="00300879">
          <w:rPr>
            <w:noProof/>
            <w:webHidden/>
          </w:rPr>
          <w:fldChar w:fldCharType="separate"/>
        </w:r>
        <w:r w:rsidR="003B6BC6">
          <w:rPr>
            <w:noProof/>
            <w:webHidden/>
          </w:rPr>
          <w:t>98</w:t>
        </w:r>
        <w:r w:rsidR="00300879">
          <w:rPr>
            <w:noProof/>
            <w:webHidden/>
          </w:rPr>
          <w:fldChar w:fldCharType="end"/>
        </w:r>
      </w:hyperlink>
    </w:p>
    <w:p w14:paraId="31B4114D" w14:textId="77777777" w:rsidR="00723A21" w:rsidRDefault="00723A21">
      <w:pPr>
        <w:pStyle w:val="2c"/>
        <w:tabs>
          <w:tab w:val="right" w:leader="dot" w:pos="10479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017266" w:history="1">
        <w:r w:rsidRPr="00642BA8">
          <w:rPr>
            <w:rStyle w:val="aff8"/>
            <w:noProof/>
          </w:rPr>
          <w:t>6.7. Возрастная структура тепловых сетей</w:t>
        </w:r>
        <w:r>
          <w:rPr>
            <w:noProof/>
            <w:webHidden/>
          </w:rPr>
          <w:tab/>
        </w:r>
        <w:r w:rsidR="00300879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_Toc238017266 \h </w:instrText>
        </w:r>
        <w:r w:rsidR="00300879">
          <w:rPr>
            <w:noProof/>
            <w:webHidden/>
          </w:rPr>
        </w:r>
        <w:r w:rsidR="00300879">
          <w:rPr>
            <w:noProof/>
            <w:webHidden/>
          </w:rPr>
          <w:fldChar w:fldCharType="separate"/>
        </w:r>
        <w:r w:rsidR="003B6BC6">
          <w:rPr>
            <w:noProof/>
            <w:webHidden/>
          </w:rPr>
          <w:t>98</w:t>
        </w:r>
        <w:r w:rsidR="00300879">
          <w:rPr>
            <w:noProof/>
            <w:webHidden/>
          </w:rPr>
          <w:fldChar w:fldCharType="end"/>
        </w:r>
      </w:hyperlink>
    </w:p>
    <w:p w14:paraId="64088605" w14:textId="77777777" w:rsidR="00723A21" w:rsidRDefault="00723A21">
      <w:pPr>
        <w:pStyle w:val="2c"/>
        <w:tabs>
          <w:tab w:val="right" w:leader="dot" w:pos="10479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017267" w:history="1">
        <w:r w:rsidRPr="00642BA8">
          <w:rPr>
            <w:rStyle w:val="aff8"/>
            <w:noProof/>
          </w:rPr>
          <w:t>6.8. Состав паровых и конденсатных тепловых сетей</w:t>
        </w:r>
        <w:r>
          <w:rPr>
            <w:noProof/>
            <w:webHidden/>
          </w:rPr>
          <w:tab/>
        </w:r>
        <w:r w:rsidR="00300879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_Toc238017267 \h </w:instrText>
        </w:r>
        <w:r w:rsidR="00300879">
          <w:rPr>
            <w:noProof/>
            <w:webHidden/>
          </w:rPr>
        </w:r>
        <w:r w:rsidR="00300879">
          <w:rPr>
            <w:noProof/>
            <w:webHidden/>
          </w:rPr>
          <w:fldChar w:fldCharType="separate"/>
        </w:r>
        <w:r w:rsidR="003B6BC6">
          <w:rPr>
            <w:noProof/>
            <w:webHidden/>
          </w:rPr>
          <w:t>102</w:t>
        </w:r>
        <w:r w:rsidR="00300879">
          <w:rPr>
            <w:noProof/>
            <w:webHidden/>
          </w:rPr>
          <w:fldChar w:fldCharType="end"/>
        </w:r>
      </w:hyperlink>
    </w:p>
    <w:p w14:paraId="360A5FDC" w14:textId="77777777" w:rsidR="00723A21" w:rsidRDefault="00723A21">
      <w:pPr>
        <w:pStyle w:val="2c"/>
        <w:tabs>
          <w:tab w:val="right" w:leader="dot" w:pos="10479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017268" w:history="1">
        <w:r w:rsidRPr="00642BA8">
          <w:rPr>
            <w:rStyle w:val="aff8"/>
            <w:noProof/>
          </w:rPr>
          <w:t>6.9. Характеристики тепловых сетей по системам теплоснабжения</w:t>
        </w:r>
        <w:r>
          <w:rPr>
            <w:noProof/>
            <w:webHidden/>
          </w:rPr>
          <w:tab/>
        </w:r>
        <w:r w:rsidR="00300879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_Toc238017268 \h </w:instrText>
        </w:r>
        <w:r w:rsidR="00300879">
          <w:rPr>
            <w:noProof/>
            <w:webHidden/>
          </w:rPr>
        </w:r>
        <w:r w:rsidR="00300879">
          <w:rPr>
            <w:noProof/>
            <w:webHidden/>
          </w:rPr>
          <w:fldChar w:fldCharType="separate"/>
        </w:r>
        <w:r w:rsidR="003B6BC6">
          <w:rPr>
            <w:noProof/>
            <w:webHidden/>
          </w:rPr>
          <w:t>102</w:t>
        </w:r>
        <w:r w:rsidR="00300879">
          <w:rPr>
            <w:noProof/>
            <w:webHidden/>
          </w:rPr>
          <w:fldChar w:fldCharType="end"/>
        </w:r>
      </w:hyperlink>
    </w:p>
    <w:p w14:paraId="470C3FEE" w14:textId="77777777" w:rsidR="00723A21" w:rsidRDefault="00723A21">
      <w:pPr>
        <w:pStyle w:val="2c"/>
        <w:tabs>
          <w:tab w:val="right" w:leader="dot" w:pos="10479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017269" w:history="1">
        <w:r w:rsidRPr="00642BA8">
          <w:rPr>
            <w:rStyle w:val="aff8"/>
            <w:noProof/>
          </w:rPr>
          <w:t>6.10. Характеристики тепловых сетей по населённым пунктам</w:t>
        </w:r>
        <w:r>
          <w:rPr>
            <w:noProof/>
            <w:webHidden/>
          </w:rPr>
          <w:tab/>
        </w:r>
        <w:r w:rsidR="00300879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_Toc238017269 \h </w:instrText>
        </w:r>
        <w:r w:rsidR="00300879">
          <w:rPr>
            <w:noProof/>
            <w:webHidden/>
          </w:rPr>
        </w:r>
        <w:r w:rsidR="00300879">
          <w:rPr>
            <w:noProof/>
            <w:webHidden/>
          </w:rPr>
          <w:fldChar w:fldCharType="separate"/>
        </w:r>
        <w:r w:rsidR="003B6BC6">
          <w:rPr>
            <w:noProof/>
            <w:webHidden/>
          </w:rPr>
          <w:t>107</w:t>
        </w:r>
        <w:r w:rsidR="00300879">
          <w:rPr>
            <w:noProof/>
            <w:webHidden/>
          </w:rPr>
          <w:fldChar w:fldCharType="end"/>
        </w:r>
      </w:hyperlink>
    </w:p>
    <w:p w14:paraId="3BFD7277" w14:textId="77777777" w:rsidR="00723A21" w:rsidRDefault="00723A21">
      <w:pPr>
        <w:pStyle w:val="2c"/>
        <w:tabs>
          <w:tab w:val="right" w:leader="dot" w:pos="10479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017270" w:history="1">
        <w:r w:rsidRPr="00642BA8">
          <w:rPr>
            <w:rStyle w:val="aff8"/>
            <w:noProof/>
          </w:rPr>
          <w:t>6.11. Утверждаемая материальная характеристика тепловых сетей</w:t>
        </w:r>
        <w:r>
          <w:rPr>
            <w:noProof/>
            <w:webHidden/>
          </w:rPr>
          <w:tab/>
        </w:r>
        <w:r w:rsidR="00300879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_Toc238017270 \h </w:instrText>
        </w:r>
        <w:r w:rsidR="00300879">
          <w:rPr>
            <w:noProof/>
            <w:webHidden/>
          </w:rPr>
        </w:r>
        <w:r w:rsidR="00300879">
          <w:rPr>
            <w:noProof/>
            <w:webHidden/>
          </w:rPr>
          <w:fldChar w:fldCharType="separate"/>
        </w:r>
        <w:r w:rsidR="003B6BC6">
          <w:rPr>
            <w:noProof/>
            <w:webHidden/>
          </w:rPr>
          <w:t>110</w:t>
        </w:r>
        <w:r w:rsidR="00300879">
          <w:rPr>
            <w:noProof/>
            <w:webHidden/>
          </w:rPr>
          <w:fldChar w:fldCharType="end"/>
        </w:r>
      </w:hyperlink>
    </w:p>
    <w:p w14:paraId="051D1361" w14:textId="77777777" w:rsidR="00723A21" w:rsidRDefault="00723A21">
      <w:pPr>
        <w:pStyle w:val="14"/>
        <w:tabs>
          <w:tab w:val="right" w:leader="dot" w:pos="10479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017271" w:history="1">
        <w:r w:rsidRPr="00642BA8">
          <w:rPr>
            <w:rStyle w:val="aff8"/>
            <w:noProof/>
          </w:rPr>
          <w:t>7. Предложения по переводу открытых систем теплоснабжения (горячего водоснабжения), отдельных участков таких систем на закрытые системы горячего водоснабжения</w:t>
        </w:r>
        <w:r>
          <w:rPr>
            <w:noProof/>
            <w:webHidden/>
          </w:rPr>
          <w:tab/>
        </w:r>
        <w:r w:rsidR="00300879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_Toc238017271 \h </w:instrText>
        </w:r>
        <w:r w:rsidR="00300879">
          <w:rPr>
            <w:noProof/>
            <w:webHidden/>
          </w:rPr>
        </w:r>
        <w:r w:rsidR="00300879">
          <w:rPr>
            <w:noProof/>
            <w:webHidden/>
          </w:rPr>
          <w:fldChar w:fldCharType="separate"/>
        </w:r>
        <w:r w:rsidR="003B6BC6">
          <w:rPr>
            <w:noProof/>
            <w:webHidden/>
          </w:rPr>
          <w:t>111</w:t>
        </w:r>
        <w:r w:rsidR="00300879">
          <w:rPr>
            <w:noProof/>
            <w:webHidden/>
          </w:rPr>
          <w:fldChar w:fldCharType="end"/>
        </w:r>
      </w:hyperlink>
    </w:p>
    <w:p w14:paraId="477D230A" w14:textId="77777777" w:rsidR="00723A21" w:rsidRDefault="00723A21">
      <w:pPr>
        <w:pStyle w:val="2c"/>
        <w:tabs>
          <w:tab w:val="right" w:leader="dot" w:pos="10479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017272" w:history="1">
        <w:r w:rsidRPr="00642BA8">
          <w:rPr>
            <w:rStyle w:val="aff8"/>
            <w:noProof/>
          </w:rPr>
          <w:t>7.1. Системы, которых касается решение</w:t>
        </w:r>
        <w:r>
          <w:rPr>
            <w:noProof/>
            <w:webHidden/>
          </w:rPr>
          <w:tab/>
        </w:r>
        <w:r w:rsidR="00300879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_Toc238017272 \h </w:instrText>
        </w:r>
        <w:r w:rsidR="00300879">
          <w:rPr>
            <w:noProof/>
            <w:webHidden/>
          </w:rPr>
        </w:r>
        <w:r w:rsidR="00300879">
          <w:rPr>
            <w:noProof/>
            <w:webHidden/>
          </w:rPr>
          <w:fldChar w:fldCharType="separate"/>
        </w:r>
        <w:r w:rsidR="003B6BC6">
          <w:rPr>
            <w:noProof/>
            <w:webHidden/>
          </w:rPr>
          <w:t>111</w:t>
        </w:r>
        <w:r w:rsidR="00300879">
          <w:rPr>
            <w:noProof/>
            <w:webHidden/>
          </w:rPr>
          <w:fldChar w:fldCharType="end"/>
        </w:r>
      </w:hyperlink>
    </w:p>
    <w:p w14:paraId="26B61651" w14:textId="77777777" w:rsidR="00723A21" w:rsidRDefault="00723A21">
      <w:pPr>
        <w:pStyle w:val="2c"/>
        <w:tabs>
          <w:tab w:val="right" w:leader="dot" w:pos="10479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017273" w:history="1">
        <w:r w:rsidRPr="00642BA8">
          <w:rPr>
            <w:rStyle w:val="aff8"/>
            <w:noProof/>
          </w:rPr>
          <w:t>7.2. Принимаемые решения</w:t>
        </w:r>
        <w:r>
          <w:rPr>
            <w:noProof/>
            <w:webHidden/>
          </w:rPr>
          <w:tab/>
        </w:r>
        <w:r w:rsidR="00300879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_Toc238017273 \h </w:instrText>
        </w:r>
        <w:r w:rsidR="00300879">
          <w:rPr>
            <w:noProof/>
            <w:webHidden/>
          </w:rPr>
        </w:r>
        <w:r w:rsidR="00300879">
          <w:rPr>
            <w:noProof/>
            <w:webHidden/>
          </w:rPr>
          <w:fldChar w:fldCharType="separate"/>
        </w:r>
        <w:r w:rsidR="003B6BC6">
          <w:rPr>
            <w:noProof/>
            <w:webHidden/>
          </w:rPr>
          <w:t>112</w:t>
        </w:r>
        <w:r w:rsidR="00300879">
          <w:rPr>
            <w:noProof/>
            <w:webHidden/>
          </w:rPr>
          <w:fldChar w:fldCharType="end"/>
        </w:r>
      </w:hyperlink>
    </w:p>
    <w:p w14:paraId="3282F98B" w14:textId="77777777" w:rsidR="00723A21" w:rsidRDefault="00723A21">
      <w:pPr>
        <w:pStyle w:val="2c"/>
        <w:tabs>
          <w:tab w:val="right" w:leader="dot" w:pos="10479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017274" w:history="1">
        <w:r w:rsidRPr="00642BA8">
          <w:rPr>
            <w:rStyle w:val="aff8"/>
            <w:noProof/>
          </w:rPr>
          <w:t>7.3. Этапность</w:t>
        </w:r>
        <w:r>
          <w:rPr>
            <w:noProof/>
            <w:webHidden/>
          </w:rPr>
          <w:tab/>
        </w:r>
        <w:r w:rsidR="00300879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_Toc238017274 \h </w:instrText>
        </w:r>
        <w:r w:rsidR="00300879">
          <w:rPr>
            <w:noProof/>
            <w:webHidden/>
          </w:rPr>
        </w:r>
        <w:r w:rsidR="00300879">
          <w:rPr>
            <w:noProof/>
            <w:webHidden/>
          </w:rPr>
          <w:fldChar w:fldCharType="separate"/>
        </w:r>
        <w:r w:rsidR="003B6BC6">
          <w:rPr>
            <w:noProof/>
            <w:webHidden/>
          </w:rPr>
          <w:t>115</w:t>
        </w:r>
        <w:r w:rsidR="00300879">
          <w:rPr>
            <w:noProof/>
            <w:webHidden/>
          </w:rPr>
          <w:fldChar w:fldCharType="end"/>
        </w:r>
      </w:hyperlink>
    </w:p>
    <w:p w14:paraId="65AC1459" w14:textId="77777777" w:rsidR="00723A21" w:rsidRDefault="00723A21">
      <w:pPr>
        <w:pStyle w:val="2c"/>
        <w:tabs>
          <w:tab w:val="right" w:leader="dot" w:pos="10479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017275" w:history="1">
        <w:r w:rsidRPr="00642BA8">
          <w:rPr>
            <w:rStyle w:val="aff8"/>
            <w:noProof/>
          </w:rPr>
          <w:t>7.4. Следствия для балансов теплоносителя</w:t>
        </w:r>
        <w:r>
          <w:rPr>
            <w:noProof/>
            <w:webHidden/>
          </w:rPr>
          <w:tab/>
        </w:r>
        <w:r w:rsidR="00300879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_Toc238017275 \h </w:instrText>
        </w:r>
        <w:r w:rsidR="00300879">
          <w:rPr>
            <w:noProof/>
            <w:webHidden/>
          </w:rPr>
        </w:r>
        <w:r w:rsidR="00300879">
          <w:rPr>
            <w:noProof/>
            <w:webHidden/>
          </w:rPr>
          <w:fldChar w:fldCharType="separate"/>
        </w:r>
        <w:r w:rsidR="003B6BC6">
          <w:rPr>
            <w:noProof/>
            <w:webHidden/>
          </w:rPr>
          <w:t>115</w:t>
        </w:r>
        <w:r w:rsidR="00300879">
          <w:rPr>
            <w:noProof/>
            <w:webHidden/>
          </w:rPr>
          <w:fldChar w:fldCharType="end"/>
        </w:r>
      </w:hyperlink>
    </w:p>
    <w:p w14:paraId="159585C8" w14:textId="77777777" w:rsidR="00723A21" w:rsidRDefault="00723A21">
      <w:pPr>
        <w:pStyle w:val="2c"/>
        <w:tabs>
          <w:tab w:val="right" w:leader="dot" w:pos="10479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017276" w:history="1">
        <w:r w:rsidRPr="00642BA8">
          <w:rPr>
            <w:rStyle w:val="aff8"/>
            <w:noProof/>
          </w:rPr>
          <w:t>7.5. Капитальные вложения</w:t>
        </w:r>
        <w:r>
          <w:rPr>
            <w:noProof/>
            <w:webHidden/>
          </w:rPr>
          <w:tab/>
        </w:r>
        <w:r w:rsidR="00300879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_Toc238017276 \h </w:instrText>
        </w:r>
        <w:r w:rsidR="00300879">
          <w:rPr>
            <w:noProof/>
            <w:webHidden/>
          </w:rPr>
        </w:r>
        <w:r w:rsidR="00300879">
          <w:rPr>
            <w:noProof/>
            <w:webHidden/>
          </w:rPr>
          <w:fldChar w:fldCharType="separate"/>
        </w:r>
        <w:r w:rsidR="003B6BC6">
          <w:rPr>
            <w:noProof/>
            <w:webHidden/>
          </w:rPr>
          <w:t>116</w:t>
        </w:r>
        <w:r w:rsidR="00300879">
          <w:rPr>
            <w:noProof/>
            <w:webHidden/>
          </w:rPr>
          <w:fldChar w:fldCharType="end"/>
        </w:r>
      </w:hyperlink>
    </w:p>
    <w:p w14:paraId="243A0F44" w14:textId="77777777" w:rsidR="00723A21" w:rsidRDefault="00723A21">
      <w:pPr>
        <w:pStyle w:val="2c"/>
        <w:tabs>
          <w:tab w:val="right" w:leader="dot" w:pos="10479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017277" w:history="1">
        <w:r w:rsidRPr="00642BA8">
          <w:rPr>
            <w:rStyle w:val="aff8"/>
            <w:noProof/>
          </w:rPr>
          <w:t>7.6. Нерешённые зависимости</w:t>
        </w:r>
        <w:r>
          <w:rPr>
            <w:noProof/>
            <w:webHidden/>
          </w:rPr>
          <w:tab/>
        </w:r>
        <w:r w:rsidR="00300879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_Toc238017277 \h </w:instrText>
        </w:r>
        <w:r w:rsidR="00300879">
          <w:rPr>
            <w:noProof/>
            <w:webHidden/>
          </w:rPr>
        </w:r>
        <w:r w:rsidR="00300879">
          <w:rPr>
            <w:noProof/>
            <w:webHidden/>
          </w:rPr>
          <w:fldChar w:fldCharType="separate"/>
        </w:r>
        <w:r w:rsidR="003B6BC6">
          <w:rPr>
            <w:noProof/>
            <w:webHidden/>
          </w:rPr>
          <w:t>116</w:t>
        </w:r>
        <w:r w:rsidR="00300879">
          <w:rPr>
            <w:noProof/>
            <w:webHidden/>
          </w:rPr>
          <w:fldChar w:fldCharType="end"/>
        </w:r>
      </w:hyperlink>
    </w:p>
    <w:p w14:paraId="626873BA" w14:textId="77777777" w:rsidR="00723A21" w:rsidRDefault="00723A21">
      <w:pPr>
        <w:pStyle w:val="2c"/>
        <w:tabs>
          <w:tab w:val="right" w:leader="dot" w:pos="10479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017278" w:history="1">
        <w:r w:rsidRPr="00642BA8">
          <w:rPr>
            <w:rStyle w:val="aff8"/>
            <w:noProof/>
          </w:rPr>
          <w:t>7.7. Конфигурация на 2031 и 2036 годы</w:t>
        </w:r>
        <w:r>
          <w:rPr>
            <w:noProof/>
            <w:webHidden/>
          </w:rPr>
          <w:tab/>
        </w:r>
        <w:r w:rsidR="00300879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_Toc238017278 \h </w:instrText>
        </w:r>
        <w:r w:rsidR="00300879">
          <w:rPr>
            <w:noProof/>
            <w:webHidden/>
          </w:rPr>
        </w:r>
        <w:r w:rsidR="00300879">
          <w:rPr>
            <w:noProof/>
            <w:webHidden/>
          </w:rPr>
          <w:fldChar w:fldCharType="separate"/>
        </w:r>
        <w:r w:rsidR="003B6BC6">
          <w:rPr>
            <w:noProof/>
            <w:webHidden/>
          </w:rPr>
          <w:t>117</w:t>
        </w:r>
        <w:r w:rsidR="00300879">
          <w:rPr>
            <w:noProof/>
            <w:webHidden/>
          </w:rPr>
          <w:fldChar w:fldCharType="end"/>
        </w:r>
      </w:hyperlink>
    </w:p>
    <w:p w14:paraId="5C2C801C" w14:textId="77777777" w:rsidR="00723A21" w:rsidRDefault="00723A21">
      <w:pPr>
        <w:pStyle w:val="2c"/>
        <w:tabs>
          <w:tab w:val="right" w:leader="dot" w:pos="10479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017279" w:history="1">
        <w:r w:rsidRPr="00642BA8">
          <w:rPr>
            <w:rStyle w:val="aff8"/>
            <w:noProof/>
          </w:rPr>
          <w:t>7.8. Утверждаемые характеристики систем горячего водоснабжения</w:t>
        </w:r>
        <w:r>
          <w:rPr>
            <w:noProof/>
            <w:webHidden/>
          </w:rPr>
          <w:tab/>
        </w:r>
        <w:r w:rsidR="00300879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_Toc238017279 \h </w:instrText>
        </w:r>
        <w:r w:rsidR="00300879">
          <w:rPr>
            <w:noProof/>
            <w:webHidden/>
          </w:rPr>
        </w:r>
        <w:r w:rsidR="00300879">
          <w:rPr>
            <w:noProof/>
            <w:webHidden/>
          </w:rPr>
          <w:fldChar w:fldCharType="separate"/>
        </w:r>
        <w:r w:rsidR="003B6BC6">
          <w:rPr>
            <w:noProof/>
            <w:webHidden/>
          </w:rPr>
          <w:t>118</w:t>
        </w:r>
        <w:r w:rsidR="00300879">
          <w:rPr>
            <w:noProof/>
            <w:webHidden/>
          </w:rPr>
          <w:fldChar w:fldCharType="end"/>
        </w:r>
      </w:hyperlink>
    </w:p>
    <w:p w14:paraId="323B8E56" w14:textId="77777777" w:rsidR="00723A21" w:rsidRDefault="00723A21">
      <w:pPr>
        <w:pStyle w:val="2c"/>
        <w:tabs>
          <w:tab w:val="right" w:leader="dot" w:pos="10479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017280" w:history="1">
        <w:r w:rsidRPr="00642BA8">
          <w:rPr>
            <w:rStyle w:val="aff8"/>
            <w:noProof/>
          </w:rPr>
          <w:t>7.9. Характеристики систем горячего водоснабжения по объектам</w:t>
        </w:r>
        <w:r>
          <w:rPr>
            <w:noProof/>
            <w:webHidden/>
          </w:rPr>
          <w:tab/>
        </w:r>
        <w:r w:rsidR="00300879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_Toc238017280 \h </w:instrText>
        </w:r>
        <w:r w:rsidR="00300879">
          <w:rPr>
            <w:noProof/>
            <w:webHidden/>
          </w:rPr>
        </w:r>
        <w:r w:rsidR="00300879">
          <w:rPr>
            <w:noProof/>
            <w:webHidden/>
          </w:rPr>
          <w:fldChar w:fldCharType="separate"/>
        </w:r>
        <w:r w:rsidR="003B6BC6">
          <w:rPr>
            <w:noProof/>
            <w:webHidden/>
          </w:rPr>
          <w:t>119</w:t>
        </w:r>
        <w:r w:rsidR="00300879">
          <w:rPr>
            <w:noProof/>
            <w:webHidden/>
          </w:rPr>
          <w:fldChar w:fldCharType="end"/>
        </w:r>
      </w:hyperlink>
    </w:p>
    <w:p w14:paraId="31D03CC1" w14:textId="77777777" w:rsidR="00723A21" w:rsidRDefault="00723A21">
      <w:pPr>
        <w:pStyle w:val="2c"/>
        <w:tabs>
          <w:tab w:val="right" w:leader="dot" w:pos="10479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017281" w:history="1">
        <w:r w:rsidRPr="00642BA8">
          <w:rPr>
            <w:rStyle w:val="aff8"/>
            <w:noProof/>
          </w:rPr>
          <w:t>7.10. Утверждаемая расчётная база водоразбора горячего водоснабжения</w:t>
        </w:r>
        <w:r>
          <w:rPr>
            <w:noProof/>
            <w:webHidden/>
          </w:rPr>
          <w:tab/>
        </w:r>
        <w:r w:rsidR="00300879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_Toc238017281 \h </w:instrText>
        </w:r>
        <w:r w:rsidR="00300879">
          <w:rPr>
            <w:noProof/>
            <w:webHidden/>
          </w:rPr>
        </w:r>
        <w:r w:rsidR="00300879">
          <w:rPr>
            <w:noProof/>
            <w:webHidden/>
          </w:rPr>
          <w:fldChar w:fldCharType="separate"/>
        </w:r>
        <w:r w:rsidR="003B6BC6">
          <w:rPr>
            <w:noProof/>
            <w:webHidden/>
          </w:rPr>
          <w:t>127</w:t>
        </w:r>
        <w:r w:rsidR="00300879">
          <w:rPr>
            <w:noProof/>
            <w:webHidden/>
          </w:rPr>
          <w:fldChar w:fldCharType="end"/>
        </w:r>
      </w:hyperlink>
    </w:p>
    <w:p w14:paraId="1CB784D8" w14:textId="77777777" w:rsidR="00723A21" w:rsidRDefault="00723A21">
      <w:pPr>
        <w:pStyle w:val="14"/>
        <w:tabs>
          <w:tab w:val="right" w:leader="dot" w:pos="10479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017282" w:history="1">
        <w:r w:rsidRPr="00642BA8">
          <w:rPr>
            <w:rStyle w:val="aff8"/>
            <w:noProof/>
            <w:lang w:val="ru-RU"/>
          </w:rPr>
          <w:t>8. Перспективные топливные балансы</w:t>
        </w:r>
        <w:r>
          <w:rPr>
            <w:noProof/>
            <w:webHidden/>
          </w:rPr>
          <w:tab/>
        </w:r>
        <w:r w:rsidR="00300879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_Toc238017282 \h </w:instrText>
        </w:r>
        <w:r w:rsidR="00300879">
          <w:rPr>
            <w:noProof/>
            <w:webHidden/>
          </w:rPr>
        </w:r>
        <w:r w:rsidR="00300879">
          <w:rPr>
            <w:noProof/>
            <w:webHidden/>
          </w:rPr>
          <w:fldChar w:fldCharType="separate"/>
        </w:r>
        <w:r w:rsidR="003B6BC6">
          <w:rPr>
            <w:noProof/>
            <w:webHidden/>
          </w:rPr>
          <w:t>129</w:t>
        </w:r>
        <w:r w:rsidR="00300879">
          <w:rPr>
            <w:noProof/>
            <w:webHidden/>
          </w:rPr>
          <w:fldChar w:fldCharType="end"/>
        </w:r>
      </w:hyperlink>
    </w:p>
    <w:p w14:paraId="477005F2" w14:textId="77777777" w:rsidR="00723A21" w:rsidRDefault="00723A21">
      <w:pPr>
        <w:pStyle w:val="2c"/>
        <w:tabs>
          <w:tab w:val="right" w:leader="dot" w:pos="10479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017283" w:history="1">
        <w:r w:rsidRPr="00642BA8">
          <w:rPr>
            <w:rStyle w:val="aff8"/>
            <w:noProof/>
            <w:lang w:val="ru-RU"/>
          </w:rPr>
          <w:t>8.1. Виды и показатели используемого топлива</w:t>
        </w:r>
        <w:r>
          <w:rPr>
            <w:noProof/>
            <w:webHidden/>
          </w:rPr>
          <w:tab/>
        </w:r>
        <w:r w:rsidR="00300879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_Toc238017283 \h </w:instrText>
        </w:r>
        <w:r w:rsidR="00300879">
          <w:rPr>
            <w:noProof/>
            <w:webHidden/>
          </w:rPr>
        </w:r>
        <w:r w:rsidR="00300879">
          <w:rPr>
            <w:noProof/>
            <w:webHidden/>
          </w:rPr>
          <w:fldChar w:fldCharType="separate"/>
        </w:r>
        <w:r w:rsidR="003B6BC6">
          <w:rPr>
            <w:noProof/>
            <w:webHidden/>
          </w:rPr>
          <w:t>131</w:t>
        </w:r>
        <w:r w:rsidR="00300879">
          <w:rPr>
            <w:noProof/>
            <w:webHidden/>
          </w:rPr>
          <w:fldChar w:fldCharType="end"/>
        </w:r>
      </w:hyperlink>
    </w:p>
    <w:p w14:paraId="2FA0E696" w14:textId="77777777" w:rsidR="00723A21" w:rsidRDefault="00723A21">
      <w:pPr>
        <w:pStyle w:val="2c"/>
        <w:tabs>
          <w:tab w:val="right" w:leader="dot" w:pos="10479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017284" w:history="1">
        <w:r w:rsidRPr="00642BA8">
          <w:rPr>
            <w:rStyle w:val="aff8"/>
            <w:noProof/>
          </w:rPr>
          <w:t>8.2. Утверждаемые топливные характеристики</w:t>
        </w:r>
        <w:r>
          <w:rPr>
            <w:noProof/>
            <w:webHidden/>
          </w:rPr>
          <w:tab/>
        </w:r>
        <w:r w:rsidR="00300879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_Toc238017284 \h </w:instrText>
        </w:r>
        <w:r w:rsidR="00300879">
          <w:rPr>
            <w:noProof/>
            <w:webHidden/>
          </w:rPr>
        </w:r>
        <w:r w:rsidR="00300879">
          <w:rPr>
            <w:noProof/>
            <w:webHidden/>
          </w:rPr>
          <w:fldChar w:fldCharType="separate"/>
        </w:r>
        <w:r w:rsidR="003B6BC6">
          <w:rPr>
            <w:noProof/>
            <w:webHidden/>
          </w:rPr>
          <w:t>134</w:t>
        </w:r>
        <w:r w:rsidR="00300879">
          <w:rPr>
            <w:noProof/>
            <w:webHidden/>
          </w:rPr>
          <w:fldChar w:fldCharType="end"/>
        </w:r>
      </w:hyperlink>
    </w:p>
    <w:p w14:paraId="4ABAE1E2" w14:textId="77777777" w:rsidR="00723A21" w:rsidRDefault="00723A21">
      <w:pPr>
        <w:pStyle w:val="2c"/>
        <w:tabs>
          <w:tab w:val="right" w:leader="dot" w:pos="10479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017285" w:history="1">
        <w:r w:rsidRPr="00642BA8">
          <w:rPr>
            <w:rStyle w:val="aff8"/>
            <w:noProof/>
          </w:rPr>
          <w:t>8.3. Утверждаемые топливные балансы</w:t>
        </w:r>
        <w:r>
          <w:rPr>
            <w:noProof/>
            <w:webHidden/>
          </w:rPr>
          <w:tab/>
        </w:r>
        <w:r w:rsidR="00300879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_Toc238017285 \h </w:instrText>
        </w:r>
        <w:r w:rsidR="00300879">
          <w:rPr>
            <w:noProof/>
            <w:webHidden/>
          </w:rPr>
        </w:r>
        <w:r w:rsidR="00300879">
          <w:rPr>
            <w:noProof/>
            <w:webHidden/>
          </w:rPr>
          <w:fldChar w:fldCharType="separate"/>
        </w:r>
        <w:r w:rsidR="003B6BC6">
          <w:rPr>
            <w:noProof/>
            <w:webHidden/>
          </w:rPr>
          <w:t>135</w:t>
        </w:r>
        <w:r w:rsidR="00300879">
          <w:rPr>
            <w:noProof/>
            <w:webHidden/>
          </w:rPr>
          <w:fldChar w:fldCharType="end"/>
        </w:r>
      </w:hyperlink>
    </w:p>
    <w:p w14:paraId="7E786953" w14:textId="77777777" w:rsidR="00723A21" w:rsidRDefault="00723A21">
      <w:pPr>
        <w:pStyle w:val="2c"/>
        <w:tabs>
          <w:tab w:val="right" w:leader="dot" w:pos="10479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017286" w:history="1">
        <w:r w:rsidRPr="00642BA8">
          <w:rPr>
            <w:rStyle w:val="aff8"/>
            <w:noProof/>
          </w:rPr>
          <w:t>8.4. Утверждаемые нормативы создания запасов топлива</w:t>
        </w:r>
        <w:r>
          <w:rPr>
            <w:noProof/>
            <w:webHidden/>
          </w:rPr>
          <w:tab/>
        </w:r>
        <w:r w:rsidR="00300879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_Toc238017286 \h </w:instrText>
        </w:r>
        <w:r w:rsidR="00300879">
          <w:rPr>
            <w:noProof/>
            <w:webHidden/>
          </w:rPr>
        </w:r>
        <w:r w:rsidR="00300879">
          <w:rPr>
            <w:noProof/>
            <w:webHidden/>
          </w:rPr>
          <w:fldChar w:fldCharType="separate"/>
        </w:r>
        <w:r w:rsidR="003B6BC6">
          <w:rPr>
            <w:noProof/>
            <w:webHidden/>
          </w:rPr>
          <w:t>135</w:t>
        </w:r>
        <w:r w:rsidR="00300879">
          <w:rPr>
            <w:noProof/>
            <w:webHidden/>
          </w:rPr>
          <w:fldChar w:fldCharType="end"/>
        </w:r>
      </w:hyperlink>
    </w:p>
    <w:p w14:paraId="6C6D8744" w14:textId="77777777" w:rsidR="00723A21" w:rsidRDefault="00723A21">
      <w:pPr>
        <w:pStyle w:val="2c"/>
        <w:tabs>
          <w:tab w:val="right" w:leader="dot" w:pos="10479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017287" w:history="1">
        <w:r w:rsidRPr="00642BA8">
          <w:rPr>
            <w:rStyle w:val="aff8"/>
            <w:noProof/>
          </w:rPr>
          <w:t>8.5. Топливообеспечение источников</w:t>
        </w:r>
        <w:r>
          <w:rPr>
            <w:noProof/>
            <w:webHidden/>
          </w:rPr>
          <w:tab/>
        </w:r>
        <w:r w:rsidR="00300879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_Toc238017287 \h </w:instrText>
        </w:r>
        <w:r w:rsidR="00300879">
          <w:rPr>
            <w:noProof/>
            <w:webHidden/>
          </w:rPr>
        </w:r>
        <w:r w:rsidR="00300879">
          <w:rPr>
            <w:noProof/>
            <w:webHidden/>
          </w:rPr>
          <w:fldChar w:fldCharType="separate"/>
        </w:r>
        <w:r w:rsidR="003B6BC6">
          <w:rPr>
            <w:noProof/>
            <w:webHidden/>
          </w:rPr>
          <w:t>136</w:t>
        </w:r>
        <w:r w:rsidR="00300879">
          <w:rPr>
            <w:noProof/>
            <w:webHidden/>
          </w:rPr>
          <w:fldChar w:fldCharType="end"/>
        </w:r>
      </w:hyperlink>
    </w:p>
    <w:p w14:paraId="40EB2E1E" w14:textId="77777777" w:rsidR="00723A21" w:rsidRDefault="00723A21">
      <w:pPr>
        <w:pStyle w:val="14"/>
        <w:tabs>
          <w:tab w:val="right" w:leader="dot" w:pos="10479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017288" w:history="1">
        <w:r w:rsidRPr="00642BA8">
          <w:rPr>
            <w:rStyle w:val="aff8"/>
            <w:noProof/>
          </w:rPr>
          <w:t>9. Инвестиции в строительство, реконструкцию, техническое перевооружение и (или) модернизацию</w:t>
        </w:r>
        <w:r>
          <w:rPr>
            <w:noProof/>
            <w:webHidden/>
          </w:rPr>
          <w:tab/>
        </w:r>
        <w:r w:rsidR="00300879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_Toc238017288 \h </w:instrText>
        </w:r>
        <w:r w:rsidR="00300879">
          <w:rPr>
            <w:noProof/>
            <w:webHidden/>
          </w:rPr>
        </w:r>
        <w:r w:rsidR="00300879">
          <w:rPr>
            <w:noProof/>
            <w:webHidden/>
          </w:rPr>
          <w:fldChar w:fldCharType="separate"/>
        </w:r>
        <w:r w:rsidR="003B6BC6">
          <w:rPr>
            <w:noProof/>
            <w:webHidden/>
          </w:rPr>
          <w:t>137</w:t>
        </w:r>
        <w:r w:rsidR="00300879">
          <w:rPr>
            <w:noProof/>
            <w:webHidden/>
          </w:rPr>
          <w:fldChar w:fldCharType="end"/>
        </w:r>
      </w:hyperlink>
    </w:p>
    <w:p w14:paraId="19551CD4" w14:textId="77777777" w:rsidR="00723A21" w:rsidRDefault="00723A21">
      <w:pPr>
        <w:pStyle w:val="2c"/>
        <w:tabs>
          <w:tab w:val="right" w:leader="dot" w:pos="10479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017289" w:history="1">
        <w:r w:rsidRPr="00642BA8">
          <w:rPr>
            <w:rStyle w:val="aff8"/>
            <w:noProof/>
          </w:rPr>
          <w:t>9.1. Объёмы инвестиций по группам мероприятий</w:t>
        </w:r>
        <w:r>
          <w:rPr>
            <w:noProof/>
            <w:webHidden/>
          </w:rPr>
          <w:tab/>
        </w:r>
        <w:r w:rsidR="00300879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_Toc238017289 \h </w:instrText>
        </w:r>
        <w:r w:rsidR="00300879">
          <w:rPr>
            <w:noProof/>
            <w:webHidden/>
          </w:rPr>
        </w:r>
        <w:r w:rsidR="00300879">
          <w:rPr>
            <w:noProof/>
            <w:webHidden/>
          </w:rPr>
          <w:fldChar w:fldCharType="separate"/>
        </w:r>
        <w:r w:rsidR="003B6BC6">
          <w:rPr>
            <w:noProof/>
            <w:webHidden/>
          </w:rPr>
          <w:t>137</w:t>
        </w:r>
        <w:r w:rsidR="00300879">
          <w:rPr>
            <w:noProof/>
            <w:webHidden/>
          </w:rPr>
          <w:fldChar w:fldCharType="end"/>
        </w:r>
      </w:hyperlink>
    </w:p>
    <w:p w14:paraId="713FA204" w14:textId="77777777" w:rsidR="00723A21" w:rsidRDefault="00723A21">
      <w:pPr>
        <w:pStyle w:val="2c"/>
        <w:tabs>
          <w:tab w:val="right" w:leader="dot" w:pos="10479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017290" w:history="1">
        <w:r w:rsidRPr="00642BA8">
          <w:rPr>
            <w:rStyle w:val="aff8"/>
            <w:noProof/>
          </w:rPr>
          <w:t>9.2. Источники финансирования</w:t>
        </w:r>
        <w:r>
          <w:rPr>
            <w:noProof/>
            <w:webHidden/>
          </w:rPr>
          <w:tab/>
        </w:r>
        <w:r w:rsidR="00300879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_Toc238017290 \h </w:instrText>
        </w:r>
        <w:r w:rsidR="00300879">
          <w:rPr>
            <w:noProof/>
            <w:webHidden/>
          </w:rPr>
        </w:r>
        <w:r w:rsidR="00300879">
          <w:rPr>
            <w:noProof/>
            <w:webHidden/>
          </w:rPr>
          <w:fldChar w:fldCharType="separate"/>
        </w:r>
        <w:r w:rsidR="003B6BC6">
          <w:rPr>
            <w:noProof/>
            <w:webHidden/>
          </w:rPr>
          <w:t>138</w:t>
        </w:r>
        <w:r w:rsidR="00300879">
          <w:rPr>
            <w:noProof/>
            <w:webHidden/>
          </w:rPr>
          <w:fldChar w:fldCharType="end"/>
        </w:r>
      </w:hyperlink>
    </w:p>
    <w:p w14:paraId="31376BB7" w14:textId="77777777" w:rsidR="00723A21" w:rsidRDefault="00723A21">
      <w:pPr>
        <w:pStyle w:val="2c"/>
        <w:tabs>
          <w:tab w:val="right" w:leader="dot" w:pos="10479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017291" w:history="1">
        <w:r w:rsidRPr="00642BA8">
          <w:rPr>
            <w:rStyle w:val="aff8"/>
            <w:noProof/>
          </w:rPr>
          <w:t>9.3. Реестр мероприятий по источникам тепловой энергии</w:t>
        </w:r>
        <w:r>
          <w:rPr>
            <w:noProof/>
            <w:webHidden/>
          </w:rPr>
          <w:tab/>
        </w:r>
        <w:r w:rsidR="00300879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_Toc238017291 \h </w:instrText>
        </w:r>
        <w:r w:rsidR="00300879">
          <w:rPr>
            <w:noProof/>
            <w:webHidden/>
          </w:rPr>
        </w:r>
        <w:r w:rsidR="00300879">
          <w:rPr>
            <w:noProof/>
            <w:webHidden/>
          </w:rPr>
          <w:fldChar w:fldCharType="separate"/>
        </w:r>
        <w:r w:rsidR="003B6BC6">
          <w:rPr>
            <w:noProof/>
            <w:webHidden/>
          </w:rPr>
          <w:t>139</w:t>
        </w:r>
        <w:r w:rsidR="00300879">
          <w:rPr>
            <w:noProof/>
            <w:webHidden/>
          </w:rPr>
          <w:fldChar w:fldCharType="end"/>
        </w:r>
      </w:hyperlink>
    </w:p>
    <w:p w14:paraId="362C137D" w14:textId="77777777" w:rsidR="00723A21" w:rsidRDefault="00723A21">
      <w:pPr>
        <w:pStyle w:val="2c"/>
        <w:tabs>
          <w:tab w:val="right" w:leader="dot" w:pos="10479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017292" w:history="1">
        <w:r w:rsidRPr="00642BA8">
          <w:rPr>
            <w:rStyle w:val="aff8"/>
            <w:noProof/>
          </w:rPr>
          <w:t>9.4. Сравнение вариантов перевода источников на природный газ</w:t>
        </w:r>
        <w:r>
          <w:rPr>
            <w:noProof/>
            <w:webHidden/>
          </w:rPr>
          <w:tab/>
        </w:r>
        <w:r w:rsidR="00300879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_Toc238017292 \h </w:instrText>
        </w:r>
        <w:r w:rsidR="00300879">
          <w:rPr>
            <w:noProof/>
            <w:webHidden/>
          </w:rPr>
        </w:r>
        <w:r w:rsidR="00300879">
          <w:rPr>
            <w:noProof/>
            <w:webHidden/>
          </w:rPr>
          <w:fldChar w:fldCharType="separate"/>
        </w:r>
        <w:r w:rsidR="003B6BC6">
          <w:rPr>
            <w:noProof/>
            <w:webHidden/>
          </w:rPr>
          <w:t>140</w:t>
        </w:r>
        <w:r w:rsidR="00300879">
          <w:rPr>
            <w:noProof/>
            <w:webHidden/>
          </w:rPr>
          <w:fldChar w:fldCharType="end"/>
        </w:r>
      </w:hyperlink>
    </w:p>
    <w:p w14:paraId="53F46B3D" w14:textId="77777777" w:rsidR="00723A21" w:rsidRDefault="00723A21">
      <w:pPr>
        <w:pStyle w:val="2c"/>
        <w:tabs>
          <w:tab w:val="right" w:leader="dot" w:pos="10479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017293" w:history="1">
        <w:r w:rsidRPr="00642BA8">
          <w:rPr>
            <w:rStyle w:val="aff8"/>
            <w:noProof/>
          </w:rPr>
          <w:t>9.5. Мероприятия по надёжности и горячему водоснабжению</w:t>
        </w:r>
        <w:r>
          <w:rPr>
            <w:noProof/>
            <w:webHidden/>
          </w:rPr>
          <w:tab/>
        </w:r>
        <w:r w:rsidR="00300879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_Toc238017293 \h </w:instrText>
        </w:r>
        <w:r w:rsidR="00300879">
          <w:rPr>
            <w:noProof/>
            <w:webHidden/>
          </w:rPr>
        </w:r>
        <w:r w:rsidR="00300879">
          <w:rPr>
            <w:noProof/>
            <w:webHidden/>
          </w:rPr>
          <w:fldChar w:fldCharType="separate"/>
        </w:r>
        <w:r w:rsidR="003B6BC6">
          <w:rPr>
            <w:noProof/>
            <w:webHidden/>
          </w:rPr>
          <w:t>141</w:t>
        </w:r>
        <w:r w:rsidR="00300879">
          <w:rPr>
            <w:noProof/>
            <w:webHidden/>
          </w:rPr>
          <w:fldChar w:fldCharType="end"/>
        </w:r>
      </w:hyperlink>
    </w:p>
    <w:p w14:paraId="62C2F247" w14:textId="77777777" w:rsidR="00723A21" w:rsidRDefault="00723A21">
      <w:pPr>
        <w:pStyle w:val="2c"/>
        <w:tabs>
          <w:tab w:val="right" w:leader="dot" w:pos="10479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017294" w:history="1">
        <w:r w:rsidRPr="00642BA8">
          <w:rPr>
            <w:rStyle w:val="aff8"/>
            <w:noProof/>
          </w:rPr>
          <w:t>9.6. Стоимостная база и источники финансирования</w:t>
        </w:r>
        <w:r>
          <w:rPr>
            <w:noProof/>
            <w:webHidden/>
          </w:rPr>
          <w:tab/>
        </w:r>
        <w:r w:rsidR="00300879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_Toc238017294 \h </w:instrText>
        </w:r>
        <w:r w:rsidR="00300879">
          <w:rPr>
            <w:noProof/>
            <w:webHidden/>
          </w:rPr>
        </w:r>
        <w:r w:rsidR="00300879">
          <w:rPr>
            <w:noProof/>
            <w:webHidden/>
          </w:rPr>
          <w:fldChar w:fldCharType="separate"/>
        </w:r>
        <w:r w:rsidR="003B6BC6">
          <w:rPr>
            <w:noProof/>
            <w:webHidden/>
          </w:rPr>
          <w:t>143</w:t>
        </w:r>
        <w:r w:rsidR="00300879">
          <w:rPr>
            <w:noProof/>
            <w:webHidden/>
          </w:rPr>
          <w:fldChar w:fldCharType="end"/>
        </w:r>
      </w:hyperlink>
    </w:p>
    <w:p w14:paraId="6BD575F1" w14:textId="77777777" w:rsidR="00723A21" w:rsidRDefault="00723A21">
      <w:pPr>
        <w:pStyle w:val="2c"/>
        <w:tabs>
          <w:tab w:val="right" w:leader="dot" w:pos="10479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017295" w:history="1">
        <w:r w:rsidRPr="00642BA8">
          <w:rPr>
            <w:rStyle w:val="aff8"/>
            <w:noProof/>
          </w:rPr>
          <w:t>9.7. Сводный перечень утверждаемых мероприятий</w:t>
        </w:r>
        <w:r>
          <w:rPr>
            <w:noProof/>
            <w:webHidden/>
          </w:rPr>
          <w:tab/>
        </w:r>
        <w:r w:rsidR="00300879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_Toc238017295 \h </w:instrText>
        </w:r>
        <w:r w:rsidR="00300879">
          <w:rPr>
            <w:noProof/>
            <w:webHidden/>
          </w:rPr>
        </w:r>
        <w:r w:rsidR="00300879">
          <w:rPr>
            <w:noProof/>
            <w:webHidden/>
          </w:rPr>
          <w:fldChar w:fldCharType="separate"/>
        </w:r>
        <w:r w:rsidR="003B6BC6">
          <w:rPr>
            <w:noProof/>
            <w:webHidden/>
          </w:rPr>
          <w:t>145</w:t>
        </w:r>
        <w:r w:rsidR="00300879">
          <w:rPr>
            <w:noProof/>
            <w:webHidden/>
          </w:rPr>
          <w:fldChar w:fldCharType="end"/>
        </w:r>
      </w:hyperlink>
    </w:p>
    <w:p w14:paraId="771A8AD2" w14:textId="77777777" w:rsidR="00723A21" w:rsidRDefault="00723A21">
      <w:pPr>
        <w:pStyle w:val="2c"/>
        <w:tabs>
          <w:tab w:val="right" w:leader="dot" w:pos="10479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017296" w:history="1">
        <w:r w:rsidRPr="00642BA8">
          <w:rPr>
            <w:rStyle w:val="aff8"/>
            <w:noProof/>
          </w:rPr>
          <w:t>9.8. Утверждаемые сроки реализации мероприятий</w:t>
        </w:r>
        <w:r>
          <w:rPr>
            <w:noProof/>
            <w:webHidden/>
          </w:rPr>
          <w:tab/>
        </w:r>
        <w:r w:rsidR="00300879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_Toc238017296 \h </w:instrText>
        </w:r>
        <w:r w:rsidR="00300879">
          <w:rPr>
            <w:noProof/>
            <w:webHidden/>
          </w:rPr>
        </w:r>
        <w:r w:rsidR="00300879">
          <w:rPr>
            <w:noProof/>
            <w:webHidden/>
          </w:rPr>
          <w:fldChar w:fldCharType="separate"/>
        </w:r>
        <w:r w:rsidR="003B6BC6">
          <w:rPr>
            <w:noProof/>
            <w:webHidden/>
          </w:rPr>
          <w:t>148</w:t>
        </w:r>
        <w:r w:rsidR="00300879">
          <w:rPr>
            <w:noProof/>
            <w:webHidden/>
          </w:rPr>
          <w:fldChar w:fldCharType="end"/>
        </w:r>
      </w:hyperlink>
    </w:p>
    <w:p w14:paraId="504C8643" w14:textId="77777777" w:rsidR="00723A21" w:rsidRDefault="00723A21">
      <w:pPr>
        <w:pStyle w:val="14"/>
        <w:tabs>
          <w:tab w:val="right" w:leader="dot" w:pos="10479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017297" w:history="1">
        <w:r w:rsidRPr="00642BA8">
          <w:rPr>
            <w:rStyle w:val="aff8"/>
            <w:noProof/>
          </w:rPr>
          <w:t>10. Решение о присвоении статуса единой теплоснабжающей организации (организациям)</w:t>
        </w:r>
        <w:r>
          <w:rPr>
            <w:noProof/>
            <w:webHidden/>
          </w:rPr>
          <w:tab/>
        </w:r>
        <w:r w:rsidR="00300879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_Toc238017297 \h </w:instrText>
        </w:r>
        <w:r w:rsidR="00300879">
          <w:rPr>
            <w:noProof/>
            <w:webHidden/>
          </w:rPr>
        </w:r>
        <w:r w:rsidR="00300879">
          <w:rPr>
            <w:noProof/>
            <w:webHidden/>
          </w:rPr>
          <w:fldChar w:fldCharType="separate"/>
        </w:r>
        <w:r w:rsidR="003B6BC6">
          <w:rPr>
            <w:noProof/>
            <w:webHidden/>
          </w:rPr>
          <w:t>150</w:t>
        </w:r>
        <w:r w:rsidR="00300879">
          <w:rPr>
            <w:noProof/>
            <w:webHidden/>
          </w:rPr>
          <w:fldChar w:fldCharType="end"/>
        </w:r>
      </w:hyperlink>
    </w:p>
    <w:p w14:paraId="22C78871" w14:textId="77777777" w:rsidR="00723A21" w:rsidRDefault="00723A21">
      <w:pPr>
        <w:pStyle w:val="2c"/>
        <w:tabs>
          <w:tab w:val="right" w:leader="dot" w:pos="10479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017298" w:history="1">
        <w:r w:rsidRPr="00642BA8">
          <w:rPr>
            <w:rStyle w:val="aff8"/>
            <w:noProof/>
            <w:lang w:val="ru-RU"/>
          </w:rPr>
          <w:t>10.1. Реестр систем теплоснабжения</w:t>
        </w:r>
        <w:r>
          <w:rPr>
            <w:noProof/>
            <w:webHidden/>
          </w:rPr>
          <w:tab/>
        </w:r>
        <w:r w:rsidR="00300879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_Toc238017298 \h </w:instrText>
        </w:r>
        <w:r w:rsidR="00300879">
          <w:rPr>
            <w:noProof/>
            <w:webHidden/>
          </w:rPr>
        </w:r>
        <w:r w:rsidR="00300879">
          <w:rPr>
            <w:noProof/>
            <w:webHidden/>
          </w:rPr>
          <w:fldChar w:fldCharType="separate"/>
        </w:r>
        <w:r w:rsidR="003B6BC6">
          <w:rPr>
            <w:noProof/>
            <w:webHidden/>
          </w:rPr>
          <w:t>151</w:t>
        </w:r>
        <w:r w:rsidR="00300879">
          <w:rPr>
            <w:noProof/>
            <w:webHidden/>
          </w:rPr>
          <w:fldChar w:fldCharType="end"/>
        </w:r>
      </w:hyperlink>
    </w:p>
    <w:p w14:paraId="5BCA1132" w14:textId="77777777" w:rsidR="00723A21" w:rsidRDefault="00723A21">
      <w:pPr>
        <w:pStyle w:val="2c"/>
        <w:tabs>
          <w:tab w:val="right" w:leader="dot" w:pos="10479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017299" w:history="1">
        <w:r w:rsidRPr="00642BA8">
          <w:rPr>
            <w:rStyle w:val="aff8"/>
            <w:noProof/>
          </w:rPr>
          <w:t>10.2. Утверждаемое решение о единой теплоснабжающей организации</w:t>
        </w:r>
        <w:r>
          <w:rPr>
            <w:noProof/>
            <w:webHidden/>
          </w:rPr>
          <w:tab/>
        </w:r>
        <w:r w:rsidR="00300879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_Toc238017299 \h </w:instrText>
        </w:r>
        <w:r w:rsidR="00300879">
          <w:rPr>
            <w:noProof/>
            <w:webHidden/>
          </w:rPr>
        </w:r>
        <w:r w:rsidR="00300879">
          <w:rPr>
            <w:noProof/>
            <w:webHidden/>
          </w:rPr>
          <w:fldChar w:fldCharType="separate"/>
        </w:r>
        <w:r w:rsidR="003B6BC6">
          <w:rPr>
            <w:noProof/>
            <w:webHidden/>
          </w:rPr>
          <w:t>151</w:t>
        </w:r>
        <w:r w:rsidR="00300879">
          <w:rPr>
            <w:noProof/>
            <w:webHidden/>
          </w:rPr>
          <w:fldChar w:fldCharType="end"/>
        </w:r>
      </w:hyperlink>
    </w:p>
    <w:p w14:paraId="72028334" w14:textId="77777777" w:rsidR="00723A21" w:rsidRDefault="00723A21">
      <w:pPr>
        <w:pStyle w:val="14"/>
        <w:tabs>
          <w:tab w:val="right" w:leader="dot" w:pos="10479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017300" w:history="1">
        <w:r w:rsidRPr="00642BA8">
          <w:rPr>
            <w:rStyle w:val="aff8"/>
            <w:noProof/>
          </w:rPr>
          <w:t>11. Решения о распределении тепловой нагрузки между источниками тепловой энергии</w:t>
        </w:r>
        <w:r>
          <w:rPr>
            <w:noProof/>
            <w:webHidden/>
          </w:rPr>
          <w:tab/>
        </w:r>
        <w:r w:rsidR="00300879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_Toc238017300 \h </w:instrText>
        </w:r>
        <w:r w:rsidR="00300879">
          <w:rPr>
            <w:noProof/>
            <w:webHidden/>
          </w:rPr>
        </w:r>
        <w:r w:rsidR="00300879">
          <w:rPr>
            <w:noProof/>
            <w:webHidden/>
          </w:rPr>
          <w:fldChar w:fldCharType="separate"/>
        </w:r>
        <w:r w:rsidR="003B6BC6">
          <w:rPr>
            <w:noProof/>
            <w:webHidden/>
          </w:rPr>
          <w:t>153</w:t>
        </w:r>
        <w:r w:rsidR="00300879">
          <w:rPr>
            <w:noProof/>
            <w:webHidden/>
          </w:rPr>
          <w:fldChar w:fldCharType="end"/>
        </w:r>
      </w:hyperlink>
    </w:p>
    <w:p w14:paraId="65704C23" w14:textId="77777777" w:rsidR="00723A21" w:rsidRDefault="00723A21">
      <w:pPr>
        <w:pStyle w:val="2c"/>
        <w:tabs>
          <w:tab w:val="right" w:leader="dot" w:pos="10479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017301" w:history="1">
        <w:r w:rsidRPr="00642BA8">
          <w:rPr>
            <w:rStyle w:val="aff8"/>
            <w:noProof/>
          </w:rPr>
          <w:t>11.1. Утверждаемое распределение тепловой нагрузки</w:t>
        </w:r>
        <w:r>
          <w:rPr>
            <w:noProof/>
            <w:webHidden/>
          </w:rPr>
          <w:tab/>
        </w:r>
        <w:r w:rsidR="00300879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_Toc238017301 \h </w:instrText>
        </w:r>
        <w:r w:rsidR="00300879">
          <w:rPr>
            <w:noProof/>
            <w:webHidden/>
          </w:rPr>
        </w:r>
        <w:r w:rsidR="00300879">
          <w:rPr>
            <w:noProof/>
            <w:webHidden/>
          </w:rPr>
          <w:fldChar w:fldCharType="separate"/>
        </w:r>
        <w:r w:rsidR="003B6BC6">
          <w:rPr>
            <w:noProof/>
            <w:webHidden/>
          </w:rPr>
          <w:t>153</w:t>
        </w:r>
        <w:r w:rsidR="00300879">
          <w:rPr>
            <w:noProof/>
            <w:webHidden/>
          </w:rPr>
          <w:fldChar w:fldCharType="end"/>
        </w:r>
      </w:hyperlink>
    </w:p>
    <w:p w14:paraId="2025CA6F" w14:textId="77777777" w:rsidR="00723A21" w:rsidRDefault="00723A21">
      <w:pPr>
        <w:pStyle w:val="14"/>
        <w:tabs>
          <w:tab w:val="right" w:leader="dot" w:pos="10479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017302" w:history="1">
        <w:r w:rsidRPr="00642BA8">
          <w:rPr>
            <w:rStyle w:val="aff8"/>
            <w:noProof/>
          </w:rPr>
          <w:t>12. Решения по бесхозяйным тепловым сетям</w:t>
        </w:r>
        <w:r>
          <w:rPr>
            <w:noProof/>
            <w:webHidden/>
          </w:rPr>
          <w:tab/>
        </w:r>
        <w:r w:rsidR="00300879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_Toc238017302 \h </w:instrText>
        </w:r>
        <w:r w:rsidR="00300879">
          <w:rPr>
            <w:noProof/>
            <w:webHidden/>
          </w:rPr>
        </w:r>
        <w:r w:rsidR="00300879">
          <w:rPr>
            <w:noProof/>
            <w:webHidden/>
          </w:rPr>
          <w:fldChar w:fldCharType="separate"/>
        </w:r>
        <w:r w:rsidR="003B6BC6">
          <w:rPr>
            <w:noProof/>
            <w:webHidden/>
          </w:rPr>
          <w:t>155</w:t>
        </w:r>
        <w:r w:rsidR="00300879">
          <w:rPr>
            <w:noProof/>
            <w:webHidden/>
          </w:rPr>
          <w:fldChar w:fldCharType="end"/>
        </w:r>
      </w:hyperlink>
    </w:p>
    <w:p w14:paraId="64D3D77E" w14:textId="77777777" w:rsidR="00723A21" w:rsidRDefault="00723A21">
      <w:pPr>
        <w:pStyle w:val="2c"/>
        <w:tabs>
          <w:tab w:val="right" w:leader="dot" w:pos="10479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017303" w:history="1">
        <w:r w:rsidRPr="00642BA8">
          <w:rPr>
            <w:rStyle w:val="aff8"/>
            <w:noProof/>
          </w:rPr>
          <w:t>12.1. Порядок действий при выявлении бесхозяйных тепловых сетей</w:t>
        </w:r>
        <w:r>
          <w:rPr>
            <w:noProof/>
            <w:webHidden/>
          </w:rPr>
          <w:tab/>
        </w:r>
        <w:r w:rsidR="00300879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_Toc238017303 \h </w:instrText>
        </w:r>
        <w:r w:rsidR="00300879">
          <w:rPr>
            <w:noProof/>
            <w:webHidden/>
          </w:rPr>
        </w:r>
        <w:r w:rsidR="00300879">
          <w:rPr>
            <w:noProof/>
            <w:webHidden/>
          </w:rPr>
          <w:fldChar w:fldCharType="separate"/>
        </w:r>
        <w:r w:rsidR="003B6BC6">
          <w:rPr>
            <w:noProof/>
            <w:webHidden/>
          </w:rPr>
          <w:t>155</w:t>
        </w:r>
        <w:r w:rsidR="00300879">
          <w:rPr>
            <w:noProof/>
            <w:webHidden/>
          </w:rPr>
          <w:fldChar w:fldCharType="end"/>
        </w:r>
      </w:hyperlink>
    </w:p>
    <w:p w14:paraId="2DFEEE71" w14:textId="77777777" w:rsidR="00723A21" w:rsidRDefault="00723A21">
      <w:pPr>
        <w:pStyle w:val="14"/>
        <w:tabs>
          <w:tab w:val="right" w:leader="dot" w:pos="10479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017304" w:history="1">
        <w:r w:rsidRPr="00642BA8">
          <w:rPr>
            <w:rStyle w:val="aff8"/>
            <w:noProof/>
          </w:rPr>
          <w:t>13. Синхронизация схемы теплоснабжения со схемой газоснабжения и газификации субъекта Российской Федерации и (или) поселения, схемой и программой развития электроэнергетических систем России, а также со схемой водоснабжения и водоотведения муниципального округа</w:t>
        </w:r>
        <w:r>
          <w:rPr>
            <w:noProof/>
            <w:webHidden/>
          </w:rPr>
          <w:tab/>
        </w:r>
        <w:r w:rsidR="00300879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_Toc238017304 \h </w:instrText>
        </w:r>
        <w:r w:rsidR="00300879">
          <w:rPr>
            <w:noProof/>
            <w:webHidden/>
          </w:rPr>
        </w:r>
        <w:r w:rsidR="00300879">
          <w:rPr>
            <w:noProof/>
            <w:webHidden/>
          </w:rPr>
          <w:fldChar w:fldCharType="separate"/>
        </w:r>
        <w:r w:rsidR="003B6BC6">
          <w:rPr>
            <w:noProof/>
            <w:webHidden/>
          </w:rPr>
          <w:t>157</w:t>
        </w:r>
        <w:r w:rsidR="00300879">
          <w:rPr>
            <w:noProof/>
            <w:webHidden/>
          </w:rPr>
          <w:fldChar w:fldCharType="end"/>
        </w:r>
      </w:hyperlink>
    </w:p>
    <w:p w14:paraId="280E2D95" w14:textId="77777777" w:rsidR="00723A21" w:rsidRDefault="00723A21">
      <w:pPr>
        <w:pStyle w:val="2c"/>
        <w:tabs>
          <w:tab w:val="right" w:leader="dot" w:pos="10479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017305" w:history="1">
        <w:r w:rsidRPr="00642BA8">
          <w:rPr>
            <w:rStyle w:val="aff8"/>
            <w:noProof/>
          </w:rPr>
          <w:t>13.1. Состояние синхронизации по контурам</w:t>
        </w:r>
        <w:r>
          <w:rPr>
            <w:noProof/>
            <w:webHidden/>
          </w:rPr>
          <w:tab/>
        </w:r>
        <w:r w:rsidR="00300879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_Toc238017305 \h </w:instrText>
        </w:r>
        <w:r w:rsidR="00300879">
          <w:rPr>
            <w:noProof/>
            <w:webHidden/>
          </w:rPr>
        </w:r>
        <w:r w:rsidR="00300879">
          <w:rPr>
            <w:noProof/>
            <w:webHidden/>
          </w:rPr>
          <w:fldChar w:fldCharType="separate"/>
        </w:r>
        <w:r w:rsidR="003B6BC6">
          <w:rPr>
            <w:noProof/>
            <w:webHidden/>
          </w:rPr>
          <w:t>158</w:t>
        </w:r>
        <w:r w:rsidR="00300879">
          <w:rPr>
            <w:noProof/>
            <w:webHidden/>
          </w:rPr>
          <w:fldChar w:fldCharType="end"/>
        </w:r>
      </w:hyperlink>
    </w:p>
    <w:p w14:paraId="42F78060" w14:textId="77777777" w:rsidR="00723A21" w:rsidRDefault="00723A21">
      <w:pPr>
        <w:pStyle w:val="14"/>
        <w:tabs>
          <w:tab w:val="right" w:leader="dot" w:pos="10479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017306" w:history="1">
        <w:r w:rsidRPr="00642BA8">
          <w:rPr>
            <w:rStyle w:val="aff8"/>
            <w:noProof/>
            <w:lang w:val="ru-RU"/>
          </w:rPr>
          <w:t>14. Индикаторы развития систем теплоснабжения муниципального округа</w:t>
        </w:r>
        <w:r>
          <w:rPr>
            <w:noProof/>
            <w:webHidden/>
          </w:rPr>
          <w:tab/>
        </w:r>
        <w:r w:rsidR="00300879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_Toc238017306 \h </w:instrText>
        </w:r>
        <w:r w:rsidR="00300879">
          <w:rPr>
            <w:noProof/>
            <w:webHidden/>
          </w:rPr>
        </w:r>
        <w:r w:rsidR="00300879">
          <w:rPr>
            <w:noProof/>
            <w:webHidden/>
          </w:rPr>
          <w:fldChar w:fldCharType="separate"/>
        </w:r>
        <w:r w:rsidR="003B6BC6">
          <w:rPr>
            <w:noProof/>
            <w:webHidden/>
          </w:rPr>
          <w:t>159</w:t>
        </w:r>
        <w:r w:rsidR="00300879">
          <w:rPr>
            <w:noProof/>
            <w:webHidden/>
          </w:rPr>
          <w:fldChar w:fldCharType="end"/>
        </w:r>
      </w:hyperlink>
    </w:p>
    <w:p w14:paraId="2C04B526" w14:textId="77777777" w:rsidR="00723A21" w:rsidRDefault="00723A21">
      <w:pPr>
        <w:pStyle w:val="2c"/>
        <w:tabs>
          <w:tab w:val="right" w:leader="dot" w:pos="10479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017307" w:history="1">
        <w:r w:rsidRPr="00642BA8">
          <w:rPr>
            <w:rStyle w:val="aff8"/>
            <w:noProof/>
          </w:rPr>
          <w:t>14.1. Утверждаемые показатели развития системы теплоснабжения</w:t>
        </w:r>
        <w:r>
          <w:rPr>
            <w:noProof/>
            <w:webHidden/>
          </w:rPr>
          <w:tab/>
        </w:r>
        <w:r w:rsidR="00300879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_Toc238017307 \h </w:instrText>
        </w:r>
        <w:r w:rsidR="00300879">
          <w:rPr>
            <w:noProof/>
            <w:webHidden/>
          </w:rPr>
        </w:r>
        <w:r w:rsidR="00300879">
          <w:rPr>
            <w:noProof/>
            <w:webHidden/>
          </w:rPr>
          <w:fldChar w:fldCharType="separate"/>
        </w:r>
        <w:r w:rsidR="003B6BC6">
          <w:rPr>
            <w:noProof/>
            <w:webHidden/>
          </w:rPr>
          <w:t>163</w:t>
        </w:r>
        <w:r w:rsidR="00300879">
          <w:rPr>
            <w:noProof/>
            <w:webHidden/>
          </w:rPr>
          <w:fldChar w:fldCharType="end"/>
        </w:r>
      </w:hyperlink>
    </w:p>
    <w:p w14:paraId="4BA63737" w14:textId="77777777" w:rsidR="00723A21" w:rsidRDefault="00723A21">
      <w:pPr>
        <w:pStyle w:val="14"/>
        <w:tabs>
          <w:tab w:val="right" w:leader="dot" w:pos="10479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017308" w:history="1">
        <w:r w:rsidRPr="00642BA8">
          <w:rPr>
            <w:rStyle w:val="aff8"/>
            <w:noProof/>
            <w:lang w:val="ru-RU"/>
          </w:rPr>
          <w:t>15. Ценовые (тарифные) последствия</w:t>
        </w:r>
        <w:r>
          <w:rPr>
            <w:noProof/>
            <w:webHidden/>
          </w:rPr>
          <w:tab/>
        </w:r>
        <w:r w:rsidR="00300879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_Toc238017308 \h </w:instrText>
        </w:r>
        <w:r w:rsidR="00300879">
          <w:rPr>
            <w:noProof/>
            <w:webHidden/>
          </w:rPr>
        </w:r>
        <w:r w:rsidR="00300879">
          <w:rPr>
            <w:noProof/>
            <w:webHidden/>
          </w:rPr>
          <w:fldChar w:fldCharType="separate"/>
        </w:r>
        <w:r w:rsidR="003B6BC6">
          <w:rPr>
            <w:noProof/>
            <w:webHidden/>
          </w:rPr>
          <w:t>165</w:t>
        </w:r>
        <w:r w:rsidR="00300879">
          <w:rPr>
            <w:noProof/>
            <w:webHidden/>
          </w:rPr>
          <w:fldChar w:fldCharType="end"/>
        </w:r>
      </w:hyperlink>
    </w:p>
    <w:p w14:paraId="42A10C9A" w14:textId="77777777" w:rsidR="00723A21" w:rsidRDefault="00723A21">
      <w:pPr>
        <w:pStyle w:val="2c"/>
        <w:tabs>
          <w:tab w:val="right" w:leader="dot" w:pos="10479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017309" w:history="1">
        <w:r w:rsidRPr="00642BA8">
          <w:rPr>
            <w:rStyle w:val="aff8"/>
            <w:noProof/>
          </w:rPr>
          <w:t>15.1. Действующие тарифы и ограничения расчёта</w:t>
        </w:r>
        <w:r>
          <w:rPr>
            <w:noProof/>
            <w:webHidden/>
          </w:rPr>
          <w:tab/>
        </w:r>
        <w:r w:rsidR="00300879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_Toc238017309 \h </w:instrText>
        </w:r>
        <w:r w:rsidR="00300879">
          <w:rPr>
            <w:noProof/>
            <w:webHidden/>
          </w:rPr>
        </w:r>
        <w:r w:rsidR="00300879">
          <w:rPr>
            <w:noProof/>
            <w:webHidden/>
          </w:rPr>
          <w:fldChar w:fldCharType="separate"/>
        </w:r>
        <w:r w:rsidR="003B6BC6">
          <w:rPr>
            <w:noProof/>
            <w:webHidden/>
          </w:rPr>
          <w:t>167</w:t>
        </w:r>
        <w:r w:rsidR="00300879">
          <w:rPr>
            <w:noProof/>
            <w:webHidden/>
          </w:rPr>
          <w:fldChar w:fldCharType="end"/>
        </w:r>
      </w:hyperlink>
    </w:p>
    <w:p w14:paraId="376D3EB2" w14:textId="77777777" w:rsidR="00723A21" w:rsidRDefault="00723A21">
      <w:pPr>
        <w:pStyle w:val="14"/>
        <w:tabs>
          <w:tab w:val="right" w:leader="dot" w:pos="10479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017310" w:history="1">
        <w:r w:rsidRPr="00642BA8">
          <w:rPr>
            <w:rStyle w:val="aff8"/>
            <w:noProof/>
          </w:rPr>
          <w:t>ГРАФИЧЕСКИЕ МАТЕРИАЛЫ</w:t>
        </w:r>
        <w:r>
          <w:rPr>
            <w:noProof/>
            <w:webHidden/>
          </w:rPr>
          <w:tab/>
        </w:r>
        <w:r w:rsidR="00300879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_Toc238017310 \h </w:instrText>
        </w:r>
        <w:r w:rsidR="00300879">
          <w:rPr>
            <w:noProof/>
            <w:webHidden/>
          </w:rPr>
        </w:r>
        <w:r w:rsidR="00300879">
          <w:rPr>
            <w:noProof/>
            <w:webHidden/>
          </w:rPr>
          <w:fldChar w:fldCharType="separate"/>
        </w:r>
        <w:r w:rsidR="003B6BC6">
          <w:rPr>
            <w:noProof/>
            <w:webHidden/>
          </w:rPr>
          <w:t>169</w:t>
        </w:r>
        <w:r w:rsidR="00300879">
          <w:rPr>
            <w:noProof/>
            <w:webHidden/>
          </w:rPr>
          <w:fldChar w:fldCharType="end"/>
        </w:r>
      </w:hyperlink>
    </w:p>
    <w:p w14:paraId="750B08D4" w14:textId="77777777" w:rsidR="00723A21" w:rsidRDefault="00723A21">
      <w:pPr>
        <w:pStyle w:val="2c"/>
        <w:tabs>
          <w:tab w:val="right" w:leader="dot" w:pos="10479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017311" w:history="1">
        <w:r w:rsidRPr="00642BA8">
          <w:rPr>
            <w:rStyle w:val="aff8"/>
            <w:noProof/>
          </w:rPr>
          <w:t>Графические материалы по системам теплоснабжения города Таштагола</w:t>
        </w:r>
        <w:r>
          <w:rPr>
            <w:noProof/>
            <w:webHidden/>
          </w:rPr>
          <w:tab/>
        </w:r>
        <w:r w:rsidR="00300879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_Toc238017311 \h </w:instrText>
        </w:r>
        <w:r w:rsidR="00300879">
          <w:rPr>
            <w:noProof/>
            <w:webHidden/>
          </w:rPr>
        </w:r>
        <w:r w:rsidR="00300879">
          <w:rPr>
            <w:noProof/>
            <w:webHidden/>
          </w:rPr>
          <w:fldChar w:fldCharType="separate"/>
        </w:r>
        <w:r w:rsidR="003B6BC6">
          <w:rPr>
            <w:noProof/>
            <w:webHidden/>
          </w:rPr>
          <w:t>169</w:t>
        </w:r>
        <w:r w:rsidR="00300879">
          <w:rPr>
            <w:noProof/>
            <w:webHidden/>
          </w:rPr>
          <w:fldChar w:fldCharType="end"/>
        </w:r>
      </w:hyperlink>
    </w:p>
    <w:p w14:paraId="435EA8DF" w14:textId="77777777" w:rsidR="00723A21" w:rsidRDefault="00723A21">
      <w:pPr>
        <w:pStyle w:val="2c"/>
        <w:tabs>
          <w:tab w:val="right" w:leader="dot" w:pos="10479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017312" w:history="1">
        <w:r w:rsidRPr="00642BA8">
          <w:rPr>
            <w:rStyle w:val="aff8"/>
            <w:noProof/>
          </w:rPr>
          <w:t>Графические материалы по системам теплоснабжения посёлка городского типа Шерегеш</w:t>
        </w:r>
        <w:r>
          <w:rPr>
            <w:noProof/>
            <w:webHidden/>
          </w:rPr>
          <w:tab/>
        </w:r>
        <w:r w:rsidR="00300879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_Toc238017312 \h </w:instrText>
        </w:r>
        <w:r w:rsidR="00300879">
          <w:rPr>
            <w:noProof/>
            <w:webHidden/>
          </w:rPr>
        </w:r>
        <w:r w:rsidR="00300879">
          <w:rPr>
            <w:noProof/>
            <w:webHidden/>
          </w:rPr>
          <w:fldChar w:fldCharType="separate"/>
        </w:r>
        <w:r w:rsidR="003B6BC6">
          <w:rPr>
            <w:noProof/>
            <w:webHidden/>
          </w:rPr>
          <w:t>172</w:t>
        </w:r>
        <w:r w:rsidR="00300879">
          <w:rPr>
            <w:noProof/>
            <w:webHidden/>
          </w:rPr>
          <w:fldChar w:fldCharType="end"/>
        </w:r>
      </w:hyperlink>
    </w:p>
    <w:p w14:paraId="21815698" w14:textId="77777777" w:rsidR="00723A21" w:rsidRDefault="00723A21">
      <w:pPr>
        <w:pStyle w:val="2c"/>
        <w:tabs>
          <w:tab w:val="right" w:leader="dot" w:pos="10479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017313" w:history="1">
        <w:r w:rsidRPr="00642BA8">
          <w:rPr>
            <w:rStyle w:val="aff8"/>
            <w:noProof/>
          </w:rPr>
          <w:t>Графические материалы по системам теплоснабжения посёлков городского типа Каз и Мундыбаш</w:t>
        </w:r>
        <w:r>
          <w:rPr>
            <w:noProof/>
            <w:webHidden/>
          </w:rPr>
          <w:tab/>
        </w:r>
        <w:r w:rsidR="00300879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_Toc238017313 \h </w:instrText>
        </w:r>
        <w:r w:rsidR="00300879">
          <w:rPr>
            <w:noProof/>
            <w:webHidden/>
          </w:rPr>
        </w:r>
        <w:r w:rsidR="00300879">
          <w:rPr>
            <w:noProof/>
            <w:webHidden/>
          </w:rPr>
          <w:fldChar w:fldCharType="separate"/>
        </w:r>
        <w:r w:rsidR="003B6BC6">
          <w:rPr>
            <w:noProof/>
            <w:webHidden/>
          </w:rPr>
          <w:t>175</w:t>
        </w:r>
        <w:r w:rsidR="00300879">
          <w:rPr>
            <w:noProof/>
            <w:webHidden/>
          </w:rPr>
          <w:fldChar w:fldCharType="end"/>
        </w:r>
      </w:hyperlink>
    </w:p>
    <w:p w14:paraId="79E3C80D" w14:textId="77777777" w:rsidR="00723A21" w:rsidRDefault="00723A21">
      <w:pPr>
        <w:pStyle w:val="2c"/>
        <w:tabs>
          <w:tab w:val="right" w:leader="dot" w:pos="10479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017314" w:history="1">
        <w:r w:rsidRPr="00642BA8">
          <w:rPr>
            <w:rStyle w:val="aff8"/>
            <w:noProof/>
          </w:rPr>
          <w:t>Графические материалы по системам теплоснабжения посёлков городского типа Темиртау и Спасск</w:t>
        </w:r>
        <w:r>
          <w:rPr>
            <w:noProof/>
            <w:webHidden/>
          </w:rPr>
          <w:tab/>
        </w:r>
        <w:r w:rsidR="00300879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_Toc238017314 \h </w:instrText>
        </w:r>
        <w:r w:rsidR="00300879">
          <w:rPr>
            <w:noProof/>
            <w:webHidden/>
          </w:rPr>
        </w:r>
        <w:r w:rsidR="00300879">
          <w:rPr>
            <w:noProof/>
            <w:webHidden/>
          </w:rPr>
          <w:fldChar w:fldCharType="separate"/>
        </w:r>
        <w:r w:rsidR="003B6BC6">
          <w:rPr>
            <w:noProof/>
            <w:webHidden/>
          </w:rPr>
          <w:t>178</w:t>
        </w:r>
        <w:r w:rsidR="00300879">
          <w:rPr>
            <w:noProof/>
            <w:webHidden/>
          </w:rPr>
          <w:fldChar w:fldCharType="end"/>
        </w:r>
      </w:hyperlink>
    </w:p>
    <w:p w14:paraId="327E9BD3" w14:textId="77777777" w:rsidR="00723A21" w:rsidRDefault="00723A21">
      <w:pPr>
        <w:pStyle w:val="2c"/>
        <w:tabs>
          <w:tab w:val="right" w:leader="dot" w:pos="10479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017315" w:history="1">
        <w:r w:rsidRPr="00642BA8">
          <w:rPr>
            <w:rStyle w:val="aff8"/>
            <w:noProof/>
          </w:rPr>
          <w:t>Аналитические графические материалы</w:t>
        </w:r>
        <w:r>
          <w:rPr>
            <w:noProof/>
            <w:webHidden/>
          </w:rPr>
          <w:tab/>
        </w:r>
        <w:r w:rsidR="00300879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_Toc238017315 \h </w:instrText>
        </w:r>
        <w:r w:rsidR="00300879">
          <w:rPr>
            <w:noProof/>
            <w:webHidden/>
          </w:rPr>
        </w:r>
        <w:r w:rsidR="00300879">
          <w:rPr>
            <w:noProof/>
            <w:webHidden/>
          </w:rPr>
          <w:fldChar w:fldCharType="separate"/>
        </w:r>
        <w:r w:rsidR="003B6BC6">
          <w:rPr>
            <w:noProof/>
            <w:webHidden/>
          </w:rPr>
          <w:t>183</w:t>
        </w:r>
        <w:r w:rsidR="00300879">
          <w:rPr>
            <w:noProof/>
            <w:webHidden/>
          </w:rPr>
          <w:fldChar w:fldCharType="end"/>
        </w:r>
      </w:hyperlink>
    </w:p>
    <w:p w14:paraId="3E2CC64B" w14:textId="77777777" w:rsidR="006E7A08" w:rsidRDefault="00300879">
      <w:pPr>
        <w:rPr>
          <w:lang w:val="ru-RU"/>
        </w:rPr>
      </w:pPr>
      <w:r>
        <w:fldChar w:fldCharType="end"/>
      </w:r>
    </w:p>
    <w:p w14:paraId="56C00083" w14:textId="77777777" w:rsidR="002D5776" w:rsidRDefault="002D5776">
      <w:pPr>
        <w:rPr>
          <w:lang w:val="ru-RU"/>
        </w:rPr>
      </w:pPr>
    </w:p>
    <w:p w14:paraId="1EE0968E" w14:textId="77777777" w:rsidR="002D5776" w:rsidRDefault="002D5776">
      <w:pPr>
        <w:rPr>
          <w:lang w:val="ru-RU"/>
        </w:rPr>
      </w:pPr>
    </w:p>
    <w:p w14:paraId="28FC8DD2" w14:textId="77777777" w:rsidR="002D5776" w:rsidRDefault="002D5776">
      <w:pPr>
        <w:rPr>
          <w:lang w:val="ru-RU"/>
        </w:rPr>
      </w:pPr>
    </w:p>
    <w:p w14:paraId="7BD968A8" w14:textId="77777777" w:rsidR="002D5776" w:rsidRDefault="002D5776">
      <w:pPr>
        <w:rPr>
          <w:lang w:val="ru-RU"/>
        </w:rPr>
      </w:pPr>
    </w:p>
    <w:p w14:paraId="5E90FE26" w14:textId="77777777" w:rsidR="002D5776" w:rsidRDefault="002D5776">
      <w:pPr>
        <w:rPr>
          <w:lang w:val="ru-RU"/>
        </w:rPr>
      </w:pPr>
    </w:p>
    <w:p w14:paraId="7B72E13A" w14:textId="77777777" w:rsidR="002D5776" w:rsidRDefault="002D5776">
      <w:pPr>
        <w:rPr>
          <w:lang w:val="ru-RU"/>
        </w:rPr>
      </w:pPr>
    </w:p>
    <w:p w14:paraId="01375DB8" w14:textId="77777777" w:rsidR="002D5776" w:rsidRDefault="002D5776">
      <w:pPr>
        <w:rPr>
          <w:lang w:val="ru-RU"/>
        </w:rPr>
      </w:pPr>
    </w:p>
    <w:p w14:paraId="441301D5" w14:textId="77777777" w:rsidR="002D5776" w:rsidRDefault="002D5776">
      <w:pPr>
        <w:rPr>
          <w:lang w:val="ru-RU"/>
        </w:rPr>
      </w:pPr>
    </w:p>
    <w:p w14:paraId="283A25BE" w14:textId="77777777" w:rsidR="002D5776" w:rsidRDefault="002D5776">
      <w:pPr>
        <w:rPr>
          <w:lang w:val="ru-RU"/>
        </w:rPr>
      </w:pPr>
    </w:p>
    <w:p w14:paraId="59C6B566" w14:textId="77777777" w:rsidR="002D5776" w:rsidRDefault="002D5776">
      <w:pPr>
        <w:rPr>
          <w:lang w:val="ru-RU"/>
        </w:rPr>
      </w:pPr>
    </w:p>
    <w:p w14:paraId="3729FFEB" w14:textId="77777777" w:rsidR="002D5776" w:rsidRDefault="002D5776">
      <w:pPr>
        <w:rPr>
          <w:lang w:val="ru-RU"/>
        </w:rPr>
      </w:pPr>
    </w:p>
    <w:p w14:paraId="614BA97E" w14:textId="77777777" w:rsidR="002D5776" w:rsidRPr="002D5776" w:rsidRDefault="002D5776">
      <w:pPr>
        <w:rPr>
          <w:lang w:val="ru-RU"/>
        </w:rPr>
      </w:pPr>
    </w:p>
    <w:p w14:paraId="2EB23FC9" w14:textId="77777777" w:rsidR="006E7A08" w:rsidRPr="001D7D92" w:rsidRDefault="00267E76">
      <w:pPr>
        <w:pStyle w:val="1"/>
        <w:rPr>
          <w:lang w:val="ru-RU"/>
        </w:rPr>
      </w:pPr>
      <w:bookmarkStart w:id="1" w:name="_Toc238017200"/>
      <w:r w:rsidRPr="001D7D92">
        <w:rPr>
          <w:lang w:val="ru-RU"/>
        </w:rPr>
        <w:t>ОБЩИЕ ПОЛОЖЕНИЯ</w:t>
      </w:r>
      <w:bookmarkEnd w:id="1"/>
    </w:p>
    <w:p w14:paraId="0745C2E9" w14:textId="77777777" w:rsidR="006E7A08" w:rsidRPr="001D7D92" w:rsidRDefault="00267E76">
      <w:pPr>
        <w:ind w:firstLine="709"/>
        <w:jc w:val="both"/>
        <w:rPr>
          <w:lang w:val="ru-RU"/>
        </w:rPr>
      </w:pPr>
      <w:r w:rsidRPr="001D7D92">
        <w:rPr>
          <w:lang w:val="ru-RU"/>
        </w:rPr>
        <w:t>Настоящая утверждаемая часть определяет решения по развитию системы теплоснабжения Таштагольского муниципального округа Кемеровской области — Кузбасса на период 2026–2036 годов. Базовым принят 2026 год, промежуточным расчётным этапом — 2031 год, окончанием расчётного периода — 2036 год.</w:t>
      </w:r>
    </w:p>
    <w:p w14:paraId="1A5323A9" w14:textId="77777777" w:rsidR="006E7A08" w:rsidRPr="001D7D92" w:rsidRDefault="00267E76">
      <w:pPr>
        <w:ind w:firstLine="709"/>
        <w:jc w:val="both"/>
        <w:rPr>
          <w:lang w:val="ru-RU"/>
        </w:rPr>
      </w:pPr>
      <w:r w:rsidRPr="001D7D92">
        <w:rPr>
          <w:lang w:val="ru-RU"/>
        </w:rPr>
        <w:t>Округ образован объединением ранее самостоятельных городских поселений — Таштагольского, Шерегешского, Казского, Мундыбашского, Темиртауского и Спасского. До объединения теплоснабжение каждого поселения регулировалось собственной схемой теплоснабжения; настоящий документ впервые сводит эти системы в один документ. Технологического объединения при этом не происходит: системы остаются изолированными, каждая зона обеспечивается одним источником, перемычек между зонами нет.</w:t>
      </w:r>
    </w:p>
    <w:p w14:paraId="028BDB05" w14:textId="77777777" w:rsidR="006E7A08" w:rsidRPr="001D7D92" w:rsidRDefault="00267E76">
      <w:pPr>
        <w:ind w:firstLine="709"/>
        <w:jc w:val="both"/>
        <w:rPr>
          <w:lang w:val="ru-RU"/>
        </w:rPr>
      </w:pPr>
      <w:r w:rsidRPr="001D7D92">
        <w:rPr>
          <w:lang w:val="ru-RU"/>
        </w:rPr>
        <w:t>Единой теплоснабжающей организацией на территории округа определено ООО «Южно-Кузбасская энергетическая компания» постановлением администрации Таштагольского муниципального района от 25.09.2020 № 1114-п, вступившим в силу с 01.10.2020. Организация эксплуатирует все действующие источники и тепловые сети округа; иных теплоснабжающих и теплосетевых организаций в границах округа не заявлено.</w:t>
      </w:r>
    </w:p>
    <w:p w14:paraId="4A5E1360" w14:textId="77777777" w:rsidR="006E7A08" w:rsidRPr="001D7D92" w:rsidRDefault="00267E76">
      <w:pPr>
        <w:ind w:firstLine="709"/>
        <w:jc w:val="both"/>
        <w:rPr>
          <w:lang w:val="ru-RU"/>
        </w:rPr>
      </w:pPr>
      <w:r w:rsidRPr="001D7D92">
        <w:rPr>
          <w:lang w:val="ru-RU"/>
        </w:rPr>
        <w:t>Схемой принимается состав из десяти действующих котельных. Котельные УПК № 4 «Калинина», УПК № 11 и УПК № 12 выведены из эксплуатации, нагрузка их потребителей переключена на действующие источники и учтена в их присоединённой нагрузке.</w:t>
      </w:r>
    </w:p>
    <w:p w14:paraId="161A2B70" w14:textId="77777777" w:rsidR="006C72FB" w:rsidRPr="00D42F7A" w:rsidRDefault="0084102B">
      <w:pPr>
        <w:pStyle w:val="21"/>
        <w:rPr>
          <w:lang w:val="ru-RU"/>
        </w:rPr>
      </w:pPr>
      <w:bookmarkStart w:id="2" w:name="_Toc238017201"/>
      <w:r w:rsidRPr="00D42F7A">
        <w:rPr>
          <w:lang w:val="ru-RU"/>
        </w:rPr>
        <w:t>Нормативная база разработки схемы теплоснабжения</w:t>
      </w:r>
      <w:bookmarkEnd w:id="2"/>
    </w:p>
    <w:p w14:paraId="05011ED7" w14:textId="77777777" w:rsidR="006C72FB" w:rsidRPr="00D42F7A" w:rsidRDefault="0084102B">
      <w:pPr>
        <w:rPr>
          <w:lang w:val="ru-RU"/>
        </w:rPr>
      </w:pPr>
      <w:r w:rsidRPr="00D42F7A">
        <w:rPr>
          <w:lang w:val="ru-RU"/>
        </w:rPr>
        <w:t>Схема теплоснабжения разработана в соответствии с приведёнными ниже нормативными правовыми актами в действующих редакциях. Редакции проверены на дату настоящей редакции схемы; применение положений, освобождающих муниципальные образования соответствующей численности населения от отдельных требований, приведено с указанием основания.</w:t>
      </w:r>
    </w:p>
    <w:p w14:paraId="1708C598" w14:textId="77777777" w:rsidR="006C72FB" w:rsidRPr="00326225" w:rsidRDefault="0084102B">
      <w:pPr>
        <w:rPr>
          <w:b/>
          <w:bCs/>
          <w:lang w:val="ru-RU"/>
        </w:rPr>
      </w:pPr>
      <w:r w:rsidRPr="00326225">
        <w:rPr>
          <w:b/>
          <w:bCs/>
          <w:lang w:val="ru-RU"/>
        </w:rPr>
        <w:t>Таблица 1 — Нормативная база разработки схемы теплоснабжения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588"/>
        <w:gridCol w:w="1497"/>
        <w:gridCol w:w="5404"/>
      </w:tblGrid>
      <w:tr w:rsidR="006C72FB" w14:paraId="4B73C14D" w14:textId="77777777">
        <w:trPr>
          <w:cantSplit/>
          <w:tblHeader/>
        </w:trPr>
        <w:tc>
          <w:tcPr>
            <w:tcW w:w="0" w:type="auto"/>
            <w:shd w:val="clear" w:color="auto" w:fill="E2F0D9"/>
          </w:tcPr>
          <w:p w14:paraId="4691277E" w14:textId="77777777" w:rsidR="006C72FB" w:rsidRDefault="0084102B">
            <w:pPr>
              <w:jc w:val="center"/>
            </w:pPr>
            <w:r>
              <w:rPr>
                <w:b/>
              </w:rPr>
              <w:t>Нормативный правовой акт</w:t>
            </w:r>
          </w:p>
        </w:tc>
        <w:tc>
          <w:tcPr>
            <w:tcW w:w="0" w:type="auto"/>
            <w:shd w:val="clear" w:color="auto" w:fill="E2F0D9"/>
          </w:tcPr>
          <w:p w14:paraId="49A4ED5B" w14:textId="77777777" w:rsidR="006C72FB" w:rsidRDefault="0084102B">
            <w:pPr>
              <w:jc w:val="center"/>
            </w:pPr>
            <w:r>
              <w:rPr>
                <w:b/>
              </w:rPr>
              <w:t>Редакция</w:t>
            </w:r>
          </w:p>
        </w:tc>
        <w:tc>
          <w:tcPr>
            <w:tcW w:w="0" w:type="auto"/>
            <w:shd w:val="clear" w:color="auto" w:fill="E2F0D9"/>
          </w:tcPr>
          <w:p w14:paraId="57329B11" w14:textId="77777777" w:rsidR="006C72FB" w:rsidRDefault="0084102B">
            <w:pPr>
              <w:jc w:val="center"/>
            </w:pPr>
            <w:r>
              <w:rPr>
                <w:b/>
              </w:rPr>
              <w:t>Применяемые положения</w:t>
            </w:r>
          </w:p>
        </w:tc>
      </w:tr>
      <w:tr w:rsidR="006C72FB" w:rsidRPr="004D1FEB" w14:paraId="0929AB7B" w14:textId="77777777">
        <w:trPr>
          <w:cantSplit/>
        </w:trPr>
        <w:tc>
          <w:tcPr>
            <w:tcW w:w="0" w:type="auto"/>
            <w:shd w:val="clear" w:color="auto" w:fill="F2F2F2"/>
          </w:tcPr>
          <w:p w14:paraId="32CB96EB" w14:textId="77777777" w:rsidR="006C72FB" w:rsidRPr="00D42F7A" w:rsidRDefault="0084102B">
            <w:pPr>
              <w:rPr>
                <w:lang w:val="ru-RU"/>
              </w:rPr>
            </w:pPr>
            <w:r w:rsidRPr="00D42F7A">
              <w:rPr>
                <w:lang w:val="ru-RU"/>
              </w:rPr>
              <w:t>Федеральный закон от 27.07.2010 № 190-ФЗ «О теплоснабжении»</w:t>
            </w:r>
          </w:p>
        </w:tc>
        <w:tc>
          <w:tcPr>
            <w:tcW w:w="0" w:type="auto"/>
            <w:shd w:val="clear" w:color="auto" w:fill="FFFFFF"/>
          </w:tcPr>
          <w:p w14:paraId="47697715" w14:textId="77777777" w:rsidR="006C72FB" w:rsidRDefault="0084102B">
            <w:r>
              <w:t>действующая</w:t>
            </w:r>
          </w:p>
        </w:tc>
        <w:tc>
          <w:tcPr>
            <w:tcW w:w="0" w:type="auto"/>
            <w:shd w:val="clear" w:color="auto" w:fill="FFFFFF"/>
          </w:tcPr>
          <w:p w14:paraId="340A45EF" w14:textId="77777777" w:rsidR="006C72FB" w:rsidRPr="00D42F7A" w:rsidRDefault="0084102B">
            <w:pPr>
              <w:rPr>
                <w:lang w:val="ru-RU"/>
              </w:rPr>
            </w:pPr>
            <w:r w:rsidRPr="00D42F7A">
              <w:rPr>
                <w:lang w:val="ru-RU"/>
              </w:rPr>
              <w:t>статья 15 — организация теплоснабжения; статья 23 — развитие систем теплоснабжения и инвестиционные программы; часть 9 статьи 29 — перевод открытых систем горячего водоснабжения</w:t>
            </w:r>
          </w:p>
        </w:tc>
      </w:tr>
      <w:tr w:rsidR="006C72FB" w:rsidRPr="004D1FEB" w14:paraId="087232CA" w14:textId="77777777">
        <w:trPr>
          <w:cantSplit/>
        </w:trPr>
        <w:tc>
          <w:tcPr>
            <w:tcW w:w="0" w:type="auto"/>
            <w:shd w:val="clear" w:color="auto" w:fill="F2F2F2"/>
          </w:tcPr>
          <w:p w14:paraId="1EA4565E" w14:textId="77777777" w:rsidR="006C72FB" w:rsidRPr="00D42F7A" w:rsidRDefault="0084102B">
            <w:pPr>
              <w:rPr>
                <w:lang w:val="ru-RU"/>
              </w:rPr>
            </w:pPr>
            <w:r w:rsidRPr="00D42F7A">
              <w:rPr>
                <w:lang w:val="ru-RU"/>
              </w:rPr>
              <w:t>Постановление Правительства Российской Федерации от 22.02.2012 № 154 «О требованиях к схемам теплоснабжения, порядку их разработки и утверждения»</w:t>
            </w:r>
          </w:p>
        </w:tc>
        <w:tc>
          <w:tcPr>
            <w:tcW w:w="0" w:type="auto"/>
            <w:shd w:val="clear" w:color="auto" w:fill="FFFFFF"/>
          </w:tcPr>
          <w:p w14:paraId="21920EF8" w14:textId="77777777" w:rsidR="006C72FB" w:rsidRDefault="0084102B">
            <w:r>
              <w:t>от 18.03.2025</w:t>
            </w:r>
          </w:p>
        </w:tc>
        <w:tc>
          <w:tcPr>
            <w:tcW w:w="0" w:type="auto"/>
            <w:shd w:val="clear" w:color="auto" w:fill="FFFFFF"/>
          </w:tcPr>
          <w:p w14:paraId="7B550A1F" w14:textId="77777777" w:rsidR="006C72FB" w:rsidRPr="00D42F7A" w:rsidRDefault="0084102B">
            <w:pPr>
              <w:rPr>
                <w:lang w:val="ru-RU"/>
              </w:rPr>
            </w:pPr>
            <w:r w:rsidRPr="00D42F7A">
              <w:rPr>
                <w:lang w:val="ru-RU"/>
              </w:rPr>
              <w:t>пункт 2 — исключения по численности населения; пункт 4 — состав утверждаемой части; пункт 23 — состав обосновывающих материалов; пункты 24 и 31 — состав главы 1; пункты 59 и 60 — мастер-план; пункт 67 — тепловые сети; пункт 76 — обоснование инвестиций; пункт 85 — реестр мероприятий</w:t>
            </w:r>
          </w:p>
        </w:tc>
      </w:tr>
      <w:tr w:rsidR="006C72FB" w14:paraId="30A5A636" w14:textId="77777777">
        <w:trPr>
          <w:cantSplit/>
        </w:trPr>
        <w:tc>
          <w:tcPr>
            <w:tcW w:w="0" w:type="auto"/>
            <w:shd w:val="clear" w:color="auto" w:fill="F2F2F2"/>
          </w:tcPr>
          <w:p w14:paraId="201315AC" w14:textId="77777777" w:rsidR="006C72FB" w:rsidRPr="00D42F7A" w:rsidRDefault="0084102B">
            <w:pPr>
              <w:rPr>
                <w:lang w:val="ru-RU"/>
              </w:rPr>
            </w:pPr>
            <w:r w:rsidRPr="00D42F7A">
              <w:rPr>
                <w:lang w:val="ru-RU"/>
              </w:rPr>
              <w:t>Приказ Минэнерго России от 05.03.2019 № 212 «Об утверждении Методических указаний по разработке схем теплоснабжения»</w:t>
            </w:r>
          </w:p>
        </w:tc>
        <w:tc>
          <w:tcPr>
            <w:tcW w:w="0" w:type="auto"/>
            <w:shd w:val="clear" w:color="auto" w:fill="FFFFFF"/>
          </w:tcPr>
          <w:p w14:paraId="17333A5C" w14:textId="77777777" w:rsidR="006C72FB" w:rsidRDefault="0084102B">
            <w:r>
              <w:t>от 11.09.2024</w:t>
            </w:r>
          </w:p>
        </w:tc>
        <w:tc>
          <w:tcPr>
            <w:tcW w:w="0" w:type="auto"/>
            <w:shd w:val="clear" w:color="auto" w:fill="FFFFFF"/>
          </w:tcPr>
          <w:p w14:paraId="23528ADB" w14:textId="77777777" w:rsidR="006C72FB" w:rsidRDefault="0084102B">
            <w:r>
              <w:t>пункты 47–56 — электронная модель; приложение № 18</w:t>
            </w:r>
          </w:p>
        </w:tc>
      </w:tr>
      <w:tr w:rsidR="006C72FB" w:rsidRPr="004D1FEB" w14:paraId="727D0AFC" w14:textId="77777777">
        <w:trPr>
          <w:cantSplit/>
        </w:trPr>
        <w:tc>
          <w:tcPr>
            <w:tcW w:w="0" w:type="auto"/>
            <w:shd w:val="clear" w:color="auto" w:fill="F2F2F2"/>
          </w:tcPr>
          <w:p w14:paraId="5DE6375D" w14:textId="77777777" w:rsidR="006C72FB" w:rsidRPr="00D42F7A" w:rsidRDefault="0084102B">
            <w:pPr>
              <w:rPr>
                <w:lang w:val="ru-RU"/>
              </w:rPr>
            </w:pPr>
            <w:r w:rsidRPr="00D42F7A">
              <w:rPr>
                <w:lang w:val="ru-RU"/>
              </w:rPr>
              <w:t>Постановление Правительства Российской Федерации от 05.05.2014 № 410</w:t>
            </w:r>
          </w:p>
        </w:tc>
        <w:tc>
          <w:tcPr>
            <w:tcW w:w="0" w:type="auto"/>
            <w:shd w:val="clear" w:color="auto" w:fill="FFFFFF"/>
          </w:tcPr>
          <w:p w14:paraId="63E6CB24" w14:textId="77777777" w:rsidR="006C72FB" w:rsidRDefault="0084102B">
            <w:r>
              <w:t>действующая</w:t>
            </w:r>
          </w:p>
        </w:tc>
        <w:tc>
          <w:tcPr>
            <w:tcW w:w="0" w:type="auto"/>
            <w:shd w:val="clear" w:color="auto" w:fill="FFFFFF"/>
          </w:tcPr>
          <w:p w14:paraId="280C148C" w14:textId="77777777" w:rsidR="006C72FB" w:rsidRPr="00D42F7A" w:rsidRDefault="0084102B">
            <w:pPr>
              <w:rPr>
                <w:lang w:val="ru-RU"/>
              </w:rPr>
            </w:pPr>
            <w:r w:rsidRPr="00D42F7A">
              <w:rPr>
                <w:lang w:val="ru-RU"/>
              </w:rPr>
              <w:t>порядок разработки, утверждения и корректировки инвестиционных программ в сфере теплоснабжения</w:t>
            </w:r>
          </w:p>
        </w:tc>
      </w:tr>
      <w:tr w:rsidR="006C72FB" w:rsidRPr="004D1FEB" w14:paraId="5691F333" w14:textId="77777777">
        <w:trPr>
          <w:cantSplit/>
        </w:trPr>
        <w:tc>
          <w:tcPr>
            <w:tcW w:w="0" w:type="auto"/>
            <w:shd w:val="clear" w:color="auto" w:fill="F2F2F2"/>
          </w:tcPr>
          <w:p w14:paraId="421B545E" w14:textId="77777777" w:rsidR="006C72FB" w:rsidRPr="00D42F7A" w:rsidRDefault="0084102B">
            <w:pPr>
              <w:rPr>
                <w:lang w:val="ru-RU"/>
              </w:rPr>
            </w:pPr>
            <w:r w:rsidRPr="00D42F7A">
              <w:rPr>
                <w:lang w:val="ru-RU"/>
              </w:rPr>
              <w:t>Федеральный закон от 07.12.2011 № 416-ФЗ «О водоснабжении и водоотведении»</w:t>
            </w:r>
          </w:p>
        </w:tc>
        <w:tc>
          <w:tcPr>
            <w:tcW w:w="0" w:type="auto"/>
            <w:shd w:val="clear" w:color="auto" w:fill="FFFFFF"/>
          </w:tcPr>
          <w:p w14:paraId="2D806680" w14:textId="77777777" w:rsidR="006C72FB" w:rsidRDefault="0084102B">
            <w:r>
              <w:t>действующая</w:t>
            </w:r>
          </w:p>
        </w:tc>
        <w:tc>
          <w:tcPr>
            <w:tcW w:w="0" w:type="auto"/>
            <w:shd w:val="clear" w:color="auto" w:fill="FFFFFF"/>
          </w:tcPr>
          <w:p w14:paraId="31E919DD" w14:textId="77777777" w:rsidR="006C72FB" w:rsidRPr="00D42F7A" w:rsidRDefault="0084102B">
            <w:pPr>
              <w:rPr>
                <w:lang w:val="ru-RU"/>
              </w:rPr>
            </w:pPr>
            <w:r w:rsidRPr="00D42F7A">
              <w:rPr>
                <w:lang w:val="ru-RU"/>
              </w:rPr>
              <w:t>часть 8 статьи 40 — финансирование мероприятий по прекращению горячего водоснабжения с использованием открытых систем теплоснабжения</w:t>
            </w:r>
          </w:p>
        </w:tc>
      </w:tr>
      <w:tr w:rsidR="006C72FB" w14:paraId="4F75D027" w14:textId="77777777">
        <w:trPr>
          <w:cantSplit/>
        </w:trPr>
        <w:tc>
          <w:tcPr>
            <w:tcW w:w="0" w:type="auto"/>
            <w:shd w:val="clear" w:color="auto" w:fill="F2F2F2"/>
          </w:tcPr>
          <w:p w14:paraId="382BC30B" w14:textId="77777777" w:rsidR="006C72FB" w:rsidRPr="00D42F7A" w:rsidRDefault="0084102B">
            <w:pPr>
              <w:rPr>
                <w:lang w:val="ru-RU"/>
              </w:rPr>
            </w:pPr>
            <w:r w:rsidRPr="00D42F7A">
              <w:rPr>
                <w:lang w:val="ru-RU"/>
              </w:rPr>
              <w:t>Постановление администрации Таштагольского муниципального района от 25.09.2020 № 1114-п</w:t>
            </w:r>
          </w:p>
        </w:tc>
        <w:tc>
          <w:tcPr>
            <w:tcW w:w="0" w:type="auto"/>
            <w:shd w:val="clear" w:color="auto" w:fill="FFFFFF"/>
          </w:tcPr>
          <w:p w14:paraId="01E65CD5" w14:textId="77777777" w:rsidR="006C72FB" w:rsidRDefault="0084102B">
            <w:r>
              <w:t>действующее</w:t>
            </w:r>
          </w:p>
        </w:tc>
        <w:tc>
          <w:tcPr>
            <w:tcW w:w="0" w:type="auto"/>
            <w:shd w:val="clear" w:color="auto" w:fill="FFFFFF"/>
          </w:tcPr>
          <w:p w14:paraId="7D841711" w14:textId="77777777" w:rsidR="006C72FB" w:rsidRDefault="0084102B">
            <w:r>
              <w:t>определение единой теплоснабжающей организации</w:t>
            </w:r>
          </w:p>
        </w:tc>
      </w:tr>
    </w:tbl>
    <w:p w14:paraId="75BF4500" w14:textId="77777777" w:rsidR="00844B84" w:rsidRDefault="0084102B">
      <w:pPr>
        <w:rPr>
          <w:lang w:val="ru-RU"/>
        </w:rPr>
      </w:pPr>
      <w:r w:rsidRPr="00D42F7A">
        <w:rPr>
          <w:lang w:val="ru-RU"/>
        </w:rPr>
        <w:t>Численность населения Таштагольского муниципального округа составляет 48 262 человека. На основании пункта 2 требований к схемам теплоснабжения к настоящей схеме не применяются подпункт «в» пункта 23 и пункты 55 и 56. Электронная модель системы теплоснабжения при этом разрабатывается проектным решением, её результаты подлежат интеграции по мере завершения расчётного контура.</w:t>
      </w:r>
    </w:p>
    <w:p w14:paraId="45C7133A" w14:textId="77777777" w:rsidR="006C72FB" w:rsidRPr="00844B84" w:rsidRDefault="00844B84">
      <w:pPr>
        <w:rPr>
          <w:lang w:val="ru-RU"/>
        </w:rPr>
      </w:pPr>
      <w:r>
        <w:rPr>
          <w:lang w:val="ru-RU"/>
        </w:rPr>
        <w:br w:type="page"/>
      </w:r>
    </w:p>
    <w:p w14:paraId="0139663A" w14:textId="77777777" w:rsidR="006E7A08" w:rsidRPr="001D7D92" w:rsidRDefault="00267E76">
      <w:pPr>
        <w:pStyle w:val="1"/>
        <w:rPr>
          <w:lang w:val="ru-RU"/>
        </w:rPr>
      </w:pPr>
      <w:bookmarkStart w:id="3" w:name="_Toc238017202"/>
      <w:r w:rsidRPr="00326225">
        <w:rPr>
          <w:color w:val="4F81BD" w:themeColor="accent1"/>
          <w:lang w:val="ru-RU"/>
        </w:rPr>
        <w:t>1. Показатели существующего и перспективного спроса на тепловую энергию (мощность) и теплоноситель в установленных границах территории муниципального округа</w:t>
      </w:r>
      <w:bookmarkEnd w:id="3"/>
    </w:p>
    <w:p w14:paraId="12135D7F" w14:textId="77777777" w:rsidR="006E7A08" w:rsidRPr="001D7D92" w:rsidRDefault="00267E76">
      <w:pPr>
        <w:ind w:firstLine="709"/>
        <w:jc w:val="both"/>
        <w:rPr>
          <w:lang w:val="ru-RU"/>
        </w:rPr>
      </w:pPr>
      <w:r w:rsidRPr="001D7D92">
        <w:rPr>
          <w:lang w:val="ru-RU"/>
        </w:rPr>
        <w:t>Централизованным теплоснабжением обеспечены шесть населённых пунктов округа: г. Таштагол, пгт Шерегеш, пгт Каз, пгт Мундыбаш, пгт Темиртау и пгт Спасск. Способ теплоснабжения иных населённых пунктов округа в имеющемся корпусе исходных данных не детализирован. Решения настоящей схемы по развитию централизованных систем относятся к установленным зонам действия действующих источников тепловой энергии.</w:t>
      </w:r>
    </w:p>
    <w:p w14:paraId="0BF67AE0" w14:textId="77777777" w:rsidR="006E7A08" w:rsidRPr="001D7D92" w:rsidRDefault="00267E76">
      <w:pPr>
        <w:keepNext/>
        <w:keepLines/>
        <w:rPr>
          <w:lang w:val="ru-RU"/>
        </w:rPr>
      </w:pPr>
      <w:r w:rsidRPr="001D7D92">
        <w:rPr>
          <w:b/>
          <w:lang w:val="ru-RU"/>
        </w:rPr>
        <w:t>Таблица 1.1 — Состав населённых пунктов муниципального округа (лист «Т1.1» расчётной книги)</w:t>
      </w:r>
    </w:p>
    <w:tbl>
      <w:tblPr>
        <w:tblStyle w:val="aff0"/>
        <w:tblW w:w="5000" w:type="pct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36"/>
        <w:gridCol w:w="4163"/>
        <w:gridCol w:w="2091"/>
        <w:gridCol w:w="2909"/>
        <w:gridCol w:w="180"/>
      </w:tblGrid>
      <w:tr w:rsidR="006E7A08" w14:paraId="55DAE0B1" w14:textId="77777777">
        <w:trPr>
          <w:cantSplit/>
          <w:tblHeader/>
          <w:jc w:val="center"/>
        </w:trPr>
        <w:tc>
          <w:tcPr>
            <w:tcW w:w="0" w:type="auto"/>
            <w:shd w:val="clear" w:color="auto" w:fill="E2F0D9"/>
            <w:vAlign w:val="center"/>
          </w:tcPr>
          <w:p w14:paraId="09D4A906" w14:textId="77777777" w:rsidR="006E7A08" w:rsidRDefault="00267E76">
            <w:pPr>
              <w:jc w:val="center"/>
            </w:pPr>
            <w:r>
              <w:rPr>
                <w:b/>
              </w:rPr>
              <w:t>№ п/п</w:t>
            </w:r>
          </w:p>
        </w:tc>
        <w:tc>
          <w:tcPr>
            <w:tcW w:w="0" w:type="auto"/>
            <w:shd w:val="clear" w:color="auto" w:fill="E2F0D9"/>
            <w:vAlign w:val="center"/>
          </w:tcPr>
          <w:p w14:paraId="3E650B82" w14:textId="77777777" w:rsidR="006E7A08" w:rsidRDefault="00267E76">
            <w:pPr>
              <w:jc w:val="center"/>
            </w:pPr>
            <w:r>
              <w:rPr>
                <w:b/>
              </w:rPr>
              <w:t>Тип населенного пункта</w:t>
            </w:r>
          </w:p>
        </w:tc>
        <w:tc>
          <w:tcPr>
            <w:tcW w:w="0" w:type="auto"/>
            <w:shd w:val="clear" w:color="auto" w:fill="E2F0D9"/>
            <w:vAlign w:val="center"/>
          </w:tcPr>
          <w:p w14:paraId="45773E86" w14:textId="77777777" w:rsidR="006E7A08" w:rsidRDefault="00267E76">
            <w:pPr>
              <w:jc w:val="center"/>
            </w:pPr>
            <w:r>
              <w:rPr>
                <w:b/>
              </w:rPr>
              <w:t>Количество</w:t>
            </w:r>
          </w:p>
        </w:tc>
        <w:tc>
          <w:tcPr>
            <w:tcW w:w="0" w:type="auto"/>
            <w:shd w:val="clear" w:color="auto" w:fill="E2F0D9"/>
            <w:vAlign w:val="center"/>
          </w:tcPr>
          <w:p w14:paraId="0AA676FF" w14:textId="77777777" w:rsidR="006E7A08" w:rsidRDefault="00267E76">
            <w:pPr>
              <w:jc w:val="center"/>
            </w:pPr>
            <w:r>
              <w:rPr>
                <w:b/>
              </w:rPr>
              <w:t>Примечание</w:t>
            </w:r>
          </w:p>
        </w:tc>
        <w:tc>
          <w:tcPr>
            <w:tcW w:w="0" w:type="auto"/>
            <w:shd w:val="clear" w:color="auto" w:fill="E2F0D9"/>
            <w:vAlign w:val="center"/>
          </w:tcPr>
          <w:p w14:paraId="2F2FBFB9" w14:textId="77777777" w:rsidR="006E7A08" w:rsidRDefault="006E7A08">
            <w:pPr>
              <w:jc w:val="center"/>
            </w:pPr>
          </w:p>
        </w:tc>
      </w:tr>
      <w:tr w:rsidR="006E7A08" w14:paraId="42874D4A" w14:textId="77777777">
        <w:trPr>
          <w:cantSplit/>
          <w:tblHeader/>
          <w:jc w:val="center"/>
        </w:trPr>
        <w:tc>
          <w:tcPr>
            <w:tcW w:w="0" w:type="auto"/>
            <w:shd w:val="clear" w:color="auto" w:fill="F2F2F2"/>
            <w:vAlign w:val="center"/>
          </w:tcPr>
          <w:p w14:paraId="48EAC0E4" w14:textId="77777777" w:rsidR="006E7A08" w:rsidRDefault="00267E76">
            <w:pPr>
              <w:jc w:val="center"/>
            </w:pPr>
            <w:r>
              <w:t>1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70F6B574" w14:textId="77777777" w:rsidR="006E7A08" w:rsidRDefault="00267E76">
            <w:pPr>
              <w:jc w:val="center"/>
            </w:pPr>
            <w:r>
              <w:t>2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439C200C" w14:textId="77777777" w:rsidR="006E7A08" w:rsidRDefault="00267E76">
            <w:pPr>
              <w:jc w:val="center"/>
            </w:pPr>
            <w:r>
              <w:t>3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57863E68" w14:textId="77777777" w:rsidR="006E7A08" w:rsidRDefault="00267E76">
            <w:pPr>
              <w:jc w:val="center"/>
            </w:pPr>
            <w:r>
              <w:t>4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5414F1A6" w14:textId="77777777" w:rsidR="006E7A08" w:rsidRDefault="006E7A08">
            <w:pPr>
              <w:jc w:val="center"/>
            </w:pPr>
          </w:p>
        </w:tc>
      </w:tr>
      <w:tr w:rsidR="006E7A08" w14:paraId="73B59786" w14:textId="77777777">
        <w:trPr>
          <w:cantSplit/>
          <w:jc w:val="center"/>
        </w:trPr>
        <w:tc>
          <w:tcPr>
            <w:tcW w:w="0" w:type="auto"/>
          </w:tcPr>
          <w:p w14:paraId="5BACDD82" w14:textId="77777777" w:rsidR="006E7A08" w:rsidRDefault="00267E76">
            <w:pPr>
              <w:jc w:val="center"/>
            </w:pPr>
            <w:r>
              <w:t>1</w:t>
            </w:r>
          </w:p>
        </w:tc>
        <w:tc>
          <w:tcPr>
            <w:tcW w:w="0" w:type="auto"/>
          </w:tcPr>
          <w:p w14:paraId="11BAA4F6" w14:textId="77777777" w:rsidR="006E7A08" w:rsidRDefault="00267E76">
            <w:r>
              <w:t>город</w:t>
            </w:r>
          </w:p>
        </w:tc>
        <w:tc>
          <w:tcPr>
            <w:tcW w:w="0" w:type="auto"/>
          </w:tcPr>
          <w:p w14:paraId="405737F3" w14:textId="77777777" w:rsidR="006E7A08" w:rsidRDefault="00267E76">
            <w:pPr>
              <w:jc w:val="center"/>
            </w:pPr>
            <w:r>
              <w:t>1</w:t>
            </w:r>
          </w:p>
        </w:tc>
        <w:tc>
          <w:tcPr>
            <w:tcW w:w="0" w:type="auto"/>
          </w:tcPr>
          <w:p w14:paraId="6D0A4329" w14:textId="77777777" w:rsidR="006E7A08" w:rsidRDefault="00267E76">
            <w:r>
              <w:t>Таштагол</w:t>
            </w:r>
          </w:p>
        </w:tc>
        <w:tc>
          <w:tcPr>
            <w:tcW w:w="0" w:type="auto"/>
          </w:tcPr>
          <w:p w14:paraId="3DBF6C96" w14:textId="77777777" w:rsidR="006E7A08" w:rsidRDefault="006E7A08"/>
        </w:tc>
      </w:tr>
      <w:tr w:rsidR="006E7A08" w:rsidRPr="004D1FEB" w14:paraId="4792C1E5" w14:textId="77777777">
        <w:trPr>
          <w:cantSplit/>
          <w:jc w:val="center"/>
        </w:trPr>
        <w:tc>
          <w:tcPr>
            <w:tcW w:w="0" w:type="auto"/>
          </w:tcPr>
          <w:p w14:paraId="1882D223" w14:textId="77777777" w:rsidR="006E7A08" w:rsidRDefault="00267E76">
            <w:pPr>
              <w:jc w:val="center"/>
            </w:pPr>
            <w:r>
              <w:t>2</w:t>
            </w:r>
          </w:p>
        </w:tc>
        <w:tc>
          <w:tcPr>
            <w:tcW w:w="0" w:type="auto"/>
          </w:tcPr>
          <w:p w14:paraId="6DC45643" w14:textId="77777777" w:rsidR="006E7A08" w:rsidRDefault="00267E76">
            <w:r>
              <w:t>посёлки городского типа</w:t>
            </w:r>
          </w:p>
        </w:tc>
        <w:tc>
          <w:tcPr>
            <w:tcW w:w="0" w:type="auto"/>
          </w:tcPr>
          <w:p w14:paraId="202E4878" w14:textId="77777777" w:rsidR="006E7A08" w:rsidRDefault="00267E76">
            <w:pPr>
              <w:jc w:val="center"/>
            </w:pPr>
            <w:r>
              <w:t>5</w:t>
            </w:r>
          </w:p>
        </w:tc>
        <w:tc>
          <w:tcPr>
            <w:tcW w:w="0" w:type="auto"/>
          </w:tcPr>
          <w:p w14:paraId="2A9EEE73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Шерегеш, Каз,</w:t>
            </w:r>
            <w:r w:rsidRPr="001D7D92">
              <w:rPr>
                <w:lang w:val="ru-RU"/>
              </w:rPr>
              <w:br/>
              <w:t>Мундыбаш,</w:t>
            </w:r>
            <w:r w:rsidRPr="001D7D92">
              <w:rPr>
                <w:lang w:val="ru-RU"/>
              </w:rPr>
              <w:br/>
              <w:t>Спасск, Темиртау</w:t>
            </w:r>
          </w:p>
        </w:tc>
        <w:tc>
          <w:tcPr>
            <w:tcW w:w="0" w:type="auto"/>
          </w:tcPr>
          <w:p w14:paraId="2E2E76DD" w14:textId="77777777" w:rsidR="006E7A08" w:rsidRPr="001D7D92" w:rsidRDefault="006E7A08">
            <w:pPr>
              <w:rPr>
                <w:lang w:val="ru-RU"/>
              </w:rPr>
            </w:pPr>
          </w:p>
        </w:tc>
      </w:tr>
      <w:tr w:rsidR="006E7A08" w14:paraId="65E4279C" w14:textId="77777777">
        <w:trPr>
          <w:cantSplit/>
          <w:jc w:val="center"/>
        </w:trPr>
        <w:tc>
          <w:tcPr>
            <w:tcW w:w="0" w:type="auto"/>
          </w:tcPr>
          <w:p w14:paraId="64253E37" w14:textId="77777777" w:rsidR="006E7A08" w:rsidRDefault="00267E76">
            <w:pPr>
              <w:jc w:val="center"/>
            </w:pPr>
            <w:r>
              <w:t>3</w:t>
            </w:r>
          </w:p>
        </w:tc>
        <w:tc>
          <w:tcPr>
            <w:tcW w:w="0" w:type="auto"/>
          </w:tcPr>
          <w:p w14:paraId="03D09D86" w14:textId="77777777" w:rsidR="006E7A08" w:rsidRDefault="00267E76">
            <w:r>
              <w:t>посёлки</w:t>
            </w:r>
          </w:p>
        </w:tc>
        <w:tc>
          <w:tcPr>
            <w:tcW w:w="0" w:type="auto"/>
          </w:tcPr>
          <w:p w14:paraId="7537D37A" w14:textId="77777777" w:rsidR="006E7A08" w:rsidRDefault="00267E76">
            <w:pPr>
              <w:jc w:val="center"/>
            </w:pPr>
            <w:r>
              <w:t>81</w:t>
            </w:r>
          </w:p>
        </w:tc>
        <w:tc>
          <w:tcPr>
            <w:tcW w:w="0" w:type="auto"/>
          </w:tcPr>
          <w:p w14:paraId="79B8D931" w14:textId="77777777" w:rsidR="006E7A08" w:rsidRDefault="006E7A08"/>
        </w:tc>
        <w:tc>
          <w:tcPr>
            <w:tcW w:w="0" w:type="auto"/>
          </w:tcPr>
          <w:p w14:paraId="43711FF7" w14:textId="77777777" w:rsidR="006E7A08" w:rsidRDefault="006E7A08"/>
        </w:tc>
      </w:tr>
      <w:tr w:rsidR="006E7A08" w14:paraId="725B74F7" w14:textId="77777777">
        <w:trPr>
          <w:cantSplit/>
          <w:jc w:val="center"/>
        </w:trPr>
        <w:tc>
          <w:tcPr>
            <w:tcW w:w="0" w:type="auto"/>
          </w:tcPr>
          <w:p w14:paraId="7CD0868D" w14:textId="77777777" w:rsidR="006E7A08" w:rsidRDefault="00267E76">
            <w:pPr>
              <w:jc w:val="center"/>
            </w:pPr>
            <w:r>
              <w:t>4</w:t>
            </w:r>
          </w:p>
        </w:tc>
        <w:tc>
          <w:tcPr>
            <w:tcW w:w="0" w:type="auto"/>
          </w:tcPr>
          <w:p w14:paraId="66C6CB3A" w14:textId="77777777" w:rsidR="006E7A08" w:rsidRDefault="00267E76">
            <w:r>
              <w:t>посёлок станции</w:t>
            </w:r>
          </w:p>
        </w:tc>
        <w:tc>
          <w:tcPr>
            <w:tcW w:w="0" w:type="auto"/>
          </w:tcPr>
          <w:p w14:paraId="736F6195" w14:textId="77777777" w:rsidR="006E7A08" w:rsidRDefault="00267E76">
            <w:pPr>
              <w:jc w:val="center"/>
            </w:pPr>
            <w:r>
              <w:t>1</w:t>
            </w:r>
          </w:p>
        </w:tc>
        <w:tc>
          <w:tcPr>
            <w:tcW w:w="0" w:type="auto"/>
          </w:tcPr>
          <w:p w14:paraId="12FF9874" w14:textId="77777777" w:rsidR="006E7A08" w:rsidRDefault="00267E76">
            <w:r>
              <w:t>Тенеш</w:t>
            </w:r>
          </w:p>
        </w:tc>
        <w:tc>
          <w:tcPr>
            <w:tcW w:w="0" w:type="auto"/>
          </w:tcPr>
          <w:p w14:paraId="72884F69" w14:textId="77777777" w:rsidR="006E7A08" w:rsidRDefault="006E7A08"/>
        </w:tc>
      </w:tr>
      <w:tr w:rsidR="006E7A08" w14:paraId="0CF7E0B5" w14:textId="77777777">
        <w:trPr>
          <w:cantSplit/>
          <w:jc w:val="center"/>
        </w:trPr>
        <w:tc>
          <w:tcPr>
            <w:tcW w:w="0" w:type="auto"/>
          </w:tcPr>
          <w:p w14:paraId="39A31174" w14:textId="77777777" w:rsidR="006E7A08" w:rsidRDefault="00267E76">
            <w:pPr>
              <w:jc w:val="center"/>
            </w:pPr>
            <w:r>
              <w:t>5</w:t>
            </w:r>
          </w:p>
        </w:tc>
        <w:tc>
          <w:tcPr>
            <w:tcW w:w="0" w:type="auto"/>
          </w:tcPr>
          <w:p w14:paraId="3FE1745E" w14:textId="77777777" w:rsidR="006E7A08" w:rsidRDefault="00267E76">
            <w:r>
              <w:t>разъезды</w:t>
            </w:r>
          </w:p>
        </w:tc>
        <w:tc>
          <w:tcPr>
            <w:tcW w:w="0" w:type="auto"/>
          </w:tcPr>
          <w:p w14:paraId="473A2333" w14:textId="77777777" w:rsidR="006E7A08" w:rsidRDefault="00267E76">
            <w:pPr>
              <w:jc w:val="center"/>
            </w:pPr>
            <w:r>
              <w:t>5</w:t>
            </w:r>
          </w:p>
        </w:tc>
        <w:tc>
          <w:tcPr>
            <w:tcW w:w="0" w:type="auto"/>
          </w:tcPr>
          <w:p w14:paraId="1C652855" w14:textId="77777777" w:rsidR="006E7A08" w:rsidRDefault="00267E76">
            <w:r>
              <w:t>517, 527, 534,</w:t>
            </w:r>
            <w:r>
              <w:br/>
              <w:t>538, 545 км</w:t>
            </w:r>
          </w:p>
        </w:tc>
        <w:tc>
          <w:tcPr>
            <w:tcW w:w="0" w:type="auto"/>
          </w:tcPr>
          <w:p w14:paraId="6FC8FF52" w14:textId="77777777" w:rsidR="006E7A08" w:rsidRDefault="006E7A08"/>
        </w:tc>
      </w:tr>
      <w:tr w:rsidR="006E7A08" w14:paraId="57A8B6A0" w14:textId="77777777">
        <w:trPr>
          <w:cantSplit/>
          <w:jc w:val="center"/>
        </w:trPr>
        <w:tc>
          <w:tcPr>
            <w:tcW w:w="0" w:type="auto"/>
            <w:shd w:val="clear" w:color="auto" w:fill="DBE5F1"/>
          </w:tcPr>
          <w:p w14:paraId="1C74333B" w14:textId="77777777" w:rsidR="006E7A08" w:rsidRDefault="006E7A08"/>
        </w:tc>
        <w:tc>
          <w:tcPr>
            <w:tcW w:w="0" w:type="auto"/>
            <w:shd w:val="clear" w:color="auto" w:fill="DBE5F1"/>
          </w:tcPr>
          <w:p w14:paraId="30DE301B" w14:textId="77777777" w:rsidR="006E7A08" w:rsidRDefault="00267E76">
            <w:r>
              <w:rPr>
                <w:b/>
              </w:rPr>
              <w:t>Итого</w:t>
            </w:r>
          </w:p>
        </w:tc>
        <w:tc>
          <w:tcPr>
            <w:tcW w:w="0" w:type="auto"/>
            <w:shd w:val="clear" w:color="auto" w:fill="DBE5F1"/>
          </w:tcPr>
          <w:p w14:paraId="56E85532" w14:textId="77777777" w:rsidR="006E7A08" w:rsidRDefault="00267E76">
            <w:pPr>
              <w:jc w:val="center"/>
            </w:pPr>
            <w:r>
              <w:rPr>
                <w:b/>
              </w:rPr>
              <w:t>93</w:t>
            </w:r>
          </w:p>
        </w:tc>
        <w:tc>
          <w:tcPr>
            <w:tcW w:w="0" w:type="auto"/>
            <w:shd w:val="clear" w:color="auto" w:fill="DBE5F1"/>
          </w:tcPr>
          <w:p w14:paraId="2A1953C1" w14:textId="77777777" w:rsidR="006E7A08" w:rsidRDefault="006E7A08"/>
        </w:tc>
        <w:tc>
          <w:tcPr>
            <w:tcW w:w="0" w:type="auto"/>
            <w:shd w:val="clear" w:color="auto" w:fill="DBE5F1"/>
          </w:tcPr>
          <w:p w14:paraId="28AEDEDE" w14:textId="77777777" w:rsidR="006E7A08" w:rsidRDefault="006E7A08"/>
        </w:tc>
      </w:tr>
    </w:tbl>
    <w:p w14:paraId="7E72F901" w14:textId="77777777" w:rsidR="006E7A08" w:rsidRDefault="006E7A08"/>
    <w:p w14:paraId="1BC79640" w14:textId="77777777" w:rsidR="004604F3" w:rsidRDefault="00E1217F">
      <w:pPr>
        <w:pStyle w:val="21"/>
      </w:pPr>
      <w:bookmarkStart w:id="4" w:name="_Toc238017203"/>
      <w:r w:rsidRPr="00326225">
        <w:t>1.1. Общие положения</w:t>
      </w:r>
      <w:bookmarkEnd w:id="4"/>
    </w:p>
    <w:p w14:paraId="52DBC487" w14:textId="77777777" w:rsidR="004604F3" w:rsidRPr="00825016" w:rsidRDefault="00E1217F">
      <w:pPr>
        <w:rPr>
          <w:lang w:val="ru-RU"/>
        </w:rPr>
      </w:pPr>
      <w:r w:rsidRPr="00825016">
        <w:rPr>
          <w:lang w:val="ru-RU"/>
        </w:rPr>
        <w:t>Настоящий раздел определяет показатели существующего и перспективного спроса на тепловую энергию, тепловую мощность и теплоноситель в установленных границах Таштагольского муниципального округа на период 2026–2036 годов с промежуточным этапом 2031 года. Расчётными элементами территориального деления приняты населённые пункты округа, обеспеченные централизованным теплоснабжением: город Таштагол и посёлки городского типа Шерегеш, Каз, Мундыбаш, Темиртау и Спасск. Обязательные показатели пункта 5 требований приводятся подряд и в нормативной последовательности: площади строительных фондов и их приросты, объёмы потребления тепловой энергии и теплоносителя по видам теплопотребления, объёмы потребления объектами производственных зон и средневзвешенная плотность тепловой нагрузки. Замыкающие подразделы раздела — расчётные климатические параметры и фактическая реализация с состоянием коммерческого учёта — являются дополнительными и нормативную последовательность не разрывают.</w:t>
      </w:r>
    </w:p>
    <w:p w14:paraId="540F607C" w14:textId="77777777" w:rsidR="004604F3" w:rsidRPr="00825016" w:rsidRDefault="00E1217F">
      <w:pPr>
        <w:rPr>
          <w:lang w:val="ru-RU"/>
        </w:rPr>
      </w:pPr>
      <w:r w:rsidRPr="00825016">
        <w:rPr>
          <w:lang w:val="ru-RU"/>
        </w:rPr>
        <w:t>Спрос приводится в трёх взаимно несводимых измерениях, которые в настоящей схеме нигде не смешиваются: тепловая нагрузка в гигакалориях в час характеризует расчётный максимум и служит основанием балансов мощности; годовой отпуск тепловой энергии в гигакалориях в год характеризует объём и служит основанием топливных балансов; расход теплоносителя в тоннах в год характеризует массу подпитки и служит основанием балансов водоподготовки.</w:t>
      </w:r>
    </w:p>
    <w:p w14:paraId="6CF54F09" w14:textId="77777777" w:rsidR="004604F3" w:rsidRPr="00825016" w:rsidRDefault="00E1217F">
      <w:pPr>
        <w:rPr>
          <w:lang w:val="ru-RU"/>
        </w:rPr>
      </w:pPr>
      <w:r w:rsidRPr="00825016">
        <w:rPr>
          <w:lang w:val="ru-RU"/>
        </w:rPr>
        <w:t>Базовым годом принят 2026 год. Перспектива построена по принятому сценарию развития, закреплённому мастер-планом: стабилизация численности населения по пяти населённым пунктам и рост по посёлку городского типа Шерегеш в соответствии с генеральным планом. Приросты спроса учитываются однократно и не дублируются между разделами.</w:t>
      </w:r>
    </w:p>
    <w:p w14:paraId="19E5EBE1" w14:textId="77777777" w:rsidR="006E7A08" w:rsidRPr="00825016" w:rsidRDefault="00267E76">
      <w:pPr>
        <w:pStyle w:val="21"/>
        <w:rPr>
          <w:lang w:val="ru-RU"/>
        </w:rPr>
      </w:pPr>
      <w:bookmarkStart w:id="5" w:name="_Toc238017204"/>
      <w:r w:rsidRPr="00825016">
        <w:rPr>
          <w:lang w:val="ru-RU"/>
        </w:rPr>
        <w:t xml:space="preserve">1.2. Населённые пункты, обеспеченные </w:t>
      </w:r>
      <w:r w:rsidRPr="00326225">
        <w:rPr>
          <w:lang w:val="ru-RU"/>
        </w:rPr>
        <w:t>централизованным</w:t>
      </w:r>
      <w:r w:rsidRPr="00825016">
        <w:rPr>
          <w:lang w:val="ru-RU"/>
        </w:rPr>
        <w:t xml:space="preserve"> те</w:t>
      </w:r>
      <w:r w:rsidRPr="00326225">
        <w:rPr>
          <w:lang w:val="ru-RU"/>
        </w:rPr>
        <w:t>плосна</w:t>
      </w:r>
      <w:r w:rsidRPr="00825016">
        <w:rPr>
          <w:lang w:val="ru-RU"/>
        </w:rPr>
        <w:t>бжением</w:t>
      </w:r>
      <w:bookmarkEnd w:id="5"/>
    </w:p>
    <w:p w14:paraId="2496E7E3" w14:textId="77777777" w:rsidR="006E7A08" w:rsidRPr="001D7D92" w:rsidRDefault="00267E76">
      <w:pPr>
        <w:keepNext/>
        <w:keepLines/>
        <w:rPr>
          <w:lang w:val="ru-RU"/>
        </w:rPr>
      </w:pPr>
      <w:r w:rsidRPr="001D7D92">
        <w:rPr>
          <w:b/>
          <w:lang w:val="ru-RU"/>
        </w:rPr>
        <w:t>Таблица 1.2 — Населённые пункты, обеспеченные централизованным теплоснабжением (лист «Т1.3» расчётной книги)</w:t>
      </w:r>
    </w:p>
    <w:tbl>
      <w:tblPr>
        <w:tblStyle w:val="aff0"/>
        <w:tblW w:w="5000" w:type="pct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87"/>
        <w:gridCol w:w="2670"/>
        <w:gridCol w:w="3763"/>
        <w:gridCol w:w="3059"/>
      </w:tblGrid>
      <w:tr w:rsidR="006E7A08" w14:paraId="60070CDF" w14:textId="77777777">
        <w:trPr>
          <w:cantSplit/>
          <w:tblHeader/>
          <w:jc w:val="center"/>
        </w:trPr>
        <w:tc>
          <w:tcPr>
            <w:tcW w:w="0" w:type="auto"/>
            <w:shd w:val="clear" w:color="auto" w:fill="E2F0D9"/>
            <w:vAlign w:val="center"/>
          </w:tcPr>
          <w:p w14:paraId="4C4ABE70" w14:textId="77777777" w:rsidR="006E7A08" w:rsidRDefault="00267E76">
            <w:pPr>
              <w:jc w:val="center"/>
            </w:pPr>
            <w:r>
              <w:rPr>
                <w:b/>
              </w:rPr>
              <w:t>№</w:t>
            </w:r>
          </w:p>
        </w:tc>
        <w:tc>
          <w:tcPr>
            <w:tcW w:w="0" w:type="auto"/>
            <w:shd w:val="clear" w:color="auto" w:fill="E2F0D9"/>
            <w:vAlign w:val="center"/>
          </w:tcPr>
          <w:p w14:paraId="6A78B9C2" w14:textId="77777777" w:rsidR="006E7A08" w:rsidRDefault="00267E76">
            <w:pPr>
              <w:jc w:val="center"/>
            </w:pPr>
            <w:r>
              <w:rPr>
                <w:b/>
              </w:rPr>
              <w:t>Тип населенного пункта</w:t>
            </w:r>
          </w:p>
        </w:tc>
        <w:tc>
          <w:tcPr>
            <w:tcW w:w="0" w:type="auto"/>
            <w:shd w:val="clear" w:color="auto" w:fill="E2F0D9"/>
            <w:vAlign w:val="center"/>
          </w:tcPr>
          <w:p w14:paraId="347B36F9" w14:textId="77777777" w:rsidR="006E7A08" w:rsidRDefault="00267E76">
            <w:pPr>
              <w:jc w:val="center"/>
            </w:pPr>
            <w:r>
              <w:rPr>
                <w:b/>
              </w:rPr>
              <w:t>Наименование населенного пункта</w:t>
            </w:r>
          </w:p>
        </w:tc>
        <w:tc>
          <w:tcPr>
            <w:tcW w:w="0" w:type="auto"/>
            <w:shd w:val="clear" w:color="auto" w:fill="E2F0D9"/>
            <w:vAlign w:val="center"/>
          </w:tcPr>
          <w:p w14:paraId="75F8ACB8" w14:textId="77777777" w:rsidR="006E7A08" w:rsidRDefault="00267E76">
            <w:pPr>
              <w:jc w:val="center"/>
            </w:pPr>
            <w:r>
              <w:rPr>
                <w:b/>
              </w:rPr>
              <w:t>Численность населения, чел</w:t>
            </w:r>
          </w:p>
        </w:tc>
      </w:tr>
      <w:tr w:rsidR="006E7A08" w14:paraId="12C5CD91" w14:textId="77777777">
        <w:trPr>
          <w:cantSplit/>
          <w:tblHeader/>
          <w:jc w:val="center"/>
        </w:trPr>
        <w:tc>
          <w:tcPr>
            <w:tcW w:w="0" w:type="auto"/>
            <w:shd w:val="clear" w:color="auto" w:fill="F2F2F2"/>
            <w:vAlign w:val="center"/>
          </w:tcPr>
          <w:p w14:paraId="0985B4EF" w14:textId="77777777" w:rsidR="006E7A08" w:rsidRDefault="00267E76">
            <w:pPr>
              <w:jc w:val="center"/>
            </w:pPr>
            <w:r>
              <w:t>1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697AFA35" w14:textId="77777777" w:rsidR="006E7A08" w:rsidRDefault="00267E76">
            <w:pPr>
              <w:jc w:val="center"/>
            </w:pPr>
            <w:r>
              <w:t>2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2DDDA4BD" w14:textId="77777777" w:rsidR="006E7A08" w:rsidRDefault="00267E76">
            <w:pPr>
              <w:jc w:val="center"/>
            </w:pPr>
            <w:r>
              <w:t>3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2B05A633" w14:textId="77777777" w:rsidR="006E7A08" w:rsidRDefault="00267E76">
            <w:pPr>
              <w:jc w:val="center"/>
            </w:pPr>
            <w:r>
              <w:t>4</w:t>
            </w:r>
          </w:p>
        </w:tc>
      </w:tr>
      <w:tr w:rsidR="006E7A08" w14:paraId="4CD75E88" w14:textId="77777777">
        <w:trPr>
          <w:cantSplit/>
          <w:jc w:val="center"/>
        </w:trPr>
        <w:tc>
          <w:tcPr>
            <w:tcW w:w="0" w:type="auto"/>
          </w:tcPr>
          <w:p w14:paraId="496C01C0" w14:textId="77777777" w:rsidR="006E7A08" w:rsidRDefault="00267E76">
            <w:pPr>
              <w:jc w:val="center"/>
            </w:pPr>
            <w:r>
              <w:t>1</w:t>
            </w:r>
          </w:p>
        </w:tc>
        <w:tc>
          <w:tcPr>
            <w:tcW w:w="0" w:type="auto"/>
          </w:tcPr>
          <w:p w14:paraId="4F8C06EE" w14:textId="77777777" w:rsidR="006E7A08" w:rsidRDefault="00267E76">
            <w:r>
              <w:t>город</w:t>
            </w:r>
          </w:p>
        </w:tc>
        <w:tc>
          <w:tcPr>
            <w:tcW w:w="0" w:type="auto"/>
          </w:tcPr>
          <w:p w14:paraId="49F2ACAE" w14:textId="77777777" w:rsidR="006E7A08" w:rsidRDefault="00267E76">
            <w:r>
              <w:t>Таштагол</w:t>
            </w:r>
          </w:p>
        </w:tc>
        <w:tc>
          <w:tcPr>
            <w:tcW w:w="0" w:type="auto"/>
          </w:tcPr>
          <w:p w14:paraId="7DD76F57" w14:textId="77777777" w:rsidR="006E7A08" w:rsidRDefault="00267E76">
            <w:pPr>
              <w:jc w:val="center"/>
            </w:pPr>
            <w:r>
              <w:t>21 209</w:t>
            </w:r>
          </w:p>
        </w:tc>
      </w:tr>
      <w:tr w:rsidR="006E7A08" w14:paraId="37956A29" w14:textId="77777777">
        <w:trPr>
          <w:cantSplit/>
          <w:jc w:val="center"/>
        </w:trPr>
        <w:tc>
          <w:tcPr>
            <w:tcW w:w="0" w:type="auto"/>
          </w:tcPr>
          <w:p w14:paraId="7D52600B" w14:textId="77777777" w:rsidR="006E7A08" w:rsidRDefault="00267E76">
            <w:pPr>
              <w:jc w:val="center"/>
            </w:pPr>
            <w:r>
              <w:t>2</w:t>
            </w:r>
          </w:p>
        </w:tc>
        <w:tc>
          <w:tcPr>
            <w:tcW w:w="0" w:type="auto"/>
          </w:tcPr>
          <w:p w14:paraId="5C3B81A0" w14:textId="77777777" w:rsidR="006E7A08" w:rsidRDefault="00267E76">
            <w:r>
              <w:t>пгт</w:t>
            </w:r>
          </w:p>
        </w:tc>
        <w:tc>
          <w:tcPr>
            <w:tcW w:w="0" w:type="auto"/>
          </w:tcPr>
          <w:p w14:paraId="71E8CC3C" w14:textId="77777777" w:rsidR="006E7A08" w:rsidRDefault="00267E76">
            <w:r>
              <w:t>Шерегеш</w:t>
            </w:r>
          </w:p>
        </w:tc>
        <w:tc>
          <w:tcPr>
            <w:tcW w:w="0" w:type="auto"/>
          </w:tcPr>
          <w:p w14:paraId="0AF01655" w14:textId="77777777" w:rsidR="006E7A08" w:rsidRDefault="00267E76">
            <w:pPr>
              <w:jc w:val="center"/>
            </w:pPr>
            <w:r>
              <w:t>9 666</w:t>
            </w:r>
          </w:p>
        </w:tc>
      </w:tr>
      <w:tr w:rsidR="006E7A08" w14:paraId="447FBA61" w14:textId="77777777">
        <w:trPr>
          <w:cantSplit/>
          <w:jc w:val="center"/>
        </w:trPr>
        <w:tc>
          <w:tcPr>
            <w:tcW w:w="0" w:type="auto"/>
          </w:tcPr>
          <w:p w14:paraId="7A1671F8" w14:textId="77777777" w:rsidR="006E7A08" w:rsidRDefault="00267E76">
            <w:pPr>
              <w:jc w:val="center"/>
            </w:pPr>
            <w:r>
              <w:t>3</w:t>
            </w:r>
          </w:p>
        </w:tc>
        <w:tc>
          <w:tcPr>
            <w:tcW w:w="0" w:type="auto"/>
          </w:tcPr>
          <w:p w14:paraId="4A1F3772" w14:textId="77777777" w:rsidR="006E7A08" w:rsidRDefault="00267E76">
            <w:r>
              <w:t>пгт</w:t>
            </w:r>
          </w:p>
        </w:tc>
        <w:tc>
          <w:tcPr>
            <w:tcW w:w="0" w:type="auto"/>
          </w:tcPr>
          <w:p w14:paraId="2A9EF019" w14:textId="77777777" w:rsidR="006E7A08" w:rsidRDefault="00267E76">
            <w:r>
              <w:t>Каз</w:t>
            </w:r>
          </w:p>
        </w:tc>
        <w:tc>
          <w:tcPr>
            <w:tcW w:w="0" w:type="auto"/>
          </w:tcPr>
          <w:p w14:paraId="2E6DC733" w14:textId="77777777" w:rsidR="006E7A08" w:rsidRDefault="00267E76">
            <w:pPr>
              <w:jc w:val="center"/>
            </w:pPr>
            <w:r>
              <w:t>3 975</w:t>
            </w:r>
          </w:p>
        </w:tc>
      </w:tr>
      <w:tr w:rsidR="006E7A08" w14:paraId="39D08DA2" w14:textId="77777777">
        <w:trPr>
          <w:cantSplit/>
          <w:jc w:val="center"/>
        </w:trPr>
        <w:tc>
          <w:tcPr>
            <w:tcW w:w="0" w:type="auto"/>
          </w:tcPr>
          <w:p w14:paraId="731E06AF" w14:textId="77777777" w:rsidR="006E7A08" w:rsidRDefault="00267E76">
            <w:pPr>
              <w:jc w:val="center"/>
            </w:pPr>
            <w:r>
              <w:t>4</w:t>
            </w:r>
          </w:p>
        </w:tc>
        <w:tc>
          <w:tcPr>
            <w:tcW w:w="0" w:type="auto"/>
          </w:tcPr>
          <w:p w14:paraId="61F3538B" w14:textId="77777777" w:rsidR="006E7A08" w:rsidRDefault="00267E76">
            <w:r>
              <w:t>пгт</w:t>
            </w:r>
          </w:p>
        </w:tc>
        <w:tc>
          <w:tcPr>
            <w:tcW w:w="0" w:type="auto"/>
          </w:tcPr>
          <w:p w14:paraId="4ED8F1F5" w14:textId="77777777" w:rsidR="006E7A08" w:rsidRDefault="00267E76">
            <w:r>
              <w:t>Мундыбаш</w:t>
            </w:r>
          </w:p>
        </w:tc>
        <w:tc>
          <w:tcPr>
            <w:tcW w:w="0" w:type="auto"/>
          </w:tcPr>
          <w:p w14:paraId="73C72482" w14:textId="77777777" w:rsidR="006E7A08" w:rsidRDefault="00267E76">
            <w:pPr>
              <w:jc w:val="center"/>
            </w:pPr>
            <w:r>
              <w:t>3 883</w:t>
            </w:r>
          </w:p>
        </w:tc>
      </w:tr>
      <w:tr w:rsidR="006E7A08" w14:paraId="34941775" w14:textId="77777777">
        <w:trPr>
          <w:cantSplit/>
          <w:jc w:val="center"/>
        </w:trPr>
        <w:tc>
          <w:tcPr>
            <w:tcW w:w="0" w:type="auto"/>
          </w:tcPr>
          <w:p w14:paraId="10D643D1" w14:textId="77777777" w:rsidR="006E7A08" w:rsidRDefault="00267E76">
            <w:pPr>
              <w:jc w:val="center"/>
            </w:pPr>
            <w:r>
              <w:t>5</w:t>
            </w:r>
          </w:p>
        </w:tc>
        <w:tc>
          <w:tcPr>
            <w:tcW w:w="0" w:type="auto"/>
          </w:tcPr>
          <w:p w14:paraId="06F452BD" w14:textId="77777777" w:rsidR="006E7A08" w:rsidRDefault="00267E76">
            <w:r>
              <w:t>пгт</w:t>
            </w:r>
          </w:p>
        </w:tc>
        <w:tc>
          <w:tcPr>
            <w:tcW w:w="0" w:type="auto"/>
          </w:tcPr>
          <w:p w14:paraId="6616DDC5" w14:textId="77777777" w:rsidR="006E7A08" w:rsidRDefault="00267E76">
            <w:r>
              <w:t>Темиртау</w:t>
            </w:r>
          </w:p>
        </w:tc>
        <w:tc>
          <w:tcPr>
            <w:tcW w:w="0" w:type="auto"/>
          </w:tcPr>
          <w:p w14:paraId="1646C8DA" w14:textId="77777777" w:rsidR="006E7A08" w:rsidRDefault="00267E76">
            <w:pPr>
              <w:jc w:val="center"/>
            </w:pPr>
            <w:r>
              <w:t>3 438</w:t>
            </w:r>
          </w:p>
        </w:tc>
      </w:tr>
      <w:tr w:rsidR="006E7A08" w14:paraId="4DAEFD5B" w14:textId="77777777">
        <w:trPr>
          <w:cantSplit/>
          <w:jc w:val="center"/>
        </w:trPr>
        <w:tc>
          <w:tcPr>
            <w:tcW w:w="0" w:type="auto"/>
          </w:tcPr>
          <w:p w14:paraId="3054A930" w14:textId="77777777" w:rsidR="006E7A08" w:rsidRDefault="00267E76">
            <w:pPr>
              <w:jc w:val="center"/>
            </w:pPr>
            <w:r>
              <w:t>6</w:t>
            </w:r>
          </w:p>
        </w:tc>
        <w:tc>
          <w:tcPr>
            <w:tcW w:w="0" w:type="auto"/>
          </w:tcPr>
          <w:p w14:paraId="3AEB6D6E" w14:textId="77777777" w:rsidR="006E7A08" w:rsidRDefault="00267E76">
            <w:r>
              <w:t>пгт</w:t>
            </w:r>
          </w:p>
        </w:tc>
        <w:tc>
          <w:tcPr>
            <w:tcW w:w="0" w:type="auto"/>
          </w:tcPr>
          <w:p w14:paraId="74D1EA60" w14:textId="77777777" w:rsidR="006E7A08" w:rsidRDefault="00267E76">
            <w:r>
              <w:t>Спасск</w:t>
            </w:r>
          </w:p>
        </w:tc>
        <w:tc>
          <w:tcPr>
            <w:tcW w:w="0" w:type="auto"/>
          </w:tcPr>
          <w:p w14:paraId="341967C7" w14:textId="77777777" w:rsidR="006E7A08" w:rsidRDefault="00267E76">
            <w:pPr>
              <w:jc w:val="center"/>
            </w:pPr>
            <w:r>
              <w:t>1 513</w:t>
            </w:r>
          </w:p>
        </w:tc>
      </w:tr>
      <w:tr w:rsidR="006E7A08" w14:paraId="6F236FAA" w14:textId="77777777">
        <w:trPr>
          <w:cantSplit/>
          <w:jc w:val="center"/>
        </w:trPr>
        <w:tc>
          <w:tcPr>
            <w:tcW w:w="0" w:type="auto"/>
            <w:shd w:val="clear" w:color="auto" w:fill="DBE5F1"/>
          </w:tcPr>
          <w:p w14:paraId="4D3A7183" w14:textId="77777777" w:rsidR="006E7A08" w:rsidRDefault="00267E76">
            <w:r>
              <w:rPr>
                <w:b/>
              </w:rPr>
              <w:t>ИТОГО</w:t>
            </w:r>
          </w:p>
        </w:tc>
        <w:tc>
          <w:tcPr>
            <w:tcW w:w="0" w:type="auto"/>
            <w:shd w:val="clear" w:color="auto" w:fill="DBE5F1"/>
          </w:tcPr>
          <w:p w14:paraId="5621862E" w14:textId="77777777" w:rsidR="006E7A08" w:rsidRDefault="006E7A08"/>
        </w:tc>
        <w:tc>
          <w:tcPr>
            <w:tcW w:w="0" w:type="auto"/>
            <w:shd w:val="clear" w:color="auto" w:fill="DBE5F1"/>
          </w:tcPr>
          <w:p w14:paraId="5F257983" w14:textId="77777777" w:rsidR="006E7A08" w:rsidRDefault="006E7A08"/>
        </w:tc>
        <w:tc>
          <w:tcPr>
            <w:tcW w:w="0" w:type="auto"/>
            <w:shd w:val="clear" w:color="auto" w:fill="DBE5F1"/>
          </w:tcPr>
          <w:p w14:paraId="3BB37886" w14:textId="77777777" w:rsidR="006E7A08" w:rsidRDefault="00267E76">
            <w:pPr>
              <w:jc w:val="center"/>
            </w:pPr>
            <w:r>
              <w:rPr>
                <w:b/>
              </w:rPr>
              <w:t>43 684</w:t>
            </w:r>
          </w:p>
        </w:tc>
      </w:tr>
    </w:tbl>
    <w:p w14:paraId="3D7FB56F" w14:textId="77777777" w:rsidR="006E7A08" w:rsidRPr="001D7D92" w:rsidRDefault="00267E76">
      <w:pPr>
        <w:spacing w:after="0"/>
        <w:ind w:firstLine="709"/>
        <w:jc w:val="both"/>
        <w:rPr>
          <w:lang w:val="ru-RU"/>
        </w:rPr>
      </w:pPr>
      <w:r w:rsidRPr="001D7D92">
        <w:rPr>
          <w:lang w:val="ru-RU"/>
        </w:rPr>
        <w:t>1. Численность населения приведена на 1 января 2025 года по сведениям, предоставленным Заказчиком.</w:t>
      </w:r>
    </w:p>
    <w:p w14:paraId="676033B8" w14:textId="77777777" w:rsidR="006E7A08" w:rsidRPr="001D7D92" w:rsidRDefault="006E7A08">
      <w:pPr>
        <w:rPr>
          <w:lang w:val="ru-RU"/>
        </w:rPr>
      </w:pPr>
    </w:p>
    <w:p w14:paraId="70AD1639" w14:textId="77777777" w:rsidR="006E7A08" w:rsidRPr="001D7D92" w:rsidRDefault="00267E76">
      <w:pPr>
        <w:pStyle w:val="21"/>
        <w:rPr>
          <w:lang w:val="ru-RU"/>
        </w:rPr>
      </w:pPr>
      <w:bookmarkStart w:id="6" w:name="_Toc238017205"/>
      <w:r w:rsidRPr="001D7D92">
        <w:rPr>
          <w:lang w:val="ru-RU"/>
        </w:rPr>
        <w:t>1.3. Перспектива изменения численности населения</w:t>
      </w:r>
      <w:bookmarkEnd w:id="6"/>
    </w:p>
    <w:p w14:paraId="3B3A76A1" w14:textId="77777777" w:rsidR="006E7A08" w:rsidRPr="001D7D92" w:rsidRDefault="00267E76">
      <w:pPr>
        <w:ind w:firstLine="709"/>
        <w:jc w:val="both"/>
        <w:rPr>
          <w:lang w:val="ru-RU"/>
        </w:rPr>
      </w:pPr>
      <w:r w:rsidRPr="001D7D92">
        <w:rPr>
          <w:lang w:val="ru-RU"/>
        </w:rPr>
        <w:t>Схемой принимается единый демографический сценарий. По пяти территориям принята стабилизация численности на уровне базового года; рост предусмотрен только по пгт Шерегеш и составляет 1 322 человека к 2031 году с продолжением до 12 309 человек к 2036 году. Основанием служат генеральные планы соответствующих территорий.</w:t>
      </w:r>
    </w:p>
    <w:p w14:paraId="4CE5C3F2" w14:textId="77777777" w:rsidR="006E7A08" w:rsidRPr="001D7D92" w:rsidRDefault="00267E76">
      <w:pPr>
        <w:ind w:firstLine="709"/>
        <w:jc w:val="both"/>
        <w:rPr>
          <w:lang w:val="ru-RU"/>
        </w:rPr>
      </w:pPr>
      <w:r w:rsidRPr="001D7D92">
        <w:rPr>
          <w:lang w:val="ru-RU"/>
        </w:rPr>
        <w:t>Именно этот рост формирует перспективную нагрузку зоны котельной УПК № 5 «Новый Шерегеш» и определяет решения раздела 6. Альтернативные демографические сценарии схемой не принимаются, и параллельных рядов перспективы в расчёте нет.</w:t>
      </w:r>
    </w:p>
    <w:p w14:paraId="259B035E" w14:textId="77777777" w:rsidR="006E7A08" w:rsidRPr="001D7D92" w:rsidRDefault="00267E76">
      <w:pPr>
        <w:keepNext/>
        <w:keepLines/>
        <w:rPr>
          <w:lang w:val="ru-RU"/>
        </w:rPr>
      </w:pPr>
      <w:r w:rsidRPr="001D7D92">
        <w:rPr>
          <w:b/>
          <w:lang w:val="ru-RU"/>
        </w:rPr>
        <w:t>Таблица 1.3 — Перспектива изменения численности населения на территориях с централизованным теплоснабжением (лист «Т1.4» расчётной книги)</w:t>
      </w:r>
    </w:p>
    <w:tbl>
      <w:tblPr>
        <w:tblStyle w:val="aff0"/>
        <w:tblW w:w="5000" w:type="pct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87"/>
        <w:gridCol w:w="1680"/>
        <w:gridCol w:w="2102"/>
        <w:gridCol w:w="1572"/>
        <w:gridCol w:w="1051"/>
        <w:gridCol w:w="1018"/>
        <w:gridCol w:w="1051"/>
        <w:gridCol w:w="1018"/>
      </w:tblGrid>
      <w:tr w:rsidR="006E7A08" w14:paraId="7BA13E95" w14:textId="77777777">
        <w:trPr>
          <w:cantSplit/>
          <w:tblHeader/>
          <w:jc w:val="center"/>
        </w:trPr>
        <w:tc>
          <w:tcPr>
            <w:tcW w:w="0" w:type="auto"/>
            <w:vMerge w:val="restart"/>
            <w:shd w:val="clear" w:color="auto" w:fill="E2F0D9"/>
            <w:vAlign w:val="center"/>
          </w:tcPr>
          <w:p w14:paraId="46DCE891" w14:textId="77777777" w:rsidR="006E7A08" w:rsidRDefault="00267E76">
            <w:pPr>
              <w:jc w:val="center"/>
            </w:pPr>
            <w:r>
              <w:rPr>
                <w:b/>
              </w:rPr>
              <w:t>№</w:t>
            </w:r>
          </w:p>
        </w:tc>
        <w:tc>
          <w:tcPr>
            <w:tcW w:w="0" w:type="auto"/>
            <w:vMerge w:val="restart"/>
            <w:shd w:val="clear" w:color="auto" w:fill="E2F0D9"/>
            <w:vAlign w:val="center"/>
          </w:tcPr>
          <w:p w14:paraId="23D2DE17" w14:textId="77777777" w:rsidR="006E7A08" w:rsidRDefault="00267E76">
            <w:pPr>
              <w:jc w:val="center"/>
            </w:pPr>
            <w:r>
              <w:rPr>
                <w:b/>
              </w:rPr>
              <w:t>Тип населенного пункта</w:t>
            </w:r>
          </w:p>
        </w:tc>
        <w:tc>
          <w:tcPr>
            <w:tcW w:w="0" w:type="auto"/>
            <w:vMerge w:val="restart"/>
            <w:shd w:val="clear" w:color="auto" w:fill="E2F0D9"/>
            <w:vAlign w:val="center"/>
          </w:tcPr>
          <w:p w14:paraId="6B9EE2E8" w14:textId="77777777" w:rsidR="006E7A08" w:rsidRDefault="00267E76">
            <w:pPr>
              <w:jc w:val="center"/>
            </w:pPr>
            <w:r>
              <w:rPr>
                <w:b/>
              </w:rPr>
              <w:t>Наименование населенного пункта</w:t>
            </w:r>
          </w:p>
        </w:tc>
        <w:tc>
          <w:tcPr>
            <w:tcW w:w="0" w:type="auto"/>
            <w:gridSpan w:val="5"/>
            <w:shd w:val="clear" w:color="auto" w:fill="E2F0D9"/>
            <w:vAlign w:val="center"/>
          </w:tcPr>
          <w:p w14:paraId="4973D438" w14:textId="77777777" w:rsidR="006E7A08" w:rsidRDefault="00267E76">
            <w:pPr>
              <w:jc w:val="center"/>
            </w:pPr>
            <w:r>
              <w:rPr>
                <w:b/>
              </w:rPr>
              <w:t>Численность населения, чел</w:t>
            </w:r>
          </w:p>
        </w:tc>
      </w:tr>
      <w:tr w:rsidR="006E7A08" w14:paraId="156A50CF" w14:textId="77777777">
        <w:trPr>
          <w:cantSplit/>
          <w:tblHeader/>
          <w:jc w:val="center"/>
        </w:trPr>
        <w:tc>
          <w:tcPr>
            <w:tcW w:w="0" w:type="auto"/>
            <w:vMerge/>
            <w:shd w:val="clear" w:color="auto" w:fill="E2F0D9"/>
            <w:vAlign w:val="center"/>
          </w:tcPr>
          <w:p w14:paraId="73EADCF3" w14:textId="77777777" w:rsidR="006E7A08" w:rsidRDefault="006E7A08">
            <w:pPr>
              <w:jc w:val="center"/>
            </w:pPr>
          </w:p>
        </w:tc>
        <w:tc>
          <w:tcPr>
            <w:tcW w:w="0" w:type="auto"/>
            <w:vMerge/>
            <w:shd w:val="clear" w:color="auto" w:fill="E2F0D9"/>
            <w:vAlign w:val="center"/>
          </w:tcPr>
          <w:p w14:paraId="142B5C2D" w14:textId="77777777" w:rsidR="006E7A08" w:rsidRDefault="006E7A08">
            <w:pPr>
              <w:jc w:val="center"/>
            </w:pPr>
          </w:p>
        </w:tc>
        <w:tc>
          <w:tcPr>
            <w:tcW w:w="0" w:type="auto"/>
            <w:vMerge/>
            <w:shd w:val="clear" w:color="auto" w:fill="E2F0D9"/>
            <w:vAlign w:val="center"/>
          </w:tcPr>
          <w:p w14:paraId="5E7BF49A" w14:textId="77777777" w:rsidR="006E7A08" w:rsidRDefault="006E7A08">
            <w:pPr>
              <w:jc w:val="center"/>
            </w:pPr>
          </w:p>
        </w:tc>
        <w:tc>
          <w:tcPr>
            <w:tcW w:w="0" w:type="auto"/>
            <w:shd w:val="clear" w:color="auto" w:fill="E2F0D9"/>
            <w:vAlign w:val="center"/>
          </w:tcPr>
          <w:p w14:paraId="54639202" w14:textId="77777777" w:rsidR="006E7A08" w:rsidRDefault="00267E76">
            <w:pPr>
              <w:jc w:val="center"/>
            </w:pPr>
            <w:r>
              <w:rPr>
                <w:b/>
              </w:rPr>
              <w:t>Фактическая</w:t>
            </w:r>
          </w:p>
        </w:tc>
        <w:tc>
          <w:tcPr>
            <w:tcW w:w="0" w:type="auto"/>
            <w:shd w:val="clear" w:color="auto" w:fill="E2F0D9"/>
            <w:vAlign w:val="center"/>
          </w:tcPr>
          <w:p w14:paraId="0AE53D4F" w14:textId="77777777" w:rsidR="006E7A08" w:rsidRDefault="00267E76">
            <w:pPr>
              <w:jc w:val="center"/>
            </w:pPr>
            <w:r>
              <w:rPr>
                <w:b/>
              </w:rPr>
              <w:t>Прирост</w:t>
            </w:r>
          </w:p>
        </w:tc>
        <w:tc>
          <w:tcPr>
            <w:tcW w:w="0" w:type="auto"/>
            <w:shd w:val="clear" w:color="auto" w:fill="E2F0D9"/>
            <w:vAlign w:val="center"/>
          </w:tcPr>
          <w:p w14:paraId="176DA65D" w14:textId="77777777" w:rsidR="006E7A08" w:rsidRDefault="00267E76">
            <w:pPr>
              <w:jc w:val="center"/>
            </w:pPr>
            <w:r>
              <w:rPr>
                <w:b/>
              </w:rPr>
              <w:t>Прогноз</w:t>
            </w:r>
          </w:p>
        </w:tc>
        <w:tc>
          <w:tcPr>
            <w:tcW w:w="0" w:type="auto"/>
            <w:shd w:val="clear" w:color="auto" w:fill="E2F0D9"/>
            <w:vAlign w:val="center"/>
          </w:tcPr>
          <w:p w14:paraId="64940D22" w14:textId="77777777" w:rsidR="006E7A08" w:rsidRDefault="00267E76">
            <w:pPr>
              <w:jc w:val="center"/>
            </w:pPr>
            <w:r>
              <w:rPr>
                <w:b/>
              </w:rPr>
              <w:t>Прирост</w:t>
            </w:r>
          </w:p>
        </w:tc>
        <w:tc>
          <w:tcPr>
            <w:tcW w:w="0" w:type="auto"/>
            <w:shd w:val="clear" w:color="auto" w:fill="E2F0D9"/>
            <w:vAlign w:val="center"/>
          </w:tcPr>
          <w:p w14:paraId="1EC8B8E8" w14:textId="77777777" w:rsidR="006E7A08" w:rsidRDefault="00267E76">
            <w:pPr>
              <w:jc w:val="center"/>
            </w:pPr>
            <w:r>
              <w:rPr>
                <w:b/>
              </w:rPr>
              <w:t>Прогноз</w:t>
            </w:r>
          </w:p>
        </w:tc>
      </w:tr>
      <w:tr w:rsidR="006E7A08" w14:paraId="7EB9ABA5" w14:textId="77777777">
        <w:trPr>
          <w:cantSplit/>
          <w:tblHeader/>
          <w:jc w:val="center"/>
        </w:trPr>
        <w:tc>
          <w:tcPr>
            <w:tcW w:w="0" w:type="auto"/>
            <w:vMerge/>
            <w:shd w:val="clear" w:color="auto" w:fill="E2F0D9"/>
            <w:vAlign w:val="center"/>
          </w:tcPr>
          <w:p w14:paraId="2AAAD557" w14:textId="77777777" w:rsidR="006E7A08" w:rsidRDefault="006E7A08">
            <w:pPr>
              <w:jc w:val="center"/>
            </w:pPr>
          </w:p>
        </w:tc>
        <w:tc>
          <w:tcPr>
            <w:tcW w:w="0" w:type="auto"/>
            <w:vMerge/>
            <w:shd w:val="clear" w:color="auto" w:fill="E2F0D9"/>
            <w:vAlign w:val="center"/>
          </w:tcPr>
          <w:p w14:paraId="76C730A9" w14:textId="77777777" w:rsidR="006E7A08" w:rsidRDefault="006E7A08">
            <w:pPr>
              <w:jc w:val="center"/>
            </w:pPr>
          </w:p>
        </w:tc>
        <w:tc>
          <w:tcPr>
            <w:tcW w:w="0" w:type="auto"/>
            <w:vMerge/>
            <w:shd w:val="clear" w:color="auto" w:fill="E2F0D9"/>
            <w:vAlign w:val="center"/>
          </w:tcPr>
          <w:p w14:paraId="52A2BD3A" w14:textId="77777777" w:rsidR="006E7A08" w:rsidRDefault="006E7A08">
            <w:pPr>
              <w:jc w:val="center"/>
            </w:pPr>
          </w:p>
        </w:tc>
        <w:tc>
          <w:tcPr>
            <w:tcW w:w="0" w:type="auto"/>
            <w:shd w:val="clear" w:color="auto" w:fill="E2F0D9"/>
            <w:vAlign w:val="center"/>
          </w:tcPr>
          <w:p w14:paraId="48424165" w14:textId="77777777" w:rsidR="006E7A08" w:rsidRDefault="00267E76">
            <w:pPr>
              <w:jc w:val="center"/>
            </w:pPr>
            <w:r>
              <w:rPr>
                <w:b/>
              </w:rPr>
              <w:t>2026</w:t>
            </w:r>
          </w:p>
        </w:tc>
        <w:tc>
          <w:tcPr>
            <w:tcW w:w="0" w:type="auto"/>
            <w:gridSpan w:val="2"/>
            <w:shd w:val="clear" w:color="auto" w:fill="E2F0D9"/>
            <w:vAlign w:val="center"/>
          </w:tcPr>
          <w:p w14:paraId="30D3AC0A" w14:textId="77777777" w:rsidR="006E7A08" w:rsidRDefault="00267E76">
            <w:pPr>
              <w:jc w:val="center"/>
            </w:pPr>
            <w:r>
              <w:rPr>
                <w:b/>
              </w:rPr>
              <w:t>2031</w:t>
            </w:r>
          </w:p>
        </w:tc>
        <w:tc>
          <w:tcPr>
            <w:tcW w:w="0" w:type="auto"/>
            <w:gridSpan w:val="2"/>
            <w:shd w:val="clear" w:color="auto" w:fill="E2F0D9"/>
            <w:vAlign w:val="center"/>
          </w:tcPr>
          <w:p w14:paraId="437BC822" w14:textId="77777777" w:rsidR="006E7A08" w:rsidRDefault="00267E76">
            <w:pPr>
              <w:jc w:val="center"/>
            </w:pPr>
            <w:r>
              <w:rPr>
                <w:b/>
              </w:rPr>
              <w:t>2036</w:t>
            </w:r>
          </w:p>
        </w:tc>
      </w:tr>
      <w:tr w:rsidR="006E7A08" w14:paraId="5E437E4B" w14:textId="77777777">
        <w:trPr>
          <w:cantSplit/>
          <w:tblHeader/>
          <w:jc w:val="center"/>
        </w:trPr>
        <w:tc>
          <w:tcPr>
            <w:tcW w:w="0" w:type="auto"/>
            <w:shd w:val="clear" w:color="auto" w:fill="F2F2F2"/>
            <w:vAlign w:val="center"/>
          </w:tcPr>
          <w:p w14:paraId="33FADD57" w14:textId="77777777" w:rsidR="006E7A08" w:rsidRDefault="00267E76">
            <w:pPr>
              <w:jc w:val="center"/>
            </w:pPr>
            <w:r>
              <w:t>1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3A0A2AF2" w14:textId="77777777" w:rsidR="006E7A08" w:rsidRDefault="00267E76">
            <w:pPr>
              <w:jc w:val="center"/>
            </w:pPr>
            <w:r>
              <w:t>2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331E65AC" w14:textId="77777777" w:rsidR="006E7A08" w:rsidRDefault="00267E76">
            <w:pPr>
              <w:jc w:val="center"/>
            </w:pPr>
            <w:r>
              <w:t>3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302F5692" w14:textId="77777777" w:rsidR="006E7A08" w:rsidRDefault="00267E76">
            <w:pPr>
              <w:jc w:val="center"/>
            </w:pPr>
            <w:r>
              <w:t>4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2318E5C6" w14:textId="77777777" w:rsidR="006E7A08" w:rsidRDefault="00267E76">
            <w:pPr>
              <w:jc w:val="center"/>
            </w:pPr>
            <w:r>
              <w:t>5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0D33A264" w14:textId="77777777" w:rsidR="006E7A08" w:rsidRDefault="00267E76">
            <w:pPr>
              <w:jc w:val="center"/>
            </w:pPr>
            <w:r>
              <w:t>6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10E9986B" w14:textId="77777777" w:rsidR="006E7A08" w:rsidRDefault="00267E76">
            <w:pPr>
              <w:jc w:val="center"/>
            </w:pPr>
            <w:r>
              <w:t>7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6C88FC49" w14:textId="77777777" w:rsidR="006E7A08" w:rsidRDefault="00267E76">
            <w:pPr>
              <w:jc w:val="center"/>
            </w:pPr>
            <w:r>
              <w:t>8</w:t>
            </w:r>
          </w:p>
        </w:tc>
      </w:tr>
      <w:tr w:rsidR="006E7A08" w14:paraId="4FDAD8FE" w14:textId="77777777">
        <w:trPr>
          <w:cantSplit/>
          <w:jc w:val="center"/>
        </w:trPr>
        <w:tc>
          <w:tcPr>
            <w:tcW w:w="0" w:type="auto"/>
          </w:tcPr>
          <w:p w14:paraId="5E50F429" w14:textId="77777777" w:rsidR="006E7A08" w:rsidRDefault="00267E76">
            <w:pPr>
              <w:jc w:val="center"/>
            </w:pPr>
            <w:r>
              <w:t>1</w:t>
            </w:r>
          </w:p>
        </w:tc>
        <w:tc>
          <w:tcPr>
            <w:tcW w:w="0" w:type="auto"/>
          </w:tcPr>
          <w:p w14:paraId="62B3BED4" w14:textId="77777777" w:rsidR="006E7A08" w:rsidRDefault="00267E76">
            <w:r>
              <w:t>город</w:t>
            </w:r>
          </w:p>
        </w:tc>
        <w:tc>
          <w:tcPr>
            <w:tcW w:w="0" w:type="auto"/>
          </w:tcPr>
          <w:p w14:paraId="24ACC779" w14:textId="77777777" w:rsidR="006E7A08" w:rsidRDefault="00267E76">
            <w:r>
              <w:t>Таштагол</w:t>
            </w:r>
          </w:p>
        </w:tc>
        <w:tc>
          <w:tcPr>
            <w:tcW w:w="0" w:type="auto"/>
          </w:tcPr>
          <w:p w14:paraId="136D3B7C" w14:textId="77777777" w:rsidR="006E7A08" w:rsidRDefault="00267E76">
            <w:pPr>
              <w:jc w:val="center"/>
            </w:pPr>
            <w:r>
              <w:t>21 209</w:t>
            </w:r>
          </w:p>
        </w:tc>
        <w:tc>
          <w:tcPr>
            <w:tcW w:w="0" w:type="auto"/>
          </w:tcPr>
          <w:p w14:paraId="608FC54F" w14:textId="77777777" w:rsidR="006E7A08" w:rsidRDefault="00267E76">
            <w:pPr>
              <w:jc w:val="center"/>
            </w:pPr>
            <w:r>
              <w:t>0</w:t>
            </w:r>
          </w:p>
        </w:tc>
        <w:tc>
          <w:tcPr>
            <w:tcW w:w="0" w:type="auto"/>
          </w:tcPr>
          <w:p w14:paraId="0691498F" w14:textId="77777777" w:rsidR="006E7A08" w:rsidRDefault="00267E76">
            <w:pPr>
              <w:jc w:val="center"/>
            </w:pPr>
            <w:r>
              <w:t>21 209</w:t>
            </w:r>
          </w:p>
        </w:tc>
        <w:tc>
          <w:tcPr>
            <w:tcW w:w="0" w:type="auto"/>
          </w:tcPr>
          <w:p w14:paraId="0EBFAEF8" w14:textId="77777777" w:rsidR="006E7A08" w:rsidRDefault="00267E76">
            <w:pPr>
              <w:jc w:val="center"/>
            </w:pPr>
            <w:r>
              <w:t>0</w:t>
            </w:r>
          </w:p>
        </w:tc>
        <w:tc>
          <w:tcPr>
            <w:tcW w:w="0" w:type="auto"/>
          </w:tcPr>
          <w:p w14:paraId="6AA82686" w14:textId="77777777" w:rsidR="006E7A08" w:rsidRDefault="00267E76">
            <w:pPr>
              <w:jc w:val="center"/>
            </w:pPr>
            <w:r>
              <w:t>21 209</w:t>
            </w:r>
          </w:p>
        </w:tc>
      </w:tr>
      <w:tr w:rsidR="006E7A08" w14:paraId="672E7EAD" w14:textId="77777777">
        <w:trPr>
          <w:cantSplit/>
          <w:jc w:val="center"/>
        </w:trPr>
        <w:tc>
          <w:tcPr>
            <w:tcW w:w="0" w:type="auto"/>
          </w:tcPr>
          <w:p w14:paraId="19C35AD9" w14:textId="77777777" w:rsidR="006E7A08" w:rsidRDefault="00267E76">
            <w:pPr>
              <w:jc w:val="center"/>
            </w:pPr>
            <w:r>
              <w:t>2</w:t>
            </w:r>
          </w:p>
        </w:tc>
        <w:tc>
          <w:tcPr>
            <w:tcW w:w="0" w:type="auto"/>
          </w:tcPr>
          <w:p w14:paraId="7680F0C0" w14:textId="77777777" w:rsidR="006E7A08" w:rsidRDefault="00267E76">
            <w:r>
              <w:t>пгт</w:t>
            </w:r>
          </w:p>
        </w:tc>
        <w:tc>
          <w:tcPr>
            <w:tcW w:w="0" w:type="auto"/>
          </w:tcPr>
          <w:p w14:paraId="4BA0DF40" w14:textId="77777777" w:rsidR="006E7A08" w:rsidRDefault="00267E76">
            <w:r>
              <w:t>Шерегеш</w:t>
            </w:r>
          </w:p>
        </w:tc>
        <w:tc>
          <w:tcPr>
            <w:tcW w:w="0" w:type="auto"/>
          </w:tcPr>
          <w:p w14:paraId="75A16A7F" w14:textId="77777777" w:rsidR="006E7A08" w:rsidRDefault="00267E76">
            <w:pPr>
              <w:jc w:val="center"/>
            </w:pPr>
            <w:r>
              <w:t>9 666</w:t>
            </w:r>
          </w:p>
        </w:tc>
        <w:tc>
          <w:tcPr>
            <w:tcW w:w="0" w:type="auto"/>
          </w:tcPr>
          <w:p w14:paraId="4C7F7895" w14:textId="77777777" w:rsidR="006E7A08" w:rsidRDefault="00267E76">
            <w:pPr>
              <w:jc w:val="center"/>
            </w:pPr>
            <w:r>
              <w:t>1 322</w:t>
            </w:r>
          </w:p>
        </w:tc>
        <w:tc>
          <w:tcPr>
            <w:tcW w:w="0" w:type="auto"/>
          </w:tcPr>
          <w:p w14:paraId="5141BC14" w14:textId="77777777" w:rsidR="006E7A08" w:rsidRDefault="00267E76">
            <w:pPr>
              <w:jc w:val="center"/>
            </w:pPr>
            <w:r>
              <w:t>10 988</w:t>
            </w:r>
          </w:p>
        </w:tc>
        <w:tc>
          <w:tcPr>
            <w:tcW w:w="0" w:type="auto"/>
          </w:tcPr>
          <w:p w14:paraId="61D91DD6" w14:textId="77777777" w:rsidR="006E7A08" w:rsidRDefault="00267E76">
            <w:pPr>
              <w:jc w:val="center"/>
            </w:pPr>
            <w:r>
              <w:t>1 321</w:t>
            </w:r>
          </w:p>
        </w:tc>
        <w:tc>
          <w:tcPr>
            <w:tcW w:w="0" w:type="auto"/>
          </w:tcPr>
          <w:p w14:paraId="615A7B06" w14:textId="77777777" w:rsidR="006E7A08" w:rsidRDefault="00267E76">
            <w:pPr>
              <w:jc w:val="center"/>
            </w:pPr>
            <w:r>
              <w:t>12 309</w:t>
            </w:r>
          </w:p>
        </w:tc>
      </w:tr>
      <w:tr w:rsidR="006E7A08" w14:paraId="0447F1CA" w14:textId="77777777">
        <w:trPr>
          <w:cantSplit/>
          <w:jc w:val="center"/>
        </w:trPr>
        <w:tc>
          <w:tcPr>
            <w:tcW w:w="0" w:type="auto"/>
          </w:tcPr>
          <w:p w14:paraId="7DBEA975" w14:textId="77777777" w:rsidR="006E7A08" w:rsidRDefault="00267E76">
            <w:pPr>
              <w:jc w:val="center"/>
            </w:pPr>
            <w:r>
              <w:t>3</w:t>
            </w:r>
          </w:p>
        </w:tc>
        <w:tc>
          <w:tcPr>
            <w:tcW w:w="0" w:type="auto"/>
          </w:tcPr>
          <w:p w14:paraId="1677DBF3" w14:textId="77777777" w:rsidR="006E7A08" w:rsidRDefault="00267E76">
            <w:r>
              <w:t>пгт</w:t>
            </w:r>
          </w:p>
        </w:tc>
        <w:tc>
          <w:tcPr>
            <w:tcW w:w="0" w:type="auto"/>
          </w:tcPr>
          <w:p w14:paraId="0F3DC93B" w14:textId="77777777" w:rsidR="006E7A08" w:rsidRDefault="00267E76">
            <w:r>
              <w:t>Каз</w:t>
            </w:r>
          </w:p>
        </w:tc>
        <w:tc>
          <w:tcPr>
            <w:tcW w:w="0" w:type="auto"/>
          </w:tcPr>
          <w:p w14:paraId="505D88A4" w14:textId="77777777" w:rsidR="006E7A08" w:rsidRDefault="00267E76">
            <w:pPr>
              <w:jc w:val="center"/>
            </w:pPr>
            <w:r>
              <w:t>3 975</w:t>
            </w:r>
          </w:p>
        </w:tc>
        <w:tc>
          <w:tcPr>
            <w:tcW w:w="0" w:type="auto"/>
          </w:tcPr>
          <w:p w14:paraId="2F4FDBDD" w14:textId="77777777" w:rsidR="006E7A08" w:rsidRDefault="00267E76">
            <w:pPr>
              <w:jc w:val="center"/>
            </w:pPr>
            <w:r>
              <w:t>0</w:t>
            </w:r>
          </w:p>
        </w:tc>
        <w:tc>
          <w:tcPr>
            <w:tcW w:w="0" w:type="auto"/>
          </w:tcPr>
          <w:p w14:paraId="25B2706C" w14:textId="77777777" w:rsidR="006E7A08" w:rsidRDefault="00267E76">
            <w:pPr>
              <w:jc w:val="center"/>
            </w:pPr>
            <w:r>
              <w:t>3 975</w:t>
            </w:r>
          </w:p>
        </w:tc>
        <w:tc>
          <w:tcPr>
            <w:tcW w:w="0" w:type="auto"/>
          </w:tcPr>
          <w:p w14:paraId="498FAF7B" w14:textId="77777777" w:rsidR="006E7A08" w:rsidRDefault="00267E76">
            <w:pPr>
              <w:jc w:val="center"/>
            </w:pPr>
            <w:r>
              <w:t>0</w:t>
            </w:r>
          </w:p>
        </w:tc>
        <w:tc>
          <w:tcPr>
            <w:tcW w:w="0" w:type="auto"/>
          </w:tcPr>
          <w:p w14:paraId="284BF021" w14:textId="77777777" w:rsidR="006E7A08" w:rsidRDefault="00267E76">
            <w:pPr>
              <w:jc w:val="center"/>
            </w:pPr>
            <w:r>
              <w:t>3 975</w:t>
            </w:r>
          </w:p>
        </w:tc>
      </w:tr>
      <w:tr w:rsidR="006E7A08" w14:paraId="297CDACD" w14:textId="77777777">
        <w:trPr>
          <w:cantSplit/>
          <w:jc w:val="center"/>
        </w:trPr>
        <w:tc>
          <w:tcPr>
            <w:tcW w:w="0" w:type="auto"/>
          </w:tcPr>
          <w:p w14:paraId="57139704" w14:textId="77777777" w:rsidR="006E7A08" w:rsidRDefault="00267E76">
            <w:pPr>
              <w:jc w:val="center"/>
            </w:pPr>
            <w:r>
              <w:t>4</w:t>
            </w:r>
          </w:p>
        </w:tc>
        <w:tc>
          <w:tcPr>
            <w:tcW w:w="0" w:type="auto"/>
          </w:tcPr>
          <w:p w14:paraId="25955CFB" w14:textId="77777777" w:rsidR="006E7A08" w:rsidRDefault="00267E76">
            <w:r>
              <w:t>пгт</w:t>
            </w:r>
          </w:p>
        </w:tc>
        <w:tc>
          <w:tcPr>
            <w:tcW w:w="0" w:type="auto"/>
          </w:tcPr>
          <w:p w14:paraId="6E1CCB91" w14:textId="77777777" w:rsidR="006E7A08" w:rsidRDefault="00267E76">
            <w:r>
              <w:t>Мундыбаш</w:t>
            </w:r>
          </w:p>
        </w:tc>
        <w:tc>
          <w:tcPr>
            <w:tcW w:w="0" w:type="auto"/>
          </w:tcPr>
          <w:p w14:paraId="61BA7754" w14:textId="77777777" w:rsidR="006E7A08" w:rsidRDefault="00267E76">
            <w:pPr>
              <w:jc w:val="center"/>
            </w:pPr>
            <w:r>
              <w:t>3 883</w:t>
            </w:r>
          </w:p>
        </w:tc>
        <w:tc>
          <w:tcPr>
            <w:tcW w:w="0" w:type="auto"/>
          </w:tcPr>
          <w:p w14:paraId="4980C2E2" w14:textId="77777777" w:rsidR="006E7A08" w:rsidRDefault="00267E76">
            <w:pPr>
              <w:jc w:val="center"/>
            </w:pPr>
            <w:r>
              <w:t>0</w:t>
            </w:r>
          </w:p>
        </w:tc>
        <w:tc>
          <w:tcPr>
            <w:tcW w:w="0" w:type="auto"/>
          </w:tcPr>
          <w:p w14:paraId="6BC12B1F" w14:textId="77777777" w:rsidR="006E7A08" w:rsidRDefault="00267E76">
            <w:pPr>
              <w:jc w:val="center"/>
            </w:pPr>
            <w:r>
              <w:t>3 883</w:t>
            </w:r>
          </w:p>
        </w:tc>
        <w:tc>
          <w:tcPr>
            <w:tcW w:w="0" w:type="auto"/>
          </w:tcPr>
          <w:p w14:paraId="6CA027FD" w14:textId="77777777" w:rsidR="006E7A08" w:rsidRDefault="00267E76">
            <w:pPr>
              <w:jc w:val="center"/>
            </w:pPr>
            <w:r>
              <w:t>0</w:t>
            </w:r>
          </w:p>
        </w:tc>
        <w:tc>
          <w:tcPr>
            <w:tcW w:w="0" w:type="auto"/>
          </w:tcPr>
          <w:p w14:paraId="572B0C1F" w14:textId="77777777" w:rsidR="006E7A08" w:rsidRDefault="00267E76">
            <w:pPr>
              <w:jc w:val="center"/>
            </w:pPr>
            <w:r>
              <w:t>3 883</w:t>
            </w:r>
          </w:p>
        </w:tc>
      </w:tr>
      <w:tr w:rsidR="006E7A08" w14:paraId="7911AF1B" w14:textId="77777777">
        <w:trPr>
          <w:cantSplit/>
          <w:jc w:val="center"/>
        </w:trPr>
        <w:tc>
          <w:tcPr>
            <w:tcW w:w="0" w:type="auto"/>
          </w:tcPr>
          <w:p w14:paraId="35E2C6A3" w14:textId="77777777" w:rsidR="006E7A08" w:rsidRDefault="00267E76">
            <w:pPr>
              <w:jc w:val="center"/>
            </w:pPr>
            <w:r>
              <w:t>5</w:t>
            </w:r>
          </w:p>
        </w:tc>
        <w:tc>
          <w:tcPr>
            <w:tcW w:w="0" w:type="auto"/>
          </w:tcPr>
          <w:p w14:paraId="57EB1EB9" w14:textId="77777777" w:rsidR="006E7A08" w:rsidRDefault="00267E76">
            <w:r>
              <w:t>пгт</w:t>
            </w:r>
          </w:p>
        </w:tc>
        <w:tc>
          <w:tcPr>
            <w:tcW w:w="0" w:type="auto"/>
          </w:tcPr>
          <w:p w14:paraId="7206924B" w14:textId="77777777" w:rsidR="006E7A08" w:rsidRDefault="00267E76">
            <w:r>
              <w:t>Темиртау</w:t>
            </w:r>
          </w:p>
        </w:tc>
        <w:tc>
          <w:tcPr>
            <w:tcW w:w="0" w:type="auto"/>
          </w:tcPr>
          <w:p w14:paraId="01274774" w14:textId="77777777" w:rsidR="006E7A08" w:rsidRDefault="00267E76">
            <w:pPr>
              <w:jc w:val="center"/>
            </w:pPr>
            <w:r>
              <w:t>3 438</w:t>
            </w:r>
          </w:p>
        </w:tc>
        <w:tc>
          <w:tcPr>
            <w:tcW w:w="0" w:type="auto"/>
          </w:tcPr>
          <w:p w14:paraId="5AECD886" w14:textId="77777777" w:rsidR="006E7A08" w:rsidRDefault="00267E76">
            <w:pPr>
              <w:jc w:val="center"/>
            </w:pPr>
            <w:r>
              <w:t>0</w:t>
            </w:r>
          </w:p>
        </w:tc>
        <w:tc>
          <w:tcPr>
            <w:tcW w:w="0" w:type="auto"/>
          </w:tcPr>
          <w:p w14:paraId="4B3B6D0A" w14:textId="77777777" w:rsidR="006E7A08" w:rsidRDefault="00267E76">
            <w:pPr>
              <w:jc w:val="center"/>
            </w:pPr>
            <w:r>
              <w:t>3 438</w:t>
            </w:r>
          </w:p>
        </w:tc>
        <w:tc>
          <w:tcPr>
            <w:tcW w:w="0" w:type="auto"/>
          </w:tcPr>
          <w:p w14:paraId="41D2EE33" w14:textId="77777777" w:rsidR="006E7A08" w:rsidRDefault="00267E76">
            <w:pPr>
              <w:jc w:val="center"/>
            </w:pPr>
            <w:r>
              <w:t>0</w:t>
            </w:r>
          </w:p>
        </w:tc>
        <w:tc>
          <w:tcPr>
            <w:tcW w:w="0" w:type="auto"/>
          </w:tcPr>
          <w:p w14:paraId="54090500" w14:textId="77777777" w:rsidR="006E7A08" w:rsidRDefault="00267E76">
            <w:pPr>
              <w:jc w:val="center"/>
            </w:pPr>
            <w:r>
              <w:t>3 438</w:t>
            </w:r>
          </w:p>
        </w:tc>
      </w:tr>
      <w:tr w:rsidR="006E7A08" w14:paraId="67AB9BAD" w14:textId="77777777">
        <w:trPr>
          <w:cantSplit/>
          <w:jc w:val="center"/>
        </w:trPr>
        <w:tc>
          <w:tcPr>
            <w:tcW w:w="0" w:type="auto"/>
          </w:tcPr>
          <w:p w14:paraId="3677A468" w14:textId="77777777" w:rsidR="006E7A08" w:rsidRDefault="00267E76">
            <w:pPr>
              <w:jc w:val="center"/>
            </w:pPr>
            <w:r>
              <w:t>6</w:t>
            </w:r>
          </w:p>
        </w:tc>
        <w:tc>
          <w:tcPr>
            <w:tcW w:w="0" w:type="auto"/>
          </w:tcPr>
          <w:p w14:paraId="26EAFE87" w14:textId="77777777" w:rsidR="006E7A08" w:rsidRDefault="00267E76">
            <w:r>
              <w:t>пгт</w:t>
            </w:r>
          </w:p>
        </w:tc>
        <w:tc>
          <w:tcPr>
            <w:tcW w:w="0" w:type="auto"/>
          </w:tcPr>
          <w:p w14:paraId="2033453B" w14:textId="77777777" w:rsidR="006E7A08" w:rsidRDefault="00267E76">
            <w:r>
              <w:t>Спасск</w:t>
            </w:r>
          </w:p>
        </w:tc>
        <w:tc>
          <w:tcPr>
            <w:tcW w:w="0" w:type="auto"/>
          </w:tcPr>
          <w:p w14:paraId="69F3A725" w14:textId="77777777" w:rsidR="006E7A08" w:rsidRDefault="00267E76">
            <w:pPr>
              <w:jc w:val="center"/>
            </w:pPr>
            <w:r>
              <w:t>1 513</w:t>
            </w:r>
          </w:p>
        </w:tc>
        <w:tc>
          <w:tcPr>
            <w:tcW w:w="0" w:type="auto"/>
          </w:tcPr>
          <w:p w14:paraId="436037EB" w14:textId="77777777" w:rsidR="006E7A08" w:rsidRDefault="00267E76">
            <w:pPr>
              <w:jc w:val="center"/>
            </w:pPr>
            <w:r>
              <w:t>0</w:t>
            </w:r>
          </w:p>
        </w:tc>
        <w:tc>
          <w:tcPr>
            <w:tcW w:w="0" w:type="auto"/>
          </w:tcPr>
          <w:p w14:paraId="5D4E076A" w14:textId="77777777" w:rsidR="006E7A08" w:rsidRDefault="00267E76">
            <w:pPr>
              <w:jc w:val="center"/>
            </w:pPr>
            <w:r>
              <w:t>1 513</w:t>
            </w:r>
          </w:p>
        </w:tc>
        <w:tc>
          <w:tcPr>
            <w:tcW w:w="0" w:type="auto"/>
          </w:tcPr>
          <w:p w14:paraId="157F4D92" w14:textId="77777777" w:rsidR="006E7A08" w:rsidRDefault="00267E76">
            <w:pPr>
              <w:jc w:val="center"/>
            </w:pPr>
            <w:r>
              <w:t>0</w:t>
            </w:r>
          </w:p>
        </w:tc>
        <w:tc>
          <w:tcPr>
            <w:tcW w:w="0" w:type="auto"/>
          </w:tcPr>
          <w:p w14:paraId="4FCF8845" w14:textId="77777777" w:rsidR="006E7A08" w:rsidRDefault="00267E76">
            <w:pPr>
              <w:jc w:val="center"/>
            </w:pPr>
            <w:r>
              <w:t>1 513</w:t>
            </w:r>
          </w:p>
        </w:tc>
      </w:tr>
      <w:tr w:rsidR="006E7A08" w14:paraId="0ED48E75" w14:textId="77777777">
        <w:trPr>
          <w:cantSplit/>
          <w:jc w:val="center"/>
        </w:trPr>
        <w:tc>
          <w:tcPr>
            <w:tcW w:w="0" w:type="auto"/>
            <w:shd w:val="clear" w:color="auto" w:fill="DBE5F1"/>
          </w:tcPr>
          <w:p w14:paraId="3D80292B" w14:textId="77777777" w:rsidR="006E7A08" w:rsidRDefault="00267E76">
            <w:r>
              <w:rPr>
                <w:b/>
              </w:rPr>
              <w:t>ИТОГО</w:t>
            </w:r>
          </w:p>
        </w:tc>
        <w:tc>
          <w:tcPr>
            <w:tcW w:w="0" w:type="auto"/>
            <w:shd w:val="clear" w:color="auto" w:fill="DBE5F1"/>
          </w:tcPr>
          <w:p w14:paraId="78B830FB" w14:textId="77777777" w:rsidR="006E7A08" w:rsidRDefault="006E7A08"/>
        </w:tc>
        <w:tc>
          <w:tcPr>
            <w:tcW w:w="0" w:type="auto"/>
            <w:shd w:val="clear" w:color="auto" w:fill="DBE5F1"/>
          </w:tcPr>
          <w:p w14:paraId="4D3C0FA2" w14:textId="77777777" w:rsidR="006E7A08" w:rsidRDefault="006E7A08"/>
        </w:tc>
        <w:tc>
          <w:tcPr>
            <w:tcW w:w="0" w:type="auto"/>
            <w:shd w:val="clear" w:color="auto" w:fill="DBE5F1"/>
          </w:tcPr>
          <w:p w14:paraId="14309CD6" w14:textId="77777777" w:rsidR="006E7A08" w:rsidRDefault="00267E76">
            <w:pPr>
              <w:jc w:val="center"/>
            </w:pPr>
            <w:r>
              <w:rPr>
                <w:b/>
              </w:rPr>
              <w:t>43 684</w:t>
            </w:r>
          </w:p>
        </w:tc>
        <w:tc>
          <w:tcPr>
            <w:tcW w:w="0" w:type="auto"/>
            <w:shd w:val="clear" w:color="auto" w:fill="DBE5F1"/>
          </w:tcPr>
          <w:p w14:paraId="27FD6F32" w14:textId="77777777" w:rsidR="006E7A08" w:rsidRDefault="00267E76">
            <w:pPr>
              <w:jc w:val="center"/>
            </w:pPr>
            <w:r>
              <w:rPr>
                <w:b/>
              </w:rPr>
              <w:t>1 322</w:t>
            </w:r>
          </w:p>
        </w:tc>
        <w:tc>
          <w:tcPr>
            <w:tcW w:w="0" w:type="auto"/>
            <w:shd w:val="clear" w:color="auto" w:fill="DBE5F1"/>
          </w:tcPr>
          <w:p w14:paraId="409FA682" w14:textId="77777777" w:rsidR="006E7A08" w:rsidRDefault="00267E76">
            <w:pPr>
              <w:jc w:val="center"/>
            </w:pPr>
            <w:r>
              <w:rPr>
                <w:b/>
              </w:rPr>
              <w:t>45 006</w:t>
            </w:r>
          </w:p>
        </w:tc>
        <w:tc>
          <w:tcPr>
            <w:tcW w:w="0" w:type="auto"/>
            <w:shd w:val="clear" w:color="auto" w:fill="DBE5F1"/>
          </w:tcPr>
          <w:p w14:paraId="47C39ECB" w14:textId="77777777" w:rsidR="006E7A08" w:rsidRDefault="00267E76">
            <w:pPr>
              <w:jc w:val="center"/>
            </w:pPr>
            <w:r>
              <w:rPr>
                <w:b/>
              </w:rPr>
              <w:t>1 321</w:t>
            </w:r>
          </w:p>
        </w:tc>
        <w:tc>
          <w:tcPr>
            <w:tcW w:w="0" w:type="auto"/>
            <w:shd w:val="clear" w:color="auto" w:fill="DBE5F1"/>
          </w:tcPr>
          <w:p w14:paraId="36AFBC38" w14:textId="77777777" w:rsidR="006E7A08" w:rsidRDefault="00267E76">
            <w:pPr>
              <w:jc w:val="center"/>
            </w:pPr>
            <w:r>
              <w:rPr>
                <w:b/>
              </w:rPr>
              <w:t>46 327</w:t>
            </w:r>
          </w:p>
        </w:tc>
      </w:tr>
    </w:tbl>
    <w:p w14:paraId="0B69D761" w14:textId="77777777" w:rsidR="00194F39" w:rsidRPr="00844B84" w:rsidRDefault="003D0394">
      <w:pPr>
        <w:pStyle w:val="21"/>
        <w:rPr>
          <w:lang w:val="ru-RU"/>
        </w:rPr>
      </w:pPr>
      <w:bookmarkStart w:id="7" w:name="_Toc238017206"/>
      <w:r w:rsidRPr="00844B84">
        <w:rPr>
          <w:lang w:val="ru-RU"/>
        </w:rPr>
        <w:t>1.4. Территории с централизованным теплоснабжением</w:t>
      </w:r>
      <w:bookmarkEnd w:id="7"/>
    </w:p>
    <w:p w14:paraId="7678528A" w14:textId="77777777" w:rsidR="00194F39" w:rsidRPr="00B72D96" w:rsidRDefault="003D0394">
      <w:pPr>
        <w:rPr>
          <w:lang w:val="ru-RU"/>
        </w:rPr>
      </w:pPr>
      <w:r w:rsidRPr="00B72D96">
        <w:rPr>
          <w:lang w:val="ru-RU"/>
        </w:rPr>
        <w:t>Утверждается, что централизованное теплоснабжение обеспечено в шести населённых пунктах округа. Способ теплоснабжения иных населённых пунктов в имеющемся корпусе исходных данных не детализирован; решения настоящей схемы относятся к установленным зонам действия действующих источников.</w:t>
      </w:r>
    </w:p>
    <w:p w14:paraId="01038214" w14:textId="77777777" w:rsidR="00194F39" w:rsidRPr="00326225" w:rsidRDefault="003D0394">
      <w:pPr>
        <w:rPr>
          <w:b/>
          <w:bCs/>
        </w:rPr>
      </w:pPr>
      <w:r w:rsidRPr="00326225">
        <w:rPr>
          <w:b/>
          <w:bCs/>
        </w:rPr>
        <w:t>Таблица 1.4 — Территории и системы теплоснабжения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45"/>
        <w:gridCol w:w="2230"/>
        <w:gridCol w:w="1309"/>
        <w:gridCol w:w="2552"/>
        <w:gridCol w:w="2653"/>
      </w:tblGrid>
      <w:tr w:rsidR="00194F39" w14:paraId="6875BEDB" w14:textId="77777777">
        <w:trPr>
          <w:cantSplit/>
          <w:tblHeader/>
        </w:trPr>
        <w:tc>
          <w:tcPr>
            <w:tcW w:w="0" w:type="auto"/>
            <w:shd w:val="clear" w:color="auto" w:fill="E2F0D9"/>
          </w:tcPr>
          <w:p w14:paraId="7EA1FC2C" w14:textId="77777777" w:rsidR="00194F39" w:rsidRDefault="003D0394">
            <w:pPr>
              <w:jc w:val="center"/>
            </w:pPr>
            <w:r>
              <w:rPr>
                <w:b/>
              </w:rPr>
              <w:t>Населённый пункт</w:t>
            </w:r>
          </w:p>
        </w:tc>
        <w:tc>
          <w:tcPr>
            <w:tcW w:w="0" w:type="auto"/>
            <w:shd w:val="clear" w:color="auto" w:fill="E2F0D9"/>
          </w:tcPr>
          <w:p w14:paraId="27542C0F" w14:textId="77777777" w:rsidR="00194F39" w:rsidRDefault="003D0394">
            <w:pPr>
              <w:jc w:val="center"/>
            </w:pPr>
            <w:r>
              <w:rPr>
                <w:b/>
              </w:rPr>
              <w:t>Систем теплоснабжения</w:t>
            </w:r>
          </w:p>
        </w:tc>
        <w:tc>
          <w:tcPr>
            <w:tcW w:w="0" w:type="auto"/>
            <w:shd w:val="clear" w:color="auto" w:fill="E2F0D9"/>
          </w:tcPr>
          <w:p w14:paraId="632AF511" w14:textId="77777777" w:rsidR="00194F39" w:rsidRDefault="003D0394">
            <w:pPr>
              <w:jc w:val="center"/>
            </w:pPr>
            <w:r>
              <w:rPr>
                <w:b/>
              </w:rPr>
              <w:t>Зоны</w:t>
            </w:r>
          </w:p>
        </w:tc>
        <w:tc>
          <w:tcPr>
            <w:tcW w:w="0" w:type="auto"/>
            <w:shd w:val="clear" w:color="auto" w:fill="E2F0D9"/>
          </w:tcPr>
          <w:p w14:paraId="0208812B" w14:textId="77777777" w:rsidR="00194F39" w:rsidRDefault="003D0394">
            <w:pPr>
              <w:jc w:val="center"/>
            </w:pPr>
            <w:r>
              <w:rPr>
                <w:b/>
              </w:rPr>
              <w:t>Установленная мощность, Гкал/ч</w:t>
            </w:r>
          </w:p>
        </w:tc>
        <w:tc>
          <w:tcPr>
            <w:tcW w:w="0" w:type="auto"/>
            <w:shd w:val="clear" w:color="auto" w:fill="E2F0D9"/>
          </w:tcPr>
          <w:p w14:paraId="1B5008FE" w14:textId="77777777" w:rsidR="00194F39" w:rsidRDefault="003D0394">
            <w:pPr>
              <w:jc w:val="center"/>
            </w:pPr>
            <w:r>
              <w:rPr>
                <w:b/>
              </w:rPr>
              <w:t>Присоединённая нагрузка, Гкал/ч</w:t>
            </w:r>
          </w:p>
        </w:tc>
      </w:tr>
      <w:tr w:rsidR="00194F39" w14:paraId="7E774570" w14:textId="77777777">
        <w:trPr>
          <w:cantSplit/>
        </w:trPr>
        <w:tc>
          <w:tcPr>
            <w:tcW w:w="0" w:type="auto"/>
            <w:shd w:val="clear" w:color="auto" w:fill="F2F2F2"/>
          </w:tcPr>
          <w:p w14:paraId="0827CC73" w14:textId="77777777" w:rsidR="00194F39" w:rsidRDefault="003D0394">
            <w:r>
              <w:t>г. Таштагол</w:t>
            </w:r>
          </w:p>
        </w:tc>
        <w:tc>
          <w:tcPr>
            <w:tcW w:w="0" w:type="auto"/>
            <w:shd w:val="clear" w:color="auto" w:fill="FFFFFF"/>
          </w:tcPr>
          <w:p w14:paraId="79DB1909" w14:textId="77777777" w:rsidR="00194F39" w:rsidRDefault="003D0394">
            <w:r>
              <w:t>4</w:t>
            </w:r>
          </w:p>
        </w:tc>
        <w:tc>
          <w:tcPr>
            <w:tcW w:w="0" w:type="auto"/>
            <w:shd w:val="clear" w:color="auto" w:fill="FFFFFF"/>
          </w:tcPr>
          <w:p w14:paraId="655C767D" w14:textId="77777777" w:rsidR="00194F39" w:rsidRDefault="003D0394">
            <w:r>
              <w:t>Z-01, Z-07, Z-08, Z-10</w:t>
            </w:r>
          </w:p>
        </w:tc>
        <w:tc>
          <w:tcPr>
            <w:tcW w:w="0" w:type="auto"/>
            <w:shd w:val="clear" w:color="auto" w:fill="FFFFFF"/>
          </w:tcPr>
          <w:p w14:paraId="273A7BF1" w14:textId="77777777" w:rsidR="00194F39" w:rsidRDefault="003D0394">
            <w:r>
              <w:t>181,70</w:t>
            </w:r>
          </w:p>
        </w:tc>
        <w:tc>
          <w:tcPr>
            <w:tcW w:w="0" w:type="auto"/>
            <w:shd w:val="clear" w:color="auto" w:fill="FFFFFF"/>
          </w:tcPr>
          <w:p w14:paraId="09B1A0EC" w14:textId="77777777" w:rsidR="00194F39" w:rsidRDefault="003D0394">
            <w:r>
              <w:t>76,6371</w:t>
            </w:r>
          </w:p>
        </w:tc>
      </w:tr>
      <w:tr w:rsidR="00194F39" w14:paraId="46664018" w14:textId="77777777">
        <w:trPr>
          <w:cantSplit/>
        </w:trPr>
        <w:tc>
          <w:tcPr>
            <w:tcW w:w="0" w:type="auto"/>
            <w:shd w:val="clear" w:color="auto" w:fill="F2F2F2"/>
          </w:tcPr>
          <w:p w14:paraId="40AFD35F" w14:textId="77777777" w:rsidR="00194F39" w:rsidRDefault="003D0394">
            <w:r>
              <w:t>пгт Шерегеш</w:t>
            </w:r>
          </w:p>
        </w:tc>
        <w:tc>
          <w:tcPr>
            <w:tcW w:w="0" w:type="auto"/>
            <w:shd w:val="clear" w:color="auto" w:fill="FFFFFF"/>
          </w:tcPr>
          <w:p w14:paraId="344CBCC1" w14:textId="77777777" w:rsidR="00194F39" w:rsidRDefault="003D0394">
            <w:r>
              <w:t>2</w:t>
            </w:r>
          </w:p>
        </w:tc>
        <w:tc>
          <w:tcPr>
            <w:tcW w:w="0" w:type="auto"/>
            <w:shd w:val="clear" w:color="auto" w:fill="FFFFFF"/>
          </w:tcPr>
          <w:p w14:paraId="7EF1F866" w14:textId="77777777" w:rsidR="00194F39" w:rsidRDefault="003D0394">
            <w:r>
              <w:t>Z-02, Z-06</w:t>
            </w:r>
          </w:p>
        </w:tc>
        <w:tc>
          <w:tcPr>
            <w:tcW w:w="0" w:type="auto"/>
            <w:shd w:val="clear" w:color="auto" w:fill="FFFFFF"/>
          </w:tcPr>
          <w:p w14:paraId="23D35B6A" w14:textId="77777777" w:rsidR="00194F39" w:rsidRDefault="003D0394">
            <w:r>
              <w:t>138,00</w:t>
            </w:r>
          </w:p>
        </w:tc>
        <w:tc>
          <w:tcPr>
            <w:tcW w:w="0" w:type="auto"/>
            <w:shd w:val="clear" w:color="auto" w:fill="FFFFFF"/>
          </w:tcPr>
          <w:p w14:paraId="7E66BCCF" w14:textId="77777777" w:rsidR="00194F39" w:rsidRDefault="003D0394">
            <w:r>
              <w:t>45,4964</w:t>
            </w:r>
          </w:p>
        </w:tc>
      </w:tr>
      <w:tr w:rsidR="00194F39" w14:paraId="7CBE479F" w14:textId="77777777">
        <w:trPr>
          <w:cantSplit/>
        </w:trPr>
        <w:tc>
          <w:tcPr>
            <w:tcW w:w="0" w:type="auto"/>
            <w:shd w:val="clear" w:color="auto" w:fill="F2F2F2"/>
          </w:tcPr>
          <w:p w14:paraId="5BB5ABF6" w14:textId="77777777" w:rsidR="00194F39" w:rsidRDefault="003D0394">
            <w:r>
              <w:t>пгт Каз</w:t>
            </w:r>
          </w:p>
        </w:tc>
        <w:tc>
          <w:tcPr>
            <w:tcW w:w="0" w:type="auto"/>
            <w:shd w:val="clear" w:color="auto" w:fill="FFFFFF"/>
          </w:tcPr>
          <w:p w14:paraId="6392F500" w14:textId="77777777" w:rsidR="00194F39" w:rsidRDefault="003D0394">
            <w:r>
              <w:t>1</w:t>
            </w:r>
          </w:p>
        </w:tc>
        <w:tc>
          <w:tcPr>
            <w:tcW w:w="0" w:type="auto"/>
            <w:shd w:val="clear" w:color="auto" w:fill="FFFFFF"/>
          </w:tcPr>
          <w:p w14:paraId="17CDEBC7" w14:textId="77777777" w:rsidR="00194F39" w:rsidRDefault="003D0394">
            <w:r>
              <w:t>Z-03</w:t>
            </w:r>
          </w:p>
        </w:tc>
        <w:tc>
          <w:tcPr>
            <w:tcW w:w="0" w:type="auto"/>
            <w:shd w:val="clear" w:color="auto" w:fill="FFFFFF"/>
          </w:tcPr>
          <w:p w14:paraId="51DADE8D" w14:textId="77777777" w:rsidR="00194F39" w:rsidRDefault="003D0394">
            <w:r>
              <w:t>72,00</w:t>
            </w:r>
          </w:p>
        </w:tc>
        <w:tc>
          <w:tcPr>
            <w:tcW w:w="0" w:type="auto"/>
            <w:shd w:val="clear" w:color="auto" w:fill="FFFFFF"/>
          </w:tcPr>
          <w:p w14:paraId="549895F9" w14:textId="77777777" w:rsidR="00194F39" w:rsidRDefault="003D0394">
            <w:r>
              <w:t>9,2933</w:t>
            </w:r>
          </w:p>
        </w:tc>
      </w:tr>
      <w:tr w:rsidR="00194F39" w14:paraId="1DBD1257" w14:textId="77777777">
        <w:trPr>
          <w:cantSplit/>
        </w:trPr>
        <w:tc>
          <w:tcPr>
            <w:tcW w:w="0" w:type="auto"/>
            <w:shd w:val="clear" w:color="auto" w:fill="F2F2F2"/>
          </w:tcPr>
          <w:p w14:paraId="2ACE9A9F" w14:textId="77777777" w:rsidR="00194F39" w:rsidRDefault="003D0394">
            <w:r>
              <w:t>пгт Мундыбаш</w:t>
            </w:r>
          </w:p>
        </w:tc>
        <w:tc>
          <w:tcPr>
            <w:tcW w:w="0" w:type="auto"/>
            <w:shd w:val="clear" w:color="auto" w:fill="FFFFFF"/>
          </w:tcPr>
          <w:p w14:paraId="530E82FA" w14:textId="77777777" w:rsidR="00194F39" w:rsidRDefault="003D0394">
            <w:r>
              <w:t>1</w:t>
            </w:r>
          </w:p>
        </w:tc>
        <w:tc>
          <w:tcPr>
            <w:tcW w:w="0" w:type="auto"/>
            <w:shd w:val="clear" w:color="auto" w:fill="FFFFFF"/>
          </w:tcPr>
          <w:p w14:paraId="6EC39A04" w14:textId="77777777" w:rsidR="00194F39" w:rsidRDefault="003D0394">
            <w:r>
              <w:t>Z-04</w:t>
            </w:r>
          </w:p>
        </w:tc>
        <w:tc>
          <w:tcPr>
            <w:tcW w:w="0" w:type="auto"/>
            <w:shd w:val="clear" w:color="auto" w:fill="FFFFFF"/>
          </w:tcPr>
          <w:p w14:paraId="60F88C8E" w14:textId="77777777" w:rsidR="00194F39" w:rsidRDefault="003D0394">
            <w:r>
              <w:t>36,00</w:t>
            </w:r>
          </w:p>
        </w:tc>
        <w:tc>
          <w:tcPr>
            <w:tcW w:w="0" w:type="auto"/>
            <w:shd w:val="clear" w:color="auto" w:fill="FFFFFF"/>
          </w:tcPr>
          <w:p w14:paraId="3A34FC3A" w14:textId="77777777" w:rsidR="00194F39" w:rsidRDefault="003D0394">
            <w:r>
              <w:t>8,5759</w:t>
            </w:r>
          </w:p>
        </w:tc>
      </w:tr>
      <w:tr w:rsidR="00194F39" w14:paraId="7502CB93" w14:textId="77777777">
        <w:trPr>
          <w:cantSplit/>
        </w:trPr>
        <w:tc>
          <w:tcPr>
            <w:tcW w:w="0" w:type="auto"/>
            <w:shd w:val="clear" w:color="auto" w:fill="F2F2F2"/>
          </w:tcPr>
          <w:p w14:paraId="79756234" w14:textId="77777777" w:rsidR="00194F39" w:rsidRDefault="003D0394">
            <w:r>
              <w:t>пгт Темиртау</w:t>
            </w:r>
          </w:p>
        </w:tc>
        <w:tc>
          <w:tcPr>
            <w:tcW w:w="0" w:type="auto"/>
            <w:shd w:val="clear" w:color="auto" w:fill="FFFFFF"/>
          </w:tcPr>
          <w:p w14:paraId="2745537D" w14:textId="77777777" w:rsidR="00194F39" w:rsidRDefault="003D0394">
            <w:r>
              <w:t>1</w:t>
            </w:r>
          </w:p>
        </w:tc>
        <w:tc>
          <w:tcPr>
            <w:tcW w:w="0" w:type="auto"/>
            <w:shd w:val="clear" w:color="auto" w:fill="FFFFFF"/>
          </w:tcPr>
          <w:p w14:paraId="29A099C9" w14:textId="77777777" w:rsidR="00194F39" w:rsidRDefault="003D0394">
            <w:r>
              <w:t>Z-05</w:t>
            </w:r>
          </w:p>
        </w:tc>
        <w:tc>
          <w:tcPr>
            <w:tcW w:w="0" w:type="auto"/>
            <w:shd w:val="clear" w:color="auto" w:fill="FFFFFF"/>
          </w:tcPr>
          <w:p w14:paraId="1138706A" w14:textId="77777777" w:rsidR="00194F39" w:rsidRDefault="003D0394">
            <w:r>
              <w:t>33,60</w:t>
            </w:r>
          </w:p>
        </w:tc>
        <w:tc>
          <w:tcPr>
            <w:tcW w:w="0" w:type="auto"/>
            <w:shd w:val="clear" w:color="auto" w:fill="FFFFFF"/>
          </w:tcPr>
          <w:p w14:paraId="3D3D556B" w14:textId="77777777" w:rsidR="00194F39" w:rsidRDefault="003D0394">
            <w:r>
              <w:t>6,5755</w:t>
            </w:r>
          </w:p>
        </w:tc>
      </w:tr>
      <w:tr w:rsidR="00194F39" w14:paraId="0FD08C7B" w14:textId="77777777">
        <w:trPr>
          <w:cantSplit/>
        </w:trPr>
        <w:tc>
          <w:tcPr>
            <w:tcW w:w="0" w:type="auto"/>
            <w:shd w:val="clear" w:color="auto" w:fill="F2F2F2"/>
          </w:tcPr>
          <w:p w14:paraId="0748C137" w14:textId="77777777" w:rsidR="00194F39" w:rsidRDefault="003D0394">
            <w:r>
              <w:t>пгт Спасск</w:t>
            </w:r>
          </w:p>
        </w:tc>
        <w:tc>
          <w:tcPr>
            <w:tcW w:w="0" w:type="auto"/>
            <w:shd w:val="clear" w:color="auto" w:fill="FFFFFF"/>
          </w:tcPr>
          <w:p w14:paraId="0D29035F" w14:textId="77777777" w:rsidR="00194F39" w:rsidRDefault="003D0394">
            <w:r>
              <w:t>1</w:t>
            </w:r>
          </w:p>
        </w:tc>
        <w:tc>
          <w:tcPr>
            <w:tcW w:w="0" w:type="auto"/>
            <w:shd w:val="clear" w:color="auto" w:fill="FFFFFF"/>
          </w:tcPr>
          <w:p w14:paraId="79730350" w14:textId="77777777" w:rsidR="00194F39" w:rsidRDefault="003D0394">
            <w:r>
              <w:t>Z-09</w:t>
            </w:r>
          </w:p>
        </w:tc>
        <w:tc>
          <w:tcPr>
            <w:tcW w:w="0" w:type="auto"/>
            <w:shd w:val="clear" w:color="auto" w:fill="FFFFFF"/>
          </w:tcPr>
          <w:p w14:paraId="4C530FEB" w14:textId="77777777" w:rsidR="00194F39" w:rsidRDefault="003D0394">
            <w:r>
              <w:t>5,37</w:t>
            </w:r>
          </w:p>
        </w:tc>
        <w:tc>
          <w:tcPr>
            <w:tcW w:w="0" w:type="auto"/>
            <w:shd w:val="clear" w:color="auto" w:fill="FFFFFF"/>
          </w:tcPr>
          <w:p w14:paraId="29968DF4" w14:textId="77777777" w:rsidR="00194F39" w:rsidRDefault="003D0394">
            <w:r>
              <w:t>1,1314</w:t>
            </w:r>
          </w:p>
        </w:tc>
      </w:tr>
      <w:tr w:rsidR="00194F39" w14:paraId="150B7FD8" w14:textId="77777777">
        <w:trPr>
          <w:cantSplit/>
        </w:trPr>
        <w:tc>
          <w:tcPr>
            <w:tcW w:w="0" w:type="auto"/>
            <w:shd w:val="clear" w:color="auto" w:fill="DBE5F1"/>
          </w:tcPr>
          <w:p w14:paraId="4EA9FF0F" w14:textId="77777777" w:rsidR="00194F39" w:rsidRDefault="003D0394">
            <w:r>
              <w:rPr>
                <w:b/>
              </w:rPr>
              <w:t>Итого</w:t>
            </w:r>
          </w:p>
        </w:tc>
        <w:tc>
          <w:tcPr>
            <w:tcW w:w="0" w:type="auto"/>
            <w:shd w:val="clear" w:color="auto" w:fill="DBE5F1"/>
          </w:tcPr>
          <w:p w14:paraId="6AAABB03" w14:textId="77777777" w:rsidR="00194F39" w:rsidRDefault="003D0394">
            <w:r>
              <w:rPr>
                <w:b/>
              </w:rPr>
              <w:t>10</w:t>
            </w:r>
          </w:p>
        </w:tc>
        <w:tc>
          <w:tcPr>
            <w:tcW w:w="0" w:type="auto"/>
            <w:shd w:val="clear" w:color="auto" w:fill="DBE5F1"/>
          </w:tcPr>
          <w:p w14:paraId="32D556C1" w14:textId="77777777" w:rsidR="00194F39" w:rsidRDefault="003D0394">
            <w:r>
              <w:rPr>
                <w:b/>
              </w:rPr>
              <w:t>—</w:t>
            </w:r>
          </w:p>
        </w:tc>
        <w:tc>
          <w:tcPr>
            <w:tcW w:w="0" w:type="auto"/>
            <w:shd w:val="clear" w:color="auto" w:fill="DBE5F1"/>
          </w:tcPr>
          <w:p w14:paraId="3D6DFCD6" w14:textId="77777777" w:rsidR="00194F39" w:rsidRDefault="003D0394">
            <w:r>
              <w:rPr>
                <w:b/>
              </w:rPr>
              <w:t>466,67</w:t>
            </w:r>
          </w:p>
        </w:tc>
        <w:tc>
          <w:tcPr>
            <w:tcW w:w="0" w:type="auto"/>
            <w:shd w:val="clear" w:color="auto" w:fill="DBE5F1"/>
          </w:tcPr>
          <w:p w14:paraId="3F896599" w14:textId="77777777" w:rsidR="00194F39" w:rsidRDefault="003D0394">
            <w:r>
              <w:rPr>
                <w:b/>
              </w:rPr>
              <w:t>147,7096</w:t>
            </w:r>
          </w:p>
        </w:tc>
      </w:tr>
    </w:tbl>
    <w:p w14:paraId="75342C1A" w14:textId="77777777" w:rsidR="00194F39" w:rsidRPr="00B72D96" w:rsidRDefault="003D0394">
      <w:pPr>
        <w:rPr>
          <w:lang w:val="ru-RU"/>
        </w:rPr>
      </w:pPr>
      <w:r w:rsidRPr="00B72D96">
        <w:rPr>
          <w:lang w:val="ru-RU"/>
        </w:rPr>
        <w:t>В городе Таштаголе действуют четыре самостоятельные системы теплоснабжения, в посёлке Шерегеш — две. Численность населения территорий с централизованным теплоснабжением составляет 43 684 человека при численности округа 48 262 человека по данным 2025 года.</w:t>
      </w:r>
    </w:p>
    <w:p w14:paraId="6D8CC8D8" w14:textId="77777777" w:rsidR="00194F39" w:rsidRPr="00326225" w:rsidRDefault="003D0394">
      <w:pPr>
        <w:rPr>
          <w:b/>
          <w:bCs/>
          <w:lang w:val="ru-RU"/>
        </w:rPr>
      </w:pPr>
      <w:r w:rsidRPr="00326225">
        <w:rPr>
          <w:b/>
          <w:bCs/>
          <w:lang w:val="ru-RU"/>
        </w:rPr>
        <w:t>Таблица 1.5 — Ранее выведенные из эксплуатации источники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653"/>
        <w:gridCol w:w="1726"/>
        <w:gridCol w:w="2806"/>
        <w:gridCol w:w="3304"/>
      </w:tblGrid>
      <w:tr w:rsidR="00194F39" w14:paraId="2A6691DB" w14:textId="77777777">
        <w:trPr>
          <w:cantSplit/>
          <w:tblHeader/>
        </w:trPr>
        <w:tc>
          <w:tcPr>
            <w:tcW w:w="0" w:type="auto"/>
            <w:shd w:val="clear" w:color="auto" w:fill="E2F0D9"/>
          </w:tcPr>
          <w:p w14:paraId="4D01F9C8" w14:textId="77777777" w:rsidR="00194F39" w:rsidRDefault="003D0394">
            <w:pPr>
              <w:jc w:val="center"/>
            </w:pPr>
            <w:r>
              <w:rPr>
                <w:b/>
              </w:rPr>
              <w:t>Источник</w:t>
            </w:r>
          </w:p>
        </w:tc>
        <w:tc>
          <w:tcPr>
            <w:tcW w:w="0" w:type="auto"/>
            <w:shd w:val="clear" w:color="auto" w:fill="E2F0D9"/>
          </w:tcPr>
          <w:p w14:paraId="5FD85C79" w14:textId="77777777" w:rsidR="00194F39" w:rsidRDefault="003D0394">
            <w:pPr>
              <w:jc w:val="center"/>
            </w:pPr>
            <w:r>
              <w:rPr>
                <w:b/>
              </w:rPr>
              <w:t>Территория</w:t>
            </w:r>
          </w:p>
        </w:tc>
        <w:tc>
          <w:tcPr>
            <w:tcW w:w="0" w:type="auto"/>
            <w:shd w:val="clear" w:color="auto" w:fill="E2F0D9"/>
          </w:tcPr>
          <w:p w14:paraId="0A60809A" w14:textId="77777777" w:rsidR="00194F39" w:rsidRDefault="003D0394">
            <w:pPr>
              <w:jc w:val="center"/>
            </w:pPr>
            <w:r>
              <w:rPr>
                <w:b/>
              </w:rPr>
              <w:t>Состояние</w:t>
            </w:r>
          </w:p>
        </w:tc>
        <w:tc>
          <w:tcPr>
            <w:tcW w:w="0" w:type="auto"/>
            <w:shd w:val="clear" w:color="auto" w:fill="E2F0D9"/>
          </w:tcPr>
          <w:p w14:paraId="333243FA" w14:textId="77777777" w:rsidR="00194F39" w:rsidRDefault="003D0394">
            <w:pPr>
              <w:jc w:val="center"/>
            </w:pPr>
            <w:r>
              <w:rPr>
                <w:b/>
              </w:rPr>
              <w:t>Куда переключена нагрузка</w:t>
            </w:r>
          </w:p>
        </w:tc>
      </w:tr>
      <w:tr w:rsidR="00194F39" w14:paraId="13281A90" w14:textId="77777777">
        <w:trPr>
          <w:cantSplit/>
        </w:trPr>
        <w:tc>
          <w:tcPr>
            <w:tcW w:w="0" w:type="auto"/>
            <w:shd w:val="clear" w:color="auto" w:fill="F2F2F2"/>
          </w:tcPr>
          <w:p w14:paraId="3BF655B3" w14:textId="77777777" w:rsidR="00194F39" w:rsidRDefault="003D0394">
            <w:r>
              <w:t>УПК № 4 «Калинина»</w:t>
            </w:r>
          </w:p>
        </w:tc>
        <w:tc>
          <w:tcPr>
            <w:tcW w:w="0" w:type="auto"/>
            <w:shd w:val="clear" w:color="auto" w:fill="FFFFFF"/>
          </w:tcPr>
          <w:p w14:paraId="74429761" w14:textId="77777777" w:rsidR="00194F39" w:rsidRDefault="003D0394">
            <w:r>
              <w:t>г. Таштагол</w:t>
            </w:r>
          </w:p>
        </w:tc>
        <w:tc>
          <w:tcPr>
            <w:tcW w:w="0" w:type="auto"/>
            <w:shd w:val="clear" w:color="auto" w:fill="FFFFFF"/>
          </w:tcPr>
          <w:p w14:paraId="39B65EE6" w14:textId="77777777" w:rsidR="00194F39" w:rsidRDefault="003D0394">
            <w:r>
              <w:t>выведен из эксплуатации</w:t>
            </w:r>
          </w:p>
        </w:tc>
        <w:tc>
          <w:tcPr>
            <w:tcW w:w="0" w:type="auto"/>
            <w:shd w:val="clear" w:color="auto" w:fill="FFFFFF"/>
          </w:tcPr>
          <w:p w14:paraId="24635E5F" w14:textId="77777777" w:rsidR="00194F39" w:rsidRDefault="003D0394">
            <w:r>
              <w:t>УПК № 1 «Таштагол»</w:t>
            </w:r>
          </w:p>
        </w:tc>
      </w:tr>
      <w:tr w:rsidR="00194F39" w14:paraId="78F20D84" w14:textId="77777777">
        <w:trPr>
          <w:cantSplit/>
        </w:trPr>
        <w:tc>
          <w:tcPr>
            <w:tcW w:w="0" w:type="auto"/>
            <w:shd w:val="clear" w:color="auto" w:fill="F2F2F2"/>
          </w:tcPr>
          <w:p w14:paraId="048FB4B2" w14:textId="77777777" w:rsidR="00194F39" w:rsidRDefault="003D0394">
            <w:r>
              <w:t>УПК № 11</w:t>
            </w:r>
          </w:p>
        </w:tc>
        <w:tc>
          <w:tcPr>
            <w:tcW w:w="0" w:type="auto"/>
            <w:shd w:val="clear" w:color="auto" w:fill="FFFFFF"/>
          </w:tcPr>
          <w:p w14:paraId="1813D4DA" w14:textId="77777777" w:rsidR="00194F39" w:rsidRDefault="003D0394">
            <w:r>
              <w:t>пгт Мундыбаш</w:t>
            </w:r>
          </w:p>
        </w:tc>
        <w:tc>
          <w:tcPr>
            <w:tcW w:w="0" w:type="auto"/>
            <w:shd w:val="clear" w:color="auto" w:fill="FFFFFF"/>
          </w:tcPr>
          <w:p w14:paraId="4BD96DE9" w14:textId="77777777" w:rsidR="00194F39" w:rsidRDefault="003D0394">
            <w:r>
              <w:t>ликвидирован</w:t>
            </w:r>
          </w:p>
        </w:tc>
        <w:tc>
          <w:tcPr>
            <w:tcW w:w="0" w:type="auto"/>
            <w:shd w:val="clear" w:color="auto" w:fill="FFFFFF"/>
          </w:tcPr>
          <w:p w14:paraId="6F5A5EC1" w14:textId="77777777" w:rsidR="00194F39" w:rsidRDefault="003D0394">
            <w:r>
              <w:t>УПК № 8 «Мундыбаш»</w:t>
            </w:r>
          </w:p>
        </w:tc>
      </w:tr>
      <w:tr w:rsidR="00194F39" w14:paraId="7D9B3D71" w14:textId="77777777">
        <w:trPr>
          <w:cantSplit/>
        </w:trPr>
        <w:tc>
          <w:tcPr>
            <w:tcW w:w="0" w:type="auto"/>
            <w:shd w:val="clear" w:color="auto" w:fill="F2F2F2"/>
          </w:tcPr>
          <w:p w14:paraId="78FD8772" w14:textId="77777777" w:rsidR="00194F39" w:rsidRDefault="003D0394">
            <w:r>
              <w:t>УПК № 12 «Школьная»</w:t>
            </w:r>
          </w:p>
        </w:tc>
        <w:tc>
          <w:tcPr>
            <w:tcW w:w="0" w:type="auto"/>
            <w:shd w:val="clear" w:color="auto" w:fill="FFFFFF"/>
          </w:tcPr>
          <w:p w14:paraId="3142226A" w14:textId="77777777" w:rsidR="00194F39" w:rsidRDefault="003D0394">
            <w:r>
              <w:t>пгт Мундыбаш</w:t>
            </w:r>
          </w:p>
        </w:tc>
        <w:tc>
          <w:tcPr>
            <w:tcW w:w="0" w:type="auto"/>
            <w:shd w:val="clear" w:color="auto" w:fill="FFFFFF"/>
          </w:tcPr>
          <w:p w14:paraId="512F1C0A" w14:textId="77777777" w:rsidR="00194F39" w:rsidRDefault="003D0394">
            <w:r>
              <w:t>ликвидирован</w:t>
            </w:r>
          </w:p>
        </w:tc>
        <w:tc>
          <w:tcPr>
            <w:tcW w:w="0" w:type="auto"/>
            <w:shd w:val="clear" w:color="auto" w:fill="FFFFFF"/>
          </w:tcPr>
          <w:p w14:paraId="17539C2E" w14:textId="77777777" w:rsidR="00194F39" w:rsidRDefault="003D0394">
            <w:r>
              <w:t>УПК № 8 «Мундыбаш»</w:t>
            </w:r>
          </w:p>
        </w:tc>
      </w:tr>
    </w:tbl>
    <w:p w14:paraId="479102C0" w14:textId="77777777" w:rsidR="00194F39" w:rsidRPr="00B72D96" w:rsidRDefault="003D0394">
      <w:pPr>
        <w:rPr>
          <w:lang w:val="ru-RU"/>
        </w:rPr>
      </w:pPr>
      <w:r w:rsidRPr="00B72D96">
        <w:rPr>
          <w:lang w:val="ru-RU"/>
        </w:rPr>
        <w:t>Нагрузка выведенных источников учтена в балансах действующих источников и повторному учёту не подлежит.</w:t>
      </w:r>
    </w:p>
    <w:p w14:paraId="21234C67" w14:textId="77777777" w:rsidR="006C72FB" w:rsidRPr="00D42F7A" w:rsidRDefault="0084102B">
      <w:pPr>
        <w:pStyle w:val="21"/>
        <w:rPr>
          <w:lang w:val="ru-RU"/>
        </w:rPr>
      </w:pPr>
      <w:bookmarkStart w:id="8" w:name="_Toc238017207"/>
      <w:r w:rsidRPr="00D42F7A">
        <w:rPr>
          <w:lang w:val="ru-RU"/>
        </w:rPr>
        <w:t>1.5. Утверждаемая перспектива площадей жилого фонда</w:t>
      </w:r>
      <w:bookmarkEnd w:id="8"/>
    </w:p>
    <w:p w14:paraId="6236DE49" w14:textId="77777777" w:rsidR="006C72FB" w:rsidRPr="00326225" w:rsidRDefault="0084102B">
      <w:pPr>
        <w:rPr>
          <w:b/>
          <w:bCs/>
          <w:lang w:val="ru-RU"/>
        </w:rPr>
      </w:pPr>
      <w:r w:rsidRPr="00D42F7A">
        <w:rPr>
          <w:lang w:val="ru-RU"/>
        </w:rPr>
        <w:t>Утверждается перспектива увеличения площадей жилого фонда территорий с централизованным теплоснабжением. Прирост площадей получен как произведение прироста населения на норму жилищной обеспеченности соответствующего населённого пункта.</w:t>
      </w:r>
    </w:p>
    <w:p w14:paraId="6DFA92AC" w14:textId="77777777" w:rsidR="006C72FB" w:rsidRPr="00326225" w:rsidRDefault="0084102B">
      <w:pPr>
        <w:rPr>
          <w:b/>
          <w:bCs/>
          <w:lang w:val="ru-RU"/>
        </w:rPr>
      </w:pPr>
      <w:r w:rsidRPr="00326225">
        <w:rPr>
          <w:b/>
          <w:bCs/>
          <w:lang w:val="ru-RU"/>
        </w:rPr>
        <w:t>Таблица 1.6 — Перспектива увеличения площадей жилого фонда</w:t>
      </w:r>
    </w:p>
    <w:tbl>
      <w:tblPr>
        <w:tblStyle w:val="aff0"/>
        <w:tblW w:w="5000" w:type="pct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6"/>
        <w:gridCol w:w="2501"/>
        <w:gridCol w:w="2497"/>
        <w:gridCol w:w="902"/>
        <w:gridCol w:w="893"/>
        <w:gridCol w:w="1128"/>
        <w:gridCol w:w="1102"/>
      </w:tblGrid>
      <w:tr w:rsidR="007A5E59" w:rsidRPr="00275118" w14:paraId="240E3BA0" w14:textId="77777777">
        <w:trPr>
          <w:cantSplit/>
          <w:tblHeader/>
          <w:jc w:val="center"/>
        </w:trPr>
        <w:tc>
          <w:tcPr>
            <w:tcW w:w="0" w:type="auto"/>
            <w:vMerge w:val="restart"/>
            <w:shd w:val="clear" w:color="auto" w:fill="E2F0D9"/>
            <w:vAlign w:val="center"/>
          </w:tcPr>
          <w:p w14:paraId="40D9CFDD" w14:textId="77777777" w:rsidR="0084102B" w:rsidRDefault="0084102B">
            <w:pPr>
              <w:jc w:val="center"/>
            </w:pPr>
            <w:r>
              <w:rPr>
                <w:b/>
              </w:rPr>
              <w:t>№ пп</w:t>
            </w:r>
          </w:p>
        </w:tc>
        <w:tc>
          <w:tcPr>
            <w:tcW w:w="0" w:type="auto"/>
            <w:vMerge w:val="restart"/>
            <w:shd w:val="clear" w:color="auto" w:fill="E2F0D9"/>
            <w:vAlign w:val="center"/>
          </w:tcPr>
          <w:p w14:paraId="7F082307" w14:textId="77777777" w:rsidR="0084102B" w:rsidRDefault="0084102B">
            <w:pPr>
              <w:jc w:val="center"/>
            </w:pPr>
            <w:r>
              <w:rPr>
                <w:b/>
              </w:rPr>
              <w:t>Наименование населенного пункта</w:t>
            </w:r>
          </w:p>
        </w:tc>
        <w:tc>
          <w:tcPr>
            <w:tcW w:w="0" w:type="auto"/>
            <w:vMerge w:val="restart"/>
            <w:shd w:val="clear" w:color="auto" w:fill="E2F0D9"/>
            <w:vAlign w:val="center"/>
          </w:tcPr>
          <w:p w14:paraId="7634CA43" w14:textId="77777777" w:rsidR="0084102B" w:rsidRPr="00D42F7A" w:rsidRDefault="0084102B">
            <w:pPr>
              <w:jc w:val="center"/>
              <w:rPr>
                <w:lang w:val="ru-RU"/>
              </w:rPr>
            </w:pPr>
            <w:r w:rsidRPr="00D42F7A">
              <w:rPr>
                <w:b/>
                <w:lang w:val="ru-RU"/>
              </w:rPr>
              <w:t>Норма обесп-ти общей площ-ю жил фонда, м2/чел</w:t>
            </w:r>
          </w:p>
        </w:tc>
        <w:tc>
          <w:tcPr>
            <w:tcW w:w="0" w:type="auto"/>
            <w:gridSpan w:val="2"/>
            <w:shd w:val="clear" w:color="auto" w:fill="E2F0D9"/>
            <w:vAlign w:val="center"/>
          </w:tcPr>
          <w:p w14:paraId="62405CF5" w14:textId="77777777" w:rsidR="0084102B" w:rsidRDefault="0084102B">
            <w:pPr>
              <w:jc w:val="center"/>
            </w:pPr>
            <w:r>
              <w:rPr>
                <w:b/>
              </w:rPr>
              <w:t>Прирост населения, чел</w:t>
            </w:r>
          </w:p>
        </w:tc>
        <w:tc>
          <w:tcPr>
            <w:tcW w:w="0" w:type="auto"/>
            <w:gridSpan w:val="2"/>
            <w:shd w:val="clear" w:color="auto" w:fill="E2F0D9"/>
            <w:vAlign w:val="center"/>
          </w:tcPr>
          <w:p w14:paraId="5A3AFD24" w14:textId="77777777" w:rsidR="0084102B" w:rsidRPr="00D42F7A" w:rsidRDefault="0084102B">
            <w:pPr>
              <w:jc w:val="center"/>
              <w:rPr>
                <w:lang w:val="ru-RU"/>
              </w:rPr>
            </w:pPr>
            <w:r w:rsidRPr="00D42F7A">
              <w:rPr>
                <w:b/>
                <w:lang w:val="ru-RU"/>
              </w:rPr>
              <w:t>Потребность в новом стр-ве, м2</w:t>
            </w:r>
          </w:p>
        </w:tc>
      </w:tr>
      <w:tr w:rsidR="007A5E59" w14:paraId="69C33C0B" w14:textId="77777777">
        <w:trPr>
          <w:cantSplit/>
          <w:tblHeader/>
          <w:jc w:val="center"/>
        </w:trPr>
        <w:tc>
          <w:tcPr>
            <w:tcW w:w="0" w:type="auto"/>
            <w:vMerge/>
            <w:shd w:val="clear" w:color="auto" w:fill="E2F0D9"/>
            <w:vAlign w:val="center"/>
          </w:tcPr>
          <w:p w14:paraId="51123208" w14:textId="77777777" w:rsidR="0084102B" w:rsidRPr="00D42F7A" w:rsidRDefault="0084102B">
            <w:pPr>
              <w:jc w:val="center"/>
              <w:rPr>
                <w:lang w:val="ru-RU"/>
              </w:rPr>
            </w:pPr>
          </w:p>
        </w:tc>
        <w:tc>
          <w:tcPr>
            <w:tcW w:w="0" w:type="auto"/>
            <w:vMerge/>
            <w:shd w:val="clear" w:color="auto" w:fill="E2F0D9"/>
            <w:vAlign w:val="center"/>
          </w:tcPr>
          <w:p w14:paraId="42162CA1" w14:textId="77777777" w:rsidR="0084102B" w:rsidRPr="00D42F7A" w:rsidRDefault="0084102B">
            <w:pPr>
              <w:jc w:val="center"/>
              <w:rPr>
                <w:lang w:val="ru-RU"/>
              </w:rPr>
            </w:pPr>
          </w:p>
        </w:tc>
        <w:tc>
          <w:tcPr>
            <w:tcW w:w="0" w:type="auto"/>
            <w:vMerge/>
            <w:shd w:val="clear" w:color="auto" w:fill="E2F0D9"/>
            <w:vAlign w:val="center"/>
          </w:tcPr>
          <w:p w14:paraId="67BB0084" w14:textId="77777777" w:rsidR="0084102B" w:rsidRPr="00D42F7A" w:rsidRDefault="0084102B">
            <w:pPr>
              <w:jc w:val="center"/>
              <w:rPr>
                <w:lang w:val="ru-RU"/>
              </w:rPr>
            </w:pPr>
          </w:p>
        </w:tc>
        <w:tc>
          <w:tcPr>
            <w:tcW w:w="0" w:type="auto"/>
            <w:shd w:val="clear" w:color="auto" w:fill="E2F0D9"/>
            <w:vAlign w:val="center"/>
          </w:tcPr>
          <w:p w14:paraId="0C0FB49A" w14:textId="77777777" w:rsidR="0084102B" w:rsidRDefault="0084102B">
            <w:pPr>
              <w:jc w:val="center"/>
            </w:pPr>
            <w:r>
              <w:rPr>
                <w:b/>
              </w:rPr>
              <w:t>2031</w:t>
            </w:r>
          </w:p>
        </w:tc>
        <w:tc>
          <w:tcPr>
            <w:tcW w:w="0" w:type="auto"/>
            <w:shd w:val="clear" w:color="auto" w:fill="E2F0D9"/>
            <w:vAlign w:val="center"/>
          </w:tcPr>
          <w:p w14:paraId="519039F5" w14:textId="77777777" w:rsidR="0084102B" w:rsidRDefault="0084102B">
            <w:pPr>
              <w:jc w:val="center"/>
            </w:pPr>
            <w:r>
              <w:rPr>
                <w:b/>
              </w:rPr>
              <w:t>2036</w:t>
            </w:r>
          </w:p>
        </w:tc>
        <w:tc>
          <w:tcPr>
            <w:tcW w:w="0" w:type="auto"/>
            <w:shd w:val="clear" w:color="auto" w:fill="E2F0D9"/>
            <w:vAlign w:val="center"/>
          </w:tcPr>
          <w:p w14:paraId="250C46D2" w14:textId="77777777" w:rsidR="0084102B" w:rsidRDefault="0084102B">
            <w:pPr>
              <w:jc w:val="center"/>
            </w:pPr>
            <w:r>
              <w:rPr>
                <w:b/>
              </w:rPr>
              <w:t>2031</w:t>
            </w:r>
          </w:p>
        </w:tc>
        <w:tc>
          <w:tcPr>
            <w:tcW w:w="0" w:type="auto"/>
            <w:shd w:val="clear" w:color="auto" w:fill="E2F0D9"/>
            <w:vAlign w:val="center"/>
          </w:tcPr>
          <w:p w14:paraId="63059F75" w14:textId="77777777" w:rsidR="0084102B" w:rsidRDefault="0084102B">
            <w:pPr>
              <w:jc w:val="center"/>
            </w:pPr>
            <w:r>
              <w:rPr>
                <w:b/>
              </w:rPr>
              <w:t>2036</w:t>
            </w:r>
          </w:p>
        </w:tc>
      </w:tr>
      <w:tr w:rsidR="007A5E59" w14:paraId="1AB4D1E2" w14:textId="77777777">
        <w:trPr>
          <w:cantSplit/>
          <w:tblHeader/>
          <w:jc w:val="center"/>
        </w:trPr>
        <w:tc>
          <w:tcPr>
            <w:tcW w:w="0" w:type="auto"/>
            <w:shd w:val="clear" w:color="auto" w:fill="F2F2F2"/>
            <w:vAlign w:val="center"/>
          </w:tcPr>
          <w:p w14:paraId="01E36B75" w14:textId="77777777" w:rsidR="0084102B" w:rsidRDefault="0084102B">
            <w:pPr>
              <w:jc w:val="center"/>
            </w:pPr>
            <w:r>
              <w:t>1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0C9E2BD8" w14:textId="77777777" w:rsidR="0084102B" w:rsidRDefault="0084102B">
            <w:pPr>
              <w:jc w:val="center"/>
            </w:pPr>
            <w:r>
              <w:t>2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2B04A3C3" w14:textId="77777777" w:rsidR="0084102B" w:rsidRDefault="0084102B">
            <w:pPr>
              <w:jc w:val="center"/>
            </w:pPr>
            <w:r>
              <w:t>3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6C0B3357" w14:textId="77777777" w:rsidR="0084102B" w:rsidRDefault="0084102B">
            <w:pPr>
              <w:jc w:val="center"/>
            </w:pPr>
            <w:r>
              <w:t>4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04BD7474" w14:textId="77777777" w:rsidR="0084102B" w:rsidRDefault="0084102B">
            <w:pPr>
              <w:jc w:val="center"/>
            </w:pPr>
            <w:r>
              <w:t>5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732927EE" w14:textId="77777777" w:rsidR="0084102B" w:rsidRDefault="0084102B">
            <w:pPr>
              <w:jc w:val="center"/>
            </w:pPr>
            <w:r>
              <w:t>6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0CEDD298" w14:textId="77777777" w:rsidR="0084102B" w:rsidRDefault="0084102B">
            <w:pPr>
              <w:jc w:val="center"/>
            </w:pPr>
            <w:r>
              <w:t>7</w:t>
            </w:r>
          </w:p>
        </w:tc>
      </w:tr>
      <w:tr w:rsidR="007A5E59" w14:paraId="6F70B040" w14:textId="77777777">
        <w:trPr>
          <w:jc w:val="center"/>
        </w:trPr>
        <w:tc>
          <w:tcPr>
            <w:tcW w:w="0" w:type="auto"/>
          </w:tcPr>
          <w:p w14:paraId="25E49B94" w14:textId="77777777" w:rsidR="0084102B" w:rsidRDefault="0084102B">
            <w:pPr>
              <w:jc w:val="center"/>
            </w:pPr>
            <w:r>
              <w:t>1</w:t>
            </w:r>
          </w:p>
        </w:tc>
        <w:tc>
          <w:tcPr>
            <w:tcW w:w="0" w:type="auto"/>
          </w:tcPr>
          <w:p w14:paraId="4E313363" w14:textId="77777777" w:rsidR="0084102B" w:rsidRDefault="0084102B">
            <w:r>
              <w:t>г. Таштагол</w:t>
            </w:r>
          </w:p>
        </w:tc>
        <w:tc>
          <w:tcPr>
            <w:tcW w:w="0" w:type="auto"/>
          </w:tcPr>
          <w:p w14:paraId="508D46C3" w14:textId="77777777" w:rsidR="0084102B" w:rsidRDefault="0084102B">
            <w:pPr>
              <w:jc w:val="center"/>
            </w:pPr>
            <w:r>
              <w:t>20,45</w:t>
            </w:r>
          </w:p>
        </w:tc>
        <w:tc>
          <w:tcPr>
            <w:tcW w:w="0" w:type="auto"/>
          </w:tcPr>
          <w:p w14:paraId="56E092F6" w14:textId="77777777" w:rsidR="0084102B" w:rsidRDefault="0084102B">
            <w:pPr>
              <w:jc w:val="center"/>
            </w:pPr>
            <w:r>
              <w:t>0</w:t>
            </w:r>
          </w:p>
        </w:tc>
        <w:tc>
          <w:tcPr>
            <w:tcW w:w="0" w:type="auto"/>
          </w:tcPr>
          <w:p w14:paraId="0072C555" w14:textId="77777777" w:rsidR="0084102B" w:rsidRDefault="0084102B">
            <w:pPr>
              <w:jc w:val="center"/>
            </w:pPr>
            <w:r>
              <w:t>0</w:t>
            </w:r>
          </w:p>
        </w:tc>
        <w:tc>
          <w:tcPr>
            <w:tcW w:w="0" w:type="auto"/>
          </w:tcPr>
          <w:p w14:paraId="4E08F8D0" w14:textId="77777777" w:rsidR="0084102B" w:rsidRDefault="0084102B">
            <w:pPr>
              <w:jc w:val="center"/>
            </w:pPr>
            <w:r>
              <w:t>0</w:t>
            </w:r>
          </w:p>
        </w:tc>
        <w:tc>
          <w:tcPr>
            <w:tcW w:w="0" w:type="auto"/>
          </w:tcPr>
          <w:p w14:paraId="493E2079" w14:textId="77777777" w:rsidR="0084102B" w:rsidRDefault="0084102B">
            <w:pPr>
              <w:jc w:val="center"/>
            </w:pPr>
            <w:r>
              <w:t>0</w:t>
            </w:r>
          </w:p>
        </w:tc>
      </w:tr>
      <w:tr w:rsidR="007A5E59" w14:paraId="5EAEFEE2" w14:textId="77777777">
        <w:trPr>
          <w:jc w:val="center"/>
        </w:trPr>
        <w:tc>
          <w:tcPr>
            <w:tcW w:w="0" w:type="auto"/>
          </w:tcPr>
          <w:p w14:paraId="51266F79" w14:textId="77777777" w:rsidR="0084102B" w:rsidRDefault="0084102B">
            <w:pPr>
              <w:jc w:val="center"/>
            </w:pPr>
            <w:r>
              <w:t>2</w:t>
            </w:r>
          </w:p>
        </w:tc>
        <w:tc>
          <w:tcPr>
            <w:tcW w:w="0" w:type="auto"/>
          </w:tcPr>
          <w:p w14:paraId="4A8F6845" w14:textId="77777777" w:rsidR="0084102B" w:rsidRDefault="0084102B">
            <w:r>
              <w:t>пгт Шерегеш</w:t>
            </w:r>
          </w:p>
        </w:tc>
        <w:tc>
          <w:tcPr>
            <w:tcW w:w="0" w:type="auto"/>
          </w:tcPr>
          <w:p w14:paraId="7AA00DCF" w14:textId="77777777" w:rsidR="0084102B" w:rsidRDefault="0084102B">
            <w:pPr>
              <w:jc w:val="center"/>
            </w:pPr>
            <w:r>
              <w:t>25</w:t>
            </w:r>
          </w:p>
        </w:tc>
        <w:tc>
          <w:tcPr>
            <w:tcW w:w="0" w:type="auto"/>
          </w:tcPr>
          <w:p w14:paraId="693EA9DE" w14:textId="77777777" w:rsidR="0084102B" w:rsidRDefault="0084102B">
            <w:pPr>
              <w:jc w:val="center"/>
            </w:pPr>
            <w:r>
              <w:t>1 322</w:t>
            </w:r>
          </w:p>
        </w:tc>
        <w:tc>
          <w:tcPr>
            <w:tcW w:w="0" w:type="auto"/>
          </w:tcPr>
          <w:p w14:paraId="2407AA9A" w14:textId="77777777" w:rsidR="0084102B" w:rsidRDefault="0084102B">
            <w:pPr>
              <w:jc w:val="center"/>
            </w:pPr>
            <w:r>
              <w:t>1 321</w:t>
            </w:r>
          </w:p>
        </w:tc>
        <w:tc>
          <w:tcPr>
            <w:tcW w:w="0" w:type="auto"/>
          </w:tcPr>
          <w:p w14:paraId="5528A093" w14:textId="77777777" w:rsidR="0084102B" w:rsidRDefault="0084102B">
            <w:pPr>
              <w:jc w:val="center"/>
            </w:pPr>
            <w:r>
              <w:t>33 050</w:t>
            </w:r>
          </w:p>
        </w:tc>
        <w:tc>
          <w:tcPr>
            <w:tcW w:w="0" w:type="auto"/>
          </w:tcPr>
          <w:p w14:paraId="12A4FDF3" w14:textId="77777777" w:rsidR="0084102B" w:rsidRDefault="0084102B">
            <w:pPr>
              <w:jc w:val="center"/>
            </w:pPr>
            <w:r>
              <w:t>33 025</w:t>
            </w:r>
          </w:p>
        </w:tc>
      </w:tr>
      <w:tr w:rsidR="007A5E59" w14:paraId="4500260D" w14:textId="77777777">
        <w:trPr>
          <w:jc w:val="center"/>
        </w:trPr>
        <w:tc>
          <w:tcPr>
            <w:tcW w:w="0" w:type="auto"/>
          </w:tcPr>
          <w:p w14:paraId="7A75195C" w14:textId="77777777" w:rsidR="0084102B" w:rsidRDefault="0084102B">
            <w:pPr>
              <w:jc w:val="center"/>
            </w:pPr>
            <w:r>
              <w:t>3</w:t>
            </w:r>
          </w:p>
        </w:tc>
        <w:tc>
          <w:tcPr>
            <w:tcW w:w="0" w:type="auto"/>
          </w:tcPr>
          <w:p w14:paraId="795AE8E3" w14:textId="77777777" w:rsidR="0084102B" w:rsidRDefault="0084102B">
            <w:r>
              <w:t>пгт Каз</w:t>
            </w:r>
          </w:p>
        </w:tc>
        <w:tc>
          <w:tcPr>
            <w:tcW w:w="0" w:type="auto"/>
          </w:tcPr>
          <w:p w14:paraId="2FA54015" w14:textId="77777777" w:rsidR="0084102B" w:rsidRDefault="0084102B">
            <w:pPr>
              <w:jc w:val="center"/>
            </w:pPr>
            <w:r>
              <w:t>18,90</w:t>
            </w:r>
          </w:p>
        </w:tc>
        <w:tc>
          <w:tcPr>
            <w:tcW w:w="0" w:type="auto"/>
          </w:tcPr>
          <w:p w14:paraId="71982398" w14:textId="77777777" w:rsidR="0084102B" w:rsidRDefault="0084102B">
            <w:pPr>
              <w:jc w:val="center"/>
            </w:pPr>
            <w:r>
              <w:t>0</w:t>
            </w:r>
          </w:p>
        </w:tc>
        <w:tc>
          <w:tcPr>
            <w:tcW w:w="0" w:type="auto"/>
          </w:tcPr>
          <w:p w14:paraId="749A605F" w14:textId="77777777" w:rsidR="0084102B" w:rsidRDefault="0084102B">
            <w:pPr>
              <w:jc w:val="center"/>
            </w:pPr>
            <w:r>
              <w:t>0</w:t>
            </w:r>
          </w:p>
        </w:tc>
        <w:tc>
          <w:tcPr>
            <w:tcW w:w="0" w:type="auto"/>
          </w:tcPr>
          <w:p w14:paraId="61701AEA" w14:textId="77777777" w:rsidR="0084102B" w:rsidRDefault="0084102B">
            <w:pPr>
              <w:jc w:val="center"/>
            </w:pPr>
            <w:r>
              <w:t>0</w:t>
            </w:r>
          </w:p>
        </w:tc>
        <w:tc>
          <w:tcPr>
            <w:tcW w:w="0" w:type="auto"/>
          </w:tcPr>
          <w:p w14:paraId="24C56D55" w14:textId="77777777" w:rsidR="0084102B" w:rsidRDefault="0084102B">
            <w:pPr>
              <w:jc w:val="center"/>
            </w:pPr>
            <w:r>
              <w:t>0</w:t>
            </w:r>
          </w:p>
        </w:tc>
      </w:tr>
      <w:tr w:rsidR="007A5E59" w14:paraId="13943B4D" w14:textId="77777777">
        <w:trPr>
          <w:jc w:val="center"/>
        </w:trPr>
        <w:tc>
          <w:tcPr>
            <w:tcW w:w="0" w:type="auto"/>
          </w:tcPr>
          <w:p w14:paraId="31C0A833" w14:textId="77777777" w:rsidR="0084102B" w:rsidRDefault="0084102B">
            <w:pPr>
              <w:jc w:val="center"/>
            </w:pPr>
            <w:r>
              <w:t>4</w:t>
            </w:r>
          </w:p>
        </w:tc>
        <w:tc>
          <w:tcPr>
            <w:tcW w:w="0" w:type="auto"/>
          </w:tcPr>
          <w:p w14:paraId="47018072" w14:textId="77777777" w:rsidR="0084102B" w:rsidRDefault="0084102B">
            <w:r>
              <w:t>пгт Мундыбаш</w:t>
            </w:r>
          </w:p>
        </w:tc>
        <w:tc>
          <w:tcPr>
            <w:tcW w:w="0" w:type="auto"/>
          </w:tcPr>
          <w:p w14:paraId="1FA9800A" w14:textId="77777777" w:rsidR="0084102B" w:rsidRDefault="0084102B">
            <w:pPr>
              <w:jc w:val="center"/>
            </w:pPr>
            <w:r>
              <w:t>24,10</w:t>
            </w:r>
          </w:p>
        </w:tc>
        <w:tc>
          <w:tcPr>
            <w:tcW w:w="0" w:type="auto"/>
          </w:tcPr>
          <w:p w14:paraId="44A1C551" w14:textId="77777777" w:rsidR="0084102B" w:rsidRDefault="0084102B">
            <w:pPr>
              <w:jc w:val="center"/>
            </w:pPr>
            <w:r>
              <w:t>0</w:t>
            </w:r>
          </w:p>
        </w:tc>
        <w:tc>
          <w:tcPr>
            <w:tcW w:w="0" w:type="auto"/>
          </w:tcPr>
          <w:p w14:paraId="0D1B8B6C" w14:textId="77777777" w:rsidR="0084102B" w:rsidRDefault="0084102B">
            <w:pPr>
              <w:jc w:val="center"/>
            </w:pPr>
            <w:r>
              <w:t>0</w:t>
            </w:r>
          </w:p>
        </w:tc>
        <w:tc>
          <w:tcPr>
            <w:tcW w:w="0" w:type="auto"/>
          </w:tcPr>
          <w:p w14:paraId="74C05D49" w14:textId="77777777" w:rsidR="0084102B" w:rsidRDefault="0084102B">
            <w:pPr>
              <w:jc w:val="center"/>
            </w:pPr>
            <w:r>
              <w:t>0</w:t>
            </w:r>
          </w:p>
        </w:tc>
        <w:tc>
          <w:tcPr>
            <w:tcW w:w="0" w:type="auto"/>
          </w:tcPr>
          <w:p w14:paraId="12C7BC6C" w14:textId="77777777" w:rsidR="0084102B" w:rsidRDefault="0084102B">
            <w:pPr>
              <w:jc w:val="center"/>
            </w:pPr>
            <w:r>
              <w:t>0</w:t>
            </w:r>
          </w:p>
        </w:tc>
      </w:tr>
      <w:tr w:rsidR="007A5E59" w14:paraId="09E282ED" w14:textId="77777777">
        <w:trPr>
          <w:jc w:val="center"/>
        </w:trPr>
        <w:tc>
          <w:tcPr>
            <w:tcW w:w="0" w:type="auto"/>
          </w:tcPr>
          <w:p w14:paraId="38B3B810" w14:textId="77777777" w:rsidR="0084102B" w:rsidRDefault="0084102B">
            <w:pPr>
              <w:jc w:val="center"/>
            </w:pPr>
            <w:r>
              <w:t>5</w:t>
            </w:r>
          </w:p>
        </w:tc>
        <w:tc>
          <w:tcPr>
            <w:tcW w:w="0" w:type="auto"/>
          </w:tcPr>
          <w:p w14:paraId="61A91567" w14:textId="77777777" w:rsidR="0084102B" w:rsidRDefault="0084102B">
            <w:r>
              <w:t>пгт Темиртау</w:t>
            </w:r>
          </w:p>
        </w:tc>
        <w:tc>
          <w:tcPr>
            <w:tcW w:w="0" w:type="auto"/>
          </w:tcPr>
          <w:p w14:paraId="2EA6F739" w14:textId="77777777" w:rsidR="0084102B" w:rsidRDefault="0084102B">
            <w:pPr>
              <w:jc w:val="center"/>
            </w:pPr>
            <w:r>
              <w:t>22</w:t>
            </w:r>
          </w:p>
        </w:tc>
        <w:tc>
          <w:tcPr>
            <w:tcW w:w="0" w:type="auto"/>
          </w:tcPr>
          <w:p w14:paraId="56670146" w14:textId="77777777" w:rsidR="0084102B" w:rsidRDefault="0084102B">
            <w:pPr>
              <w:jc w:val="center"/>
            </w:pPr>
            <w:r>
              <w:t>0</w:t>
            </w:r>
          </w:p>
        </w:tc>
        <w:tc>
          <w:tcPr>
            <w:tcW w:w="0" w:type="auto"/>
          </w:tcPr>
          <w:p w14:paraId="48A8C3C7" w14:textId="77777777" w:rsidR="0084102B" w:rsidRDefault="0084102B">
            <w:pPr>
              <w:jc w:val="center"/>
            </w:pPr>
            <w:r>
              <w:t>0</w:t>
            </w:r>
          </w:p>
        </w:tc>
        <w:tc>
          <w:tcPr>
            <w:tcW w:w="0" w:type="auto"/>
          </w:tcPr>
          <w:p w14:paraId="0D6B91F9" w14:textId="77777777" w:rsidR="0084102B" w:rsidRDefault="0084102B">
            <w:pPr>
              <w:jc w:val="center"/>
            </w:pPr>
            <w:r>
              <w:t>0</w:t>
            </w:r>
          </w:p>
        </w:tc>
        <w:tc>
          <w:tcPr>
            <w:tcW w:w="0" w:type="auto"/>
          </w:tcPr>
          <w:p w14:paraId="72CBA76A" w14:textId="77777777" w:rsidR="0084102B" w:rsidRDefault="0084102B">
            <w:pPr>
              <w:jc w:val="center"/>
            </w:pPr>
            <w:r>
              <w:t>0</w:t>
            </w:r>
          </w:p>
        </w:tc>
      </w:tr>
      <w:tr w:rsidR="007A5E59" w14:paraId="322BDDEC" w14:textId="77777777">
        <w:trPr>
          <w:jc w:val="center"/>
        </w:trPr>
        <w:tc>
          <w:tcPr>
            <w:tcW w:w="0" w:type="auto"/>
          </w:tcPr>
          <w:p w14:paraId="51C5637C" w14:textId="77777777" w:rsidR="0084102B" w:rsidRDefault="0084102B">
            <w:pPr>
              <w:jc w:val="center"/>
            </w:pPr>
            <w:r>
              <w:t>6</w:t>
            </w:r>
          </w:p>
        </w:tc>
        <w:tc>
          <w:tcPr>
            <w:tcW w:w="0" w:type="auto"/>
          </w:tcPr>
          <w:p w14:paraId="1C867E64" w14:textId="77777777" w:rsidR="0084102B" w:rsidRDefault="0084102B">
            <w:r>
              <w:t>пгт Спасск</w:t>
            </w:r>
          </w:p>
        </w:tc>
        <w:tc>
          <w:tcPr>
            <w:tcW w:w="0" w:type="auto"/>
          </w:tcPr>
          <w:p w14:paraId="6EAB7CD8" w14:textId="77777777" w:rsidR="0084102B" w:rsidRDefault="0084102B">
            <w:pPr>
              <w:jc w:val="center"/>
            </w:pPr>
            <w:r>
              <w:t>9,70</w:t>
            </w:r>
          </w:p>
        </w:tc>
        <w:tc>
          <w:tcPr>
            <w:tcW w:w="0" w:type="auto"/>
          </w:tcPr>
          <w:p w14:paraId="43E1655A" w14:textId="77777777" w:rsidR="0084102B" w:rsidRDefault="0084102B">
            <w:pPr>
              <w:jc w:val="center"/>
            </w:pPr>
            <w:r>
              <w:t>0</w:t>
            </w:r>
          </w:p>
        </w:tc>
        <w:tc>
          <w:tcPr>
            <w:tcW w:w="0" w:type="auto"/>
          </w:tcPr>
          <w:p w14:paraId="38FA0357" w14:textId="77777777" w:rsidR="0084102B" w:rsidRDefault="0084102B">
            <w:pPr>
              <w:jc w:val="center"/>
            </w:pPr>
            <w:r>
              <w:t>0</w:t>
            </w:r>
          </w:p>
        </w:tc>
        <w:tc>
          <w:tcPr>
            <w:tcW w:w="0" w:type="auto"/>
          </w:tcPr>
          <w:p w14:paraId="6A5EEBAE" w14:textId="77777777" w:rsidR="0084102B" w:rsidRDefault="0084102B">
            <w:pPr>
              <w:jc w:val="center"/>
            </w:pPr>
            <w:r>
              <w:t>0</w:t>
            </w:r>
          </w:p>
        </w:tc>
        <w:tc>
          <w:tcPr>
            <w:tcW w:w="0" w:type="auto"/>
          </w:tcPr>
          <w:p w14:paraId="56847290" w14:textId="77777777" w:rsidR="0084102B" w:rsidRDefault="0084102B">
            <w:pPr>
              <w:jc w:val="center"/>
            </w:pPr>
            <w:r>
              <w:t>0</w:t>
            </w:r>
          </w:p>
        </w:tc>
      </w:tr>
      <w:tr w:rsidR="007A5E59" w14:paraId="1AC52547" w14:textId="77777777">
        <w:trPr>
          <w:jc w:val="center"/>
        </w:trPr>
        <w:tc>
          <w:tcPr>
            <w:tcW w:w="0" w:type="auto"/>
          </w:tcPr>
          <w:p w14:paraId="57ED77E1" w14:textId="77777777" w:rsidR="0084102B" w:rsidRDefault="0084102B">
            <w:r>
              <w:t>Примечания:</w:t>
            </w:r>
          </w:p>
        </w:tc>
        <w:tc>
          <w:tcPr>
            <w:tcW w:w="0" w:type="auto"/>
          </w:tcPr>
          <w:p w14:paraId="4C1CE813" w14:textId="77777777" w:rsidR="0084102B" w:rsidRDefault="0084102B"/>
        </w:tc>
        <w:tc>
          <w:tcPr>
            <w:tcW w:w="0" w:type="auto"/>
          </w:tcPr>
          <w:p w14:paraId="0C000BFA" w14:textId="77777777" w:rsidR="0084102B" w:rsidRDefault="0084102B"/>
        </w:tc>
        <w:tc>
          <w:tcPr>
            <w:tcW w:w="0" w:type="auto"/>
          </w:tcPr>
          <w:p w14:paraId="78D83EF2" w14:textId="77777777" w:rsidR="0084102B" w:rsidRDefault="0084102B"/>
        </w:tc>
        <w:tc>
          <w:tcPr>
            <w:tcW w:w="0" w:type="auto"/>
          </w:tcPr>
          <w:p w14:paraId="1AF3D4E9" w14:textId="77777777" w:rsidR="0084102B" w:rsidRDefault="0084102B"/>
        </w:tc>
        <w:tc>
          <w:tcPr>
            <w:tcW w:w="0" w:type="auto"/>
          </w:tcPr>
          <w:p w14:paraId="173BA006" w14:textId="77777777" w:rsidR="0084102B" w:rsidRDefault="0084102B"/>
        </w:tc>
        <w:tc>
          <w:tcPr>
            <w:tcW w:w="0" w:type="auto"/>
          </w:tcPr>
          <w:p w14:paraId="6576D48D" w14:textId="77777777" w:rsidR="0084102B" w:rsidRDefault="0084102B"/>
        </w:tc>
      </w:tr>
      <w:tr w:rsidR="007A5E59" w14:paraId="20C95A41" w14:textId="77777777">
        <w:trPr>
          <w:jc w:val="center"/>
        </w:trPr>
        <w:tc>
          <w:tcPr>
            <w:tcW w:w="0" w:type="auto"/>
            <w:shd w:val="clear" w:color="auto" w:fill="DBE5F1"/>
          </w:tcPr>
          <w:p w14:paraId="1833D888" w14:textId="77777777" w:rsidR="0084102B" w:rsidRDefault="0084102B">
            <w:r>
              <w:rPr>
                <w:b/>
              </w:rPr>
              <w:t>ИТОГО</w:t>
            </w:r>
          </w:p>
        </w:tc>
        <w:tc>
          <w:tcPr>
            <w:tcW w:w="0" w:type="auto"/>
            <w:shd w:val="clear" w:color="auto" w:fill="DBE5F1"/>
          </w:tcPr>
          <w:p w14:paraId="180694AD" w14:textId="77777777" w:rsidR="0084102B" w:rsidRDefault="0084102B"/>
        </w:tc>
        <w:tc>
          <w:tcPr>
            <w:tcW w:w="0" w:type="auto"/>
            <w:shd w:val="clear" w:color="auto" w:fill="DBE5F1"/>
          </w:tcPr>
          <w:p w14:paraId="4F827E53" w14:textId="77777777" w:rsidR="0084102B" w:rsidRDefault="0084102B"/>
        </w:tc>
        <w:tc>
          <w:tcPr>
            <w:tcW w:w="0" w:type="auto"/>
            <w:shd w:val="clear" w:color="auto" w:fill="DBE5F1"/>
          </w:tcPr>
          <w:p w14:paraId="5C3508F2" w14:textId="77777777" w:rsidR="0084102B" w:rsidRDefault="0084102B">
            <w:pPr>
              <w:jc w:val="center"/>
            </w:pPr>
            <w:r>
              <w:rPr>
                <w:b/>
              </w:rPr>
              <w:t>1 322</w:t>
            </w:r>
          </w:p>
        </w:tc>
        <w:tc>
          <w:tcPr>
            <w:tcW w:w="0" w:type="auto"/>
            <w:shd w:val="clear" w:color="auto" w:fill="DBE5F1"/>
          </w:tcPr>
          <w:p w14:paraId="79A52119" w14:textId="77777777" w:rsidR="0084102B" w:rsidRDefault="0084102B">
            <w:pPr>
              <w:jc w:val="center"/>
            </w:pPr>
            <w:r>
              <w:rPr>
                <w:b/>
              </w:rPr>
              <w:t>1 321</w:t>
            </w:r>
          </w:p>
        </w:tc>
        <w:tc>
          <w:tcPr>
            <w:tcW w:w="0" w:type="auto"/>
            <w:shd w:val="clear" w:color="auto" w:fill="DBE5F1"/>
          </w:tcPr>
          <w:p w14:paraId="4EF3BF95" w14:textId="77777777" w:rsidR="0084102B" w:rsidRDefault="0084102B">
            <w:pPr>
              <w:jc w:val="center"/>
            </w:pPr>
            <w:r>
              <w:rPr>
                <w:b/>
              </w:rPr>
              <w:t>33 050</w:t>
            </w:r>
          </w:p>
        </w:tc>
        <w:tc>
          <w:tcPr>
            <w:tcW w:w="0" w:type="auto"/>
            <w:shd w:val="clear" w:color="auto" w:fill="DBE5F1"/>
          </w:tcPr>
          <w:p w14:paraId="78098893" w14:textId="77777777" w:rsidR="0084102B" w:rsidRDefault="0084102B">
            <w:pPr>
              <w:jc w:val="center"/>
            </w:pPr>
            <w:r>
              <w:rPr>
                <w:b/>
              </w:rPr>
              <w:t>33 025</w:t>
            </w:r>
          </w:p>
        </w:tc>
      </w:tr>
    </w:tbl>
    <w:p w14:paraId="679823FC" w14:textId="77777777" w:rsidR="006C72FB" w:rsidRPr="00D42F7A" w:rsidRDefault="0084102B">
      <w:pPr>
        <w:rPr>
          <w:lang w:val="ru-RU"/>
        </w:rPr>
      </w:pPr>
      <w:r w:rsidRPr="00D42F7A">
        <w:rPr>
          <w:lang w:val="ru-RU"/>
        </w:rPr>
        <w:t>Прямые площади генеральных планов в расчёт тепловой нагрузки не включаются: развитие пгт Шерегеш учтено адресным приростом спроса, повторный учёт исключён.</w:t>
      </w:r>
    </w:p>
    <w:p w14:paraId="52A97979" w14:textId="77777777" w:rsidR="006E7A08" w:rsidRPr="00B72D96" w:rsidRDefault="00267E76">
      <w:pPr>
        <w:pStyle w:val="21"/>
        <w:rPr>
          <w:lang w:val="ru-RU"/>
        </w:rPr>
      </w:pPr>
      <w:bookmarkStart w:id="9" w:name="_Toc238017208"/>
      <w:r w:rsidRPr="00B72D96">
        <w:rPr>
          <w:lang w:val="ru-RU"/>
        </w:rPr>
        <w:t>1.6. Тепловые нагрузки</w:t>
      </w:r>
      <w:bookmarkEnd w:id="9"/>
    </w:p>
    <w:p w14:paraId="4AA60B9F" w14:textId="77777777" w:rsidR="006E7A08" w:rsidRPr="001D7D92" w:rsidRDefault="00267E76">
      <w:pPr>
        <w:ind w:firstLine="709"/>
        <w:jc w:val="both"/>
        <w:rPr>
          <w:lang w:val="ru-RU"/>
        </w:rPr>
      </w:pPr>
      <w:r w:rsidRPr="001D7D92">
        <w:rPr>
          <w:lang w:val="ru-RU"/>
        </w:rPr>
        <w:t>Тепловые нагрузки приняты раздельно по составляющим — отопление, вентиляция, горячее водоснабжение и пар. Структура нагрузки по округу неоднородна: паровая нагрузка имеется у трёх источников — УПК № 1 «Таштагол» 23,5000 Гкал/ч, УПК № 5 «Новый Шерегеш» 0,1003 Гкал/ч и УПК № 6 «Старый Шерегеш» 0,2088 Гкал/ч, всего 23,8091 Гкал/ч, тогда как остальные семь источников работают только на водяные системы.</w:t>
      </w:r>
    </w:p>
    <w:p w14:paraId="5F18A57B" w14:textId="77777777" w:rsidR="006E7A08" w:rsidRPr="001D7D92" w:rsidRDefault="00267E76">
      <w:pPr>
        <w:ind w:firstLine="709"/>
        <w:jc w:val="both"/>
        <w:rPr>
          <w:lang w:val="ru-RU"/>
        </w:rPr>
      </w:pPr>
      <w:r w:rsidRPr="001D7D92">
        <w:rPr>
          <w:lang w:val="ru-RU"/>
        </w:rPr>
        <w:t>Рост численности населения на расчётном периоде прогнозируется только по пгт Шерегеш, где перспективная застройка увеличивает нагрузку зоны УПК № 5 «Новый Шерегеш». Прирост полной максимальной тепловой нагрузки при этом относится к шести источникам и составляет 46,7360 Гкал/ч, из которых 45,8340 Гкал/ч, или 98,07 процента, приходится на зону УПК № 5, а остальные 0,9020 Гкал/ч распределены между УПК № 2 «ЦМК», УПК № 1 «Таштагол», УПК № 6 «Старый Шерегеш», УПК № 7 «Каз» и УПК № 3 «Спасск». Демографический прогноз и баланс тепловой нагрузки являются разными величинами и подменять друг друга не могут.</w:t>
      </w:r>
    </w:p>
    <w:p w14:paraId="4F914DE7" w14:textId="77777777" w:rsidR="006E7A08" w:rsidRPr="001D7D92" w:rsidRDefault="00267E76">
      <w:pPr>
        <w:keepNext/>
        <w:keepLines/>
        <w:rPr>
          <w:lang w:val="ru-RU"/>
        </w:rPr>
      </w:pPr>
      <w:r w:rsidRPr="001D7D92">
        <w:rPr>
          <w:b/>
          <w:lang w:val="ru-RU"/>
        </w:rPr>
        <w:t>Таблица 1.7 — Прогноз изменения тепловой нагрузки потребителей с разбивкой по источникам (лист «Таблица 1.7» расчётной книги)</w:t>
      </w:r>
    </w:p>
    <w:tbl>
      <w:tblPr>
        <w:tblStyle w:val="aff0"/>
        <w:tblW w:w="5000" w:type="pct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67"/>
        <w:gridCol w:w="1417"/>
        <w:gridCol w:w="567"/>
        <w:gridCol w:w="844"/>
        <w:gridCol w:w="607"/>
        <w:gridCol w:w="567"/>
        <w:gridCol w:w="977"/>
        <w:gridCol w:w="977"/>
        <w:gridCol w:w="567"/>
        <w:gridCol w:w="1152"/>
        <w:gridCol w:w="1003"/>
        <w:gridCol w:w="771"/>
        <w:gridCol w:w="663"/>
      </w:tblGrid>
      <w:tr w:rsidR="006E7A08" w14:paraId="12AE0377" w14:textId="77777777">
        <w:trPr>
          <w:cantSplit/>
          <w:tblHeader/>
          <w:jc w:val="center"/>
        </w:trPr>
        <w:tc>
          <w:tcPr>
            <w:tcW w:w="0" w:type="auto"/>
            <w:vMerge w:val="restart"/>
            <w:shd w:val="clear" w:color="auto" w:fill="E2F0D9"/>
            <w:vAlign w:val="center"/>
          </w:tcPr>
          <w:p w14:paraId="1466782E" w14:textId="77777777" w:rsidR="006E7A08" w:rsidRDefault="00267E76">
            <w:pPr>
              <w:jc w:val="center"/>
            </w:pPr>
            <w:r>
              <w:rPr>
                <w:b/>
              </w:rPr>
              <w:t>№ пп</w:t>
            </w:r>
          </w:p>
        </w:tc>
        <w:tc>
          <w:tcPr>
            <w:tcW w:w="0" w:type="auto"/>
            <w:vMerge w:val="restart"/>
            <w:shd w:val="clear" w:color="auto" w:fill="E2F0D9"/>
            <w:vAlign w:val="center"/>
          </w:tcPr>
          <w:p w14:paraId="3A1D2759" w14:textId="77777777" w:rsidR="006E7A08" w:rsidRDefault="00267E76">
            <w:pPr>
              <w:jc w:val="center"/>
            </w:pPr>
            <w:r>
              <w:rPr>
                <w:b/>
              </w:rPr>
              <w:t>Показатель</w:t>
            </w:r>
          </w:p>
        </w:tc>
        <w:tc>
          <w:tcPr>
            <w:tcW w:w="0" w:type="auto"/>
            <w:gridSpan w:val="11"/>
            <w:shd w:val="clear" w:color="auto" w:fill="E2F0D9"/>
            <w:vAlign w:val="center"/>
          </w:tcPr>
          <w:p w14:paraId="0B7B4260" w14:textId="77777777" w:rsidR="006E7A08" w:rsidRDefault="00267E76">
            <w:pPr>
              <w:jc w:val="center"/>
            </w:pPr>
            <w:r w:rsidRPr="001D7D92">
              <w:rPr>
                <w:b/>
                <w:lang w:val="ru-RU"/>
              </w:rPr>
              <w:t xml:space="preserve">Потребление тепловой энергии (всего / прирост / снижение), Гкал/год. </w:t>
            </w:r>
            <w:r>
              <w:rPr>
                <w:b/>
              </w:rPr>
              <w:t>ЕТО № 001 — ООО «ЮКЭК»</w:t>
            </w:r>
          </w:p>
        </w:tc>
      </w:tr>
      <w:tr w:rsidR="006E7A08" w14:paraId="747DA0B1" w14:textId="77777777">
        <w:trPr>
          <w:cantSplit/>
          <w:tblHeader/>
          <w:jc w:val="center"/>
        </w:trPr>
        <w:tc>
          <w:tcPr>
            <w:tcW w:w="0" w:type="auto"/>
            <w:vMerge/>
            <w:shd w:val="clear" w:color="auto" w:fill="E2F0D9"/>
            <w:vAlign w:val="center"/>
          </w:tcPr>
          <w:p w14:paraId="38C7B49D" w14:textId="77777777" w:rsidR="006E7A08" w:rsidRDefault="006E7A08">
            <w:pPr>
              <w:jc w:val="center"/>
            </w:pPr>
          </w:p>
        </w:tc>
        <w:tc>
          <w:tcPr>
            <w:tcW w:w="0" w:type="auto"/>
            <w:vMerge/>
            <w:shd w:val="clear" w:color="auto" w:fill="E2F0D9"/>
            <w:vAlign w:val="center"/>
          </w:tcPr>
          <w:p w14:paraId="6068B058" w14:textId="77777777" w:rsidR="006E7A08" w:rsidRDefault="006E7A08">
            <w:pPr>
              <w:jc w:val="center"/>
            </w:pPr>
          </w:p>
        </w:tc>
        <w:tc>
          <w:tcPr>
            <w:tcW w:w="0" w:type="auto"/>
            <w:gridSpan w:val="4"/>
            <w:shd w:val="clear" w:color="auto" w:fill="E2F0D9"/>
            <w:vAlign w:val="center"/>
          </w:tcPr>
          <w:p w14:paraId="2B41FA7C" w14:textId="77777777" w:rsidR="006E7A08" w:rsidRDefault="00267E76">
            <w:pPr>
              <w:jc w:val="center"/>
            </w:pPr>
            <w:r>
              <w:rPr>
                <w:b/>
              </w:rPr>
              <w:t>г. Таштагол</w:t>
            </w:r>
          </w:p>
        </w:tc>
        <w:tc>
          <w:tcPr>
            <w:tcW w:w="0" w:type="auto"/>
            <w:gridSpan w:val="2"/>
            <w:shd w:val="clear" w:color="auto" w:fill="E2F0D9"/>
            <w:vAlign w:val="center"/>
          </w:tcPr>
          <w:p w14:paraId="1D332AB6" w14:textId="77777777" w:rsidR="006E7A08" w:rsidRDefault="00267E76">
            <w:pPr>
              <w:jc w:val="center"/>
            </w:pPr>
            <w:r>
              <w:rPr>
                <w:b/>
              </w:rPr>
              <w:t>пгт Шерегеш</w:t>
            </w:r>
          </w:p>
        </w:tc>
        <w:tc>
          <w:tcPr>
            <w:tcW w:w="0" w:type="auto"/>
            <w:shd w:val="clear" w:color="auto" w:fill="E2F0D9"/>
            <w:vAlign w:val="center"/>
          </w:tcPr>
          <w:p w14:paraId="4EFA3C6B" w14:textId="77777777" w:rsidR="006E7A08" w:rsidRDefault="00267E76">
            <w:pPr>
              <w:jc w:val="center"/>
            </w:pPr>
            <w:r>
              <w:rPr>
                <w:b/>
              </w:rPr>
              <w:t>пгт Каз</w:t>
            </w:r>
          </w:p>
        </w:tc>
        <w:tc>
          <w:tcPr>
            <w:tcW w:w="0" w:type="auto"/>
            <w:shd w:val="clear" w:color="auto" w:fill="E2F0D9"/>
            <w:vAlign w:val="center"/>
          </w:tcPr>
          <w:p w14:paraId="70ECA677" w14:textId="77777777" w:rsidR="006E7A08" w:rsidRDefault="00267E76">
            <w:pPr>
              <w:jc w:val="center"/>
            </w:pPr>
            <w:r>
              <w:rPr>
                <w:b/>
              </w:rPr>
              <w:t>пгт Мундыбаш</w:t>
            </w:r>
          </w:p>
        </w:tc>
        <w:tc>
          <w:tcPr>
            <w:tcW w:w="0" w:type="auto"/>
            <w:shd w:val="clear" w:color="auto" w:fill="E2F0D9"/>
            <w:vAlign w:val="center"/>
          </w:tcPr>
          <w:p w14:paraId="41BB1C04" w14:textId="77777777" w:rsidR="006E7A08" w:rsidRDefault="00267E76">
            <w:pPr>
              <w:jc w:val="center"/>
            </w:pPr>
            <w:r>
              <w:rPr>
                <w:b/>
              </w:rPr>
              <w:t>пгт Темиртау</w:t>
            </w:r>
          </w:p>
        </w:tc>
        <w:tc>
          <w:tcPr>
            <w:tcW w:w="0" w:type="auto"/>
            <w:shd w:val="clear" w:color="auto" w:fill="E2F0D9"/>
            <w:vAlign w:val="center"/>
          </w:tcPr>
          <w:p w14:paraId="422E97CD" w14:textId="77777777" w:rsidR="006E7A08" w:rsidRDefault="00267E76">
            <w:pPr>
              <w:jc w:val="center"/>
            </w:pPr>
            <w:r>
              <w:rPr>
                <w:b/>
              </w:rPr>
              <w:t>пгт Спасск</w:t>
            </w:r>
          </w:p>
        </w:tc>
        <w:tc>
          <w:tcPr>
            <w:tcW w:w="0" w:type="auto"/>
            <w:shd w:val="clear" w:color="auto" w:fill="E2F0D9"/>
            <w:vAlign w:val="center"/>
          </w:tcPr>
          <w:p w14:paraId="10825EDB" w14:textId="77777777" w:rsidR="006E7A08" w:rsidRDefault="00267E76">
            <w:pPr>
              <w:jc w:val="center"/>
            </w:pPr>
            <w:r>
              <w:rPr>
                <w:b/>
              </w:rPr>
              <w:t>Итого</w:t>
            </w:r>
          </w:p>
        </w:tc>
      </w:tr>
      <w:tr w:rsidR="006E7A08" w14:paraId="2F9A2FF0" w14:textId="77777777">
        <w:trPr>
          <w:cantSplit/>
          <w:tblHeader/>
          <w:jc w:val="center"/>
        </w:trPr>
        <w:tc>
          <w:tcPr>
            <w:tcW w:w="0" w:type="auto"/>
            <w:vMerge/>
            <w:shd w:val="clear" w:color="auto" w:fill="E2F0D9"/>
            <w:vAlign w:val="center"/>
          </w:tcPr>
          <w:p w14:paraId="128A9BCB" w14:textId="77777777" w:rsidR="006E7A08" w:rsidRDefault="006E7A08">
            <w:pPr>
              <w:jc w:val="center"/>
            </w:pPr>
          </w:p>
        </w:tc>
        <w:tc>
          <w:tcPr>
            <w:tcW w:w="0" w:type="auto"/>
            <w:vMerge/>
            <w:shd w:val="clear" w:color="auto" w:fill="E2F0D9"/>
            <w:vAlign w:val="center"/>
          </w:tcPr>
          <w:p w14:paraId="6A876707" w14:textId="77777777" w:rsidR="006E7A08" w:rsidRDefault="006E7A08">
            <w:pPr>
              <w:jc w:val="center"/>
            </w:pPr>
          </w:p>
        </w:tc>
        <w:tc>
          <w:tcPr>
            <w:tcW w:w="0" w:type="auto"/>
            <w:shd w:val="clear" w:color="auto" w:fill="E2F0D9"/>
            <w:vAlign w:val="center"/>
          </w:tcPr>
          <w:p w14:paraId="67885ECB" w14:textId="77777777" w:rsidR="006E7A08" w:rsidRDefault="00267E76">
            <w:pPr>
              <w:jc w:val="center"/>
            </w:pPr>
            <w:r>
              <w:rPr>
                <w:b/>
              </w:rPr>
              <w:t>УПК № 1</w:t>
            </w:r>
          </w:p>
        </w:tc>
        <w:tc>
          <w:tcPr>
            <w:tcW w:w="0" w:type="auto"/>
            <w:shd w:val="clear" w:color="auto" w:fill="E2F0D9"/>
            <w:vAlign w:val="center"/>
          </w:tcPr>
          <w:p w14:paraId="75A9771F" w14:textId="77777777" w:rsidR="006E7A08" w:rsidRDefault="00267E76">
            <w:pPr>
              <w:jc w:val="center"/>
            </w:pPr>
            <w:r>
              <w:rPr>
                <w:b/>
              </w:rPr>
              <w:t>УПК № 2 Шалым</w:t>
            </w:r>
          </w:p>
        </w:tc>
        <w:tc>
          <w:tcPr>
            <w:tcW w:w="0" w:type="auto"/>
            <w:shd w:val="clear" w:color="auto" w:fill="E2F0D9"/>
            <w:vAlign w:val="center"/>
          </w:tcPr>
          <w:p w14:paraId="014BD741" w14:textId="77777777" w:rsidR="006E7A08" w:rsidRDefault="00267E76">
            <w:pPr>
              <w:jc w:val="center"/>
            </w:pPr>
            <w:r>
              <w:rPr>
                <w:b/>
              </w:rPr>
              <w:t>УПК № 2 ЦМК</w:t>
            </w:r>
          </w:p>
        </w:tc>
        <w:tc>
          <w:tcPr>
            <w:tcW w:w="0" w:type="auto"/>
            <w:shd w:val="clear" w:color="auto" w:fill="E2F0D9"/>
            <w:vAlign w:val="center"/>
          </w:tcPr>
          <w:p w14:paraId="558D76CF" w14:textId="77777777" w:rsidR="006E7A08" w:rsidRDefault="00267E76">
            <w:pPr>
              <w:jc w:val="center"/>
            </w:pPr>
            <w:r>
              <w:rPr>
                <w:b/>
              </w:rPr>
              <w:t>УПК № 9 ГРЭ</w:t>
            </w:r>
          </w:p>
        </w:tc>
        <w:tc>
          <w:tcPr>
            <w:tcW w:w="0" w:type="auto"/>
            <w:shd w:val="clear" w:color="auto" w:fill="E2F0D9"/>
            <w:vAlign w:val="center"/>
          </w:tcPr>
          <w:p w14:paraId="2F13C4C2" w14:textId="77777777" w:rsidR="006E7A08" w:rsidRDefault="00267E76">
            <w:pPr>
              <w:jc w:val="center"/>
            </w:pPr>
            <w:r>
              <w:rPr>
                <w:b/>
              </w:rPr>
              <w:t>УПК № 5 Новый Шерегеш</w:t>
            </w:r>
          </w:p>
        </w:tc>
        <w:tc>
          <w:tcPr>
            <w:tcW w:w="0" w:type="auto"/>
            <w:shd w:val="clear" w:color="auto" w:fill="E2F0D9"/>
            <w:vAlign w:val="center"/>
          </w:tcPr>
          <w:p w14:paraId="24701873" w14:textId="77777777" w:rsidR="006E7A08" w:rsidRDefault="00267E76">
            <w:pPr>
              <w:jc w:val="center"/>
            </w:pPr>
            <w:r>
              <w:rPr>
                <w:b/>
              </w:rPr>
              <w:t>УПК № 6 Старый Шерегеш</w:t>
            </w:r>
          </w:p>
        </w:tc>
        <w:tc>
          <w:tcPr>
            <w:tcW w:w="0" w:type="auto"/>
            <w:shd w:val="clear" w:color="auto" w:fill="E2F0D9"/>
            <w:vAlign w:val="center"/>
          </w:tcPr>
          <w:p w14:paraId="7B66C2AC" w14:textId="77777777" w:rsidR="006E7A08" w:rsidRDefault="00267E76">
            <w:pPr>
              <w:jc w:val="center"/>
            </w:pPr>
            <w:r>
              <w:rPr>
                <w:b/>
              </w:rPr>
              <w:t>УПК № 7 Каз</w:t>
            </w:r>
          </w:p>
        </w:tc>
        <w:tc>
          <w:tcPr>
            <w:tcW w:w="0" w:type="auto"/>
            <w:shd w:val="clear" w:color="auto" w:fill="E2F0D9"/>
            <w:vAlign w:val="center"/>
          </w:tcPr>
          <w:p w14:paraId="30474AF4" w14:textId="77777777" w:rsidR="006E7A08" w:rsidRDefault="00267E76">
            <w:pPr>
              <w:jc w:val="center"/>
            </w:pPr>
            <w:r>
              <w:rPr>
                <w:b/>
              </w:rPr>
              <w:t>УПК № 8 Мундыбаш</w:t>
            </w:r>
          </w:p>
        </w:tc>
        <w:tc>
          <w:tcPr>
            <w:tcW w:w="0" w:type="auto"/>
            <w:shd w:val="clear" w:color="auto" w:fill="E2F0D9"/>
            <w:vAlign w:val="center"/>
          </w:tcPr>
          <w:p w14:paraId="3A133FE4" w14:textId="77777777" w:rsidR="006E7A08" w:rsidRDefault="00267E76">
            <w:pPr>
              <w:jc w:val="center"/>
            </w:pPr>
            <w:r>
              <w:rPr>
                <w:b/>
              </w:rPr>
              <w:t>УПК № 10 Темир-Тау</w:t>
            </w:r>
          </w:p>
        </w:tc>
        <w:tc>
          <w:tcPr>
            <w:tcW w:w="0" w:type="auto"/>
            <w:shd w:val="clear" w:color="auto" w:fill="E2F0D9"/>
            <w:vAlign w:val="center"/>
          </w:tcPr>
          <w:p w14:paraId="0F86F216" w14:textId="77777777" w:rsidR="006E7A08" w:rsidRDefault="00267E76">
            <w:pPr>
              <w:jc w:val="center"/>
            </w:pPr>
            <w:r>
              <w:rPr>
                <w:b/>
              </w:rPr>
              <w:t>УПК № 3 Спасск</w:t>
            </w:r>
          </w:p>
        </w:tc>
        <w:tc>
          <w:tcPr>
            <w:tcW w:w="0" w:type="auto"/>
            <w:shd w:val="clear" w:color="auto" w:fill="E2F0D9"/>
            <w:vAlign w:val="center"/>
          </w:tcPr>
          <w:p w14:paraId="4701EAD1" w14:textId="77777777" w:rsidR="006E7A08" w:rsidRDefault="006E7A08">
            <w:pPr>
              <w:jc w:val="center"/>
            </w:pPr>
          </w:p>
        </w:tc>
      </w:tr>
      <w:tr w:rsidR="006E7A08" w14:paraId="2864A671" w14:textId="77777777">
        <w:trPr>
          <w:cantSplit/>
          <w:tblHeader/>
          <w:jc w:val="center"/>
        </w:trPr>
        <w:tc>
          <w:tcPr>
            <w:tcW w:w="0" w:type="auto"/>
            <w:shd w:val="clear" w:color="auto" w:fill="F2F2F2"/>
            <w:vAlign w:val="center"/>
          </w:tcPr>
          <w:p w14:paraId="492DE620" w14:textId="77777777" w:rsidR="006E7A08" w:rsidRDefault="00267E76">
            <w:pPr>
              <w:jc w:val="center"/>
            </w:pPr>
            <w:r>
              <w:t>1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00E22E99" w14:textId="77777777" w:rsidR="006E7A08" w:rsidRDefault="00267E76">
            <w:pPr>
              <w:jc w:val="center"/>
            </w:pPr>
            <w:r>
              <w:t>2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00225650" w14:textId="77777777" w:rsidR="006E7A08" w:rsidRDefault="00267E76">
            <w:pPr>
              <w:jc w:val="center"/>
            </w:pPr>
            <w:r>
              <w:t>3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4055ED6A" w14:textId="77777777" w:rsidR="006E7A08" w:rsidRDefault="00267E76">
            <w:pPr>
              <w:jc w:val="center"/>
            </w:pPr>
            <w:r>
              <w:t>4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3B81E33F" w14:textId="77777777" w:rsidR="006E7A08" w:rsidRDefault="00267E76">
            <w:pPr>
              <w:jc w:val="center"/>
            </w:pPr>
            <w:r>
              <w:t>5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00F7ACE6" w14:textId="77777777" w:rsidR="006E7A08" w:rsidRDefault="00267E76">
            <w:pPr>
              <w:jc w:val="center"/>
            </w:pPr>
            <w:r>
              <w:t>6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38B0B232" w14:textId="77777777" w:rsidR="006E7A08" w:rsidRDefault="00267E76">
            <w:pPr>
              <w:jc w:val="center"/>
            </w:pPr>
            <w:r>
              <w:t>7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6DB0FC4F" w14:textId="77777777" w:rsidR="006E7A08" w:rsidRDefault="00267E76">
            <w:pPr>
              <w:jc w:val="center"/>
            </w:pPr>
            <w:r>
              <w:t>8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39CC4754" w14:textId="77777777" w:rsidR="006E7A08" w:rsidRDefault="00267E76">
            <w:pPr>
              <w:jc w:val="center"/>
            </w:pPr>
            <w:r>
              <w:t>9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6CD93941" w14:textId="77777777" w:rsidR="006E7A08" w:rsidRDefault="00267E76">
            <w:pPr>
              <w:jc w:val="center"/>
            </w:pPr>
            <w:r>
              <w:t>10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6476675A" w14:textId="77777777" w:rsidR="006E7A08" w:rsidRDefault="00267E76">
            <w:pPr>
              <w:jc w:val="center"/>
            </w:pPr>
            <w:r>
              <w:t>11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2D67C189" w14:textId="77777777" w:rsidR="006E7A08" w:rsidRDefault="00267E76">
            <w:pPr>
              <w:jc w:val="center"/>
            </w:pPr>
            <w:r>
              <w:t>12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00787672" w14:textId="77777777" w:rsidR="006E7A08" w:rsidRDefault="00267E76">
            <w:pPr>
              <w:jc w:val="center"/>
            </w:pPr>
            <w:r>
              <w:t>13</w:t>
            </w:r>
          </w:p>
        </w:tc>
      </w:tr>
      <w:tr w:rsidR="006E7A08" w14:paraId="20636227" w14:textId="77777777">
        <w:trPr>
          <w:cantSplit/>
          <w:jc w:val="center"/>
        </w:trPr>
        <w:tc>
          <w:tcPr>
            <w:tcW w:w="0" w:type="auto"/>
          </w:tcPr>
          <w:p w14:paraId="38520B47" w14:textId="77777777" w:rsidR="006E7A08" w:rsidRDefault="00267E76">
            <w:pPr>
              <w:jc w:val="center"/>
            </w:pPr>
            <w:r>
              <w:t>1</w:t>
            </w:r>
          </w:p>
        </w:tc>
        <w:tc>
          <w:tcPr>
            <w:tcW w:w="0" w:type="auto"/>
          </w:tcPr>
          <w:p w14:paraId="3E877A0C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Годовое потребление тепловой энергии потребителями в 2026 году</w:t>
            </w:r>
          </w:p>
        </w:tc>
        <w:tc>
          <w:tcPr>
            <w:tcW w:w="0" w:type="auto"/>
          </w:tcPr>
          <w:p w14:paraId="6E61F905" w14:textId="77777777" w:rsidR="006E7A08" w:rsidRDefault="00267E76">
            <w:pPr>
              <w:jc w:val="center"/>
            </w:pPr>
            <w:r>
              <w:t>215 899,4</w:t>
            </w:r>
          </w:p>
        </w:tc>
        <w:tc>
          <w:tcPr>
            <w:tcW w:w="0" w:type="auto"/>
          </w:tcPr>
          <w:p w14:paraId="3F9B2CC7" w14:textId="77777777" w:rsidR="006E7A08" w:rsidRDefault="00267E76">
            <w:pPr>
              <w:jc w:val="center"/>
            </w:pPr>
            <w:r>
              <w:t>12 328,9</w:t>
            </w:r>
          </w:p>
        </w:tc>
        <w:tc>
          <w:tcPr>
            <w:tcW w:w="0" w:type="auto"/>
          </w:tcPr>
          <w:p w14:paraId="3F11A0CA" w14:textId="77777777" w:rsidR="006E7A08" w:rsidRDefault="00267E76">
            <w:pPr>
              <w:jc w:val="center"/>
            </w:pPr>
            <w:r>
              <w:t>4 900,0</w:t>
            </w:r>
          </w:p>
        </w:tc>
        <w:tc>
          <w:tcPr>
            <w:tcW w:w="0" w:type="auto"/>
          </w:tcPr>
          <w:p w14:paraId="22523EB3" w14:textId="77777777" w:rsidR="006E7A08" w:rsidRDefault="00267E76">
            <w:pPr>
              <w:jc w:val="center"/>
            </w:pPr>
            <w:r>
              <w:t>1 289,0</w:t>
            </w:r>
          </w:p>
        </w:tc>
        <w:tc>
          <w:tcPr>
            <w:tcW w:w="0" w:type="auto"/>
          </w:tcPr>
          <w:p w14:paraId="483C2049" w14:textId="77777777" w:rsidR="006E7A08" w:rsidRDefault="00267E76">
            <w:pPr>
              <w:jc w:val="center"/>
            </w:pPr>
            <w:r>
              <w:t>263 537,2</w:t>
            </w:r>
          </w:p>
        </w:tc>
        <w:tc>
          <w:tcPr>
            <w:tcW w:w="0" w:type="auto"/>
          </w:tcPr>
          <w:p w14:paraId="45AF6065" w14:textId="77777777" w:rsidR="006E7A08" w:rsidRDefault="00267E76">
            <w:pPr>
              <w:jc w:val="center"/>
            </w:pPr>
            <w:r>
              <w:t>10 264,5</w:t>
            </w:r>
          </w:p>
        </w:tc>
        <w:tc>
          <w:tcPr>
            <w:tcW w:w="0" w:type="auto"/>
          </w:tcPr>
          <w:p w14:paraId="7411CE4B" w14:textId="77777777" w:rsidR="006E7A08" w:rsidRDefault="00267E76">
            <w:pPr>
              <w:jc w:val="center"/>
            </w:pPr>
            <w:r>
              <w:t>51 266,4</w:t>
            </w:r>
          </w:p>
        </w:tc>
        <w:tc>
          <w:tcPr>
            <w:tcW w:w="0" w:type="auto"/>
          </w:tcPr>
          <w:p w14:paraId="6A23F7A6" w14:textId="77777777" w:rsidR="006E7A08" w:rsidRDefault="00267E76">
            <w:pPr>
              <w:jc w:val="center"/>
            </w:pPr>
            <w:r>
              <w:t>21 408,9</w:t>
            </w:r>
          </w:p>
        </w:tc>
        <w:tc>
          <w:tcPr>
            <w:tcW w:w="0" w:type="auto"/>
          </w:tcPr>
          <w:p w14:paraId="00E0846F" w14:textId="77777777" w:rsidR="006E7A08" w:rsidRDefault="00267E76">
            <w:pPr>
              <w:jc w:val="center"/>
            </w:pPr>
            <w:r>
              <w:t>22 347,3</w:t>
            </w:r>
          </w:p>
        </w:tc>
        <w:tc>
          <w:tcPr>
            <w:tcW w:w="0" w:type="auto"/>
          </w:tcPr>
          <w:p w14:paraId="404543BB" w14:textId="77777777" w:rsidR="006E7A08" w:rsidRDefault="00267E76">
            <w:pPr>
              <w:jc w:val="center"/>
            </w:pPr>
            <w:r>
              <w:t>3 186,3</w:t>
            </w:r>
          </w:p>
        </w:tc>
        <w:tc>
          <w:tcPr>
            <w:tcW w:w="0" w:type="auto"/>
          </w:tcPr>
          <w:p w14:paraId="3C44399F" w14:textId="77777777" w:rsidR="006E7A08" w:rsidRDefault="00267E76">
            <w:pPr>
              <w:jc w:val="center"/>
            </w:pPr>
            <w:r>
              <w:t>606 427,9</w:t>
            </w:r>
          </w:p>
        </w:tc>
      </w:tr>
      <w:tr w:rsidR="006E7A08" w14:paraId="6DCCA34C" w14:textId="77777777">
        <w:trPr>
          <w:cantSplit/>
          <w:jc w:val="center"/>
        </w:trPr>
        <w:tc>
          <w:tcPr>
            <w:tcW w:w="0" w:type="auto"/>
          </w:tcPr>
          <w:p w14:paraId="1FB94065" w14:textId="77777777" w:rsidR="006E7A08" w:rsidRDefault="00267E76">
            <w:r>
              <w:t>1.1</w:t>
            </w:r>
          </w:p>
        </w:tc>
        <w:tc>
          <w:tcPr>
            <w:tcW w:w="0" w:type="auto"/>
          </w:tcPr>
          <w:p w14:paraId="20E82E72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Изменение годового потребления в период 2026–2031 гг.</w:t>
            </w:r>
          </w:p>
        </w:tc>
        <w:tc>
          <w:tcPr>
            <w:tcW w:w="0" w:type="auto"/>
          </w:tcPr>
          <w:p w14:paraId="064A9765" w14:textId="77777777" w:rsidR="006E7A08" w:rsidRDefault="00267E76">
            <w:pPr>
              <w:jc w:val="center"/>
            </w:pPr>
            <w:r>
              <w:t>237,3</w:t>
            </w:r>
          </w:p>
        </w:tc>
        <w:tc>
          <w:tcPr>
            <w:tcW w:w="0" w:type="auto"/>
          </w:tcPr>
          <w:p w14:paraId="769EB835" w14:textId="77777777" w:rsidR="006E7A08" w:rsidRDefault="00267E76">
            <w:pPr>
              <w:jc w:val="center"/>
            </w:pPr>
            <w:r>
              <w:t>0,0</w:t>
            </w:r>
          </w:p>
        </w:tc>
        <w:tc>
          <w:tcPr>
            <w:tcW w:w="0" w:type="auto"/>
          </w:tcPr>
          <w:p w14:paraId="420DC423" w14:textId="77777777" w:rsidR="006E7A08" w:rsidRDefault="00267E76">
            <w:pPr>
              <w:jc w:val="center"/>
            </w:pPr>
            <w:r>
              <w:t>585,0</w:t>
            </w:r>
          </w:p>
        </w:tc>
        <w:tc>
          <w:tcPr>
            <w:tcW w:w="0" w:type="auto"/>
          </w:tcPr>
          <w:p w14:paraId="252A485C" w14:textId="77777777" w:rsidR="006E7A08" w:rsidRDefault="00267E76">
            <w:pPr>
              <w:jc w:val="center"/>
            </w:pPr>
            <w:r>
              <w:t>0,0</w:t>
            </w:r>
          </w:p>
        </w:tc>
        <w:tc>
          <w:tcPr>
            <w:tcW w:w="0" w:type="auto"/>
          </w:tcPr>
          <w:p w14:paraId="6226BC80" w14:textId="77777777" w:rsidR="006E7A08" w:rsidRDefault="00267E76">
            <w:pPr>
              <w:jc w:val="center"/>
            </w:pPr>
            <w:r>
              <w:t>174 386,8</w:t>
            </w:r>
          </w:p>
        </w:tc>
        <w:tc>
          <w:tcPr>
            <w:tcW w:w="0" w:type="auto"/>
          </w:tcPr>
          <w:p w14:paraId="031A547E" w14:textId="77777777" w:rsidR="006E7A08" w:rsidRDefault="00267E76">
            <w:pPr>
              <w:jc w:val="center"/>
            </w:pPr>
            <w:r>
              <w:t>230,6</w:t>
            </w:r>
          </w:p>
        </w:tc>
        <w:tc>
          <w:tcPr>
            <w:tcW w:w="0" w:type="auto"/>
          </w:tcPr>
          <w:p w14:paraId="24281F05" w14:textId="77777777" w:rsidR="006E7A08" w:rsidRDefault="00267E76">
            <w:pPr>
              <w:jc w:val="center"/>
            </w:pPr>
            <w:r>
              <w:t>255,0</w:t>
            </w:r>
          </w:p>
        </w:tc>
        <w:tc>
          <w:tcPr>
            <w:tcW w:w="0" w:type="auto"/>
          </w:tcPr>
          <w:p w14:paraId="323AD3F8" w14:textId="77777777" w:rsidR="006E7A08" w:rsidRDefault="00267E76">
            <w:pPr>
              <w:jc w:val="center"/>
            </w:pPr>
            <w:r>
              <w:t>0,0</w:t>
            </w:r>
          </w:p>
        </w:tc>
        <w:tc>
          <w:tcPr>
            <w:tcW w:w="0" w:type="auto"/>
          </w:tcPr>
          <w:p w14:paraId="15E290B6" w14:textId="77777777" w:rsidR="006E7A08" w:rsidRDefault="00267E76">
            <w:pPr>
              <w:jc w:val="center"/>
            </w:pPr>
            <w:r>
              <w:t>0,0</w:t>
            </w:r>
          </w:p>
        </w:tc>
        <w:tc>
          <w:tcPr>
            <w:tcW w:w="0" w:type="auto"/>
          </w:tcPr>
          <w:p w14:paraId="2FD651C3" w14:textId="77777777" w:rsidR="006E7A08" w:rsidRDefault="00267E76">
            <w:pPr>
              <w:jc w:val="center"/>
            </w:pPr>
            <w:r>
              <w:t>23,0</w:t>
            </w:r>
          </w:p>
        </w:tc>
        <w:tc>
          <w:tcPr>
            <w:tcW w:w="0" w:type="auto"/>
          </w:tcPr>
          <w:p w14:paraId="4C0B6FCB" w14:textId="77777777" w:rsidR="006E7A08" w:rsidRDefault="00267E76">
            <w:pPr>
              <w:jc w:val="center"/>
            </w:pPr>
            <w:r>
              <w:t>175 717,7</w:t>
            </w:r>
          </w:p>
        </w:tc>
      </w:tr>
      <w:tr w:rsidR="006E7A08" w14:paraId="485946B7" w14:textId="77777777">
        <w:trPr>
          <w:cantSplit/>
          <w:jc w:val="center"/>
        </w:trPr>
        <w:tc>
          <w:tcPr>
            <w:tcW w:w="0" w:type="auto"/>
          </w:tcPr>
          <w:p w14:paraId="5EA191AB" w14:textId="77777777" w:rsidR="006E7A08" w:rsidRDefault="00267E76">
            <w:pPr>
              <w:jc w:val="center"/>
            </w:pPr>
            <w:r>
              <w:t>2</w:t>
            </w:r>
          </w:p>
        </w:tc>
        <w:tc>
          <w:tcPr>
            <w:tcW w:w="0" w:type="auto"/>
          </w:tcPr>
          <w:p w14:paraId="775E3F15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Годовое потребление тепловой энергии потребителями в 2031 году</w:t>
            </w:r>
          </w:p>
        </w:tc>
        <w:tc>
          <w:tcPr>
            <w:tcW w:w="0" w:type="auto"/>
          </w:tcPr>
          <w:p w14:paraId="75A71365" w14:textId="77777777" w:rsidR="006E7A08" w:rsidRDefault="00267E76">
            <w:pPr>
              <w:jc w:val="center"/>
            </w:pPr>
            <w:r>
              <w:t>216 136,7</w:t>
            </w:r>
          </w:p>
        </w:tc>
        <w:tc>
          <w:tcPr>
            <w:tcW w:w="0" w:type="auto"/>
          </w:tcPr>
          <w:p w14:paraId="259FF2D1" w14:textId="77777777" w:rsidR="006E7A08" w:rsidRDefault="00267E76">
            <w:pPr>
              <w:jc w:val="center"/>
            </w:pPr>
            <w:r>
              <w:t>12 328,9</w:t>
            </w:r>
          </w:p>
        </w:tc>
        <w:tc>
          <w:tcPr>
            <w:tcW w:w="0" w:type="auto"/>
          </w:tcPr>
          <w:p w14:paraId="04330FC6" w14:textId="77777777" w:rsidR="006E7A08" w:rsidRDefault="00267E76">
            <w:pPr>
              <w:jc w:val="center"/>
            </w:pPr>
            <w:r>
              <w:t>5 485,0</w:t>
            </w:r>
          </w:p>
        </w:tc>
        <w:tc>
          <w:tcPr>
            <w:tcW w:w="0" w:type="auto"/>
          </w:tcPr>
          <w:p w14:paraId="35F0DC39" w14:textId="77777777" w:rsidR="006E7A08" w:rsidRDefault="00267E76">
            <w:pPr>
              <w:jc w:val="center"/>
            </w:pPr>
            <w:r>
              <w:t>1 289,0</w:t>
            </w:r>
          </w:p>
        </w:tc>
        <w:tc>
          <w:tcPr>
            <w:tcW w:w="0" w:type="auto"/>
          </w:tcPr>
          <w:p w14:paraId="743D4082" w14:textId="77777777" w:rsidR="006E7A08" w:rsidRDefault="00267E76">
            <w:pPr>
              <w:jc w:val="center"/>
            </w:pPr>
            <w:r>
              <w:t>437 924,0</w:t>
            </w:r>
          </w:p>
        </w:tc>
        <w:tc>
          <w:tcPr>
            <w:tcW w:w="0" w:type="auto"/>
          </w:tcPr>
          <w:p w14:paraId="6CE0B834" w14:textId="77777777" w:rsidR="006E7A08" w:rsidRDefault="00267E76">
            <w:pPr>
              <w:jc w:val="center"/>
            </w:pPr>
            <w:r>
              <w:t>10 495,1</w:t>
            </w:r>
          </w:p>
        </w:tc>
        <w:tc>
          <w:tcPr>
            <w:tcW w:w="0" w:type="auto"/>
          </w:tcPr>
          <w:p w14:paraId="0407A233" w14:textId="77777777" w:rsidR="006E7A08" w:rsidRDefault="00267E76">
            <w:pPr>
              <w:jc w:val="center"/>
            </w:pPr>
            <w:r>
              <w:t>51 521,4</w:t>
            </w:r>
          </w:p>
        </w:tc>
        <w:tc>
          <w:tcPr>
            <w:tcW w:w="0" w:type="auto"/>
          </w:tcPr>
          <w:p w14:paraId="33E62305" w14:textId="77777777" w:rsidR="006E7A08" w:rsidRDefault="00267E76">
            <w:pPr>
              <w:jc w:val="center"/>
            </w:pPr>
            <w:r>
              <w:t>21 408,9</w:t>
            </w:r>
          </w:p>
        </w:tc>
        <w:tc>
          <w:tcPr>
            <w:tcW w:w="0" w:type="auto"/>
          </w:tcPr>
          <w:p w14:paraId="1EDA3BE7" w14:textId="77777777" w:rsidR="006E7A08" w:rsidRDefault="00267E76">
            <w:pPr>
              <w:jc w:val="center"/>
            </w:pPr>
            <w:r>
              <w:t>22 347,3</w:t>
            </w:r>
          </w:p>
        </w:tc>
        <w:tc>
          <w:tcPr>
            <w:tcW w:w="0" w:type="auto"/>
          </w:tcPr>
          <w:p w14:paraId="3538D287" w14:textId="77777777" w:rsidR="006E7A08" w:rsidRDefault="00267E76">
            <w:pPr>
              <w:jc w:val="center"/>
            </w:pPr>
            <w:r>
              <w:t>3 209,3</w:t>
            </w:r>
          </w:p>
        </w:tc>
        <w:tc>
          <w:tcPr>
            <w:tcW w:w="0" w:type="auto"/>
          </w:tcPr>
          <w:p w14:paraId="5FF15511" w14:textId="77777777" w:rsidR="006E7A08" w:rsidRDefault="00267E76">
            <w:pPr>
              <w:jc w:val="center"/>
            </w:pPr>
            <w:r>
              <w:t>782 145,6</w:t>
            </w:r>
          </w:p>
        </w:tc>
      </w:tr>
      <w:tr w:rsidR="006E7A08" w14:paraId="51E48441" w14:textId="77777777">
        <w:trPr>
          <w:cantSplit/>
          <w:jc w:val="center"/>
        </w:trPr>
        <w:tc>
          <w:tcPr>
            <w:tcW w:w="0" w:type="auto"/>
          </w:tcPr>
          <w:p w14:paraId="23FAB6A5" w14:textId="77777777" w:rsidR="006E7A08" w:rsidRDefault="00267E76">
            <w:r>
              <w:t>2.1</w:t>
            </w:r>
          </w:p>
        </w:tc>
        <w:tc>
          <w:tcPr>
            <w:tcW w:w="0" w:type="auto"/>
          </w:tcPr>
          <w:p w14:paraId="643D9B73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Изменение годового потребления в период 2031–2036 гг.</w:t>
            </w:r>
          </w:p>
        </w:tc>
        <w:tc>
          <w:tcPr>
            <w:tcW w:w="0" w:type="auto"/>
          </w:tcPr>
          <w:p w14:paraId="2A817DDE" w14:textId="77777777" w:rsidR="006E7A08" w:rsidRDefault="00267E76">
            <w:pPr>
              <w:jc w:val="center"/>
            </w:pPr>
            <w:r>
              <w:t>0,0</w:t>
            </w:r>
          </w:p>
        </w:tc>
        <w:tc>
          <w:tcPr>
            <w:tcW w:w="0" w:type="auto"/>
          </w:tcPr>
          <w:p w14:paraId="44C6877D" w14:textId="77777777" w:rsidR="006E7A08" w:rsidRDefault="00267E76">
            <w:pPr>
              <w:jc w:val="center"/>
            </w:pPr>
            <w:r>
              <w:t>0,0</w:t>
            </w:r>
          </w:p>
        </w:tc>
        <w:tc>
          <w:tcPr>
            <w:tcW w:w="0" w:type="auto"/>
          </w:tcPr>
          <w:p w14:paraId="0F489816" w14:textId="77777777" w:rsidR="006E7A08" w:rsidRDefault="00267E76">
            <w:pPr>
              <w:jc w:val="center"/>
            </w:pPr>
            <w:r>
              <w:t>0,0</w:t>
            </w:r>
          </w:p>
        </w:tc>
        <w:tc>
          <w:tcPr>
            <w:tcW w:w="0" w:type="auto"/>
          </w:tcPr>
          <w:p w14:paraId="6EFF3704" w14:textId="77777777" w:rsidR="006E7A08" w:rsidRDefault="00267E76">
            <w:pPr>
              <w:jc w:val="center"/>
            </w:pPr>
            <w:r>
              <w:t>0,0</w:t>
            </w:r>
          </w:p>
        </w:tc>
        <w:tc>
          <w:tcPr>
            <w:tcW w:w="0" w:type="auto"/>
          </w:tcPr>
          <w:p w14:paraId="4FEE890A" w14:textId="77777777" w:rsidR="006E7A08" w:rsidRDefault="00267E76">
            <w:pPr>
              <w:jc w:val="center"/>
            </w:pPr>
            <w:r>
              <w:t>0,0</w:t>
            </w:r>
          </w:p>
        </w:tc>
        <w:tc>
          <w:tcPr>
            <w:tcW w:w="0" w:type="auto"/>
          </w:tcPr>
          <w:p w14:paraId="0D0C36C1" w14:textId="77777777" w:rsidR="006E7A08" w:rsidRDefault="00267E76">
            <w:pPr>
              <w:jc w:val="center"/>
            </w:pPr>
            <w:r>
              <w:t>0,0</w:t>
            </w:r>
          </w:p>
        </w:tc>
        <w:tc>
          <w:tcPr>
            <w:tcW w:w="0" w:type="auto"/>
          </w:tcPr>
          <w:p w14:paraId="289D2FBB" w14:textId="77777777" w:rsidR="006E7A08" w:rsidRDefault="00267E76">
            <w:pPr>
              <w:jc w:val="center"/>
            </w:pPr>
            <w:r>
              <w:t>0,0</w:t>
            </w:r>
          </w:p>
        </w:tc>
        <w:tc>
          <w:tcPr>
            <w:tcW w:w="0" w:type="auto"/>
          </w:tcPr>
          <w:p w14:paraId="313CD374" w14:textId="77777777" w:rsidR="006E7A08" w:rsidRDefault="00267E76">
            <w:pPr>
              <w:jc w:val="center"/>
            </w:pPr>
            <w:r>
              <w:t>0,0</w:t>
            </w:r>
          </w:p>
        </w:tc>
        <w:tc>
          <w:tcPr>
            <w:tcW w:w="0" w:type="auto"/>
          </w:tcPr>
          <w:p w14:paraId="0588DDAA" w14:textId="77777777" w:rsidR="006E7A08" w:rsidRDefault="00267E76">
            <w:pPr>
              <w:jc w:val="center"/>
            </w:pPr>
            <w:r>
              <w:t>0,0</w:t>
            </w:r>
          </w:p>
        </w:tc>
        <w:tc>
          <w:tcPr>
            <w:tcW w:w="0" w:type="auto"/>
          </w:tcPr>
          <w:p w14:paraId="6EAC7209" w14:textId="77777777" w:rsidR="006E7A08" w:rsidRDefault="00267E76">
            <w:pPr>
              <w:jc w:val="center"/>
            </w:pPr>
            <w:r>
              <w:t>0,0</w:t>
            </w:r>
          </w:p>
        </w:tc>
        <w:tc>
          <w:tcPr>
            <w:tcW w:w="0" w:type="auto"/>
          </w:tcPr>
          <w:p w14:paraId="689FB4B5" w14:textId="77777777" w:rsidR="006E7A08" w:rsidRDefault="00267E76">
            <w:pPr>
              <w:jc w:val="center"/>
            </w:pPr>
            <w:r>
              <w:t>0,0</w:t>
            </w:r>
          </w:p>
        </w:tc>
      </w:tr>
      <w:tr w:rsidR="006E7A08" w14:paraId="3B167DE2" w14:textId="77777777">
        <w:trPr>
          <w:cantSplit/>
          <w:jc w:val="center"/>
        </w:trPr>
        <w:tc>
          <w:tcPr>
            <w:tcW w:w="0" w:type="auto"/>
          </w:tcPr>
          <w:p w14:paraId="46B29F29" w14:textId="77777777" w:rsidR="006E7A08" w:rsidRDefault="00267E76">
            <w:pPr>
              <w:jc w:val="center"/>
            </w:pPr>
            <w:r>
              <w:t>3</w:t>
            </w:r>
          </w:p>
        </w:tc>
        <w:tc>
          <w:tcPr>
            <w:tcW w:w="0" w:type="auto"/>
          </w:tcPr>
          <w:p w14:paraId="4D90B0CD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Годовое потребление тепловой энергии потребителями в 2036 году</w:t>
            </w:r>
          </w:p>
        </w:tc>
        <w:tc>
          <w:tcPr>
            <w:tcW w:w="0" w:type="auto"/>
          </w:tcPr>
          <w:p w14:paraId="42DB7832" w14:textId="77777777" w:rsidR="006E7A08" w:rsidRDefault="00267E76">
            <w:pPr>
              <w:jc w:val="center"/>
            </w:pPr>
            <w:r>
              <w:t>216 136,7</w:t>
            </w:r>
          </w:p>
        </w:tc>
        <w:tc>
          <w:tcPr>
            <w:tcW w:w="0" w:type="auto"/>
          </w:tcPr>
          <w:p w14:paraId="789EFA31" w14:textId="77777777" w:rsidR="006E7A08" w:rsidRDefault="00267E76">
            <w:pPr>
              <w:jc w:val="center"/>
            </w:pPr>
            <w:r>
              <w:t>12 328,9</w:t>
            </w:r>
          </w:p>
        </w:tc>
        <w:tc>
          <w:tcPr>
            <w:tcW w:w="0" w:type="auto"/>
          </w:tcPr>
          <w:p w14:paraId="05F11673" w14:textId="77777777" w:rsidR="006E7A08" w:rsidRDefault="00267E76">
            <w:pPr>
              <w:jc w:val="center"/>
            </w:pPr>
            <w:r>
              <w:t>5 485,0</w:t>
            </w:r>
          </w:p>
        </w:tc>
        <w:tc>
          <w:tcPr>
            <w:tcW w:w="0" w:type="auto"/>
          </w:tcPr>
          <w:p w14:paraId="0CF6FBF1" w14:textId="77777777" w:rsidR="006E7A08" w:rsidRDefault="00267E76">
            <w:pPr>
              <w:jc w:val="center"/>
            </w:pPr>
            <w:r>
              <w:t>1 289,0</w:t>
            </w:r>
          </w:p>
        </w:tc>
        <w:tc>
          <w:tcPr>
            <w:tcW w:w="0" w:type="auto"/>
          </w:tcPr>
          <w:p w14:paraId="7A2C0EEF" w14:textId="77777777" w:rsidR="006E7A08" w:rsidRDefault="00267E76">
            <w:pPr>
              <w:jc w:val="center"/>
            </w:pPr>
            <w:r>
              <w:t>437 924,0</w:t>
            </w:r>
          </w:p>
        </w:tc>
        <w:tc>
          <w:tcPr>
            <w:tcW w:w="0" w:type="auto"/>
          </w:tcPr>
          <w:p w14:paraId="0745E47C" w14:textId="77777777" w:rsidR="006E7A08" w:rsidRDefault="00267E76">
            <w:pPr>
              <w:jc w:val="center"/>
            </w:pPr>
            <w:r>
              <w:t>10 495,1</w:t>
            </w:r>
          </w:p>
        </w:tc>
        <w:tc>
          <w:tcPr>
            <w:tcW w:w="0" w:type="auto"/>
          </w:tcPr>
          <w:p w14:paraId="1F5B0DB0" w14:textId="77777777" w:rsidR="006E7A08" w:rsidRDefault="00267E76">
            <w:pPr>
              <w:jc w:val="center"/>
            </w:pPr>
            <w:r>
              <w:t>51 521,4</w:t>
            </w:r>
          </w:p>
        </w:tc>
        <w:tc>
          <w:tcPr>
            <w:tcW w:w="0" w:type="auto"/>
          </w:tcPr>
          <w:p w14:paraId="0328EBF6" w14:textId="77777777" w:rsidR="006E7A08" w:rsidRDefault="00267E76">
            <w:pPr>
              <w:jc w:val="center"/>
            </w:pPr>
            <w:r>
              <w:t>21 408,9</w:t>
            </w:r>
          </w:p>
        </w:tc>
        <w:tc>
          <w:tcPr>
            <w:tcW w:w="0" w:type="auto"/>
          </w:tcPr>
          <w:p w14:paraId="53F0F9BC" w14:textId="77777777" w:rsidR="006E7A08" w:rsidRDefault="00267E76">
            <w:pPr>
              <w:jc w:val="center"/>
            </w:pPr>
            <w:r>
              <w:t>22 347,3</w:t>
            </w:r>
          </w:p>
        </w:tc>
        <w:tc>
          <w:tcPr>
            <w:tcW w:w="0" w:type="auto"/>
          </w:tcPr>
          <w:p w14:paraId="5EA97212" w14:textId="77777777" w:rsidR="006E7A08" w:rsidRDefault="00267E76">
            <w:pPr>
              <w:jc w:val="center"/>
            </w:pPr>
            <w:r>
              <w:t>3 209,3</w:t>
            </w:r>
          </w:p>
        </w:tc>
        <w:tc>
          <w:tcPr>
            <w:tcW w:w="0" w:type="auto"/>
          </w:tcPr>
          <w:p w14:paraId="258A060A" w14:textId="77777777" w:rsidR="006E7A08" w:rsidRDefault="00267E76">
            <w:pPr>
              <w:jc w:val="center"/>
            </w:pPr>
            <w:r>
              <w:t>782 145,6</w:t>
            </w:r>
          </w:p>
        </w:tc>
      </w:tr>
    </w:tbl>
    <w:p w14:paraId="68E80F2E" w14:textId="77777777" w:rsidR="006E7A08" w:rsidRPr="001D7D92" w:rsidRDefault="00267E76">
      <w:pPr>
        <w:spacing w:after="0"/>
        <w:ind w:firstLine="709"/>
        <w:jc w:val="both"/>
        <w:rPr>
          <w:lang w:val="ru-RU"/>
        </w:rPr>
      </w:pPr>
      <w:r w:rsidRPr="001D7D92">
        <w:rPr>
          <w:lang w:val="ru-RU"/>
        </w:rPr>
        <w:t>1. Показатели рассчитываются формулами листа «Таблица 1.6» расчётной книги по каждому источнику отдельно (отопление + вентиляция + ГВС + пар). Литеральных значений потребления в таблице нет; изменение исходных данных листа «Таблица 1.6» расчётной книги протягивается автоматически.</w:t>
      </w:r>
    </w:p>
    <w:p w14:paraId="299B4DE0" w14:textId="77777777" w:rsidR="006E7A08" w:rsidRPr="001D7D92" w:rsidRDefault="00267E76">
      <w:pPr>
        <w:spacing w:after="0"/>
        <w:ind w:firstLine="709"/>
        <w:jc w:val="both"/>
        <w:rPr>
          <w:lang w:val="ru-RU"/>
        </w:rPr>
      </w:pPr>
      <w:r w:rsidRPr="001D7D92">
        <w:rPr>
          <w:lang w:val="ru-RU"/>
        </w:rPr>
        <w:t>2. Таблица построена по десяти действующим источникам. Котельные «УПК № 4 Калинина», «УПК № 11 Мундыбаш, ул. Вокзальная» и «УПК № 12 Мундыбаш, ул. Школьная» выведены из эксплуатации и в расчётном периоде 2026–2036 гг. не участвуют.</w:t>
      </w:r>
    </w:p>
    <w:p w14:paraId="46074F02" w14:textId="77777777" w:rsidR="007052A3" w:rsidRPr="00326225" w:rsidRDefault="00C03AD5">
      <w:pPr>
        <w:pStyle w:val="31"/>
        <w:rPr>
          <w:sz w:val="28"/>
          <w:szCs w:val="28"/>
          <w:lang w:val="ru-RU"/>
        </w:rPr>
      </w:pPr>
      <w:r w:rsidRPr="00326225">
        <w:rPr>
          <w:sz w:val="28"/>
          <w:szCs w:val="28"/>
          <w:lang w:val="ru-RU"/>
        </w:rPr>
        <w:t>1.6.1. Структура тепловых нагрузок по видам потребления</w:t>
      </w:r>
    </w:p>
    <w:p w14:paraId="216EE841" w14:textId="77777777" w:rsidR="007052A3" w:rsidRPr="00326225" w:rsidRDefault="00C03AD5">
      <w:pPr>
        <w:rPr>
          <w:b/>
          <w:bCs/>
          <w:lang w:val="ru-RU"/>
        </w:rPr>
      </w:pPr>
      <w:r w:rsidRPr="00326225">
        <w:rPr>
          <w:b/>
          <w:bCs/>
          <w:lang w:val="ru-RU"/>
        </w:rPr>
        <w:t>Таблица 1.8 — Тепловые нагрузки потребителей по видам потребления на 2026 год, Гкал/ч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57"/>
        <w:gridCol w:w="1672"/>
        <w:gridCol w:w="1679"/>
        <w:gridCol w:w="2037"/>
        <w:gridCol w:w="1672"/>
        <w:gridCol w:w="1672"/>
      </w:tblGrid>
      <w:tr w:rsidR="00D2184C" w14:paraId="051D26AB" w14:textId="77777777">
        <w:trPr>
          <w:cantSplit/>
          <w:tblHeader/>
        </w:trPr>
        <w:tc>
          <w:tcPr>
            <w:tcW w:w="1440" w:type="dxa"/>
            <w:shd w:val="clear" w:color="auto" w:fill="E2F0D9"/>
          </w:tcPr>
          <w:p w14:paraId="36D0C800" w14:textId="77777777" w:rsidR="00D2184C" w:rsidRDefault="00696E7A">
            <w:pPr>
              <w:jc w:val="center"/>
            </w:pPr>
            <w:r>
              <w:rPr>
                <w:b/>
              </w:rPr>
              <w:t>Источник</w:t>
            </w:r>
          </w:p>
        </w:tc>
        <w:tc>
          <w:tcPr>
            <w:tcW w:w="1440" w:type="dxa"/>
            <w:shd w:val="clear" w:color="auto" w:fill="E2F0D9"/>
          </w:tcPr>
          <w:p w14:paraId="02957F4C" w14:textId="77777777" w:rsidR="00D2184C" w:rsidRDefault="00696E7A">
            <w:pPr>
              <w:jc w:val="center"/>
            </w:pPr>
            <w:r>
              <w:rPr>
                <w:b/>
              </w:rPr>
              <w:t>Отопление</w:t>
            </w:r>
          </w:p>
        </w:tc>
        <w:tc>
          <w:tcPr>
            <w:tcW w:w="1440" w:type="dxa"/>
            <w:shd w:val="clear" w:color="auto" w:fill="E2F0D9"/>
          </w:tcPr>
          <w:p w14:paraId="3C412B2D" w14:textId="77777777" w:rsidR="00D2184C" w:rsidRDefault="00696E7A">
            <w:pPr>
              <w:jc w:val="center"/>
            </w:pPr>
            <w:r>
              <w:rPr>
                <w:b/>
              </w:rPr>
              <w:t>Вентиляция</w:t>
            </w:r>
          </w:p>
        </w:tc>
        <w:tc>
          <w:tcPr>
            <w:tcW w:w="1440" w:type="dxa"/>
            <w:shd w:val="clear" w:color="auto" w:fill="E2F0D9"/>
          </w:tcPr>
          <w:p w14:paraId="2B222967" w14:textId="77777777" w:rsidR="00D2184C" w:rsidRDefault="00696E7A">
            <w:pPr>
              <w:jc w:val="center"/>
            </w:pPr>
            <w:r>
              <w:rPr>
                <w:b/>
              </w:rPr>
              <w:t>Горячее водоснабжение</w:t>
            </w:r>
          </w:p>
        </w:tc>
        <w:tc>
          <w:tcPr>
            <w:tcW w:w="1440" w:type="dxa"/>
            <w:shd w:val="clear" w:color="auto" w:fill="E2F0D9"/>
          </w:tcPr>
          <w:p w14:paraId="589B2CE8" w14:textId="77777777" w:rsidR="00D2184C" w:rsidRDefault="00696E7A">
            <w:pPr>
              <w:jc w:val="center"/>
            </w:pPr>
            <w:r>
              <w:rPr>
                <w:b/>
              </w:rPr>
              <w:t>Пар</w:t>
            </w:r>
          </w:p>
        </w:tc>
        <w:tc>
          <w:tcPr>
            <w:tcW w:w="1440" w:type="dxa"/>
            <w:shd w:val="clear" w:color="auto" w:fill="E2F0D9"/>
          </w:tcPr>
          <w:p w14:paraId="5416ADFA" w14:textId="77777777" w:rsidR="00D2184C" w:rsidRDefault="00696E7A">
            <w:pPr>
              <w:jc w:val="center"/>
            </w:pPr>
            <w:r>
              <w:rPr>
                <w:b/>
              </w:rPr>
              <w:t>Всего</w:t>
            </w:r>
          </w:p>
        </w:tc>
      </w:tr>
      <w:tr w:rsidR="00D2184C" w14:paraId="5E832462" w14:textId="77777777">
        <w:trPr>
          <w:cantSplit/>
        </w:trPr>
        <w:tc>
          <w:tcPr>
            <w:tcW w:w="1440" w:type="dxa"/>
            <w:shd w:val="clear" w:color="auto" w:fill="F2F2F2"/>
          </w:tcPr>
          <w:p w14:paraId="4A610F3D" w14:textId="77777777" w:rsidR="00D2184C" w:rsidRDefault="00696E7A">
            <w:r>
              <w:t>УПК № 1 «Таштагол»</w:t>
            </w:r>
          </w:p>
        </w:tc>
        <w:tc>
          <w:tcPr>
            <w:tcW w:w="1440" w:type="dxa"/>
            <w:shd w:val="clear" w:color="auto" w:fill="FFFFFF"/>
          </w:tcPr>
          <w:p w14:paraId="08927BF1" w14:textId="77777777" w:rsidR="00D2184C" w:rsidRDefault="00696E7A">
            <w:r>
              <w:t>47,3380</w:t>
            </w:r>
          </w:p>
        </w:tc>
        <w:tc>
          <w:tcPr>
            <w:tcW w:w="1440" w:type="dxa"/>
            <w:shd w:val="clear" w:color="auto" w:fill="FFFFFF"/>
          </w:tcPr>
          <w:p w14:paraId="76A98BCA" w14:textId="77777777" w:rsidR="00D2184C" w:rsidRDefault="00696E7A">
            <w:r>
              <w:t>5,3282</w:t>
            </w:r>
          </w:p>
        </w:tc>
        <w:tc>
          <w:tcPr>
            <w:tcW w:w="1440" w:type="dxa"/>
            <w:shd w:val="clear" w:color="auto" w:fill="FFFFFF"/>
          </w:tcPr>
          <w:p w14:paraId="6164A9E9" w14:textId="77777777" w:rsidR="00D2184C" w:rsidRDefault="00696E7A">
            <w:r>
              <w:t>5,3810</w:t>
            </w:r>
          </w:p>
        </w:tc>
        <w:tc>
          <w:tcPr>
            <w:tcW w:w="1440" w:type="dxa"/>
            <w:shd w:val="clear" w:color="auto" w:fill="FFFFFF"/>
          </w:tcPr>
          <w:p w14:paraId="6DD72E47" w14:textId="77777777" w:rsidR="00D2184C" w:rsidRDefault="00696E7A">
            <w:r>
              <w:t>23,5000</w:t>
            </w:r>
          </w:p>
        </w:tc>
        <w:tc>
          <w:tcPr>
            <w:tcW w:w="1440" w:type="dxa"/>
            <w:shd w:val="clear" w:color="auto" w:fill="FFFFFF"/>
          </w:tcPr>
          <w:p w14:paraId="73174370" w14:textId="77777777" w:rsidR="00D2184C" w:rsidRDefault="00696E7A">
            <w:r>
              <w:t>81,5472</w:t>
            </w:r>
          </w:p>
        </w:tc>
      </w:tr>
      <w:tr w:rsidR="00D2184C" w14:paraId="1D96BEDB" w14:textId="77777777">
        <w:trPr>
          <w:cantSplit/>
        </w:trPr>
        <w:tc>
          <w:tcPr>
            <w:tcW w:w="1440" w:type="dxa"/>
            <w:shd w:val="clear" w:color="auto" w:fill="F2F2F2"/>
          </w:tcPr>
          <w:p w14:paraId="6817B7D0" w14:textId="77777777" w:rsidR="00D2184C" w:rsidRDefault="00696E7A">
            <w:r>
              <w:t>УПК № 2 «Шалым»</w:t>
            </w:r>
          </w:p>
        </w:tc>
        <w:tc>
          <w:tcPr>
            <w:tcW w:w="1440" w:type="dxa"/>
            <w:shd w:val="clear" w:color="auto" w:fill="FFFFFF"/>
          </w:tcPr>
          <w:p w14:paraId="70F39C32" w14:textId="77777777" w:rsidR="00D2184C" w:rsidRDefault="00696E7A">
            <w:r>
              <w:t>4,3589</w:t>
            </w:r>
          </w:p>
        </w:tc>
        <w:tc>
          <w:tcPr>
            <w:tcW w:w="1440" w:type="dxa"/>
            <w:shd w:val="clear" w:color="auto" w:fill="FFFFFF"/>
          </w:tcPr>
          <w:p w14:paraId="4CBC311C" w14:textId="77777777" w:rsidR="00D2184C" w:rsidRDefault="00696E7A">
            <w:r>
              <w:t>0,3953</w:t>
            </w:r>
          </w:p>
        </w:tc>
        <w:tc>
          <w:tcPr>
            <w:tcW w:w="1440" w:type="dxa"/>
            <w:shd w:val="clear" w:color="auto" w:fill="FFFFFF"/>
          </w:tcPr>
          <w:p w14:paraId="6AB4DE41" w14:textId="77777777" w:rsidR="00D2184C" w:rsidRDefault="00696E7A">
            <w:r>
              <w:t>0,3820</w:t>
            </w:r>
          </w:p>
        </w:tc>
        <w:tc>
          <w:tcPr>
            <w:tcW w:w="1440" w:type="dxa"/>
            <w:shd w:val="clear" w:color="auto" w:fill="FFFFFF"/>
          </w:tcPr>
          <w:p w14:paraId="37BF50B6" w14:textId="77777777" w:rsidR="00D2184C" w:rsidRDefault="00696E7A">
            <w:r>
              <w:t>—</w:t>
            </w:r>
          </w:p>
        </w:tc>
        <w:tc>
          <w:tcPr>
            <w:tcW w:w="1440" w:type="dxa"/>
            <w:shd w:val="clear" w:color="auto" w:fill="FFFFFF"/>
          </w:tcPr>
          <w:p w14:paraId="41881B93" w14:textId="77777777" w:rsidR="00D2184C" w:rsidRDefault="00696E7A">
            <w:r>
              <w:t>5,1362</w:t>
            </w:r>
          </w:p>
        </w:tc>
      </w:tr>
      <w:tr w:rsidR="00D2184C" w14:paraId="01A35C5F" w14:textId="77777777">
        <w:trPr>
          <w:cantSplit/>
        </w:trPr>
        <w:tc>
          <w:tcPr>
            <w:tcW w:w="1440" w:type="dxa"/>
            <w:shd w:val="clear" w:color="auto" w:fill="F2F2F2"/>
          </w:tcPr>
          <w:p w14:paraId="3B2492FA" w14:textId="77777777" w:rsidR="00D2184C" w:rsidRDefault="00696E7A">
            <w:r>
              <w:t>УПК № 2 «ЦМК»</w:t>
            </w:r>
          </w:p>
        </w:tc>
        <w:tc>
          <w:tcPr>
            <w:tcW w:w="1440" w:type="dxa"/>
            <w:shd w:val="clear" w:color="auto" w:fill="FFFFFF"/>
          </w:tcPr>
          <w:p w14:paraId="05275C3D" w14:textId="77777777" w:rsidR="00D2184C" w:rsidRDefault="00696E7A">
            <w:r>
              <w:t>2,8393</w:t>
            </w:r>
          </w:p>
        </w:tc>
        <w:tc>
          <w:tcPr>
            <w:tcW w:w="1440" w:type="dxa"/>
            <w:shd w:val="clear" w:color="auto" w:fill="FFFFFF"/>
          </w:tcPr>
          <w:p w14:paraId="520A345A" w14:textId="77777777" w:rsidR="00D2184C" w:rsidRDefault="00696E7A">
            <w:r>
              <w:t>0,0808</w:t>
            </w:r>
          </w:p>
        </w:tc>
        <w:tc>
          <w:tcPr>
            <w:tcW w:w="1440" w:type="dxa"/>
            <w:shd w:val="clear" w:color="auto" w:fill="FFFFFF"/>
          </w:tcPr>
          <w:p w14:paraId="6C873044" w14:textId="77777777" w:rsidR="00D2184C" w:rsidRDefault="00696E7A">
            <w:r>
              <w:t>0,1280</w:t>
            </w:r>
          </w:p>
        </w:tc>
        <w:tc>
          <w:tcPr>
            <w:tcW w:w="1440" w:type="dxa"/>
            <w:shd w:val="clear" w:color="auto" w:fill="FFFFFF"/>
          </w:tcPr>
          <w:p w14:paraId="19539D29" w14:textId="77777777" w:rsidR="00D2184C" w:rsidRDefault="00696E7A">
            <w:r>
              <w:t>—</w:t>
            </w:r>
          </w:p>
        </w:tc>
        <w:tc>
          <w:tcPr>
            <w:tcW w:w="1440" w:type="dxa"/>
            <w:shd w:val="clear" w:color="auto" w:fill="FFFFFF"/>
          </w:tcPr>
          <w:p w14:paraId="37C0FC7F" w14:textId="77777777" w:rsidR="00D2184C" w:rsidRDefault="00696E7A">
            <w:r>
              <w:t>3,0481</w:t>
            </w:r>
          </w:p>
        </w:tc>
      </w:tr>
      <w:tr w:rsidR="00D2184C" w14:paraId="0AF27B04" w14:textId="77777777">
        <w:trPr>
          <w:cantSplit/>
        </w:trPr>
        <w:tc>
          <w:tcPr>
            <w:tcW w:w="1440" w:type="dxa"/>
            <w:shd w:val="clear" w:color="auto" w:fill="F2F2F2"/>
          </w:tcPr>
          <w:p w14:paraId="731B5FE2" w14:textId="77777777" w:rsidR="00D2184C" w:rsidRDefault="00696E7A">
            <w:r>
              <w:t>УПК № 9 «ГРЭ»</w:t>
            </w:r>
          </w:p>
        </w:tc>
        <w:tc>
          <w:tcPr>
            <w:tcW w:w="1440" w:type="dxa"/>
            <w:shd w:val="clear" w:color="auto" w:fill="FFFFFF"/>
          </w:tcPr>
          <w:p w14:paraId="7C3A43DB" w14:textId="77777777" w:rsidR="00D2184C" w:rsidRDefault="00696E7A">
            <w:r>
              <w:t>0,7240</w:t>
            </w:r>
          </w:p>
        </w:tc>
        <w:tc>
          <w:tcPr>
            <w:tcW w:w="1440" w:type="dxa"/>
            <w:shd w:val="clear" w:color="auto" w:fill="FFFFFF"/>
          </w:tcPr>
          <w:p w14:paraId="624A1D5F" w14:textId="77777777" w:rsidR="00D2184C" w:rsidRDefault="00696E7A">
            <w:r>
              <w:t>—</w:t>
            </w:r>
          </w:p>
        </w:tc>
        <w:tc>
          <w:tcPr>
            <w:tcW w:w="1440" w:type="dxa"/>
            <w:shd w:val="clear" w:color="auto" w:fill="FFFFFF"/>
          </w:tcPr>
          <w:p w14:paraId="5055A63E" w14:textId="77777777" w:rsidR="00D2184C" w:rsidRDefault="00696E7A">
            <w:r>
              <w:t>0,0020</w:t>
            </w:r>
          </w:p>
        </w:tc>
        <w:tc>
          <w:tcPr>
            <w:tcW w:w="1440" w:type="dxa"/>
            <w:shd w:val="clear" w:color="auto" w:fill="FFFFFF"/>
          </w:tcPr>
          <w:p w14:paraId="00D78579" w14:textId="77777777" w:rsidR="00D2184C" w:rsidRDefault="00696E7A">
            <w:r>
              <w:t>—</w:t>
            </w:r>
          </w:p>
        </w:tc>
        <w:tc>
          <w:tcPr>
            <w:tcW w:w="1440" w:type="dxa"/>
            <w:shd w:val="clear" w:color="auto" w:fill="FFFFFF"/>
          </w:tcPr>
          <w:p w14:paraId="67282A7A" w14:textId="77777777" w:rsidR="00D2184C" w:rsidRDefault="00696E7A">
            <w:r>
              <w:t>0,7260</w:t>
            </w:r>
          </w:p>
        </w:tc>
      </w:tr>
      <w:tr w:rsidR="00D2184C" w14:paraId="2F4EE8F3" w14:textId="77777777">
        <w:trPr>
          <w:cantSplit/>
        </w:trPr>
        <w:tc>
          <w:tcPr>
            <w:tcW w:w="1440" w:type="dxa"/>
            <w:shd w:val="clear" w:color="auto" w:fill="F2F2F2"/>
          </w:tcPr>
          <w:p w14:paraId="13660E97" w14:textId="77777777" w:rsidR="00D2184C" w:rsidRDefault="00696E7A">
            <w:r>
              <w:t>УПК № 5 «Новый Шерегеш»</w:t>
            </w:r>
          </w:p>
        </w:tc>
        <w:tc>
          <w:tcPr>
            <w:tcW w:w="1440" w:type="dxa"/>
            <w:shd w:val="clear" w:color="auto" w:fill="FFFFFF"/>
          </w:tcPr>
          <w:p w14:paraId="4D4A6AEE" w14:textId="77777777" w:rsidR="00D2184C" w:rsidRDefault="00696E7A">
            <w:r>
              <w:t>59,4340</w:t>
            </w:r>
          </w:p>
        </w:tc>
        <w:tc>
          <w:tcPr>
            <w:tcW w:w="1440" w:type="dxa"/>
            <w:shd w:val="clear" w:color="auto" w:fill="FFFFFF"/>
          </w:tcPr>
          <w:p w14:paraId="3AF50F84" w14:textId="77777777" w:rsidR="00D2184C" w:rsidRDefault="00696E7A">
            <w:r>
              <w:t>—</w:t>
            </w:r>
          </w:p>
        </w:tc>
        <w:tc>
          <w:tcPr>
            <w:tcW w:w="1440" w:type="dxa"/>
            <w:shd w:val="clear" w:color="auto" w:fill="FFFFFF"/>
          </w:tcPr>
          <w:p w14:paraId="666119BC" w14:textId="77777777" w:rsidR="00D2184C" w:rsidRDefault="00696E7A">
            <w:r>
              <w:t>3,0650</w:t>
            </w:r>
          </w:p>
        </w:tc>
        <w:tc>
          <w:tcPr>
            <w:tcW w:w="1440" w:type="dxa"/>
            <w:shd w:val="clear" w:color="auto" w:fill="FFFFFF"/>
          </w:tcPr>
          <w:p w14:paraId="362538E2" w14:textId="77777777" w:rsidR="00D2184C" w:rsidRDefault="00696E7A">
            <w:r>
              <w:t>0,1003</w:t>
            </w:r>
          </w:p>
        </w:tc>
        <w:tc>
          <w:tcPr>
            <w:tcW w:w="1440" w:type="dxa"/>
            <w:shd w:val="clear" w:color="auto" w:fill="FFFFFF"/>
          </w:tcPr>
          <w:p w14:paraId="4D040C0B" w14:textId="77777777" w:rsidR="00D2184C" w:rsidRDefault="00696E7A">
            <w:r>
              <w:t>62,5993</w:t>
            </w:r>
          </w:p>
        </w:tc>
      </w:tr>
      <w:tr w:rsidR="00D2184C" w14:paraId="0A982446" w14:textId="77777777">
        <w:trPr>
          <w:cantSplit/>
        </w:trPr>
        <w:tc>
          <w:tcPr>
            <w:tcW w:w="1440" w:type="dxa"/>
            <w:shd w:val="clear" w:color="auto" w:fill="F2F2F2"/>
          </w:tcPr>
          <w:p w14:paraId="014B7BC9" w14:textId="77777777" w:rsidR="00D2184C" w:rsidRDefault="00696E7A">
            <w:r>
              <w:t>УПК № 6 «Старый Шерегеш»</w:t>
            </w:r>
          </w:p>
        </w:tc>
        <w:tc>
          <w:tcPr>
            <w:tcW w:w="1440" w:type="dxa"/>
            <w:shd w:val="clear" w:color="auto" w:fill="FFFFFF"/>
          </w:tcPr>
          <w:p w14:paraId="47D888C3" w14:textId="77777777" w:rsidR="00D2184C" w:rsidRDefault="00696E7A">
            <w:r>
              <w:t>2,9328</w:t>
            </w:r>
          </w:p>
        </w:tc>
        <w:tc>
          <w:tcPr>
            <w:tcW w:w="1440" w:type="dxa"/>
            <w:shd w:val="clear" w:color="auto" w:fill="FFFFFF"/>
          </w:tcPr>
          <w:p w14:paraId="59038A44" w14:textId="77777777" w:rsidR="00D2184C" w:rsidRDefault="00696E7A">
            <w:r>
              <w:t>0,0000</w:t>
            </w:r>
          </w:p>
        </w:tc>
        <w:tc>
          <w:tcPr>
            <w:tcW w:w="1440" w:type="dxa"/>
            <w:shd w:val="clear" w:color="auto" w:fill="FFFFFF"/>
          </w:tcPr>
          <w:p w14:paraId="77DC2772" w14:textId="77777777" w:rsidR="00D2184C" w:rsidRDefault="00696E7A">
            <w:r>
              <w:t>0,2640</w:t>
            </w:r>
          </w:p>
        </w:tc>
        <w:tc>
          <w:tcPr>
            <w:tcW w:w="1440" w:type="dxa"/>
            <w:shd w:val="clear" w:color="auto" w:fill="FFFFFF"/>
          </w:tcPr>
          <w:p w14:paraId="53E22AF6" w14:textId="77777777" w:rsidR="00D2184C" w:rsidRDefault="00696E7A">
            <w:r>
              <w:t>0,2088</w:t>
            </w:r>
          </w:p>
        </w:tc>
        <w:tc>
          <w:tcPr>
            <w:tcW w:w="1440" w:type="dxa"/>
            <w:shd w:val="clear" w:color="auto" w:fill="FFFFFF"/>
          </w:tcPr>
          <w:p w14:paraId="26970499" w14:textId="77777777" w:rsidR="00D2184C" w:rsidRDefault="00696E7A">
            <w:r>
              <w:t>3,4056</w:t>
            </w:r>
          </w:p>
        </w:tc>
      </w:tr>
      <w:tr w:rsidR="00D2184C" w14:paraId="1AD7A807" w14:textId="77777777">
        <w:trPr>
          <w:cantSplit/>
        </w:trPr>
        <w:tc>
          <w:tcPr>
            <w:tcW w:w="1440" w:type="dxa"/>
            <w:shd w:val="clear" w:color="auto" w:fill="F2F2F2"/>
          </w:tcPr>
          <w:p w14:paraId="09B437DF" w14:textId="77777777" w:rsidR="00D2184C" w:rsidRDefault="00696E7A">
            <w:r>
              <w:t>УПК № 7 «Каз»</w:t>
            </w:r>
          </w:p>
        </w:tc>
        <w:tc>
          <w:tcPr>
            <w:tcW w:w="1440" w:type="dxa"/>
            <w:shd w:val="clear" w:color="auto" w:fill="FFFFFF"/>
          </w:tcPr>
          <w:p w14:paraId="61D02074" w14:textId="77777777" w:rsidR="00D2184C" w:rsidRDefault="00696E7A">
            <w:r>
              <w:t>12,0387</w:t>
            </w:r>
          </w:p>
        </w:tc>
        <w:tc>
          <w:tcPr>
            <w:tcW w:w="1440" w:type="dxa"/>
            <w:shd w:val="clear" w:color="auto" w:fill="FFFFFF"/>
          </w:tcPr>
          <w:p w14:paraId="0879F60F" w14:textId="77777777" w:rsidR="00D2184C" w:rsidRDefault="00696E7A">
            <w:r>
              <w:t>0,9220</w:t>
            </w:r>
          </w:p>
        </w:tc>
        <w:tc>
          <w:tcPr>
            <w:tcW w:w="1440" w:type="dxa"/>
            <w:shd w:val="clear" w:color="auto" w:fill="FFFFFF"/>
          </w:tcPr>
          <w:p w14:paraId="49E150DA" w14:textId="77777777" w:rsidR="00D2184C" w:rsidRDefault="00696E7A">
            <w:r>
              <w:t>1,0530</w:t>
            </w:r>
          </w:p>
        </w:tc>
        <w:tc>
          <w:tcPr>
            <w:tcW w:w="1440" w:type="dxa"/>
            <w:shd w:val="clear" w:color="auto" w:fill="FFFFFF"/>
          </w:tcPr>
          <w:p w14:paraId="63E785E6" w14:textId="77777777" w:rsidR="00D2184C" w:rsidRDefault="00696E7A">
            <w:r>
              <w:t>—</w:t>
            </w:r>
          </w:p>
        </w:tc>
        <w:tc>
          <w:tcPr>
            <w:tcW w:w="1440" w:type="dxa"/>
            <w:shd w:val="clear" w:color="auto" w:fill="FFFFFF"/>
          </w:tcPr>
          <w:p w14:paraId="4408A611" w14:textId="77777777" w:rsidR="00D2184C" w:rsidRDefault="00696E7A">
            <w:r>
              <w:t>14,0137</w:t>
            </w:r>
          </w:p>
        </w:tc>
      </w:tr>
      <w:tr w:rsidR="00D2184C" w14:paraId="5A631A09" w14:textId="77777777">
        <w:trPr>
          <w:cantSplit/>
        </w:trPr>
        <w:tc>
          <w:tcPr>
            <w:tcW w:w="1440" w:type="dxa"/>
            <w:shd w:val="clear" w:color="auto" w:fill="F2F2F2"/>
          </w:tcPr>
          <w:p w14:paraId="5E55E3D1" w14:textId="77777777" w:rsidR="00D2184C" w:rsidRDefault="00696E7A">
            <w:r>
              <w:t>УПК № 8 «Мундыбаш»</w:t>
            </w:r>
          </w:p>
        </w:tc>
        <w:tc>
          <w:tcPr>
            <w:tcW w:w="1440" w:type="dxa"/>
            <w:shd w:val="clear" w:color="auto" w:fill="FFFFFF"/>
          </w:tcPr>
          <w:p w14:paraId="2011A983" w14:textId="77777777" w:rsidR="00D2184C" w:rsidRDefault="00696E7A">
            <w:r>
              <w:t>15,7720</w:t>
            </w:r>
          </w:p>
        </w:tc>
        <w:tc>
          <w:tcPr>
            <w:tcW w:w="1440" w:type="dxa"/>
            <w:shd w:val="clear" w:color="auto" w:fill="FFFFFF"/>
          </w:tcPr>
          <w:p w14:paraId="60A0BF3C" w14:textId="77777777" w:rsidR="00D2184C" w:rsidRDefault="00696E7A">
            <w:r>
              <w:t>0,4505</w:t>
            </w:r>
          </w:p>
        </w:tc>
        <w:tc>
          <w:tcPr>
            <w:tcW w:w="1440" w:type="dxa"/>
            <w:shd w:val="clear" w:color="auto" w:fill="FFFFFF"/>
          </w:tcPr>
          <w:p w14:paraId="11D546ED" w14:textId="77777777" w:rsidR="00D2184C" w:rsidRDefault="00696E7A">
            <w:r>
              <w:t>0,8190</w:t>
            </w:r>
          </w:p>
        </w:tc>
        <w:tc>
          <w:tcPr>
            <w:tcW w:w="1440" w:type="dxa"/>
            <w:shd w:val="clear" w:color="auto" w:fill="FFFFFF"/>
          </w:tcPr>
          <w:p w14:paraId="3E0EBBAD" w14:textId="77777777" w:rsidR="00D2184C" w:rsidRDefault="00696E7A">
            <w:r>
              <w:t>—</w:t>
            </w:r>
          </w:p>
        </w:tc>
        <w:tc>
          <w:tcPr>
            <w:tcW w:w="1440" w:type="dxa"/>
            <w:shd w:val="clear" w:color="auto" w:fill="FFFFFF"/>
          </w:tcPr>
          <w:p w14:paraId="5642C3EC" w14:textId="77777777" w:rsidR="00D2184C" w:rsidRDefault="00696E7A">
            <w:r>
              <w:t>17,0415</w:t>
            </w:r>
          </w:p>
        </w:tc>
      </w:tr>
      <w:tr w:rsidR="00D2184C" w14:paraId="066E15B4" w14:textId="77777777">
        <w:trPr>
          <w:cantSplit/>
        </w:trPr>
        <w:tc>
          <w:tcPr>
            <w:tcW w:w="1440" w:type="dxa"/>
            <w:shd w:val="clear" w:color="auto" w:fill="F2F2F2"/>
          </w:tcPr>
          <w:p w14:paraId="26EABB4A" w14:textId="77777777" w:rsidR="00D2184C" w:rsidRDefault="00696E7A">
            <w:r>
              <w:t>УПК № 10 «Темир-Тау»</w:t>
            </w:r>
          </w:p>
        </w:tc>
        <w:tc>
          <w:tcPr>
            <w:tcW w:w="1440" w:type="dxa"/>
            <w:shd w:val="clear" w:color="auto" w:fill="FFFFFF"/>
          </w:tcPr>
          <w:p w14:paraId="161FCE91" w14:textId="77777777" w:rsidR="00D2184C" w:rsidRDefault="00696E7A">
            <w:r>
              <w:t>7,2092</w:t>
            </w:r>
          </w:p>
        </w:tc>
        <w:tc>
          <w:tcPr>
            <w:tcW w:w="1440" w:type="dxa"/>
            <w:shd w:val="clear" w:color="auto" w:fill="FFFFFF"/>
          </w:tcPr>
          <w:p w14:paraId="5D444B7E" w14:textId="77777777" w:rsidR="00D2184C" w:rsidRDefault="00696E7A">
            <w:r>
              <w:t>0,1784</w:t>
            </w:r>
          </w:p>
        </w:tc>
        <w:tc>
          <w:tcPr>
            <w:tcW w:w="1440" w:type="dxa"/>
            <w:shd w:val="clear" w:color="auto" w:fill="FFFFFF"/>
          </w:tcPr>
          <w:p w14:paraId="2011112B" w14:textId="77777777" w:rsidR="00D2184C" w:rsidRDefault="00696E7A">
            <w:r>
              <w:t>0,2569</w:t>
            </w:r>
          </w:p>
        </w:tc>
        <w:tc>
          <w:tcPr>
            <w:tcW w:w="1440" w:type="dxa"/>
            <w:shd w:val="clear" w:color="auto" w:fill="FFFFFF"/>
          </w:tcPr>
          <w:p w14:paraId="49CC63C8" w14:textId="77777777" w:rsidR="00D2184C" w:rsidRDefault="00696E7A">
            <w:r>
              <w:t>—</w:t>
            </w:r>
          </w:p>
        </w:tc>
        <w:tc>
          <w:tcPr>
            <w:tcW w:w="1440" w:type="dxa"/>
            <w:shd w:val="clear" w:color="auto" w:fill="FFFFFF"/>
          </w:tcPr>
          <w:p w14:paraId="411CBC3C" w14:textId="77777777" w:rsidR="00D2184C" w:rsidRDefault="00696E7A">
            <w:r>
              <w:t>7,6445</w:t>
            </w:r>
          </w:p>
        </w:tc>
      </w:tr>
      <w:tr w:rsidR="00D2184C" w14:paraId="4114C314" w14:textId="77777777">
        <w:trPr>
          <w:cantSplit/>
        </w:trPr>
        <w:tc>
          <w:tcPr>
            <w:tcW w:w="1440" w:type="dxa"/>
            <w:shd w:val="clear" w:color="auto" w:fill="F2F2F2"/>
          </w:tcPr>
          <w:p w14:paraId="48434DF1" w14:textId="77777777" w:rsidR="00D2184C" w:rsidRDefault="00696E7A">
            <w:r>
              <w:t>УПК № 3 «Спасск»</w:t>
            </w:r>
          </w:p>
        </w:tc>
        <w:tc>
          <w:tcPr>
            <w:tcW w:w="1440" w:type="dxa"/>
            <w:shd w:val="clear" w:color="auto" w:fill="FFFFFF"/>
          </w:tcPr>
          <w:p w14:paraId="5911EF31" w14:textId="77777777" w:rsidR="00D2184C" w:rsidRDefault="00696E7A">
            <w:r>
              <w:t>1,2910</w:t>
            </w:r>
          </w:p>
        </w:tc>
        <w:tc>
          <w:tcPr>
            <w:tcW w:w="1440" w:type="dxa"/>
            <w:shd w:val="clear" w:color="auto" w:fill="FFFFFF"/>
          </w:tcPr>
          <w:p w14:paraId="20120012" w14:textId="77777777" w:rsidR="00D2184C" w:rsidRDefault="00696E7A">
            <w:r>
              <w:t>0,1141</w:t>
            </w:r>
          </w:p>
        </w:tc>
        <w:tc>
          <w:tcPr>
            <w:tcW w:w="1440" w:type="dxa"/>
            <w:shd w:val="clear" w:color="auto" w:fill="FFFFFF"/>
          </w:tcPr>
          <w:p w14:paraId="6D998123" w14:textId="77777777" w:rsidR="00D2184C" w:rsidRDefault="00696E7A">
            <w:r>
              <w:t>0,0400</w:t>
            </w:r>
          </w:p>
        </w:tc>
        <w:tc>
          <w:tcPr>
            <w:tcW w:w="1440" w:type="dxa"/>
            <w:shd w:val="clear" w:color="auto" w:fill="FFFFFF"/>
          </w:tcPr>
          <w:p w14:paraId="34FC0A4F" w14:textId="77777777" w:rsidR="00D2184C" w:rsidRDefault="00696E7A">
            <w:r>
              <w:t>—</w:t>
            </w:r>
          </w:p>
        </w:tc>
        <w:tc>
          <w:tcPr>
            <w:tcW w:w="1440" w:type="dxa"/>
            <w:shd w:val="clear" w:color="auto" w:fill="FFFFFF"/>
          </w:tcPr>
          <w:p w14:paraId="4424566F" w14:textId="77777777" w:rsidR="00D2184C" w:rsidRDefault="00696E7A">
            <w:r>
              <w:t>1,4451</w:t>
            </w:r>
          </w:p>
        </w:tc>
      </w:tr>
      <w:tr w:rsidR="00D2184C" w14:paraId="4962AA92" w14:textId="77777777">
        <w:trPr>
          <w:cantSplit/>
        </w:trPr>
        <w:tc>
          <w:tcPr>
            <w:tcW w:w="1440" w:type="dxa"/>
            <w:shd w:val="clear" w:color="auto" w:fill="DBE5F1"/>
          </w:tcPr>
          <w:p w14:paraId="548CBF8A" w14:textId="77777777" w:rsidR="00D2184C" w:rsidRDefault="00696E7A">
            <w:r>
              <w:rPr>
                <w:b/>
              </w:rPr>
              <w:t>Итого</w:t>
            </w:r>
          </w:p>
        </w:tc>
        <w:tc>
          <w:tcPr>
            <w:tcW w:w="1440" w:type="dxa"/>
            <w:shd w:val="clear" w:color="auto" w:fill="DBE5F1"/>
          </w:tcPr>
          <w:p w14:paraId="369CF2D7" w14:textId="77777777" w:rsidR="00D2184C" w:rsidRDefault="00696E7A">
            <w:r>
              <w:rPr>
                <w:b/>
              </w:rPr>
              <w:t>153,9379</w:t>
            </w:r>
          </w:p>
        </w:tc>
        <w:tc>
          <w:tcPr>
            <w:tcW w:w="1440" w:type="dxa"/>
            <w:shd w:val="clear" w:color="auto" w:fill="DBE5F1"/>
          </w:tcPr>
          <w:p w14:paraId="3E1CF68D" w14:textId="77777777" w:rsidR="00D2184C" w:rsidRDefault="00696E7A">
            <w:r>
              <w:rPr>
                <w:b/>
              </w:rPr>
              <w:t>7,4693</w:t>
            </w:r>
          </w:p>
        </w:tc>
        <w:tc>
          <w:tcPr>
            <w:tcW w:w="1440" w:type="dxa"/>
            <w:shd w:val="clear" w:color="auto" w:fill="DBE5F1"/>
          </w:tcPr>
          <w:p w14:paraId="782B4DE5" w14:textId="77777777" w:rsidR="00D2184C" w:rsidRDefault="00696E7A">
            <w:r>
              <w:rPr>
                <w:b/>
              </w:rPr>
              <w:t>11,3909</w:t>
            </w:r>
          </w:p>
        </w:tc>
        <w:tc>
          <w:tcPr>
            <w:tcW w:w="1440" w:type="dxa"/>
            <w:shd w:val="clear" w:color="auto" w:fill="DBE5F1"/>
          </w:tcPr>
          <w:p w14:paraId="30583FC1" w14:textId="77777777" w:rsidR="00D2184C" w:rsidRDefault="00696E7A">
            <w:r>
              <w:rPr>
                <w:b/>
              </w:rPr>
              <w:t>23,8091</w:t>
            </w:r>
          </w:p>
        </w:tc>
        <w:tc>
          <w:tcPr>
            <w:tcW w:w="1440" w:type="dxa"/>
            <w:shd w:val="clear" w:color="auto" w:fill="DBE5F1"/>
          </w:tcPr>
          <w:p w14:paraId="4492A8CD" w14:textId="77777777" w:rsidR="00D2184C" w:rsidRDefault="00696E7A">
            <w:r>
              <w:rPr>
                <w:b/>
              </w:rPr>
              <w:t>196,6072</w:t>
            </w:r>
          </w:p>
        </w:tc>
      </w:tr>
    </w:tbl>
    <w:p w14:paraId="693684AB" w14:textId="77777777" w:rsidR="007052A3" w:rsidRPr="00D42F7A" w:rsidRDefault="00C03AD5">
      <w:pPr>
        <w:rPr>
          <w:lang w:val="ru-RU"/>
        </w:rPr>
      </w:pPr>
      <w:r w:rsidRPr="00B72D96">
        <w:rPr>
          <w:lang w:val="ru-RU"/>
        </w:rPr>
        <w:t xml:space="preserve">Утверждается структура тепловых нагрузок по видам потребления. </w:t>
      </w:r>
      <w:r w:rsidRPr="00D42F7A">
        <w:rPr>
          <w:lang w:val="ru-RU"/>
        </w:rPr>
        <w:t>Паровая нагрузка относится к источникам УПК № 1 «Таштагол», УПК № 5 «Новый Шерегеш» и УПК № 6 «Старый Шерегеш» и учитывается отдельным слоем; в водяные балансы она не включается.</w:t>
      </w:r>
    </w:p>
    <w:p w14:paraId="6B8C87F5" w14:textId="77777777" w:rsidR="004F333E" w:rsidRPr="00326225" w:rsidRDefault="00886ADF">
      <w:pPr>
        <w:pStyle w:val="31"/>
        <w:rPr>
          <w:sz w:val="28"/>
          <w:szCs w:val="28"/>
          <w:lang w:val="ru-RU"/>
        </w:rPr>
      </w:pPr>
      <w:r w:rsidRPr="00326225">
        <w:rPr>
          <w:sz w:val="28"/>
          <w:szCs w:val="28"/>
          <w:lang w:val="ru-RU"/>
        </w:rPr>
        <w:t>1.6.2. Годовые объёмы отпуска тепловой энергии</w:t>
      </w:r>
    </w:p>
    <w:p w14:paraId="0948BB2B" w14:textId="77777777" w:rsidR="004F333E" w:rsidRPr="00326225" w:rsidRDefault="00886ADF">
      <w:pPr>
        <w:rPr>
          <w:b/>
          <w:bCs/>
          <w:lang w:val="ru-RU"/>
        </w:rPr>
      </w:pPr>
      <w:r w:rsidRPr="00326225">
        <w:rPr>
          <w:b/>
          <w:bCs/>
          <w:lang w:val="ru-RU"/>
        </w:rPr>
        <w:t>Таблица 1.9 — Годовой отпуск тепловой энергии по видам потребления на 2026 год, Гкал/год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57"/>
        <w:gridCol w:w="1672"/>
        <w:gridCol w:w="1679"/>
        <w:gridCol w:w="2037"/>
        <w:gridCol w:w="1672"/>
        <w:gridCol w:w="1672"/>
      </w:tblGrid>
      <w:tr w:rsidR="00D2184C" w14:paraId="13A9B824" w14:textId="77777777">
        <w:trPr>
          <w:cantSplit/>
          <w:tblHeader/>
        </w:trPr>
        <w:tc>
          <w:tcPr>
            <w:tcW w:w="1440" w:type="dxa"/>
            <w:shd w:val="clear" w:color="auto" w:fill="E2F0D9"/>
          </w:tcPr>
          <w:p w14:paraId="46410928" w14:textId="77777777" w:rsidR="00D2184C" w:rsidRDefault="00696E7A">
            <w:pPr>
              <w:jc w:val="center"/>
            </w:pPr>
            <w:r>
              <w:rPr>
                <w:b/>
              </w:rPr>
              <w:t>Источник</w:t>
            </w:r>
          </w:p>
        </w:tc>
        <w:tc>
          <w:tcPr>
            <w:tcW w:w="1440" w:type="dxa"/>
            <w:shd w:val="clear" w:color="auto" w:fill="E2F0D9"/>
          </w:tcPr>
          <w:p w14:paraId="480927A3" w14:textId="77777777" w:rsidR="00D2184C" w:rsidRDefault="00696E7A">
            <w:pPr>
              <w:jc w:val="center"/>
            </w:pPr>
            <w:r>
              <w:rPr>
                <w:b/>
              </w:rPr>
              <w:t>Отопление</w:t>
            </w:r>
          </w:p>
        </w:tc>
        <w:tc>
          <w:tcPr>
            <w:tcW w:w="1440" w:type="dxa"/>
            <w:shd w:val="clear" w:color="auto" w:fill="E2F0D9"/>
          </w:tcPr>
          <w:p w14:paraId="22426578" w14:textId="77777777" w:rsidR="00D2184C" w:rsidRDefault="00696E7A">
            <w:pPr>
              <w:jc w:val="center"/>
            </w:pPr>
            <w:r>
              <w:rPr>
                <w:b/>
              </w:rPr>
              <w:t>Вентиляция</w:t>
            </w:r>
          </w:p>
        </w:tc>
        <w:tc>
          <w:tcPr>
            <w:tcW w:w="1440" w:type="dxa"/>
            <w:shd w:val="clear" w:color="auto" w:fill="E2F0D9"/>
          </w:tcPr>
          <w:p w14:paraId="683B6A7B" w14:textId="77777777" w:rsidR="00D2184C" w:rsidRDefault="00696E7A">
            <w:pPr>
              <w:jc w:val="center"/>
            </w:pPr>
            <w:r>
              <w:rPr>
                <w:b/>
              </w:rPr>
              <w:t>Горячее водоснабжение</w:t>
            </w:r>
          </w:p>
        </w:tc>
        <w:tc>
          <w:tcPr>
            <w:tcW w:w="1440" w:type="dxa"/>
            <w:shd w:val="clear" w:color="auto" w:fill="E2F0D9"/>
          </w:tcPr>
          <w:p w14:paraId="4A70F23C" w14:textId="77777777" w:rsidR="00D2184C" w:rsidRDefault="00696E7A">
            <w:pPr>
              <w:jc w:val="center"/>
            </w:pPr>
            <w:r>
              <w:rPr>
                <w:b/>
              </w:rPr>
              <w:t>Пар</w:t>
            </w:r>
          </w:p>
        </w:tc>
        <w:tc>
          <w:tcPr>
            <w:tcW w:w="1440" w:type="dxa"/>
            <w:shd w:val="clear" w:color="auto" w:fill="E2F0D9"/>
          </w:tcPr>
          <w:p w14:paraId="6A09C3CE" w14:textId="77777777" w:rsidR="00D2184C" w:rsidRDefault="00696E7A">
            <w:pPr>
              <w:jc w:val="center"/>
            </w:pPr>
            <w:r>
              <w:rPr>
                <w:b/>
              </w:rPr>
              <w:t>Всего</w:t>
            </w:r>
          </w:p>
        </w:tc>
      </w:tr>
      <w:tr w:rsidR="00D2184C" w14:paraId="3160F371" w14:textId="77777777">
        <w:trPr>
          <w:cantSplit/>
        </w:trPr>
        <w:tc>
          <w:tcPr>
            <w:tcW w:w="1440" w:type="dxa"/>
            <w:shd w:val="clear" w:color="auto" w:fill="F2F2F2"/>
          </w:tcPr>
          <w:p w14:paraId="7109EBAE" w14:textId="77777777" w:rsidR="00D2184C" w:rsidRDefault="00696E7A">
            <w:r>
              <w:t>УПК № 1 «Таштагол»</w:t>
            </w:r>
          </w:p>
        </w:tc>
        <w:tc>
          <w:tcPr>
            <w:tcW w:w="1440" w:type="dxa"/>
            <w:shd w:val="clear" w:color="auto" w:fill="FFFFFF"/>
          </w:tcPr>
          <w:p w14:paraId="24A371AA" w14:textId="77777777" w:rsidR="00D2184C" w:rsidRDefault="00696E7A">
            <w:r>
              <w:t>74 392,6</w:t>
            </w:r>
          </w:p>
        </w:tc>
        <w:tc>
          <w:tcPr>
            <w:tcW w:w="1440" w:type="dxa"/>
            <w:shd w:val="clear" w:color="auto" w:fill="FFFFFF"/>
          </w:tcPr>
          <w:p w14:paraId="2D4C5F8D" w14:textId="77777777" w:rsidR="00D2184C" w:rsidRDefault="00696E7A">
            <w:r>
              <w:t>8 373,4</w:t>
            </w:r>
          </w:p>
        </w:tc>
        <w:tc>
          <w:tcPr>
            <w:tcW w:w="1440" w:type="dxa"/>
            <w:shd w:val="clear" w:color="auto" w:fill="FFFFFF"/>
          </w:tcPr>
          <w:p w14:paraId="65FA6110" w14:textId="77777777" w:rsidR="00D2184C" w:rsidRDefault="00696E7A">
            <w:r>
              <w:t>43 050,4</w:t>
            </w:r>
          </w:p>
        </w:tc>
        <w:tc>
          <w:tcPr>
            <w:tcW w:w="1440" w:type="dxa"/>
            <w:shd w:val="clear" w:color="auto" w:fill="FFFFFF"/>
          </w:tcPr>
          <w:p w14:paraId="516A8F88" w14:textId="77777777" w:rsidR="00D2184C" w:rsidRDefault="00696E7A">
            <w:r>
              <w:t>90 083,0</w:t>
            </w:r>
          </w:p>
        </w:tc>
        <w:tc>
          <w:tcPr>
            <w:tcW w:w="1440" w:type="dxa"/>
            <w:shd w:val="clear" w:color="auto" w:fill="FFFFFF"/>
          </w:tcPr>
          <w:p w14:paraId="001143C1" w14:textId="77777777" w:rsidR="00D2184C" w:rsidRDefault="00696E7A">
            <w:r>
              <w:t>215 899,4</w:t>
            </w:r>
          </w:p>
        </w:tc>
      </w:tr>
      <w:tr w:rsidR="00D2184C" w14:paraId="7C3F0A5C" w14:textId="77777777">
        <w:trPr>
          <w:cantSplit/>
        </w:trPr>
        <w:tc>
          <w:tcPr>
            <w:tcW w:w="1440" w:type="dxa"/>
            <w:shd w:val="clear" w:color="auto" w:fill="F2F2F2"/>
          </w:tcPr>
          <w:p w14:paraId="6F6815F5" w14:textId="77777777" w:rsidR="00D2184C" w:rsidRDefault="00696E7A">
            <w:r>
              <w:t>УПК № 2 «Шалым»</w:t>
            </w:r>
          </w:p>
        </w:tc>
        <w:tc>
          <w:tcPr>
            <w:tcW w:w="1440" w:type="dxa"/>
            <w:shd w:val="clear" w:color="auto" w:fill="FFFFFF"/>
          </w:tcPr>
          <w:p w14:paraId="071F52AA" w14:textId="77777777" w:rsidR="00D2184C" w:rsidRDefault="00696E7A">
            <w:r>
              <w:t>8 555,2</w:t>
            </w:r>
          </w:p>
        </w:tc>
        <w:tc>
          <w:tcPr>
            <w:tcW w:w="1440" w:type="dxa"/>
            <w:shd w:val="clear" w:color="auto" w:fill="FFFFFF"/>
          </w:tcPr>
          <w:p w14:paraId="57B30492" w14:textId="77777777" w:rsidR="00D2184C" w:rsidRDefault="00696E7A">
            <w:r>
              <w:t>775,9</w:t>
            </w:r>
          </w:p>
        </w:tc>
        <w:tc>
          <w:tcPr>
            <w:tcW w:w="1440" w:type="dxa"/>
            <w:shd w:val="clear" w:color="auto" w:fill="FFFFFF"/>
          </w:tcPr>
          <w:p w14:paraId="09C33374" w14:textId="77777777" w:rsidR="00D2184C" w:rsidRDefault="00696E7A">
            <w:r>
              <w:t>2 997,8</w:t>
            </w:r>
          </w:p>
        </w:tc>
        <w:tc>
          <w:tcPr>
            <w:tcW w:w="1440" w:type="dxa"/>
            <w:shd w:val="clear" w:color="auto" w:fill="FFFFFF"/>
          </w:tcPr>
          <w:p w14:paraId="20999786" w14:textId="77777777" w:rsidR="00D2184C" w:rsidRDefault="00696E7A">
            <w:r>
              <w:t>—</w:t>
            </w:r>
          </w:p>
        </w:tc>
        <w:tc>
          <w:tcPr>
            <w:tcW w:w="1440" w:type="dxa"/>
            <w:shd w:val="clear" w:color="auto" w:fill="FFFFFF"/>
          </w:tcPr>
          <w:p w14:paraId="3F56B3DD" w14:textId="77777777" w:rsidR="00D2184C" w:rsidRDefault="00696E7A">
            <w:r>
              <w:t>12 328,9</w:t>
            </w:r>
          </w:p>
        </w:tc>
      </w:tr>
      <w:tr w:rsidR="00D2184C" w14:paraId="2D9DEDE7" w14:textId="77777777">
        <w:trPr>
          <w:cantSplit/>
        </w:trPr>
        <w:tc>
          <w:tcPr>
            <w:tcW w:w="1440" w:type="dxa"/>
            <w:shd w:val="clear" w:color="auto" w:fill="F2F2F2"/>
          </w:tcPr>
          <w:p w14:paraId="197D6CE7" w14:textId="77777777" w:rsidR="00D2184C" w:rsidRDefault="00696E7A">
            <w:r>
              <w:t>УПК № 2 «ЦМК»</w:t>
            </w:r>
          </w:p>
        </w:tc>
        <w:tc>
          <w:tcPr>
            <w:tcW w:w="1440" w:type="dxa"/>
            <w:shd w:val="clear" w:color="auto" w:fill="FFFFFF"/>
          </w:tcPr>
          <w:p w14:paraId="7BC78898" w14:textId="77777777" w:rsidR="00D2184C" w:rsidRDefault="00696E7A">
            <w:r>
              <w:t>3 128,3</w:t>
            </w:r>
          </w:p>
        </w:tc>
        <w:tc>
          <w:tcPr>
            <w:tcW w:w="1440" w:type="dxa"/>
            <w:shd w:val="clear" w:color="auto" w:fill="FFFFFF"/>
          </w:tcPr>
          <w:p w14:paraId="30D035A4" w14:textId="77777777" w:rsidR="00D2184C" w:rsidRDefault="00696E7A">
            <w:r>
              <w:t>89,0</w:t>
            </w:r>
          </w:p>
        </w:tc>
        <w:tc>
          <w:tcPr>
            <w:tcW w:w="1440" w:type="dxa"/>
            <w:shd w:val="clear" w:color="auto" w:fill="FFFFFF"/>
          </w:tcPr>
          <w:p w14:paraId="3EA6A953" w14:textId="77777777" w:rsidR="00D2184C" w:rsidRDefault="00696E7A">
            <w:r>
              <w:t>1 682,7</w:t>
            </w:r>
          </w:p>
        </w:tc>
        <w:tc>
          <w:tcPr>
            <w:tcW w:w="1440" w:type="dxa"/>
            <w:shd w:val="clear" w:color="auto" w:fill="FFFFFF"/>
          </w:tcPr>
          <w:p w14:paraId="1ABA9957" w14:textId="77777777" w:rsidR="00D2184C" w:rsidRDefault="00696E7A">
            <w:r>
              <w:t>—</w:t>
            </w:r>
          </w:p>
        </w:tc>
        <w:tc>
          <w:tcPr>
            <w:tcW w:w="1440" w:type="dxa"/>
            <w:shd w:val="clear" w:color="auto" w:fill="FFFFFF"/>
          </w:tcPr>
          <w:p w14:paraId="03995D53" w14:textId="77777777" w:rsidR="00D2184C" w:rsidRDefault="00696E7A">
            <w:r>
              <w:t>4 900,0</w:t>
            </w:r>
          </w:p>
        </w:tc>
      </w:tr>
      <w:tr w:rsidR="00D2184C" w14:paraId="6974C14E" w14:textId="77777777">
        <w:trPr>
          <w:cantSplit/>
        </w:trPr>
        <w:tc>
          <w:tcPr>
            <w:tcW w:w="1440" w:type="dxa"/>
            <w:shd w:val="clear" w:color="auto" w:fill="F2F2F2"/>
          </w:tcPr>
          <w:p w14:paraId="1EBC8BF7" w14:textId="77777777" w:rsidR="00D2184C" w:rsidRDefault="00696E7A">
            <w:r>
              <w:t>УПК № 9 «ГРЭ»</w:t>
            </w:r>
          </w:p>
        </w:tc>
        <w:tc>
          <w:tcPr>
            <w:tcW w:w="1440" w:type="dxa"/>
            <w:shd w:val="clear" w:color="auto" w:fill="FFFFFF"/>
          </w:tcPr>
          <w:p w14:paraId="42523C6D" w14:textId="77777777" w:rsidR="00D2184C" w:rsidRDefault="00696E7A">
            <w:r>
              <w:t>1 268,8</w:t>
            </w:r>
          </w:p>
        </w:tc>
        <w:tc>
          <w:tcPr>
            <w:tcW w:w="1440" w:type="dxa"/>
            <w:shd w:val="clear" w:color="auto" w:fill="FFFFFF"/>
          </w:tcPr>
          <w:p w14:paraId="67E4F631" w14:textId="77777777" w:rsidR="00D2184C" w:rsidRDefault="00696E7A">
            <w:r>
              <w:t>—</w:t>
            </w:r>
          </w:p>
        </w:tc>
        <w:tc>
          <w:tcPr>
            <w:tcW w:w="1440" w:type="dxa"/>
            <w:shd w:val="clear" w:color="auto" w:fill="FFFFFF"/>
          </w:tcPr>
          <w:p w14:paraId="55C59269" w14:textId="77777777" w:rsidR="00D2184C" w:rsidRDefault="00696E7A">
            <w:r>
              <w:t>20,2</w:t>
            </w:r>
          </w:p>
        </w:tc>
        <w:tc>
          <w:tcPr>
            <w:tcW w:w="1440" w:type="dxa"/>
            <w:shd w:val="clear" w:color="auto" w:fill="FFFFFF"/>
          </w:tcPr>
          <w:p w14:paraId="178EB378" w14:textId="77777777" w:rsidR="00D2184C" w:rsidRDefault="00696E7A">
            <w:r>
              <w:t>—</w:t>
            </w:r>
          </w:p>
        </w:tc>
        <w:tc>
          <w:tcPr>
            <w:tcW w:w="1440" w:type="dxa"/>
            <w:shd w:val="clear" w:color="auto" w:fill="FFFFFF"/>
          </w:tcPr>
          <w:p w14:paraId="5887B698" w14:textId="77777777" w:rsidR="00D2184C" w:rsidRDefault="00696E7A">
            <w:r>
              <w:t>1 289,0</w:t>
            </w:r>
          </w:p>
        </w:tc>
      </w:tr>
      <w:tr w:rsidR="00D2184C" w14:paraId="41CFBE54" w14:textId="77777777">
        <w:trPr>
          <w:cantSplit/>
        </w:trPr>
        <w:tc>
          <w:tcPr>
            <w:tcW w:w="1440" w:type="dxa"/>
            <w:shd w:val="clear" w:color="auto" w:fill="F2F2F2"/>
          </w:tcPr>
          <w:p w14:paraId="3F28B03E" w14:textId="77777777" w:rsidR="00D2184C" w:rsidRDefault="00696E7A">
            <w:r>
              <w:t>УПК № 5 «Новый Шерегеш»</w:t>
            </w:r>
          </w:p>
        </w:tc>
        <w:tc>
          <w:tcPr>
            <w:tcW w:w="1440" w:type="dxa"/>
            <w:shd w:val="clear" w:color="auto" w:fill="FFFFFF"/>
          </w:tcPr>
          <w:p w14:paraId="16FE0B60" w14:textId="77777777" w:rsidR="00D2184C" w:rsidRDefault="00696E7A">
            <w:r>
              <w:t>226 131,4</w:t>
            </w:r>
          </w:p>
        </w:tc>
        <w:tc>
          <w:tcPr>
            <w:tcW w:w="1440" w:type="dxa"/>
            <w:shd w:val="clear" w:color="auto" w:fill="FFFFFF"/>
          </w:tcPr>
          <w:p w14:paraId="2B0714FA" w14:textId="77777777" w:rsidR="00D2184C" w:rsidRDefault="00696E7A">
            <w:r>
              <w:t>—</w:t>
            </w:r>
          </w:p>
        </w:tc>
        <w:tc>
          <w:tcPr>
            <w:tcW w:w="1440" w:type="dxa"/>
            <w:shd w:val="clear" w:color="auto" w:fill="FFFFFF"/>
          </w:tcPr>
          <w:p w14:paraId="49BC9003" w14:textId="77777777" w:rsidR="00D2184C" w:rsidRDefault="00696E7A">
            <w:r>
              <w:t>35 381,4</w:t>
            </w:r>
          </w:p>
        </w:tc>
        <w:tc>
          <w:tcPr>
            <w:tcW w:w="1440" w:type="dxa"/>
            <w:shd w:val="clear" w:color="auto" w:fill="FFFFFF"/>
          </w:tcPr>
          <w:p w14:paraId="61EDB115" w14:textId="77777777" w:rsidR="00D2184C" w:rsidRDefault="00696E7A">
            <w:r>
              <w:t>2 024,4</w:t>
            </w:r>
          </w:p>
        </w:tc>
        <w:tc>
          <w:tcPr>
            <w:tcW w:w="1440" w:type="dxa"/>
            <w:shd w:val="clear" w:color="auto" w:fill="FFFFFF"/>
          </w:tcPr>
          <w:p w14:paraId="76AF6557" w14:textId="77777777" w:rsidR="00D2184C" w:rsidRDefault="00696E7A">
            <w:r>
              <w:t>263 537,2</w:t>
            </w:r>
          </w:p>
        </w:tc>
      </w:tr>
      <w:tr w:rsidR="00D2184C" w14:paraId="272AA115" w14:textId="77777777">
        <w:trPr>
          <w:cantSplit/>
        </w:trPr>
        <w:tc>
          <w:tcPr>
            <w:tcW w:w="1440" w:type="dxa"/>
            <w:shd w:val="clear" w:color="auto" w:fill="F2F2F2"/>
          </w:tcPr>
          <w:p w14:paraId="59C582F1" w14:textId="77777777" w:rsidR="00D2184C" w:rsidRDefault="00696E7A">
            <w:r>
              <w:t>УПК № 6 «Старый Шерегеш»</w:t>
            </w:r>
          </w:p>
        </w:tc>
        <w:tc>
          <w:tcPr>
            <w:tcW w:w="1440" w:type="dxa"/>
            <w:shd w:val="clear" w:color="auto" w:fill="FFFFFF"/>
          </w:tcPr>
          <w:p w14:paraId="093D3D02" w14:textId="77777777" w:rsidR="00D2184C" w:rsidRDefault="00696E7A">
            <w:r>
              <w:t>4 507,8</w:t>
            </w:r>
          </w:p>
        </w:tc>
        <w:tc>
          <w:tcPr>
            <w:tcW w:w="1440" w:type="dxa"/>
            <w:shd w:val="clear" w:color="auto" w:fill="FFFFFF"/>
          </w:tcPr>
          <w:p w14:paraId="0D5A26F5" w14:textId="77777777" w:rsidR="00D2184C" w:rsidRDefault="00696E7A">
            <w:r>
              <w:t>0,0</w:t>
            </w:r>
          </w:p>
        </w:tc>
        <w:tc>
          <w:tcPr>
            <w:tcW w:w="1440" w:type="dxa"/>
            <w:shd w:val="clear" w:color="auto" w:fill="FFFFFF"/>
          </w:tcPr>
          <w:p w14:paraId="56954571" w14:textId="77777777" w:rsidR="00D2184C" w:rsidRDefault="00696E7A">
            <w:r>
              <w:t>3 505,5</w:t>
            </w:r>
          </w:p>
        </w:tc>
        <w:tc>
          <w:tcPr>
            <w:tcW w:w="1440" w:type="dxa"/>
            <w:shd w:val="clear" w:color="auto" w:fill="FFFFFF"/>
          </w:tcPr>
          <w:p w14:paraId="3795E1FC" w14:textId="77777777" w:rsidR="00D2184C" w:rsidRDefault="00696E7A">
            <w:r>
              <w:t>2 251,2</w:t>
            </w:r>
          </w:p>
        </w:tc>
        <w:tc>
          <w:tcPr>
            <w:tcW w:w="1440" w:type="dxa"/>
            <w:shd w:val="clear" w:color="auto" w:fill="FFFFFF"/>
          </w:tcPr>
          <w:p w14:paraId="0C0B4389" w14:textId="77777777" w:rsidR="00D2184C" w:rsidRDefault="00696E7A">
            <w:r>
              <w:t>10 264,5</w:t>
            </w:r>
          </w:p>
        </w:tc>
      </w:tr>
      <w:tr w:rsidR="00D2184C" w14:paraId="782F5C58" w14:textId="77777777">
        <w:trPr>
          <w:cantSplit/>
        </w:trPr>
        <w:tc>
          <w:tcPr>
            <w:tcW w:w="1440" w:type="dxa"/>
            <w:shd w:val="clear" w:color="auto" w:fill="F2F2F2"/>
          </w:tcPr>
          <w:p w14:paraId="297272F4" w14:textId="77777777" w:rsidR="00D2184C" w:rsidRDefault="00696E7A">
            <w:r>
              <w:t>УПК № 7 «Каз»</w:t>
            </w:r>
          </w:p>
        </w:tc>
        <w:tc>
          <w:tcPr>
            <w:tcW w:w="1440" w:type="dxa"/>
            <w:shd w:val="clear" w:color="auto" w:fill="FFFFFF"/>
          </w:tcPr>
          <w:p w14:paraId="26B0C9B1" w14:textId="77777777" w:rsidR="00D2184C" w:rsidRDefault="00696E7A">
            <w:r>
              <w:t>37 452,6</w:t>
            </w:r>
          </w:p>
        </w:tc>
        <w:tc>
          <w:tcPr>
            <w:tcW w:w="1440" w:type="dxa"/>
            <w:shd w:val="clear" w:color="auto" w:fill="FFFFFF"/>
          </w:tcPr>
          <w:p w14:paraId="673656FA" w14:textId="77777777" w:rsidR="00D2184C" w:rsidRDefault="00696E7A">
            <w:r>
              <w:t>2 868,4</w:t>
            </w:r>
          </w:p>
        </w:tc>
        <w:tc>
          <w:tcPr>
            <w:tcW w:w="1440" w:type="dxa"/>
            <w:shd w:val="clear" w:color="auto" w:fill="FFFFFF"/>
          </w:tcPr>
          <w:p w14:paraId="2AB3A032" w14:textId="77777777" w:rsidR="00D2184C" w:rsidRDefault="00696E7A">
            <w:r>
              <w:t>10 945,4</w:t>
            </w:r>
          </w:p>
        </w:tc>
        <w:tc>
          <w:tcPr>
            <w:tcW w:w="1440" w:type="dxa"/>
            <w:shd w:val="clear" w:color="auto" w:fill="FFFFFF"/>
          </w:tcPr>
          <w:p w14:paraId="48155CCE" w14:textId="77777777" w:rsidR="00D2184C" w:rsidRDefault="00696E7A">
            <w:r>
              <w:t>—</w:t>
            </w:r>
          </w:p>
        </w:tc>
        <w:tc>
          <w:tcPr>
            <w:tcW w:w="1440" w:type="dxa"/>
            <w:shd w:val="clear" w:color="auto" w:fill="FFFFFF"/>
          </w:tcPr>
          <w:p w14:paraId="76961EFA" w14:textId="77777777" w:rsidR="00D2184C" w:rsidRDefault="00696E7A">
            <w:r>
              <w:t>51 266,4</w:t>
            </w:r>
          </w:p>
        </w:tc>
      </w:tr>
      <w:tr w:rsidR="00D2184C" w14:paraId="678A57CE" w14:textId="77777777">
        <w:trPr>
          <w:cantSplit/>
        </w:trPr>
        <w:tc>
          <w:tcPr>
            <w:tcW w:w="1440" w:type="dxa"/>
            <w:shd w:val="clear" w:color="auto" w:fill="F2F2F2"/>
          </w:tcPr>
          <w:p w14:paraId="4BF6A22A" w14:textId="77777777" w:rsidR="00D2184C" w:rsidRDefault="00696E7A">
            <w:r>
              <w:t>УПК № 8 «Мундыбаш»</w:t>
            </w:r>
          </w:p>
        </w:tc>
        <w:tc>
          <w:tcPr>
            <w:tcW w:w="1440" w:type="dxa"/>
            <w:shd w:val="clear" w:color="auto" w:fill="FFFFFF"/>
          </w:tcPr>
          <w:p w14:paraId="4FB80B62" w14:textId="77777777" w:rsidR="00D2184C" w:rsidRDefault="00696E7A">
            <w:r>
              <w:t>12 669,6</w:t>
            </w:r>
          </w:p>
        </w:tc>
        <w:tc>
          <w:tcPr>
            <w:tcW w:w="1440" w:type="dxa"/>
            <w:shd w:val="clear" w:color="auto" w:fill="FFFFFF"/>
          </w:tcPr>
          <w:p w14:paraId="62999E8B" w14:textId="77777777" w:rsidR="00D2184C" w:rsidRDefault="00696E7A">
            <w:r>
              <w:t>361,9</w:t>
            </w:r>
          </w:p>
        </w:tc>
        <w:tc>
          <w:tcPr>
            <w:tcW w:w="1440" w:type="dxa"/>
            <w:shd w:val="clear" w:color="auto" w:fill="FFFFFF"/>
          </w:tcPr>
          <w:p w14:paraId="3A642292" w14:textId="77777777" w:rsidR="00D2184C" w:rsidRDefault="00696E7A">
            <w:r>
              <w:t>8 377,4</w:t>
            </w:r>
          </w:p>
        </w:tc>
        <w:tc>
          <w:tcPr>
            <w:tcW w:w="1440" w:type="dxa"/>
            <w:shd w:val="clear" w:color="auto" w:fill="FFFFFF"/>
          </w:tcPr>
          <w:p w14:paraId="2E8F2058" w14:textId="77777777" w:rsidR="00D2184C" w:rsidRDefault="00696E7A">
            <w:r>
              <w:t>—</w:t>
            </w:r>
          </w:p>
        </w:tc>
        <w:tc>
          <w:tcPr>
            <w:tcW w:w="1440" w:type="dxa"/>
            <w:shd w:val="clear" w:color="auto" w:fill="FFFFFF"/>
          </w:tcPr>
          <w:p w14:paraId="43D899A0" w14:textId="77777777" w:rsidR="00D2184C" w:rsidRDefault="00696E7A">
            <w:r>
              <w:t>21 408,9</w:t>
            </w:r>
          </w:p>
        </w:tc>
      </w:tr>
      <w:tr w:rsidR="00D2184C" w14:paraId="74295346" w14:textId="77777777">
        <w:trPr>
          <w:cantSplit/>
        </w:trPr>
        <w:tc>
          <w:tcPr>
            <w:tcW w:w="1440" w:type="dxa"/>
            <w:shd w:val="clear" w:color="auto" w:fill="F2F2F2"/>
          </w:tcPr>
          <w:p w14:paraId="41575B05" w14:textId="77777777" w:rsidR="00D2184C" w:rsidRDefault="00696E7A">
            <w:r>
              <w:t>УПК № 10 «Темир-Тау»</w:t>
            </w:r>
          </w:p>
        </w:tc>
        <w:tc>
          <w:tcPr>
            <w:tcW w:w="1440" w:type="dxa"/>
            <w:shd w:val="clear" w:color="auto" w:fill="FFFFFF"/>
          </w:tcPr>
          <w:p w14:paraId="4F4B98D8" w14:textId="77777777" w:rsidR="00D2184C" w:rsidRDefault="00696E7A">
            <w:r>
              <w:t>18 642,9</w:t>
            </w:r>
          </w:p>
        </w:tc>
        <w:tc>
          <w:tcPr>
            <w:tcW w:w="1440" w:type="dxa"/>
            <w:shd w:val="clear" w:color="auto" w:fill="FFFFFF"/>
          </w:tcPr>
          <w:p w14:paraId="223381FE" w14:textId="77777777" w:rsidR="00D2184C" w:rsidRDefault="00696E7A">
            <w:r>
              <w:t>461,3</w:t>
            </w:r>
          </w:p>
        </w:tc>
        <w:tc>
          <w:tcPr>
            <w:tcW w:w="1440" w:type="dxa"/>
            <w:shd w:val="clear" w:color="auto" w:fill="FFFFFF"/>
          </w:tcPr>
          <w:p w14:paraId="2D0EB9DA" w14:textId="77777777" w:rsidR="00D2184C" w:rsidRDefault="00696E7A">
            <w:r>
              <w:t>3 243,1</w:t>
            </w:r>
          </w:p>
        </w:tc>
        <w:tc>
          <w:tcPr>
            <w:tcW w:w="1440" w:type="dxa"/>
            <w:shd w:val="clear" w:color="auto" w:fill="FFFFFF"/>
          </w:tcPr>
          <w:p w14:paraId="28FCAC19" w14:textId="77777777" w:rsidR="00D2184C" w:rsidRDefault="00696E7A">
            <w:r>
              <w:t>—</w:t>
            </w:r>
          </w:p>
        </w:tc>
        <w:tc>
          <w:tcPr>
            <w:tcW w:w="1440" w:type="dxa"/>
            <w:shd w:val="clear" w:color="auto" w:fill="FFFFFF"/>
          </w:tcPr>
          <w:p w14:paraId="00631500" w14:textId="77777777" w:rsidR="00D2184C" w:rsidRDefault="00696E7A">
            <w:r>
              <w:t>22 347,3</w:t>
            </w:r>
          </w:p>
        </w:tc>
      </w:tr>
      <w:tr w:rsidR="00D2184C" w14:paraId="0BBDF80E" w14:textId="77777777">
        <w:trPr>
          <w:cantSplit/>
        </w:trPr>
        <w:tc>
          <w:tcPr>
            <w:tcW w:w="1440" w:type="dxa"/>
            <w:shd w:val="clear" w:color="auto" w:fill="F2F2F2"/>
          </w:tcPr>
          <w:p w14:paraId="706CA00F" w14:textId="77777777" w:rsidR="00D2184C" w:rsidRDefault="00696E7A">
            <w:r>
              <w:t>УПК № 3 «Спасск»</w:t>
            </w:r>
          </w:p>
        </w:tc>
        <w:tc>
          <w:tcPr>
            <w:tcW w:w="1440" w:type="dxa"/>
            <w:shd w:val="clear" w:color="auto" w:fill="FFFFFF"/>
          </w:tcPr>
          <w:p w14:paraId="124562CD" w14:textId="77777777" w:rsidR="00D2184C" w:rsidRDefault="00696E7A">
            <w:r>
              <w:t>2 628,7</w:t>
            </w:r>
          </w:p>
        </w:tc>
        <w:tc>
          <w:tcPr>
            <w:tcW w:w="1440" w:type="dxa"/>
            <w:shd w:val="clear" w:color="auto" w:fill="FFFFFF"/>
          </w:tcPr>
          <w:p w14:paraId="0AEC15FD" w14:textId="77777777" w:rsidR="00D2184C" w:rsidRDefault="00696E7A">
            <w:r>
              <w:t>232,3</w:t>
            </w:r>
          </w:p>
        </w:tc>
        <w:tc>
          <w:tcPr>
            <w:tcW w:w="1440" w:type="dxa"/>
            <w:shd w:val="clear" w:color="auto" w:fill="FFFFFF"/>
          </w:tcPr>
          <w:p w14:paraId="1E143147" w14:textId="77777777" w:rsidR="00D2184C" w:rsidRDefault="00696E7A">
            <w:r>
              <w:t>325,3</w:t>
            </w:r>
          </w:p>
        </w:tc>
        <w:tc>
          <w:tcPr>
            <w:tcW w:w="1440" w:type="dxa"/>
            <w:shd w:val="clear" w:color="auto" w:fill="FFFFFF"/>
          </w:tcPr>
          <w:p w14:paraId="07B32446" w14:textId="77777777" w:rsidR="00D2184C" w:rsidRDefault="00696E7A">
            <w:r>
              <w:t>—</w:t>
            </w:r>
          </w:p>
        </w:tc>
        <w:tc>
          <w:tcPr>
            <w:tcW w:w="1440" w:type="dxa"/>
            <w:shd w:val="clear" w:color="auto" w:fill="FFFFFF"/>
          </w:tcPr>
          <w:p w14:paraId="7E833CBC" w14:textId="77777777" w:rsidR="00D2184C" w:rsidRDefault="00696E7A">
            <w:r>
              <w:t>3 186,3</w:t>
            </w:r>
          </w:p>
        </w:tc>
      </w:tr>
      <w:tr w:rsidR="00D2184C" w14:paraId="68EBC285" w14:textId="77777777">
        <w:trPr>
          <w:cantSplit/>
        </w:trPr>
        <w:tc>
          <w:tcPr>
            <w:tcW w:w="1440" w:type="dxa"/>
            <w:shd w:val="clear" w:color="auto" w:fill="DBE5F1"/>
          </w:tcPr>
          <w:p w14:paraId="11E1D907" w14:textId="77777777" w:rsidR="00D2184C" w:rsidRDefault="00696E7A">
            <w:r>
              <w:rPr>
                <w:b/>
              </w:rPr>
              <w:t>Итого</w:t>
            </w:r>
          </w:p>
        </w:tc>
        <w:tc>
          <w:tcPr>
            <w:tcW w:w="1440" w:type="dxa"/>
            <w:shd w:val="clear" w:color="auto" w:fill="DBE5F1"/>
          </w:tcPr>
          <w:p w14:paraId="204F8DE7" w14:textId="77777777" w:rsidR="00D2184C" w:rsidRDefault="00696E7A">
            <w:r>
              <w:rPr>
                <w:b/>
              </w:rPr>
              <w:t>389 377,9</w:t>
            </w:r>
          </w:p>
        </w:tc>
        <w:tc>
          <w:tcPr>
            <w:tcW w:w="1440" w:type="dxa"/>
            <w:shd w:val="clear" w:color="auto" w:fill="DBE5F1"/>
          </w:tcPr>
          <w:p w14:paraId="27039EC7" w14:textId="77777777" w:rsidR="00D2184C" w:rsidRDefault="00696E7A">
            <w:r>
              <w:rPr>
                <w:b/>
              </w:rPr>
              <w:t>13 162,2</w:t>
            </w:r>
          </w:p>
        </w:tc>
        <w:tc>
          <w:tcPr>
            <w:tcW w:w="1440" w:type="dxa"/>
            <w:shd w:val="clear" w:color="auto" w:fill="DBE5F1"/>
          </w:tcPr>
          <w:p w14:paraId="50EEF330" w14:textId="77777777" w:rsidR="00D2184C" w:rsidRDefault="00696E7A">
            <w:r>
              <w:rPr>
                <w:b/>
              </w:rPr>
              <w:t>109 529,2</w:t>
            </w:r>
          </w:p>
        </w:tc>
        <w:tc>
          <w:tcPr>
            <w:tcW w:w="1440" w:type="dxa"/>
            <w:shd w:val="clear" w:color="auto" w:fill="DBE5F1"/>
          </w:tcPr>
          <w:p w14:paraId="79F4496F" w14:textId="77777777" w:rsidR="00D2184C" w:rsidRDefault="00696E7A">
            <w:r>
              <w:rPr>
                <w:b/>
              </w:rPr>
              <w:t>94 358,6</w:t>
            </w:r>
          </w:p>
        </w:tc>
        <w:tc>
          <w:tcPr>
            <w:tcW w:w="1440" w:type="dxa"/>
            <w:shd w:val="clear" w:color="auto" w:fill="DBE5F1"/>
          </w:tcPr>
          <w:p w14:paraId="2BB20EBA" w14:textId="77777777" w:rsidR="00D2184C" w:rsidRDefault="00696E7A">
            <w:r>
              <w:rPr>
                <w:b/>
              </w:rPr>
              <w:t>606 427,9</w:t>
            </w:r>
          </w:p>
        </w:tc>
      </w:tr>
    </w:tbl>
    <w:p w14:paraId="37925710" w14:textId="77777777" w:rsidR="00D2184C" w:rsidRPr="00723A21" w:rsidRDefault="00696E7A">
      <w:pPr>
        <w:rPr>
          <w:lang w:val="ru-RU"/>
        </w:rPr>
      </w:pPr>
      <w:r w:rsidRPr="00723A21">
        <w:rPr>
          <w:lang w:val="ru-RU"/>
        </w:rPr>
        <w:t>Обе таблицы построены пообъектно по листу «Таблица 1.6» расчётной книги: величина относится к тому источнику, чей расчётный блок её физически содержит, и к тому виду потребления, которым она подписана. Прочерк означает, что соответствующий вид нагрузки у источника отсутствует и расчётным листом не ведётся; ноль означает подтверждённое нулевое значение при наличии строки расчёта.</w:t>
      </w:r>
    </w:p>
    <w:p w14:paraId="0422C620" w14:textId="77777777" w:rsidR="00D2184C" w:rsidRPr="00844B84" w:rsidRDefault="00696E7A">
      <w:pPr>
        <w:rPr>
          <w:lang w:val="ru-RU"/>
        </w:rPr>
      </w:pPr>
      <w:r w:rsidRPr="00723A21">
        <w:rPr>
          <w:lang w:val="ru-RU"/>
        </w:rPr>
        <w:t xml:space="preserve">Паровая нагрузка имеется у трёх источников из десяти: УПК № 1 «Таштагол» — 23,5000 Гкал/ч, УПК № 5 «Новый Шерегеш» — 0,1003 Гкал/ч и УПК № 6 «Старый Шерегеш» — 0,2088 Гкал/ч, всего 23,8091 Гкал/ч. У остальных семи источников паровой нагрузки нет. </w:t>
      </w:r>
      <w:r w:rsidRPr="002D5776">
        <w:rPr>
          <w:lang w:val="ru-RU"/>
        </w:rPr>
        <w:t xml:space="preserve">Итог по всем видам потребления составляет 196,6072 Гкал/ч и совпадает с расчётной максимальной нагрузкой потребителей, принятой балансами раздела 2. </w:t>
      </w:r>
      <w:r w:rsidRPr="00844B84">
        <w:rPr>
          <w:lang w:val="ru-RU"/>
        </w:rPr>
        <w:t>Годовой итог 606 427,9 Гкал/год совпадает с годовым потреблением по таблице 1.7.</w:t>
      </w:r>
    </w:p>
    <w:p w14:paraId="45176DC6" w14:textId="77777777" w:rsidR="004F333E" w:rsidRPr="00D42F7A" w:rsidRDefault="00886ADF">
      <w:pPr>
        <w:rPr>
          <w:lang w:val="ru-RU"/>
        </w:rPr>
      </w:pPr>
      <w:r w:rsidRPr="00D42F7A">
        <w:rPr>
          <w:lang w:val="ru-RU"/>
        </w:rPr>
        <w:t>Годовые объёмы отпуска приведены на базовый 2026 год. Изменение объёмов на расчётном периоде определяется приростом нагрузки по шести источникам.</w:t>
      </w:r>
    </w:p>
    <w:p w14:paraId="2EDB2EF4" w14:textId="77777777" w:rsidR="004604F3" w:rsidRPr="002D5776" w:rsidRDefault="00E1217F">
      <w:pPr>
        <w:pStyle w:val="21"/>
        <w:rPr>
          <w:lang w:val="ru-RU"/>
        </w:rPr>
      </w:pPr>
      <w:bookmarkStart w:id="10" w:name="_Toc238017209"/>
      <w:r w:rsidRPr="002D5776">
        <w:rPr>
          <w:lang w:val="ru-RU"/>
        </w:rPr>
        <w:t>1.7. Потребление тепловой энергии объектами, расположенными в производственных зонах</w:t>
      </w:r>
      <w:bookmarkEnd w:id="10"/>
    </w:p>
    <w:p w14:paraId="29A5214E" w14:textId="77777777" w:rsidR="004604F3" w:rsidRPr="002D5776" w:rsidRDefault="00E1217F">
      <w:pPr>
        <w:rPr>
          <w:lang w:val="ru-RU"/>
        </w:rPr>
      </w:pPr>
      <w:r w:rsidRPr="002D5776">
        <w:rPr>
          <w:lang w:val="ru-RU"/>
        </w:rPr>
        <w:t>Подпункт «в» пункта 5 требований выделяет объёмы потребления тепловой энергии и теплоносителя объектами производственных зон в самостоятельный показатель. В Таштагольском муниципальном округе такие объекты представлены двумя различными по природе группами.</w:t>
      </w:r>
    </w:p>
    <w:p w14:paraId="3EFB7EEF" w14:textId="77777777" w:rsidR="004604F3" w:rsidRPr="002D5776" w:rsidRDefault="00E1217F">
      <w:pPr>
        <w:rPr>
          <w:lang w:val="ru-RU"/>
        </w:rPr>
      </w:pPr>
      <w:r w:rsidRPr="002D5776">
        <w:rPr>
          <w:lang w:val="ru-RU"/>
        </w:rPr>
        <w:t xml:space="preserve">Первая группа — потребители пара. Паровая нагрузка имеется у трёх источников: УПК № 1 «Таштагол», УПК № 5 «Новый Шерегеш» и УПК № 6 «Старый Шерегеш». Пар подаётся к бойлерным и промышленным потребителям; после бойлерных тепловая энергия распределяется по водяным сетям. </w:t>
      </w:r>
      <w:r>
        <w:t xml:space="preserve">Паровые сети протяжённостью 4 019 м и конденсатные сети протяжённостью </w:t>
      </w:r>
      <w:r w:rsidRPr="002D5776">
        <w:rPr>
          <w:lang w:val="ru-RU"/>
        </w:rPr>
        <w:t>1 300 м относятся к системе УПК № 1 и в протяжённость водяных тепловых сетей не включаются. Паровая нагрузка учитывается отдельным слоем и в водяные балансы не переносится.</w:t>
      </w:r>
    </w:p>
    <w:p w14:paraId="5141693F" w14:textId="77777777" w:rsidR="004604F3" w:rsidRPr="002D5776" w:rsidRDefault="00E1217F">
      <w:pPr>
        <w:rPr>
          <w:lang w:val="ru-RU"/>
        </w:rPr>
      </w:pPr>
      <w:r w:rsidRPr="002D5776">
        <w:rPr>
          <w:lang w:val="ru-RU"/>
        </w:rPr>
        <w:t>Вторая группа — промышленный потребитель ПАО «Евраз», получающий тепловую энергию в горячей воде от систем Таштагола, Каза и Шерегеша. По данным о реализации за 2025 год на него приходится 131 105,68 Гкал в год, что составляет 65,59 процента всего объёма, учтённого приборами учёта, и 34,37 процента общей реализации по округу. Это крупнейший единичный потребитель округа, и его режим определяет загрузку трёх систем теплоснабжения.</w:t>
      </w:r>
    </w:p>
    <w:p w14:paraId="556F683B" w14:textId="77777777" w:rsidR="004604F3" w:rsidRPr="002D5776" w:rsidRDefault="00E1217F">
      <w:pPr>
        <w:rPr>
          <w:lang w:val="ru-RU"/>
        </w:rPr>
      </w:pPr>
      <w:r w:rsidRPr="002D5776">
        <w:rPr>
          <w:lang w:val="ru-RU"/>
        </w:rPr>
        <w:t>Перспективное изменение потребления объектами производственных зон схемой не утверждается: заявок на подключение дополнительной производственной нагрузки и подтверждённых планов изменения производственных программ в составе исходных данных нет. Расчётная нагрузка этой группы принимается неизменной на всех этапах, что отражено балансами раздела 2.</w:t>
      </w:r>
    </w:p>
    <w:p w14:paraId="2DFE912D" w14:textId="77777777" w:rsidR="00AE595B" w:rsidRPr="00844B84" w:rsidRDefault="00293C0B">
      <w:pPr>
        <w:pStyle w:val="21"/>
        <w:rPr>
          <w:lang w:val="ru-RU"/>
        </w:rPr>
      </w:pPr>
      <w:bookmarkStart w:id="11" w:name="_Toc238017210"/>
      <w:r w:rsidRPr="00844B84">
        <w:rPr>
          <w:lang w:val="ru-RU"/>
        </w:rPr>
        <w:t>1.8. Средневзвешенная плотность тепловой нагрузки</w:t>
      </w:r>
      <w:bookmarkEnd w:id="11"/>
    </w:p>
    <w:p w14:paraId="1A143AD9" w14:textId="77777777" w:rsidR="00AE595B" w:rsidRPr="00844B84" w:rsidRDefault="00293C0B">
      <w:pPr>
        <w:rPr>
          <w:lang w:val="ru-RU"/>
        </w:rPr>
      </w:pPr>
      <w:r w:rsidRPr="00844B84">
        <w:rPr>
          <w:lang w:val="ru-RU"/>
        </w:rPr>
        <w:t>Средневзвешенная плотность тепловой нагрузки определена по пункту П14.3 приложения № 14 к Методическим указаниям, утверждённым приказом Минэнерго России № 212, как частное от деления расчётной тепловой нагрузки потребителей на площадь зоны действия источника, выраженную в гектарах. Величина утверждается по зоне действия каждого источника тепловой энергии, по каждому расчётному элементу территориального деления и по округу.</w:t>
      </w:r>
    </w:p>
    <w:p w14:paraId="152265F6" w14:textId="77777777" w:rsidR="00AE595B" w:rsidRPr="00326225" w:rsidRDefault="00293C0B">
      <w:pPr>
        <w:rPr>
          <w:b/>
          <w:bCs/>
          <w:lang w:val="ru-RU"/>
        </w:rPr>
      </w:pPr>
      <w:r w:rsidRPr="00326225">
        <w:rPr>
          <w:b/>
          <w:bCs/>
          <w:lang w:val="ru-RU"/>
        </w:rPr>
        <w:t>Таблица 1.10 — Средневзвешенная плотность тепловой нагрузки на 2026 год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39"/>
        <w:gridCol w:w="2043"/>
        <w:gridCol w:w="1593"/>
        <w:gridCol w:w="1828"/>
        <w:gridCol w:w="1593"/>
        <w:gridCol w:w="1593"/>
      </w:tblGrid>
      <w:tr w:rsidR="00AE595B" w:rsidRPr="00275118" w14:paraId="2AC6E783" w14:textId="77777777">
        <w:trPr>
          <w:cantSplit/>
          <w:tblHeader/>
        </w:trPr>
        <w:tc>
          <w:tcPr>
            <w:tcW w:w="1440" w:type="dxa"/>
            <w:shd w:val="clear" w:color="auto" w:fill="E2F0D9"/>
          </w:tcPr>
          <w:p w14:paraId="63AE3AA6" w14:textId="77777777" w:rsidR="00AE595B" w:rsidRDefault="00293C0B">
            <w:pPr>
              <w:jc w:val="center"/>
            </w:pPr>
            <w:r>
              <w:rPr>
                <w:b/>
              </w:rPr>
              <w:t>Источник тепловой энергии</w:t>
            </w:r>
          </w:p>
        </w:tc>
        <w:tc>
          <w:tcPr>
            <w:tcW w:w="1440" w:type="dxa"/>
            <w:shd w:val="clear" w:color="auto" w:fill="E2F0D9"/>
          </w:tcPr>
          <w:p w14:paraId="2E0CD98F" w14:textId="77777777" w:rsidR="00AE595B" w:rsidRDefault="00293C0B">
            <w:pPr>
              <w:jc w:val="center"/>
            </w:pPr>
            <w:r>
              <w:rPr>
                <w:b/>
              </w:rPr>
              <w:t>Территория</w:t>
            </w:r>
          </w:p>
        </w:tc>
        <w:tc>
          <w:tcPr>
            <w:tcW w:w="1440" w:type="dxa"/>
            <w:shd w:val="clear" w:color="auto" w:fill="E2F0D9"/>
          </w:tcPr>
          <w:p w14:paraId="3E0301F7" w14:textId="77777777" w:rsidR="00AE595B" w:rsidRDefault="00293C0B">
            <w:pPr>
              <w:jc w:val="center"/>
            </w:pPr>
            <w:r>
              <w:rPr>
                <w:b/>
              </w:rPr>
              <w:t>Площадь зоны действия, га</w:t>
            </w:r>
          </w:p>
        </w:tc>
        <w:tc>
          <w:tcPr>
            <w:tcW w:w="1440" w:type="dxa"/>
            <w:shd w:val="clear" w:color="auto" w:fill="E2F0D9"/>
          </w:tcPr>
          <w:p w14:paraId="146F315B" w14:textId="77777777" w:rsidR="00AE595B" w:rsidRPr="00844B84" w:rsidRDefault="00293C0B">
            <w:pPr>
              <w:jc w:val="center"/>
              <w:rPr>
                <w:lang w:val="ru-RU"/>
              </w:rPr>
            </w:pPr>
            <w:r w:rsidRPr="00844B84">
              <w:rPr>
                <w:b/>
                <w:lang w:val="ru-RU"/>
              </w:rPr>
              <w:t>Расчётная нагрузка потребителей, Гкал/ч</w:t>
            </w:r>
          </w:p>
        </w:tc>
        <w:tc>
          <w:tcPr>
            <w:tcW w:w="1440" w:type="dxa"/>
            <w:shd w:val="clear" w:color="auto" w:fill="E2F0D9"/>
          </w:tcPr>
          <w:p w14:paraId="08C5349F" w14:textId="77777777" w:rsidR="00AE595B" w:rsidRPr="00844B84" w:rsidRDefault="00293C0B">
            <w:pPr>
              <w:jc w:val="center"/>
              <w:rPr>
                <w:lang w:val="ru-RU"/>
              </w:rPr>
            </w:pPr>
            <w:r w:rsidRPr="00844B84">
              <w:rPr>
                <w:b/>
                <w:lang w:val="ru-RU"/>
              </w:rPr>
              <w:t>Плотность, Гкал/ч на га</w:t>
            </w:r>
          </w:p>
        </w:tc>
        <w:tc>
          <w:tcPr>
            <w:tcW w:w="1440" w:type="dxa"/>
            <w:shd w:val="clear" w:color="auto" w:fill="E2F0D9"/>
          </w:tcPr>
          <w:p w14:paraId="108072F5" w14:textId="77777777" w:rsidR="00AE595B" w:rsidRPr="00844B84" w:rsidRDefault="00293C0B">
            <w:pPr>
              <w:jc w:val="center"/>
              <w:rPr>
                <w:lang w:val="ru-RU"/>
              </w:rPr>
            </w:pPr>
            <w:r w:rsidRPr="00844B84">
              <w:rPr>
                <w:b/>
                <w:lang w:val="ru-RU"/>
              </w:rPr>
              <w:t>Справочно: плотность, Гкал/ч на км²</w:t>
            </w:r>
          </w:p>
        </w:tc>
      </w:tr>
      <w:tr w:rsidR="00AE595B" w14:paraId="21DF230B" w14:textId="77777777">
        <w:trPr>
          <w:cantSplit/>
        </w:trPr>
        <w:tc>
          <w:tcPr>
            <w:tcW w:w="1440" w:type="dxa"/>
            <w:shd w:val="clear" w:color="auto" w:fill="F2F2F2"/>
          </w:tcPr>
          <w:p w14:paraId="2BAC6382" w14:textId="77777777" w:rsidR="00AE595B" w:rsidRDefault="00293C0B">
            <w:r>
              <w:t>УПК № 1</w:t>
            </w:r>
          </w:p>
        </w:tc>
        <w:tc>
          <w:tcPr>
            <w:tcW w:w="1440" w:type="dxa"/>
            <w:shd w:val="clear" w:color="auto" w:fill="FFFFFF"/>
          </w:tcPr>
          <w:p w14:paraId="0F7240AE" w14:textId="77777777" w:rsidR="00AE595B" w:rsidRDefault="00293C0B">
            <w:r>
              <w:t>г. Таштагол</w:t>
            </w:r>
          </w:p>
        </w:tc>
        <w:tc>
          <w:tcPr>
            <w:tcW w:w="1440" w:type="dxa"/>
            <w:shd w:val="clear" w:color="auto" w:fill="FFFFFF"/>
          </w:tcPr>
          <w:p w14:paraId="2D280D82" w14:textId="77777777" w:rsidR="00AE595B" w:rsidRDefault="00293C0B">
            <w:r>
              <w:t>123,40</w:t>
            </w:r>
          </w:p>
        </w:tc>
        <w:tc>
          <w:tcPr>
            <w:tcW w:w="1440" w:type="dxa"/>
            <w:shd w:val="clear" w:color="auto" w:fill="FFFFFF"/>
          </w:tcPr>
          <w:p w14:paraId="749AF3D6" w14:textId="77777777" w:rsidR="00AE595B" w:rsidRDefault="00293C0B">
            <w:r>
              <w:t>81,5472</w:t>
            </w:r>
          </w:p>
        </w:tc>
        <w:tc>
          <w:tcPr>
            <w:tcW w:w="1440" w:type="dxa"/>
            <w:shd w:val="clear" w:color="auto" w:fill="FFFFFF"/>
          </w:tcPr>
          <w:p w14:paraId="7789611C" w14:textId="77777777" w:rsidR="00AE595B" w:rsidRDefault="00293C0B">
            <w:r>
              <w:t>0,6608</w:t>
            </w:r>
          </w:p>
        </w:tc>
        <w:tc>
          <w:tcPr>
            <w:tcW w:w="1440" w:type="dxa"/>
            <w:shd w:val="clear" w:color="auto" w:fill="FFFFFF"/>
          </w:tcPr>
          <w:p w14:paraId="6C5F5F7D" w14:textId="77777777" w:rsidR="00AE595B" w:rsidRDefault="00293C0B">
            <w:r>
              <w:t>66,0836</w:t>
            </w:r>
          </w:p>
        </w:tc>
      </w:tr>
      <w:tr w:rsidR="00AE595B" w14:paraId="4C15ABE9" w14:textId="77777777">
        <w:trPr>
          <w:cantSplit/>
        </w:trPr>
        <w:tc>
          <w:tcPr>
            <w:tcW w:w="1440" w:type="dxa"/>
            <w:shd w:val="clear" w:color="auto" w:fill="F2F2F2"/>
          </w:tcPr>
          <w:p w14:paraId="08500E61" w14:textId="77777777" w:rsidR="00AE595B" w:rsidRDefault="00293C0B">
            <w:r>
              <w:t>УПК № 2 Шалым</w:t>
            </w:r>
          </w:p>
        </w:tc>
        <w:tc>
          <w:tcPr>
            <w:tcW w:w="1440" w:type="dxa"/>
            <w:shd w:val="clear" w:color="auto" w:fill="FFFFFF"/>
          </w:tcPr>
          <w:p w14:paraId="02444741" w14:textId="77777777" w:rsidR="00AE595B" w:rsidRDefault="00293C0B">
            <w:r>
              <w:t>г. Таштагол</w:t>
            </w:r>
          </w:p>
        </w:tc>
        <w:tc>
          <w:tcPr>
            <w:tcW w:w="1440" w:type="dxa"/>
            <w:shd w:val="clear" w:color="auto" w:fill="FFFFFF"/>
          </w:tcPr>
          <w:p w14:paraId="106E3BF1" w14:textId="77777777" w:rsidR="00AE595B" w:rsidRDefault="00293C0B">
            <w:r>
              <w:t>18,20</w:t>
            </w:r>
          </w:p>
        </w:tc>
        <w:tc>
          <w:tcPr>
            <w:tcW w:w="1440" w:type="dxa"/>
            <w:shd w:val="clear" w:color="auto" w:fill="FFFFFF"/>
          </w:tcPr>
          <w:p w14:paraId="6FFE5049" w14:textId="77777777" w:rsidR="00AE595B" w:rsidRDefault="00293C0B">
            <w:r>
              <w:t>5,1362</w:t>
            </w:r>
          </w:p>
        </w:tc>
        <w:tc>
          <w:tcPr>
            <w:tcW w:w="1440" w:type="dxa"/>
            <w:shd w:val="clear" w:color="auto" w:fill="FFFFFF"/>
          </w:tcPr>
          <w:p w14:paraId="0A5AF928" w14:textId="77777777" w:rsidR="00AE595B" w:rsidRDefault="00293C0B">
            <w:r>
              <w:t>0,2822</w:t>
            </w:r>
          </w:p>
        </w:tc>
        <w:tc>
          <w:tcPr>
            <w:tcW w:w="1440" w:type="dxa"/>
            <w:shd w:val="clear" w:color="auto" w:fill="FFFFFF"/>
          </w:tcPr>
          <w:p w14:paraId="5F153817" w14:textId="77777777" w:rsidR="00AE595B" w:rsidRDefault="00293C0B">
            <w:r>
              <w:t>28,2209</w:t>
            </w:r>
          </w:p>
        </w:tc>
      </w:tr>
      <w:tr w:rsidR="00AE595B" w14:paraId="13B38676" w14:textId="77777777">
        <w:trPr>
          <w:cantSplit/>
        </w:trPr>
        <w:tc>
          <w:tcPr>
            <w:tcW w:w="1440" w:type="dxa"/>
            <w:shd w:val="clear" w:color="auto" w:fill="F2F2F2"/>
          </w:tcPr>
          <w:p w14:paraId="7670F683" w14:textId="77777777" w:rsidR="00AE595B" w:rsidRDefault="00293C0B">
            <w:r>
              <w:t>УПК № 2 ЦМК</w:t>
            </w:r>
          </w:p>
        </w:tc>
        <w:tc>
          <w:tcPr>
            <w:tcW w:w="1440" w:type="dxa"/>
            <w:shd w:val="clear" w:color="auto" w:fill="FFFFFF"/>
          </w:tcPr>
          <w:p w14:paraId="66ADFCDE" w14:textId="77777777" w:rsidR="00AE595B" w:rsidRDefault="00293C0B">
            <w:r>
              <w:t>г. Таштагол</w:t>
            </w:r>
          </w:p>
        </w:tc>
        <w:tc>
          <w:tcPr>
            <w:tcW w:w="1440" w:type="dxa"/>
            <w:shd w:val="clear" w:color="auto" w:fill="FFFFFF"/>
          </w:tcPr>
          <w:p w14:paraId="3BCAC576" w14:textId="77777777" w:rsidR="00AE595B" w:rsidRDefault="00293C0B">
            <w:r>
              <w:t>9,70</w:t>
            </w:r>
          </w:p>
        </w:tc>
        <w:tc>
          <w:tcPr>
            <w:tcW w:w="1440" w:type="dxa"/>
            <w:shd w:val="clear" w:color="auto" w:fill="FFFFFF"/>
          </w:tcPr>
          <w:p w14:paraId="6D062086" w14:textId="77777777" w:rsidR="00AE595B" w:rsidRDefault="00293C0B">
            <w:r>
              <w:t>3,0481</w:t>
            </w:r>
          </w:p>
        </w:tc>
        <w:tc>
          <w:tcPr>
            <w:tcW w:w="1440" w:type="dxa"/>
            <w:shd w:val="clear" w:color="auto" w:fill="FFFFFF"/>
          </w:tcPr>
          <w:p w14:paraId="1F1A9AA9" w14:textId="77777777" w:rsidR="00AE595B" w:rsidRDefault="00293C0B">
            <w:r>
              <w:t>0,3142</w:t>
            </w:r>
          </w:p>
        </w:tc>
        <w:tc>
          <w:tcPr>
            <w:tcW w:w="1440" w:type="dxa"/>
            <w:shd w:val="clear" w:color="auto" w:fill="FFFFFF"/>
          </w:tcPr>
          <w:p w14:paraId="5AAC011C" w14:textId="77777777" w:rsidR="00AE595B" w:rsidRDefault="00293C0B">
            <w:r>
              <w:t>31,4237</w:t>
            </w:r>
          </w:p>
        </w:tc>
      </w:tr>
      <w:tr w:rsidR="00AE595B" w14:paraId="0FEC7EA3" w14:textId="77777777">
        <w:trPr>
          <w:cantSplit/>
        </w:trPr>
        <w:tc>
          <w:tcPr>
            <w:tcW w:w="1440" w:type="dxa"/>
            <w:shd w:val="clear" w:color="auto" w:fill="F2F2F2"/>
          </w:tcPr>
          <w:p w14:paraId="693A16EF" w14:textId="77777777" w:rsidR="00AE595B" w:rsidRDefault="00293C0B">
            <w:r>
              <w:t>УПК № 9 ГРЭ</w:t>
            </w:r>
          </w:p>
        </w:tc>
        <w:tc>
          <w:tcPr>
            <w:tcW w:w="1440" w:type="dxa"/>
            <w:shd w:val="clear" w:color="auto" w:fill="FFFFFF"/>
          </w:tcPr>
          <w:p w14:paraId="748EC642" w14:textId="77777777" w:rsidR="00AE595B" w:rsidRDefault="00293C0B">
            <w:r>
              <w:t>г. Таштагол</w:t>
            </w:r>
          </w:p>
        </w:tc>
        <w:tc>
          <w:tcPr>
            <w:tcW w:w="1440" w:type="dxa"/>
            <w:shd w:val="clear" w:color="auto" w:fill="FFFFFF"/>
          </w:tcPr>
          <w:p w14:paraId="2458C059" w14:textId="77777777" w:rsidR="00AE595B" w:rsidRDefault="00293C0B">
            <w:r>
              <w:t>4,50</w:t>
            </w:r>
          </w:p>
        </w:tc>
        <w:tc>
          <w:tcPr>
            <w:tcW w:w="1440" w:type="dxa"/>
            <w:shd w:val="clear" w:color="auto" w:fill="FFFFFF"/>
          </w:tcPr>
          <w:p w14:paraId="7BD7DF3C" w14:textId="77777777" w:rsidR="00AE595B" w:rsidRDefault="00293C0B">
            <w:r>
              <w:t>0,7260</w:t>
            </w:r>
          </w:p>
        </w:tc>
        <w:tc>
          <w:tcPr>
            <w:tcW w:w="1440" w:type="dxa"/>
            <w:shd w:val="clear" w:color="auto" w:fill="FFFFFF"/>
          </w:tcPr>
          <w:p w14:paraId="239BF6E3" w14:textId="77777777" w:rsidR="00AE595B" w:rsidRDefault="00293C0B">
            <w:r>
              <w:t>0,1613</w:t>
            </w:r>
          </w:p>
        </w:tc>
        <w:tc>
          <w:tcPr>
            <w:tcW w:w="1440" w:type="dxa"/>
            <w:shd w:val="clear" w:color="auto" w:fill="FFFFFF"/>
          </w:tcPr>
          <w:p w14:paraId="315B2022" w14:textId="77777777" w:rsidR="00AE595B" w:rsidRDefault="00293C0B">
            <w:r>
              <w:t>16,1333</w:t>
            </w:r>
          </w:p>
        </w:tc>
      </w:tr>
      <w:tr w:rsidR="00AE595B" w14:paraId="13F9FD80" w14:textId="77777777">
        <w:trPr>
          <w:cantSplit/>
        </w:trPr>
        <w:tc>
          <w:tcPr>
            <w:tcW w:w="1440" w:type="dxa"/>
            <w:shd w:val="clear" w:color="auto" w:fill="F2F2F2"/>
          </w:tcPr>
          <w:p w14:paraId="7EC2F539" w14:textId="77777777" w:rsidR="00AE595B" w:rsidRDefault="00293C0B">
            <w:r>
              <w:t>УПК № 5 Новый Шерегеш</w:t>
            </w:r>
          </w:p>
        </w:tc>
        <w:tc>
          <w:tcPr>
            <w:tcW w:w="1440" w:type="dxa"/>
            <w:shd w:val="clear" w:color="auto" w:fill="FFFFFF"/>
          </w:tcPr>
          <w:p w14:paraId="18468CE3" w14:textId="77777777" w:rsidR="00AE595B" w:rsidRDefault="00293C0B">
            <w:r>
              <w:t>пгт Шерегеш</w:t>
            </w:r>
          </w:p>
        </w:tc>
        <w:tc>
          <w:tcPr>
            <w:tcW w:w="1440" w:type="dxa"/>
            <w:shd w:val="clear" w:color="auto" w:fill="FFFFFF"/>
          </w:tcPr>
          <w:p w14:paraId="659799A2" w14:textId="77777777" w:rsidR="00AE595B" w:rsidRDefault="00293C0B">
            <w:r>
              <w:t>77,43</w:t>
            </w:r>
          </w:p>
        </w:tc>
        <w:tc>
          <w:tcPr>
            <w:tcW w:w="1440" w:type="dxa"/>
            <w:shd w:val="clear" w:color="auto" w:fill="FFFFFF"/>
          </w:tcPr>
          <w:p w14:paraId="03EDCC66" w14:textId="77777777" w:rsidR="00AE595B" w:rsidRDefault="00293C0B">
            <w:r>
              <w:t>62,5993</w:t>
            </w:r>
          </w:p>
        </w:tc>
        <w:tc>
          <w:tcPr>
            <w:tcW w:w="1440" w:type="dxa"/>
            <w:shd w:val="clear" w:color="auto" w:fill="FFFFFF"/>
          </w:tcPr>
          <w:p w14:paraId="54C711C9" w14:textId="77777777" w:rsidR="00AE595B" w:rsidRDefault="00293C0B">
            <w:r>
              <w:t>0,8085</w:t>
            </w:r>
          </w:p>
        </w:tc>
        <w:tc>
          <w:tcPr>
            <w:tcW w:w="1440" w:type="dxa"/>
            <w:shd w:val="clear" w:color="auto" w:fill="FFFFFF"/>
          </w:tcPr>
          <w:p w14:paraId="740236B7" w14:textId="77777777" w:rsidR="00AE595B" w:rsidRDefault="00293C0B">
            <w:r>
              <w:t>80,8463</w:t>
            </w:r>
          </w:p>
        </w:tc>
      </w:tr>
      <w:tr w:rsidR="00AE595B" w14:paraId="72CE9B2F" w14:textId="77777777">
        <w:trPr>
          <w:cantSplit/>
        </w:trPr>
        <w:tc>
          <w:tcPr>
            <w:tcW w:w="1440" w:type="dxa"/>
            <w:shd w:val="clear" w:color="auto" w:fill="F2F2F2"/>
          </w:tcPr>
          <w:p w14:paraId="787EC414" w14:textId="77777777" w:rsidR="00AE595B" w:rsidRDefault="00293C0B">
            <w:r>
              <w:t>УПК № 6 Старый Шерегеш</w:t>
            </w:r>
          </w:p>
        </w:tc>
        <w:tc>
          <w:tcPr>
            <w:tcW w:w="1440" w:type="dxa"/>
            <w:shd w:val="clear" w:color="auto" w:fill="FFFFFF"/>
          </w:tcPr>
          <w:p w14:paraId="32353664" w14:textId="77777777" w:rsidR="00AE595B" w:rsidRDefault="00293C0B">
            <w:r>
              <w:t>пгт Шерегеш</w:t>
            </w:r>
          </w:p>
        </w:tc>
        <w:tc>
          <w:tcPr>
            <w:tcW w:w="1440" w:type="dxa"/>
            <w:shd w:val="clear" w:color="auto" w:fill="FFFFFF"/>
          </w:tcPr>
          <w:p w14:paraId="3E746F5F" w14:textId="77777777" w:rsidR="00AE595B" w:rsidRDefault="00293C0B">
            <w:r>
              <w:t>12,61</w:t>
            </w:r>
          </w:p>
        </w:tc>
        <w:tc>
          <w:tcPr>
            <w:tcW w:w="1440" w:type="dxa"/>
            <w:shd w:val="clear" w:color="auto" w:fill="FFFFFF"/>
          </w:tcPr>
          <w:p w14:paraId="13E16F93" w14:textId="77777777" w:rsidR="00AE595B" w:rsidRDefault="00293C0B">
            <w:r>
              <w:t>3,4056</w:t>
            </w:r>
          </w:p>
        </w:tc>
        <w:tc>
          <w:tcPr>
            <w:tcW w:w="1440" w:type="dxa"/>
            <w:shd w:val="clear" w:color="auto" w:fill="FFFFFF"/>
          </w:tcPr>
          <w:p w14:paraId="4A8208A2" w14:textId="77777777" w:rsidR="00AE595B" w:rsidRDefault="00293C0B">
            <w:r>
              <w:t>0,2701</w:t>
            </w:r>
          </w:p>
        </w:tc>
        <w:tc>
          <w:tcPr>
            <w:tcW w:w="1440" w:type="dxa"/>
            <w:shd w:val="clear" w:color="auto" w:fill="FFFFFF"/>
          </w:tcPr>
          <w:p w14:paraId="79920B76" w14:textId="77777777" w:rsidR="00AE595B" w:rsidRDefault="00293C0B">
            <w:r>
              <w:t>27,0071</w:t>
            </w:r>
          </w:p>
        </w:tc>
      </w:tr>
      <w:tr w:rsidR="00AE595B" w14:paraId="5E49A4B0" w14:textId="77777777">
        <w:trPr>
          <w:cantSplit/>
        </w:trPr>
        <w:tc>
          <w:tcPr>
            <w:tcW w:w="1440" w:type="dxa"/>
            <w:shd w:val="clear" w:color="auto" w:fill="F2F2F2"/>
          </w:tcPr>
          <w:p w14:paraId="7B245ADF" w14:textId="77777777" w:rsidR="00AE595B" w:rsidRDefault="00293C0B">
            <w:r>
              <w:t>УПК № 7 Каз</w:t>
            </w:r>
          </w:p>
        </w:tc>
        <w:tc>
          <w:tcPr>
            <w:tcW w:w="1440" w:type="dxa"/>
            <w:shd w:val="clear" w:color="auto" w:fill="FFFFFF"/>
          </w:tcPr>
          <w:p w14:paraId="3CBF2681" w14:textId="77777777" w:rsidR="00AE595B" w:rsidRDefault="00293C0B">
            <w:r>
              <w:t>пгт Каз</w:t>
            </w:r>
          </w:p>
        </w:tc>
        <w:tc>
          <w:tcPr>
            <w:tcW w:w="1440" w:type="dxa"/>
            <w:shd w:val="clear" w:color="auto" w:fill="FFFFFF"/>
          </w:tcPr>
          <w:p w14:paraId="0C3508B2" w14:textId="77777777" w:rsidR="00AE595B" w:rsidRDefault="00293C0B">
            <w:r>
              <w:t>42,40</w:t>
            </w:r>
          </w:p>
        </w:tc>
        <w:tc>
          <w:tcPr>
            <w:tcW w:w="1440" w:type="dxa"/>
            <w:shd w:val="clear" w:color="auto" w:fill="FFFFFF"/>
          </w:tcPr>
          <w:p w14:paraId="699B425E" w14:textId="77777777" w:rsidR="00AE595B" w:rsidRDefault="00293C0B">
            <w:r>
              <w:t>14,0137</w:t>
            </w:r>
          </w:p>
        </w:tc>
        <w:tc>
          <w:tcPr>
            <w:tcW w:w="1440" w:type="dxa"/>
            <w:shd w:val="clear" w:color="auto" w:fill="FFFFFF"/>
          </w:tcPr>
          <w:p w14:paraId="044E08B6" w14:textId="77777777" w:rsidR="00AE595B" w:rsidRDefault="00293C0B">
            <w:r>
              <w:t>0,3305</w:t>
            </w:r>
          </w:p>
        </w:tc>
        <w:tc>
          <w:tcPr>
            <w:tcW w:w="1440" w:type="dxa"/>
            <w:shd w:val="clear" w:color="auto" w:fill="FFFFFF"/>
          </w:tcPr>
          <w:p w14:paraId="40B0EB8F" w14:textId="77777777" w:rsidR="00AE595B" w:rsidRDefault="00293C0B">
            <w:r>
              <w:t>33,0512</w:t>
            </w:r>
          </w:p>
        </w:tc>
      </w:tr>
      <w:tr w:rsidR="00AE595B" w14:paraId="59BC4834" w14:textId="77777777">
        <w:trPr>
          <w:cantSplit/>
        </w:trPr>
        <w:tc>
          <w:tcPr>
            <w:tcW w:w="1440" w:type="dxa"/>
            <w:shd w:val="clear" w:color="auto" w:fill="F2F2F2"/>
          </w:tcPr>
          <w:p w14:paraId="4A3FE8AD" w14:textId="77777777" w:rsidR="00AE595B" w:rsidRDefault="00293C0B">
            <w:r>
              <w:t>УПК № 8 Мундыбаш</w:t>
            </w:r>
          </w:p>
        </w:tc>
        <w:tc>
          <w:tcPr>
            <w:tcW w:w="1440" w:type="dxa"/>
            <w:shd w:val="clear" w:color="auto" w:fill="FFFFFF"/>
          </w:tcPr>
          <w:p w14:paraId="10CE0E8A" w14:textId="77777777" w:rsidR="00AE595B" w:rsidRDefault="00293C0B">
            <w:r>
              <w:t>пгт Мундыбаш</w:t>
            </w:r>
          </w:p>
        </w:tc>
        <w:tc>
          <w:tcPr>
            <w:tcW w:w="1440" w:type="dxa"/>
            <w:shd w:val="clear" w:color="auto" w:fill="FFFFFF"/>
          </w:tcPr>
          <w:p w14:paraId="4C1087DE" w14:textId="77777777" w:rsidR="00AE595B" w:rsidRDefault="00293C0B">
            <w:r>
              <w:t>36,46</w:t>
            </w:r>
          </w:p>
        </w:tc>
        <w:tc>
          <w:tcPr>
            <w:tcW w:w="1440" w:type="dxa"/>
            <w:shd w:val="clear" w:color="auto" w:fill="FFFFFF"/>
          </w:tcPr>
          <w:p w14:paraId="31393148" w14:textId="77777777" w:rsidR="00AE595B" w:rsidRDefault="00293C0B">
            <w:r>
              <w:t>17,0415</w:t>
            </w:r>
          </w:p>
        </w:tc>
        <w:tc>
          <w:tcPr>
            <w:tcW w:w="1440" w:type="dxa"/>
            <w:shd w:val="clear" w:color="auto" w:fill="FFFFFF"/>
          </w:tcPr>
          <w:p w14:paraId="7A2464A1" w14:textId="77777777" w:rsidR="00AE595B" w:rsidRDefault="00293C0B">
            <w:r>
              <w:t>0,4674</w:t>
            </w:r>
          </w:p>
        </w:tc>
        <w:tc>
          <w:tcPr>
            <w:tcW w:w="1440" w:type="dxa"/>
            <w:shd w:val="clear" w:color="auto" w:fill="FFFFFF"/>
          </w:tcPr>
          <w:p w14:paraId="61356DA5" w14:textId="77777777" w:rsidR="00AE595B" w:rsidRDefault="00293C0B">
            <w:r>
              <w:t>46,7403</w:t>
            </w:r>
          </w:p>
        </w:tc>
      </w:tr>
      <w:tr w:rsidR="00AE595B" w14:paraId="049ACBAC" w14:textId="77777777">
        <w:trPr>
          <w:cantSplit/>
        </w:trPr>
        <w:tc>
          <w:tcPr>
            <w:tcW w:w="1440" w:type="dxa"/>
            <w:shd w:val="clear" w:color="auto" w:fill="F2F2F2"/>
          </w:tcPr>
          <w:p w14:paraId="272AD6FF" w14:textId="77777777" w:rsidR="00AE595B" w:rsidRDefault="00293C0B">
            <w:r>
              <w:t>УПК № 10 Темир-Тау</w:t>
            </w:r>
          </w:p>
        </w:tc>
        <w:tc>
          <w:tcPr>
            <w:tcW w:w="1440" w:type="dxa"/>
            <w:shd w:val="clear" w:color="auto" w:fill="FFFFFF"/>
          </w:tcPr>
          <w:p w14:paraId="3186C1E4" w14:textId="77777777" w:rsidR="00AE595B" w:rsidRDefault="00293C0B">
            <w:r>
              <w:t>пгт Темиртау</w:t>
            </w:r>
          </w:p>
        </w:tc>
        <w:tc>
          <w:tcPr>
            <w:tcW w:w="1440" w:type="dxa"/>
            <w:shd w:val="clear" w:color="auto" w:fill="FFFFFF"/>
          </w:tcPr>
          <w:p w14:paraId="19C905B9" w14:textId="77777777" w:rsidR="00AE595B" w:rsidRDefault="00293C0B">
            <w:r>
              <w:t>42,37</w:t>
            </w:r>
          </w:p>
        </w:tc>
        <w:tc>
          <w:tcPr>
            <w:tcW w:w="1440" w:type="dxa"/>
            <w:shd w:val="clear" w:color="auto" w:fill="FFFFFF"/>
          </w:tcPr>
          <w:p w14:paraId="4FED3F08" w14:textId="77777777" w:rsidR="00AE595B" w:rsidRDefault="00293C0B">
            <w:r>
              <w:t>7,6445</w:t>
            </w:r>
          </w:p>
        </w:tc>
        <w:tc>
          <w:tcPr>
            <w:tcW w:w="1440" w:type="dxa"/>
            <w:shd w:val="clear" w:color="auto" w:fill="FFFFFF"/>
          </w:tcPr>
          <w:p w14:paraId="5B97F1EB" w14:textId="77777777" w:rsidR="00AE595B" w:rsidRDefault="00293C0B">
            <w:r>
              <w:t>0,1804</w:t>
            </w:r>
          </w:p>
        </w:tc>
        <w:tc>
          <w:tcPr>
            <w:tcW w:w="1440" w:type="dxa"/>
            <w:shd w:val="clear" w:color="auto" w:fill="FFFFFF"/>
          </w:tcPr>
          <w:p w14:paraId="6F28A04E" w14:textId="77777777" w:rsidR="00AE595B" w:rsidRDefault="00293C0B">
            <w:r>
              <w:t>18,0422</w:t>
            </w:r>
          </w:p>
        </w:tc>
      </w:tr>
      <w:tr w:rsidR="00AE595B" w14:paraId="472C7709" w14:textId="77777777">
        <w:trPr>
          <w:cantSplit/>
        </w:trPr>
        <w:tc>
          <w:tcPr>
            <w:tcW w:w="1440" w:type="dxa"/>
            <w:shd w:val="clear" w:color="auto" w:fill="F2F2F2"/>
          </w:tcPr>
          <w:p w14:paraId="4184385C" w14:textId="77777777" w:rsidR="00AE595B" w:rsidRDefault="00293C0B">
            <w:r>
              <w:t>УПК № 3 Спасск</w:t>
            </w:r>
          </w:p>
        </w:tc>
        <w:tc>
          <w:tcPr>
            <w:tcW w:w="1440" w:type="dxa"/>
            <w:shd w:val="clear" w:color="auto" w:fill="FFFFFF"/>
          </w:tcPr>
          <w:p w14:paraId="08730814" w14:textId="77777777" w:rsidR="00AE595B" w:rsidRDefault="00293C0B">
            <w:r>
              <w:t>пгт Спасск</w:t>
            </w:r>
          </w:p>
        </w:tc>
        <w:tc>
          <w:tcPr>
            <w:tcW w:w="1440" w:type="dxa"/>
            <w:shd w:val="clear" w:color="auto" w:fill="FFFFFF"/>
          </w:tcPr>
          <w:p w14:paraId="400994E6" w14:textId="77777777" w:rsidR="00AE595B" w:rsidRDefault="00293C0B">
            <w:r>
              <w:t>0,38</w:t>
            </w:r>
          </w:p>
        </w:tc>
        <w:tc>
          <w:tcPr>
            <w:tcW w:w="1440" w:type="dxa"/>
            <w:shd w:val="clear" w:color="auto" w:fill="FFFFFF"/>
          </w:tcPr>
          <w:p w14:paraId="4AA206C8" w14:textId="77777777" w:rsidR="00AE595B" w:rsidRDefault="00293C0B">
            <w:r>
              <w:t>1,4451</w:t>
            </w:r>
          </w:p>
        </w:tc>
        <w:tc>
          <w:tcPr>
            <w:tcW w:w="1440" w:type="dxa"/>
            <w:shd w:val="clear" w:color="auto" w:fill="FFFFFF"/>
          </w:tcPr>
          <w:p w14:paraId="44EB0E95" w14:textId="77777777" w:rsidR="00AE595B" w:rsidRDefault="00293C0B">
            <w:r>
              <w:t>3,7545</w:t>
            </w:r>
          </w:p>
        </w:tc>
        <w:tc>
          <w:tcPr>
            <w:tcW w:w="1440" w:type="dxa"/>
            <w:shd w:val="clear" w:color="auto" w:fill="FFFFFF"/>
          </w:tcPr>
          <w:p w14:paraId="089B4180" w14:textId="77777777" w:rsidR="00AE595B" w:rsidRDefault="00293C0B">
            <w:r>
              <w:t>375,4482</w:t>
            </w:r>
          </w:p>
        </w:tc>
      </w:tr>
      <w:tr w:rsidR="00AE595B" w14:paraId="4C8E8DF4" w14:textId="77777777">
        <w:trPr>
          <w:cantSplit/>
        </w:trPr>
        <w:tc>
          <w:tcPr>
            <w:tcW w:w="1440" w:type="dxa"/>
            <w:shd w:val="clear" w:color="auto" w:fill="F2F2F2"/>
          </w:tcPr>
          <w:p w14:paraId="0FDF5C34" w14:textId="77777777" w:rsidR="00AE595B" w:rsidRDefault="00293C0B">
            <w:r>
              <w:t>Совокупность зон действия</w:t>
            </w:r>
          </w:p>
        </w:tc>
        <w:tc>
          <w:tcPr>
            <w:tcW w:w="1440" w:type="dxa"/>
            <w:shd w:val="clear" w:color="auto" w:fill="FFFFFF"/>
          </w:tcPr>
          <w:p w14:paraId="06E0F8C2" w14:textId="77777777" w:rsidR="00AE595B" w:rsidRDefault="00293C0B">
            <w:r>
              <w:t>г. Таштагол</w:t>
            </w:r>
          </w:p>
        </w:tc>
        <w:tc>
          <w:tcPr>
            <w:tcW w:w="1440" w:type="dxa"/>
            <w:shd w:val="clear" w:color="auto" w:fill="FFFFFF"/>
          </w:tcPr>
          <w:p w14:paraId="7FB3D0FC" w14:textId="77777777" w:rsidR="00AE595B" w:rsidRDefault="00293C0B">
            <w:r>
              <w:t>155,80</w:t>
            </w:r>
          </w:p>
        </w:tc>
        <w:tc>
          <w:tcPr>
            <w:tcW w:w="1440" w:type="dxa"/>
            <w:shd w:val="clear" w:color="auto" w:fill="FFFFFF"/>
          </w:tcPr>
          <w:p w14:paraId="306561B0" w14:textId="77777777" w:rsidR="00AE595B" w:rsidRDefault="00293C0B">
            <w:r>
              <w:t>90,4575</w:t>
            </w:r>
          </w:p>
        </w:tc>
        <w:tc>
          <w:tcPr>
            <w:tcW w:w="1440" w:type="dxa"/>
            <w:shd w:val="clear" w:color="auto" w:fill="FFFFFF"/>
          </w:tcPr>
          <w:p w14:paraId="3C616671" w14:textId="77777777" w:rsidR="00AE595B" w:rsidRDefault="00293C0B">
            <w:r>
              <w:t>0,5806</w:t>
            </w:r>
          </w:p>
        </w:tc>
        <w:tc>
          <w:tcPr>
            <w:tcW w:w="1440" w:type="dxa"/>
            <w:shd w:val="clear" w:color="auto" w:fill="FFFFFF"/>
          </w:tcPr>
          <w:p w14:paraId="7FA3DE27" w14:textId="77777777" w:rsidR="00AE595B" w:rsidRDefault="00293C0B">
            <w:r>
              <w:t>58,0600</w:t>
            </w:r>
          </w:p>
        </w:tc>
      </w:tr>
      <w:tr w:rsidR="00AE595B" w14:paraId="78F11C5B" w14:textId="77777777">
        <w:trPr>
          <w:cantSplit/>
        </w:trPr>
        <w:tc>
          <w:tcPr>
            <w:tcW w:w="1440" w:type="dxa"/>
            <w:shd w:val="clear" w:color="auto" w:fill="F2F2F2"/>
          </w:tcPr>
          <w:p w14:paraId="13E8B95D" w14:textId="77777777" w:rsidR="00AE595B" w:rsidRDefault="00293C0B">
            <w:r>
              <w:t>Совокупность зон действия</w:t>
            </w:r>
          </w:p>
        </w:tc>
        <w:tc>
          <w:tcPr>
            <w:tcW w:w="1440" w:type="dxa"/>
            <w:shd w:val="clear" w:color="auto" w:fill="FFFFFF"/>
          </w:tcPr>
          <w:p w14:paraId="621BD197" w14:textId="77777777" w:rsidR="00AE595B" w:rsidRDefault="00293C0B">
            <w:r>
              <w:t>пгт Шерегеш</w:t>
            </w:r>
          </w:p>
        </w:tc>
        <w:tc>
          <w:tcPr>
            <w:tcW w:w="1440" w:type="dxa"/>
            <w:shd w:val="clear" w:color="auto" w:fill="FFFFFF"/>
          </w:tcPr>
          <w:p w14:paraId="60447F85" w14:textId="77777777" w:rsidR="00AE595B" w:rsidRDefault="00293C0B">
            <w:r>
              <w:t>90,04</w:t>
            </w:r>
          </w:p>
        </w:tc>
        <w:tc>
          <w:tcPr>
            <w:tcW w:w="1440" w:type="dxa"/>
            <w:shd w:val="clear" w:color="auto" w:fill="FFFFFF"/>
          </w:tcPr>
          <w:p w14:paraId="3EDD0036" w14:textId="77777777" w:rsidR="00AE595B" w:rsidRDefault="00293C0B">
            <w:r>
              <w:t>66,0049</w:t>
            </w:r>
          </w:p>
        </w:tc>
        <w:tc>
          <w:tcPr>
            <w:tcW w:w="1440" w:type="dxa"/>
            <w:shd w:val="clear" w:color="auto" w:fill="FFFFFF"/>
          </w:tcPr>
          <w:p w14:paraId="3F5DEADD" w14:textId="77777777" w:rsidR="00AE595B" w:rsidRDefault="00293C0B">
            <w:r>
              <w:t>0,7331</w:t>
            </w:r>
          </w:p>
        </w:tc>
        <w:tc>
          <w:tcPr>
            <w:tcW w:w="1440" w:type="dxa"/>
            <w:shd w:val="clear" w:color="auto" w:fill="FFFFFF"/>
          </w:tcPr>
          <w:p w14:paraId="1107F28F" w14:textId="77777777" w:rsidR="00AE595B" w:rsidRDefault="00293C0B">
            <w:r>
              <w:t>73,3062</w:t>
            </w:r>
          </w:p>
        </w:tc>
      </w:tr>
      <w:tr w:rsidR="00AE595B" w14:paraId="05D9D2DD" w14:textId="77777777">
        <w:trPr>
          <w:cantSplit/>
        </w:trPr>
        <w:tc>
          <w:tcPr>
            <w:tcW w:w="1440" w:type="dxa"/>
            <w:shd w:val="clear" w:color="auto" w:fill="F2F2F2"/>
          </w:tcPr>
          <w:p w14:paraId="54D9C90A" w14:textId="77777777" w:rsidR="00AE595B" w:rsidRDefault="00293C0B">
            <w:r>
              <w:t>Совокупность зон действия</w:t>
            </w:r>
          </w:p>
        </w:tc>
        <w:tc>
          <w:tcPr>
            <w:tcW w:w="1440" w:type="dxa"/>
            <w:shd w:val="clear" w:color="auto" w:fill="FFFFFF"/>
          </w:tcPr>
          <w:p w14:paraId="420279BF" w14:textId="77777777" w:rsidR="00AE595B" w:rsidRDefault="00293C0B">
            <w:r>
              <w:t>пгт Каз</w:t>
            </w:r>
          </w:p>
        </w:tc>
        <w:tc>
          <w:tcPr>
            <w:tcW w:w="1440" w:type="dxa"/>
            <w:shd w:val="clear" w:color="auto" w:fill="FFFFFF"/>
          </w:tcPr>
          <w:p w14:paraId="74056A8D" w14:textId="77777777" w:rsidR="00AE595B" w:rsidRDefault="00293C0B">
            <w:r>
              <w:t>42,40</w:t>
            </w:r>
          </w:p>
        </w:tc>
        <w:tc>
          <w:tcPr>
            <w:tcW w:w="1440" w:type="dxa"/>
            <w:shd w:val="clear" w:color="auto" w:fill="FFFFFF"/>
          </w:tcPr>
          <w:p w14:paraId="0ED59F15" w14:textId="77777777" w:rsidR="00AE595B" w:rsidRDefault="00293C0B">
            <w:r>
              <w:t>14,0137</w:t>
            </w:r>
          </w:p>
        </w:tc>
        <w:tc>
          <w:tcPr>
            <w:tcW w:w="1440" w:type="dxa"/>
            <w:shd w:val="clear" w:color="auto" w:fill="FFFFFF"/>
          </w:tcPr>
          <w:p w14:paraId="3444A5D9" w14:textId="77777777" w:rsidR="00AE595B" w:rsidRDefault="00293C0B">
            <w:r>
              <w:t>0,3305</w:t>
            </w:r>
          </w:p>
        </w:tc>
        <w:tc>
          <w:tcPr>
            <w:tcW w:w="1440" w:type="dxa"/>
            <w:shd w:val="clear" w:color="auto" w:fill="FFFFFF"/>
          </w:tcPr>
          <w:p w14:paraId="489B38AB" w14:textId="77777777" w:rsidR="00AE595B" w:rsidRDefault="00293C0B">
            <w:r>
              <w:t>33,0512</w:t>
            </w:r>
          </w:p>
        </w:tc>
      </w:tr>
      <w:tr w:rsidR="00AE595B" w14:paraId="72556BA9" w14:textId="77777777">
        <w:trPr>
          <w:cantSplit/>
        </w:trPr>
        <w:tc>
          <w:tcPr>
            <w:tcW w:w="1440" w:type="dxa"/>
            <w:shd w:val="clear" w:color="auto" w:fill="F2F2F2"/>
          </w:tcPr>
          <w:p w14:paraId="107B1A7E" w14:textId="77777777" w:rsidR="00AE595B" w:rsidRDefault="00293C0B">
            <w:r>
              <w:t>Совокупность зон действия</w:t>
            </w:r>
          </w:p>
        </w:tc>
        <w:tc>
          <w:tcPr>
            <w:tcW w:w="1440" w:type="dxa"/>
            <w:shd w:val="clear" w:color="auto" w:fill="FFFFFF"/>
          </w:tcPr>
          <w:p w14:paraId="5DB3FBB5" w14:textId="77777777" w:rsidR="00AE595B" w:rsidRDefault="00293C0B">
            <w:r>
              <w:t>пгт Мундыбаш</w:t>
            </w:r>
          </w:p>
        </w:tc>
        <w:tc>
          <w:tcPr>
            <w:tcW w:w="1440" w:type="dxa"/>
            <w:shd w:val="clear" w:color="auto" w:fill="FFFFFF"/>
          </w:tcPr>
          <w:p w14:paraId="5CCC47D6" w14:textId="77777777" w:rsidR="00AE595B" w:rsidRDefault="00293C0B">
            <w:r>
              <w:t>36,46</w:t>
            </w:r>
          </w:p>
        </w:tc>
        <w:tc>
          <w:tcPr>
            <w:tcW w:w="1440" w:type="dxa"/>
            <w:shd w:val="clear" w:color="auto" w:fill="FFFFFF"/>
          </w:tcPr>
          <w:p w14:paraId="23ECCAF7" w14:textId="77777777" w:rsidR="00AE595B" w:rsidRDefault="00293C0B">
            <w:r>
              <w:t>17,0415</w:t>
            </w:r>
          </w:p>
        </w:tc>
        <w:tc>
          <w:tcPr>
            <w:tcW w:w="1440" w:type="dxa"/>
            <w:shd w:val="clear" w:color="auto" w:fill="FFFFFF"/>
          </w:tcPr>
          <w:p w14:paraId="4E3320A0" w14:textId="77777777" w:rsidR="00AE595B" w:rsidRDefault="00293C0B">
            <w:r>
              <w:t>0,4674</w:t>
            </w:r>
          </w:p>
        </w:tc>
        <w:tc>
          <w:tcPr>
            <w:tcW w:w="1440" w:type="dxa"/>
            <w:shd w:val="clear" w:color="auto" w:fill="FFFFFF"/>
          </w:tcPr>
          <w:p w14:paraId="1A776B20" w14:textId="77777777" w:rsidR="00AE595B" w:rsidRDefault="00293C0B">
            <w:r>
              <w:t>46,7403</w:t>
            </w:r>
          </w:p>
        </w:tc>
      </w:tr>
      <w:tr w:rsidR="00AE595B" w14:paraId="24767187" w14:textId="77777777">
        <w:trPr>
          <w:cantSplit/>
        </w:trPr>
        <w:tc>
          <w:tcPr>
            <w:tcW w:w="1440" w:type="dxa"/>
            <w:shd w:val="clear" w:color="auto" w:fill="F2F2F2"/>
          </w:tcPr>
          <w:p w14:paraId="521025B5" w14:textId="77777777" w:rsidR="00AE595B" w:rsidRDefault="00293C0B">
            <w:r>
              <w:t>Совокупность зон действия</w:t>
            </w:r>
          </w:p>
        </w:tc>
        <w:tc>
          <w:tcPr>
            <w:tcW w:w="1440" w:type="dxa"/>
            <w:shd w:val="clear" w:color="auto" w:fill="FFFFFF"/>
          </w:tcPr>
          <w:p w14:paraId="50837F92" w14:textId="77777777" w:rsidR="00AE595B" w:rsidRDefault="00293C0B">
            <w:r>
              <w:t>пгт Темиртау</w:t>
            </w:r>
          </w:p>
        </w:tc>
        <w:tc>
          <w:tcPr>
            <w:tcW w:w="1440" w:type="dxa"/>
            <w:shd w:val="clear" w:color="auto" w:fill="FFFFFF"/>
          </w:tcPr>
          <w:p w14:paraId="5FC1F6AD" w14:textId="77777777" w:rsidR="00AE595B" w:rsidRDefault="00293C0B">
            <w:r>
              <w:t>42,37</w:t>
            </w:r>
          </w:p>
        </w:tc>
        <w:tc>
          <w:tcPr>
            <w:tcW w:w="1440" w:type="dxa"/>
            <w:shd w:val="clear" w:color="auto" w:fill="FFFFFF"/>
          </w:tcPr>
          <w:p w14:paraId="2F21479B" w14:textId="77777777" w:rsidR="00AE595B" w:rsidRDefault="00293C0B">
            <w:r>
              <w:t>7,6445</w:t>
            </w:r>
          </w:p>
        </w:tc>
        <w:tc>
          <w:tcPr>
            <w:tcW w:w="1440" w:type="dxa"/>
            <w:shd w:val="clear" w:color="auto" w:fill="FFFFFF"/>
          </w:tcPr>
          <w:p w14:paraId="2AC4C958" w14:textId="77777777" w:rsidR="00AE595B" w:rsidRDefault="00293C0B">
            <w:r>
              <w:t>0,1804</w:t>
            </w:r>
          </w:p>
        </w:tc>
        <w:tc>
          <w:tcPr>
            <w:tcW w:w="1440" w:type="dxa"/>
            <w:shd w:val="clear" w:color="auto" w:fill="FFFFFF"/>
          </w:tcPr>
          <w:p w14:paraId="5A6D0C1C" w14:textId="77777777" w:rsidR="00AE595B" w:rsidRDefault="00293C0B">
            <w:r>
              <w:t>18,0422</w:t>
            </w:r>
          </w:p>
        </w:tc>
      </w:tr>
      <w:tr w:rsidR="00AE595B" w14:paraId="1B066BE3" w14:textId="77777777">
        <w:trPr>
          <w:cantSplit/>
        </w:trPr>
        <w:tc>
          <w:tcPr>
            <w:tcW w:w="1440" w:type="dxa"/>
            <w:shd w:val="clear" w:color="auto" w:fill="F2F2F2"/>
          </w:tcPr>
          <w:p w14:paraId="6EEE1C56" w14:textId="77777777" w:rsidR="00AE595B" w:rsidRDefault="00293C0B">
            <w:r>
              <w:t>Совокупность зон действия</w:t>
            </w:r>
          </w:p>
        </w:tc>
        <w:tc>
          <w:tcPr>
            <w:tcW w:w="1440" w:type="dxa"/>
            <w:shd w:val="clear" w:color="auto" w:fill="FFFFFF"/>
          </w:tcPr>
          <w:p w14:paraId="3FC1F658" w14:textId="77777777" w:rsidR="00AE595B" w:rsidRDefault="00293C0B">
            <w:r>
              <w:t>пгт Спасск</w:t>
            </w:r>
          </w:p>
        </w:tc>
        <w:tc>
          <w:tcPr>
            <w:tcW w:w="1440" w:type="dxa"/>
            <w:shd w:val="clear" w:color="auto" w:fill="FFFFFF"/>
          </w:tcPr>
          <w:p w14:paraId="0F14656A" w14:textId="77777777" w:rsidR="00AE595B" w:rsidRDefault="00293C0B">
            <w:r>
              <w:t>0,38</w:t>
            </w:r>
          </w:p>
        </w:tc>
        <w:tc>
          <w:tcPr>
            <w:tcW w:w="1440" w:type="dxa"/>
            <w:shd w:val="clear" w:color="auto" w:fill="FFFFFF"/>
          </w:tcPr>
          <w:p w14:paraId="1C834603" w14:textId="77777777" w:rsidR="00AE595B" w:rsidRDefault="00293C0B">
            <w:r>
              <w:t>1,4451</w:t>
            </w:r>
          </w:p>
        </w:tc>
        <w:tc>
          <w:tcPr>
            <w:tcW w:w="1440" w:type="dxa"/>
            <w:shd w:val="clear" w:color="auto" w:fill="FFFFFF"/>
          </w:tcPr>
          <w:p w14:paraId="7321A4E6" w14:textId="77777777" w:rsidR="00AE595B" w:rsidRDefault="00293C0B">
            <w:r>
              <w:t>3,7545</w:t>
            </w:r>
          </w:p>
        </w:tc>
        <w:tc>
          <w:tcPr>
            <w:tcW w:w="1440" w:type="dxa"/>
            <w:shd w:val="clear" w:color="auto" w:fill="FFFFFF"/>
          </w:tcPr>
          <w:p w14:paraId="6CBFF427" w14:textId="77777777" w:rsidR="00AE595B" w:rsidRDefault="00293C0B">
            <w:r>
              <w:t>375,4482</w:t>
            </w:r>
          </w:p>
        </w:tc>
      </w:tr>
      <w:tr w:rsidR="00AE595B" w14:paraId="71F5D745" w14:textId="77777777">
        <w:trPr>
          <w:cantSplit/>
        </w:trPr>
        <w:tc>
          <w:tcPr>
            <w:tcW w:w="1440" w:type="dxa"/>
            <w:shd w:val="clear" w:color="auto" w:fill="DBE5F1"/>
          </w:tcPr>
          <w:p w14:paraId="6065B6B5" w14:textId="77777777" w:rsidR="00AE595B" w:rsidRDefault="00293C0B">
            <w:r>
              <w:rPr>
                <w:b/>
              </w:rPr>
              <w:t>Совокупность всех зон округа</w:t>
            </w:r>
          </w:p>
        </w:tc>
        <w:tc>
          <w:tcPr>
            <w:tcW w:w="1440" w:type="dxa"/>
            <w:shd w:val="clear" w:color="auto" w:fill="DBE5F1"/>
          </w:tcPr>
          <w:p w14:paraId="391F3664" w14:textId="77777777" w:rsidR="00AE595B" w:rsidRDefault="00293C0B">
            <w:r>
              <w:rPr>
                <w:b/>
              </w:rPr>
              <w:t>Таштагольский МО</w:t>
            </w:r>
          </w:p>
        </w:tc>
        <w:tc>
          <w:tcPr>
            <w:tcW w:w="1440" w:type="dxa"/>
            <w:shd w:val="clear" w:color="auto" w:fill="DBE5F1"/>
          </w:tcPr>
          <w:p w14:paraId="7D765EBC" w14:textId="77777777" w:rsidR="00AE595B" w:rsidRDefault="00293C0B">
            <w:r>
              <w:rPr>
                <w:b/>
              </w:rPr>
              <w:t>367,45</w:t>
            </w:r>
          </w:p>
        </w:tc>
        <w:tc>
          <w:tcPr>
            <w:tcW w:w="1440" w:type="dxa"/>
            <w:shd w:val="clear" w:color="auto" w:fill="DBE5F1"/>
          </w:tcPr>
          <w:p w14:paraId="411D4C48" w14:textId="77777777" w:rsidR="00AE595B" w:rsidRDefault="00293C0B">
            <w:r>
              <w:rPr>
                <w:b/>
              </w:rPr>
              <w:t>196,6072</w:t>
            </w:r>
          </w:p>
        </w:tc>
        <w:tc>
          <w:tcPr>
            <w:tcW w:w="1440" w:type="dxa"/>
            <w:shd w:val="clear" w:color="auto" w:fill="DBE5F1"/>
          </w:tcPr>
          <w:p w14:paraId="1C0434E9" w14:textId="77777777" w:rsidR="00AE595B" w:rsidRDefault="00293C0B">
            <w:r>
              <w:rPr>
                <w:b/>
              </w:rPr>
              <w:t>0,5351</w:t>
            </w:r>
          </w:p>
        </w:tc>
        <w:tc>
          <w:tcPr>
            <w:tcW w:w="1440" w:type="dxa"/>
            <w:shd w:val="clear" w:color="auto" w:fill="DBE5F1"/>
          </w:tcPr>
          <w:p w14:paraId="686E7E72" w14:textId="77777777" w:rsidR="00AE595B" w:rsidRDefault="00293C0B">
            <w:r>
              <w:rPr>
                <w:b/>
              </w:rPr>
              <w:t>53,5051</w:t>
            </w:r>
          </w:p>
        </w:tc>
      </w:tr>
    </w:tbl>
    <w:p w14:paraId="7F505591" w14:textId="77777777" w:rsidR="00AE595B" w:rsidRPr="00844B84" w:rsidRDefault="00293C0B">
      <w:pPr>
        <w:rPr>
          <w:lang w:val="ru-RU"/>
        </w:rPr>
      </w:pPr>
      <w:r w:rsidRPr="00844B84">
        <w:rPr>
          <w:lang w:val="ru-RU"/>
        </w:rPr>
        <w:t>Каждый источник работает на собственную тепловую сеть, поэтому зона действия источника и система теплоснабжения в настоящей схеме совпадают, и отдельная величина по системе теплоснабжения тождественна величине по зоне действия. Плотность по совокупности зон действия источников округа составляет 0,5351 Гкал/ч на гектар при суммарной площади зон 367,45 гектара.</w:t>
      </w:r>
    </w:p>
    <w:p w14:paraId="47EFA445" w14:textId="77777777" w:rsidR="00AE595B" w:rsidRPr="00844B84" w:rsidRDefault="00293C0B">
      <w:pPr>
        <w:rPr>
          <w:lang w:val="ru-RU"/>
        </w:rPr>
      </w:pPr>
      <w:r w:rsidRPr="00844B84">
        <w:rPr>
          <w:lang w:val="ru-RU"/>
        </w:rPr>
        <w:t>Величина по округу в определении пункта П14.3.3, относящая нагрузку к площади застроенной территории по утверждённому генеральному плану, не утверждается: указанная площадь в составе исходных данных не подтверждена. Позиция внесена в перечень остаточных пробелов и подлежит закрытию при поступлении сведений генерального плана.</w:t>
      </w:r>
    </w:p>
    <w:p w14:paraId="4F7DCA00" w14:textId="77777777" w:rsidR="006C72FB" w:rsidRPr="00844B84" w:rsidRDefault="0084102B">
      <w:pPr>
        <w:pStyle w:val="21"/>
        <w:rPr>
          <w:lang w:val="ru-RU"/>
        </w:rPr>
      </w:pPr>
      <w:bookmarkStart w:id="12" w:name="_Toc238017211"/>
      <w:r w:rsidRPr="00844B84">
        <w:rPr>
          <w:lang w:val="ru-RU"/>
        </w:rPr>
        <w:t>1.9. Утверждаемые расчётные климатические параметры</w:t>
      </w:r>
      <w:bookmarkEnd w:id="12"/>
    </w:p>
    <w:p w14:paraId="27BB4129" w14:textId="77777777" w:rsidR="006C72FB" w:rsidRPr="00844B84" w:rsidRDefault="0084102B">
      <w:pPr>
        <w:rPr>
          <w:lang w:val="ru-RU"/>
        </w:rPr>
      </w:pPr>
      <w:r w:rsidRPr="00844B84">
        <w:rPr>
          <w:lang w:val="ru-RU"/>
        </w:rPr>
        <w:t>Утверждаются расчётные климатические параметры, принятые при определении тепловых нагрузок и годовых объёмов отпуска тепловой энергии.</w:t>
      </w:r>
    </w:p>
    <w:p w14:paraId="55BF8F98" w14:textId="77777777" w:rsidR="006C72FB" w:rsidRPr="00326225" w:rsidRDefault="0084102B">
      <w:pPr>
        <w:rPr>
          <w:b/>
          <w:bCs/>
        </w:rPr>
      </w:pPr>
      <w:r w:rsidRPr="00326225">
        <w:rPr>
          <w:b/>
          <w:bCs/>
        </w:rPr>
        <w:t>Таблица 1.11 — Расчётные климатические параметры</w:t>
      </w: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007"/>
        <w:gridCol w:w="4472"/>
      </w:tblGrid>
      <w:tr w:rsidR="000772B4" w14:paraId="4A3F656C" w14:textId="77777777">
        <w:trPr>
          <w:cantSplit/>
          <w:tblHeader/>
          <w:jc w:val="center"/>
        </w:trPr>
        <w:tc>
          <w:tcPr>
            <w:tcW w:w="0" w:type="auto"/>
            <w:shd w:val="clear" w:color="auto" w:fill="E2F0D9"/>
          </w:tcPr>
          <w:p w14:paraId="30F4A1EC" w14:textId="77777777" w:rsidR="0084102B" w:rsidRDefault="0084102B">
            <w:pPr>
              <w:jc w:val="center"/>
            </w:pPr>
            <w:r>
              <w:rPr>
                <w:b/>
              </w:rPr>
              <w:t>Параметр</w:t>
            </w:r>
          </w:p>
        </w:tc>
        <w:tc>
          <w:tcPr>
            <w:tcW w:w="0" w:type="auto"/>
            <w:shd w:val="clear" w:color="auto" w:fill="E2F0D9"/>
          </w:tcPr>
          <w:p w14:paraId="33F49D32" w14:textId="77777777" w:rsidR="0084102B" w:rsidRDefault="0084102B">
            <w:pPr>
              <w:jc w:val="center"/>
            </w:pPr>
            <w:r>
              <w:rPr>
                <w:b/>
              </w:rPr>
              <w:t>Значение</w:t>
            </w:r>
          </w:p>
        </w:tc>
      </w:tr>
      <w:tr w:rsidR="000772B4" w14:paraId="0F9C6496" w14:textId="77777777">
        <w:trPr>
          <w:cantSplit/>
          <w:jc w:val="center"/>
        </w:trPr>
        <w:tc>
          <w:tcPr>
            <w:tcW w:w="0" w:type="auto"/>
          </w:tcPr>
          <w:p w14:paraId="7D22CD67" w14:textId="77777777" w:rsidR="0084102B" w:rsidRDefault="0084102B">
            <w:r>
              <w:t>Продолжительность отопительного периода</w:t>
            </w:r>
          </w:p>
        </w:tc>
        <w:tc>
          <w:tcPr>
            <w:tcW w:w="0" w:type="auto"/>
          </w:tcPr>
          <w:p w14:paraId="3B2EDB35" w14:textId="77777777" w:rsidR="0084102B" w:rsidRDefault="0084102B">
            <w:pPr>
              <w:jc w:val="center"/>
            </w:pPr>
            <w:r>
              <w:t>5 808 ч/год, эквивалент 242 суток</w:t>
            </w:r>
          </w:p>
        </w:tc>
      </w:tr>
      <w:tr w:rsidR="000772B4" w14:paraId="7A219A87" w14:textId="77777777">
        <w:trPr>
          <w:cantSplit/>
          <w:jc w:val="center"/>
        </w:trPr>
        <w:tc>
          <w:tcPr>
            <w:tcW w:w="0" w:type="auto"/>
          </w:tcPr>
          <w:p w14:paraId="7DCB8A48" w14:textId="77777777" w:rsidR="0084102B" w:rsidRDefault="0084102B">
            <w:r>
              <w:t>Средняя температура отопительного периода</w:t>
            </w:r>
          </w:p>
        </w:tc>
        <w:tc>
          <w:tcPr>
            <w:tcW w:w="0" w:type="auto"/>
          </w:tcPr>
          <w:p w14:paraId="0484EA6A" w14:textId="77777777" w:rsidR="0084102B" w:rsidRDefault="0084102B">
            <w:pPr>
              <w:jc w:val="center"/>
            </w:pPr>
            <w:r>
              <w:t>минус 7,9 °C</w:t>
            </w:r>
          </w:p>
        </w:tc>
      </w:tr>
      <w:tr w:rsidR="000772B4" w14:paraId="7C68BA7D" w14:textId="77777777">
        <w:trPr>
          <w:cantSplit/>
          <w:jc w:val="center"/>
        </w:trPr>
        <w:tc>
          <w:tcPr>
            <w:tcW w:w="0" w:type="auto"/>
          </w:tcPr>
          <w:p w14:paraId="76322BD2" w14:textId="77777777" w:rsidR="0084102B" w:rsidRDefault="0084102B">
            <w:r>
              <w:t>Расчётная температура наружного воздуха</w:t>
            </w:r>
          </w:p>
        </w:tc>
        <w:tc>
          <w:tcPr>
            <w:tcW w:w="0" w:type="auto"/>
          </w:tcPr>
          <w:p w14:paraId="7DC7FE03" w14:textId="77777777" w:rsidR="0084102B" w:rsidRDefault="0084102B">
            <w:pPr>
              <w:jc w:val="center"/>
            </w:pPr>
            <w:r>
              <w:t>минус 39 °C</w:t>
            </w:r>
          </w:p>
        </w:tc>
      </w:tr>
      <w:tr w:rsidR="000772B4" w14:paraId="74DABF11" w14:textId="77777777">
        <w:trPr>
          <w:cantSplit/>
          <w:jc w:val="center"/>
        </w:trPr>
        <w:tc>
          <w:tcPr>
            <w:tcW w:w="0" w:type="auto"/>
          </w:tcPr>
          <w:p w14:paraId="58C741EC" w14:textId="77777777" w:rsidR="0084102B" w:rsidRDefault="0084102B">
            <w:r>
              <w:t>Расчётная температура воздуха помещений</w:t>
            </w:r>
          </w:p>
        </w:tc>
        <w:tc>
          <w:tcPr>
            <w:tcW w:w="0" w:type="auto"/>
          </w:tcPr>
          <w:p w14:paraId="6F38E5F4" w14:textId="77777777" w:rsidR="0084102B" w:rsidRDefault="0084102B">
            <w:pPr>
              <w:jc w:val="center"/>
            </w:pPr>
            <w:r>
              <w:t>плюс 20 °C</w:t>
            </w:r>
          </w:p>
        </w:tc>
      </w:tr>
    </w:tbl>
    <w:p w14:paraId="06E0F214" w14:textId="77777777" w:rsidR="006C72FB" w:rsidRPr="00844B84" w:rsidRDefault="0084102B">
      <w:pPr>
        <w:rPr>
          <w:lang w:val="ru-RU"/>
        </w:rPr>
      </w:pPr>
      <w:r w:rsidRPr="00844B84">
        <w:rPr>
          <w:lang w:val="ru-RU"/>
        </w:rPr>
        <w:t>Единый климатический базис применяется ко всем территориям округа; территориальная дифференциация расчётных параметров исходными данными не подтверждена.</w:t>
      </w:r>
    </w:p>
    <w:p w14:paraId="7EB3A953" w14:textId="77777777" w:rsidR="00AE595B" w:rsidRPr="00844B84" w:rsidRDefault="00293C0B">
      <w:pPr>
        <w:pStyle w:val="21"/>
        <w:rPr>
          <w:lang w:val="ru-RU"/>
        </w:rPr>
      </w:pPr>
      <w:bookmarkStart w:id="13" w:name="_Toc238017212"/>
      <w:r w:rsidRPr="00844B84">
        <w:rPr>
          <w:lang w:val="ru-RU"/>
        </w:rPr>
        <w:t>1.10. Фактическая реализация тепловой энергии и состояние коммерческого учёта</w:t>
      </w:r>
      <w:bookmarkEnd w:id="13"/>
    </w:p>
    <w:p w14:paraId="4D73E0F8" w14:textId="77777777" w:rsidR="00AE595B" w:rsidRPr="00844B84" w:rsidRDefault="00293C0B">
      <w:pPr>
        <w:rPr>
          <w:lang w:val="ru-RU"/>
        </w:rPr>
      </w:pPr>
      <w:r w:rsidRPr="00844B84">
        <w:rPr>
          <w:lang w:val="ru-RU"/>
        </w:rPr>
        <w:t>Фактическая реализация тепловой энергии по округу за 2025 год составила 381 430,0 Гкал. Приборами учёта измерено 199 895,21 Гкал, или 52,41 процента этого объёма. Наибольшая доля приборного учёта достигнута в Таштаголе — 62,62 процента, наименьшая в Спасске — 0,78 процента.</w:t>
      </w:r>
    </w:p>
    <w:p w14:paraId="718A61D5" w14:textId="77777777" w:rsidR="00AE595B" w:rsidRPr="00844B84" w:rsidRDefault="00293C0B">
      <w:pPr>
        <w:rPr>
          <w:lang w:val="ru-RU"/>
        </w:rPr>
      </w:pPr>
      <w:r w:rsidRPr="00844B84">
        <w:rPr>
          <w:lang w:val="ru-RU"/>
        </w:rPr>
        <w:t>Приборы учёта установлены на 309 объектах из 310, учтённых реестром теплосчётчиков на 2026 год, что составляет 99,7 процента. К коммерческому учёту допущен 201 прибор, или 64,8 процента. Наличие прибора и допуск прибора к коммерческому учёту — различные показатели, и ни один из них не равен доле тепловой энергии, отпущенной по приборам учёта.</w:t>
      </w:r>
    </w:p>
    <w:p w14:paraId="64D81D1E" w14:textId="77777777" w:rsidR="00844B84" w:rsidRDefault="00293C0B">
      <w:pPr>
        <w:rPr>
          <w:lang w:val="ru-RU"/>
        </w:rPr>
      </w:pPr>
      <w:r w:rsidRPr="00844B84">
        <w:rPr>
          <w:lang w:val="ru-RU"/>
        </w:rPr>
        <w:t>Утверждается вывод: расширение коммерческого учёта является условием достоверности балансов тепловой энергии. Первоочередными по этому признаку определяются Темиртау, где допущены 2 прибора из 13, и многоквартирный жилищный фонд Шерегеша, где допущены 29 приборов из 73. Пообъектные сведения приведены обосновывающими материалами и в утверждаемую часть не переносятся.</w:t>
      </w:r>
    </w:p>
    <w:p w14:paraId="51E1E1BD" w14:textId="77777777" w:rsidR="00AE595B" w:rsidRPr="00326225" w:rsidRDefault="00844B84">
      <w:pPr>
        <w:rPr>
          <w:lang w:val="ru-RU"/>
        </w:rPr>
      </w:pPr>
      <w:r>
        <w:rPr>
          <w:lang w:val="ru-RU"/>
        </w:rPr>
        <w:br w:type="page"/>
      </w:r>
    </w:p>
    <w:p w14:paraId="619DE155" w14:textId="77777777" w:rsidR="006E7A08" w:rsidRPr="00326225" w:rsidRDefault="00267E76">
      <w:pPr>
        <w:pStyle w:val="1"/>
        <w:spacing w:before="1200"/>
        <w:jc w:val="center"/>
        <w:rPr>
          <w:color w:val="4F81BD" w:themeColor="accent1"/>
          <w:lang w:val="ru-RU"/>
        </w:rPr>
      </w:pPr>
      <w:bookmarkStart w:id="14" w:name="_Toc238017213"/>
      <w:r w:rsidRPr="00326225">
        <w:rPr>
          <w:color w:val="4F81BD" w:themeColor="accent1"/>
          <w:lang w:val="ru-RU"/>
        </w:rPr>
        <w:t>2. Существующие и перспективные балансы тепловой мощности источников тепловой энергии и тепловой нагрузки потребителей</w:t>
      </w:r>
      <w:bookmarkEnd w:id="14"/>
    </w:p>
    <w:p w14:paraId="00DA5346" w14:textId="77777777" w:rsidR="00AD64D8" w:rsidRPr="00326225" w:rsidRDefault="004F5CC8">
      <w:pPr>
        <w:pStyle w:val="21"/>
        <w:rPr>
          <w:lang w:val="ru-RU"/>
        </w:rPr>
      </w:pPr>
      <w:bookmarkStart w:id="15" w:name="_Toc238017214"/>
      <w:r w:rsidRPr="00326225">
        <w:rPr>
          <w:lang w:val="ru-RU"/>
        </w:rPr>
        <w:t>2.1. Территория и охват теплоснабжением</w:t>
      </w:r>
      <w:bookmarkEnd w:id="15"/>
    </w:p>
    <w:p w14:paraId="52B94C4A" w14:textId="77777777" w:rsidR="00AD64D8" w:rsidRPr="00844B84" w:rsidRDefault="004F5CC8">
      <w:pPr>
        <w:spacing w:after="80"/>
        <w:jc w:val="both"/>
        <w:rPr>
          <w:lang w:val="ru-RU"/>
        </w:rPr>
      </w:pPr>
      <w:r w:rsidRPr="00844B84">
        <w:rPr>
          <w:lang w:val="ru-RU"/>
        </w:rPr>
        <w:t>Централизованное теплоснабжение обеспечено в шести населённых пунктах округа: городе Таштагол и посёлках городского типа Шерегеш, Каз, Мундыбаш, Темиртау и Спасск. Численность населения этих территорий на 2026 год составляет 43 684 человека.</w:t>
      </w:r>
    </w:p>
    <w:p w14:paraId="29B0A500" w14:textId="77777777" w:rsidR="00AD64D8" w:rsidRPr="00844B84" w:rsidRDefault="004F5CC8">
      <w:pPr>
        <w:keepNext/>
        <w:spacing w:before="160"/>
        <w:rPr>
          <w:lang w:val="ru-RU"/>
        </w:rPr>
      </w:pPr>
      <w:r w:rsidRPr="00844B84">
        <w:rPr>
          <w:b/>
          <w:lang w:val="ru-RU"/>
        </w:rPr>
        <w:t>Таблица 2.1 — Численность населения территорий с централизованным теплоснабжением</w:t>
      </w: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085"/>
        <w:gridCol w:w="1798"/>
        <w:gridCol w:w="1798"/>
        <w:gridCol w:w="1798"/>
      </w:tblGrid>
      <w:tr w:rsidR="00AD64D8" w14:paraId="2FFE5133" w14:textId="77777777">
        <w:trPr>
          <w:cantSplit/>
          <w:tblHeader/>
          <w:jc w:val="center"/>
        </w:trPr>
        <w:tc>
          <w:tcPr>
            <w:tcW w:w="0" w:type="auto"/>
            <w:shd w:val="clear" w:color="auto" w:fill="E2F0D9"/>
          </w:tcPr>
          <w:p w14:paraId="78B6C870" w14:textId="77777777" w:rsidR="00AD64D8" w:rsidRDefault="004F5CC8">
            <w:pPr>
              <w:jc w:val="center"/>
            </w:pPr>
            <w:r>
              <w:rPr>
                <w:b/>
              </w:rPr>
              <w:t>Населённый пункт</w:t>
            </w:r>
          </w:p>
        </w:tc>
        <w:tc>
          <w:tcPr>
            <w:tcW w:w="0" w:type="auto"/>
            <w:shd w:val="clear" w:color="auto" w:fill="E2F0D9"/>
          </w:tcPr>
          <w:p w14:paraId="17346FEB" w14:textId="77777777" w:rsidR="00AD64D8" w:rsidRDefault="004F5CC8">
            <w:pPr>
              <w:jc w:val="center"/>
            </w:pPr>
            <w:r>
              <w:rPr>
                <w:b/>
              </w:rPr>
              <w:t>2026</w:t>
            </w:r>
          </w:p>
        </w:tc>
        <w:tc>
          <w:tcPr>
            <w:tcW w:w="0" w:type="auto"/>
            <w:shd w:val="clear" w:color="auto" w:fill="E2F0D9"/>
          </w:tcPr>
          <w:p w14:paraId="51B64E55" w14:textId="77777777" w:rsidR="00AD64D8" w:rsidRDefault="004F5CC8">
            <w:pPr>
              <w:jc w:val="center"/>
            </w:pPr>
            <w:r>
              <w:rPr>
                <w:b/>
              </w:rPr>
              <w:t>2031</w:t>
            </w:r>
          </w:p>
        </w:tc>
        <w:tc>
          <w:tcPr>
            <w:tcW w:w="0" w:type="auto"/>
            <w:shd w:val="clear" w:color="auto" w:fill="E2F0D9"/>
          </w:tcPr>
          <w:p w14:paraId="59E7E30D" w14:textId="77777777" w:rsidR="00AD64D8" w:rsidRDefault="004F5CC8">
            <w:pPr>
              <w:jc w:val="center"/>
            </w:pPr>
            <w:r>
              <w:rPr>
                <w:b/>
              </w:rPr>
              <w:t>2036</w:t>
            </w:r>
          </w:p>
        </w:tc>
      </w:tr>
      <w:tr w:rsidR="00AD64D8" w14:paraId="79F1D249" w14:textId="77777777">
        <w:trPr>
          <w:cantSplit/>
          <w:jc w:val="center"/>
        </w:trPr>
        <w:tc>
          <w:tcPr>
            <w:tcW w:w="0" w:type="auto"/>
          </w:tcPr>
          <w:p w14:paraId="4A7DE572" w14:textId="77777777" w:rsidR="00AD64D8" w:rsidRDefault="004F5CC8">
            <w:r>
              <w:t>город Таштагол</w:t>
            </w:r>
          </w:p>
        </w:tc>
        <w:tc>
          <w:tcPr>
            <w:tcW w:w="0" w:type="auto"/>
          </w:tcPr>
          <w:p w14:paraId="5AD83109" w14:textId="77777777" w:rsidR="00AD64D8" w:rsidRDefault="004F5CC8">
            <w:pPr>
              <w:jc w:val="center"/>
            </w:pPr>
            <w:r>
              <w:t>21 209</w:t>
            </w:r>
          </w:p>
        </w:tc>
        <w:tc>
          <w:tcPr>
            <w:tcW w:w="0" w:type="auto"/>
          </w:tcPr>
          <w:p w14:paraId="32DE1251" w14:textId="77777777" w:rsidR="00AD64D8" w:rsidRDefault="004F5CC8">
            <w:pPr>
              <w:jc w:val="center"/>
            </w:pPr>
            <w:r>
              <w:t>21 209</w:t>
            </w:r>
          </w:p>
        </w:tc>
        <w:tc>
          <w:tcPr>
            <w:tcW w:w="0" w:type="auto"/>
          </w:tcPr>
          <w:p w14:paraId="0C71846C" w14:textId="77777777" w:rsidR="00AD64D8" w:rsidRDefault="004F5CC8">
            <w:pPr>
              <w:jc w:val="center"/>
            </w:pPr>
            <w:r>
              <w:t>21 209</w:t>
            </w:r>
          </w:p>
        </w:tc>
      </w:tr>
      <w:tr w:rsidR="00AD64D8" w14:paraId="556207F6" w14:textId="77777777">
        <w:trPr>
          <w:cantSplit/>
          <w:jc w:val="center"/>
        </w:trPr>
        <w:tc>
          <w:tcPr>
            <w:tcW w:w="0" w:type="auto"/>
          </w:tcPr>
          <w:p w14:paraId="4D1D3D6B" w14:textId="77777777" w:rsidR="00AD64D8" w:rsidRDefault="004F5CC8">
            <w:r>
              <w:t>пгт Шерегеш</w:t>
            </w:r>
          </w:p>
        </w:tc>
        <w:tc>
          <w:tcPr>
            <w:tcW w:w="0" w:type="auto"/>
          </w:tcPr>
          <w:p w14:paraId="75CA184C" w14:textId="77777777" w:rsidR="00AD64D8" w:rsidRDefault="004F5CC8">
            <w:pPr>
              <w:jc w:val="center"/>
            </w:pPr>
            <w:r>
              <w:t>9 666</w:t>
            </w:r>
          </w:p>
        </w:tc>
        <w:tc>
          <w:tcPr>
            <w:tcW w:w="0" w:type="auto"/>
          </w:tcPr>
          <w:p w14:paraId="6513010F" w14:textId="77777777" w:rsidR="00AD64D8" w:rsidRDefault="004F5CC8">
            <w:pPr>
              <w:jc w:val="center"/>
            </w:pPr>
            <w:r>
              <w:t>10 988</w:t>
            </w:r>
          </w:p>
        </w:tc>
        <w:tc>
          <w:tcPr>
            <w:tcW w:w="0" w:type="auto"/>
          </w:tcPr>
          <w:p w14:paraId="251C9A8E" w14:textId="77777777" w:rsidR="00AD64D8" w:rsidRDefault="004F5CC8">
            <w:pPr>
              <w:jc w:val="center"/>
            </w:pPr>
            <w:r>
              <w:t>12 309</w:t>
            </w:r>
          </w:p>
        </w:tc>
      </w:tr>
      <w:tr w:rsidR="00AD64D8" w14:paraId="0B66E01B" w14:textId="77777777">
        <w:trPr>
          <w:cantSplit/>
          <w:jc w:val="center"/>
        </w:trPr>
        <w:tc>
          <w:tcPr>
            <w:tcW w:w="0" w:type="auto"/>
          </w:tcPr>
          <w:p w14:paraId="2CD8420F" w14:textId="77777777" w:rsidR="00AD64D8" w:rsidRDefault="004F5CC8">
            <w:r>
              <w:t>пгт Каз</w:t>
            </w:r>
          </w:p>
        </w:tc>
        <w:tc>
          <w:tcPr>
            <w:tcW w:w="0" w:type="auto"/>
          </w:tcPr>
          <w:p w14:paraId="7F6AFD2E" w14:textId="77777777" w:rsidR="00AD64D8" w:rsidRDefault="004F5CC8">
            <w:pPr>
              <w:jc w:val="center"/>
            </w:pPr>
            <w:r>
              <w:t>3 975</w:t>
            </w:r>
          </w:p>
        </w:tc>
        <w:tc>
          <w:tcPr>
            <w:tcW w:w="0" w:type="auto"/>
          </w:tcPr>
          <w:p w14:paraId="467FD5B5" w14:textId="77777777" w:rsidR="00AD64D8" w:rsidRDefault="004F5CC8">
            <w:pPr>
              <w:jc w:val="center"/>
            </w:pPr>
            <w:r>
              <w:t>3 975</w:t>
            </w:r>
          </w:p>
        </w:tc>
        <w:tc>
          <w:tcPr>
            <w:tcW w:w="0" w:type="auto"/>
          </w:tcPr>
          <w:p w14:paraId="31364E4E" w14:textId="77777777" w:rsidR="00AD64D8" w:rsidRDefault="004F5CC8">
            <w:pPr>
              <w:jc w:val="center"/>
            </w:pPr>
            <w:r>
              <w:t>3 975</w:t>
            </w:r>
          </w:p>
        </w:tc>
      </w:tr>
      <w:tr w:rsidR="00AD64D8" w14:paraId="7B6D27A0" w14:textId="77777777">
        <w:trPr>
          <w:cantSplit/>
          <w:jc w:val="center"/>
        </w:trPr>
        <w:tc>
          <w:tcPr>
            <w:tcW w:w="0" w:type="auto"/>
          </w:tcPr>
          <w:p w14:paraId="04B01027" w14:textId="77777777" w:rsidR="00AD64D8" w:rsidRDefault="004F5CC8">
            <w:r>
              <w:t>пгт Мундыбаш</w:t>
            </w:r>
          </w:p>
        </w:tc>
        <w:tc>
          <w:tcPr>
            <w:tcW w:w="0" w:type="auto"/>
          </w:tcPr>
          <w:p w14:paraId="71685F50" w14:textId="77777777" w:rsidR="00AD64D8" w:rsidRDefault="004F5CC8">
            <w:pPr>
              <w:jc w:val="center"/>
            </w:pPr>
            <w:r>
              <w:t>3 883</w:t>
            </w:r>
          </w:p>
        </w:tc>
        <w:tc>
          <w:tcPr>
            <w:tcW w:w="0" w:type="auto"/>
          </w:tcPr>
          <w:p w14:paraId="4C1D7447" w14:textId="77777777" w:rsidR="00AD64D8" w:rsidRDefault="004F5CC8">
            <w:pPr>
              <w:jc w:val="center"/>
            </w:pPr>
            <w:r>
              <w:t>3 883</w:t>
            </w:r>
          </w:p>
        </w:tc>
        <w:tc>
          <w:tcPr>
            <w:tcW w:w="0" w:type="auto"/>
          </w:tcPr>
          <w:p w14:paraId="21029725" w14:textId="77777777" w:rsidR="00AD64D8" w:rsidRDefault="004F5CC8">
            <w:pPr>
              <w:jc w:val="center"/>
            </w:pPr>
            <w:r>
              <w:t>3 883</w:t>
            </w:r>
          </w:p>
        </w:tc>
      </w:tr>
      <w:tr w:rsidR="00AD64D8" w14:paraId="4D85ABA5" w14:textId="77777777">
        <w:trPr>
          <w:cantSplit/>
          <w:jc w:val="center"/>
        </w:trPr>
        <w:tc>
          <w:tcPr>
            <w:tcW w:w="0" w:type="auto"/>
          </w:tcPr>
          <w:p w14:paraId="25962661" w14:textId="77777777" w:rsidR="00AD64D8" w:rsidRDefault="004F5CC8">
            <w:r>
              <w:t>пгт Темиртау</w:t>
            </w:r>
          </w:p>
        </w:tc>
        <w:tc>
          <w:tcPr>
            <w:tcW w:w="0" w:type="auto"/>
          </w:tcPr>
          <w:p w14:paraId="0C4B1775" w14:textId="77777777" w:rsidR="00AD64D8" w:rsidRDefault="004F5CC8">
            <w:pPr>
              <w:jc w:val="center"/>
            </w:pPr>
            <w:r>
              <w:t>3 438</w:t>
            </w:r>
          </w:p>
        </w:tc>
        <w:tc>
          <w:tcPr>
            <w:tcW w:w="0" w:type="auto"/>
          </w:tcPr>
          <w:p w14:paraId="37CF8A2B" w14:textId="77777777" w:rsidR="00AD64D8" w:rsidRDefault="004F5CC8">
            <w:pPr>
              <w:jc w:val="center"/>
            </w:pPr>
            <w:r>
              <w:t>3 438</w:t>
            </w:r>
          </w:p>
        </w:tc>
        <w:tc>
          <w:tcPr>
            <w:tcW w:w="0" w:type="auto"/>
          </w:tcPr>
          <w:p w14:paraId="2FF462F9" w14:textId="77777777" w:rsidR="00AD64D8" w:rsidRDefault="004F5CC8">
            <w:pPr>
              <w:jc w:val="center"/>
            </w:pPr>
            <w:r>
              <w:t>3 438</w:t>
            </w:r>
          </w:p>
        </w:tc>
      </w:tr>
      <w:tr w:rsidR="00AD64D8" w14:paraId="0A96834C" w14:textId="77777777">
        <w:trPr>
          <w:cantSplit/>
          <w:jc w:val="center"/>
        </w:trPr>
        <w:tc>
          <w:tcPr>
            <w:tcW w:w="0" w:type="auto"/>
          </w:tcPr>
          <w:p w14:paraId="1C16B3D5" w14:textId="77777777" w:rsidR="00AD64D8" w:rsidRDefault="004F5CC8">
            <w:r>
              <w:t>пгт Спасск</w:t>
            </w:r>
          </w:p>
        </w:tc>
        <w:tc>
          <w:tcPr>
            <w:tcW w:w="0" w:type="auto"/>
          </w:tcPr>
          <w:p w14:paraId="2DFDB285" w14:textId="77777777" w:rsidR="00AD64D8" w:rsidRDefault="004F5CC8">
            <w:pPr>
              <w:jc w:val="center"/>
            </w:pPr>
            <w:r>
              <w:t>1 513</w:t>
            </w:r>
          </w:p>
        </w:tc>
        <w:tc>
          <w:tcPr>
            <w:tcW w:w="0" w:type="auto"/>
          </w:tcPr>
          <w:p w14:paraId="78B65E5F" w14:textId="77777777" w:rsidR="00AD64D8" w:rsidRDefault="004F5CC8">
            <w:pPr>
              <w:jc w:val="center"/>
            </w:pPr>
            <w:r>
              <w:t>1 513</w:t>
            </w:r>
          </w:p>
        </w:tc>
        <w:tc>
          <w:tcPr>
            <w:tcW w:w="0" w:type="auto"/>
          </w:tcPr>
          <w:p w14:paraId="074F5C59" w14:textId="77777777" w:rsidR="00AD64D8" w:rsidRDefault="004F5CC8">
            <w:pPr>
              <w:jc w:val="center"/>
            </w:pPr>
            <w:r>
              <w:t>1 513</w:t>
            </w:r>
          </w:p>
        </w:tc>
      </w:tr>
      <w:tr w:rsidR="00AD64D8" w14:paraId="32C414CD" w14:textId="77777777">
        <w:trPr>
          <w:cantSplit/>
          <w:jc w:val="center"/>
        </w:trPr>
        <w:tc>
          <w:tcPr>
            <w:tcW w:w="0" w:type="auto"/>
            <w:shd w:val="clear" w:color="auto" w:fill="DBE5F1"/>
          </w:tcPr>
          <w:p w14:paraId="4B37C098" w14:textId="77777777" w:rsidR="00AD64D8" w:rsidRDefault="004F5CC8">
            <w:r>
              <w:rPr>
                <w:b/>
              </w:rPr>
              <w:t>Итого</w:t>
            </w:r>
          </w:p>
        </w:tc>
        <w:tc>
          <w:tcPr>
            <w:tcW w:w="0" w:type="auto"/>
            <w:shd w:val="clear" w:color="auto" w:fill="DBE5F1"/>
          </w:tcPr>
          <w:p w14:paraId="34E453B9" w14:textId="77777777" w:rsidR="00AD64D8" w:rsidRDefault="004F5CC8">
            <w:pPr>
              <w:jc w:val="center"/>
            </w:pPr>
            <w:r>
              <w:rPr>
                <w:b/>
              </w:rPr>
              <w:t>43 684</w:t>
            </w:r>
          </w:p>
        </w:tc>
        <w:tc>
          <w:tcPr>
            <w:tcW w:w="0" w:type="auto"/>
            <w:shd w:val="clear" w:color="auto" w:fill="DBE5F1"/>
          </w:tcPr>
          <w:p w14:paraId="366CA524" w14:textId="77777777" w:rsidR="00AD64D8" w:rsidRDefault="004F5CC8">
            <w:pPr>
              <w:jc w:val="center"/>
            </w:pPr>
            <w:r>
              <w:rPr>
                <w:b/>
              </w:rPr>
              <w:t>45 006</w:t>
            </w:r>
          </w:p>
        </w:tc>
        <w:tc>
          <w:tcPr>
            <w:tcW w:w="0" w:type="auto"/>
            <w:shd w:val="clear" w:color="auto" w:fill="DBE5F1"/>
          </w:tcPr>
          <w:p w14:paraId="0108341E" w14:textId="77777777" w:rsidR="00AD64D8" w:rsidRDefault="004F5CC8">
            <w:pPr>
              <w:jc w:val="center"/>
            </w:pPr>
            <w:r>
              <w:rPr>
                <w:b/>
              </w:rPr>
              <w:t>46 327</w:t>
            </w:r>
          </w:p>
        </w:tc>
      </w:tr>
    </w:tbl>
    <w:p w14:paraId="275ED544" w14:textId="77777777" w:rsidR="00AD64D8" w:rsidRDefault="00AD64D8">
      <w:pPr>
        <w:spacing w:after="40"/>
      </w:pPr>
    </w:p>
    <w:p w14:paraId="7C285A0B" w14:textId="77777777" w:rsidR="00AD64D8" w:rsidRPr="00844B84" w:rsidRDefault="004F5CC8">
      <w:pPr>
        <w:spacing w:after="80"/>
        <w:jc w:val="both"/>
        <w:rPr>
          <w:lang w:val="ru-RU"/>
        </w:rPr>
      </w:pPr>
      <w:r w:rsidRPr="00844B84">
        <w:rPr>
          <w:lang w:val="ru-RU"/>
        </w:rPr>
        <w:t>Приведённая численность относится к шести территориям с централизованным теплоснабжением и численностью населения муниципального округа не является. Численность округа по данным 2025 года составляет 48 262 человека. Характер теплоснабжения населённых пунктов, не входящих в перечисленные шесть, подлежит территориальной детализации.</w:t>
      </w:r>
    </w:p>
    <w:p w14:paraId="3313535E" w14:textId="77777777" w:rsidR="00AD64D8" w:rsidRPr="00844B84" w:rsidRDefault="004F5CC8">
      <w:pPr>
        <w:spacing w:after="80"/>
        <w:jc w:val="both"/>
        <w:rPr>
          <w:lang w:val="ru-RU"/>
        </w:rPr>
      </w:pPr>
      <w:r w:rsidRPr="00844B84">
        <w:rPr>
          <w:lang w:val="ru-RU"/>
        </w:rPr>
        <w:t>Прирост населения на горизонте схемы сосредоточен в посёлке Шерегеш — с 9 666 до 12 309 человек, то есть на 27,3 процента. По остальным территориям численность принимается неизменной. Прирост тепловой нагрузки округа составляет 46,7360 Гкал/ч и приходится на шесть источников, из них 98,07 процента — на зону УПК № 5 «Новый Шерегеш».</w:t>
      </w:r>
    </w:p>
    <w:p w14:paraId="077206A8" w14:textId="77777777" w:rsidR="00AD64D8" w:rsidRPr="00844B84" w:rsidRDefault="004F5CC8">
      <w:pPr>
        <w:pStyle w:val="21"/>
        <w:rPr>
          <w:lang w:val="ru-RU"/>
        </w:rPr>
      </w:pPr>
      <w:bookmarkStart w:id="16" w:name="_Toc238017215"/>
      <w:r w:rsidRPr="00326225">
        <w:rPr>
          <w:lang w:val="ru-RU"/>
        </w:rPr>
        <w:t>2.2. Источники тепловой энергии и тепловые нагрузки</w:t>
      </w:r>
      <w:bookmarkEnd w:id="16"/>
    </w:p>
    <w:p w14:paraId="3C7615C7" w14:textId="77777777" w:rsidR="00AD64D8" w:rsidRDefault="004F5CC8">
      <w:pPr>
        <w:keepNext/>
        <w:spacing w:before="160"/>
      </w:pPr>
      <w:r>
        <w:rPr>
          <w:b/>
        </w:rPr>
        <w:t>Таблица 2.2 — Действующие источники тепловой энергии</w:t>
      </w: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036"/>
        <w:gridCol w:w="1802"/>
        <w:gridCol w:w="2710"/>
        <w:gridCol w:w="2802"/>
        <w:gridCol w:w="1129"/>
      </w:tblGrid>
      <w:tr w:rsidR="00AD64D8" w14:paraId="438AE1EC" w14:textId="77777777">
        <w:trPr>
          <w:cantSplit/>
          <w:tblHeader/>
          <w:jc w:val="center"/>
        </w:trPr>
        <w:tc>
          <w:tcPr>
            <w:tcW w:w="0" w:type="auto"/>
            <w:shd w:val="clear" w:color="auto" w:fill="E2F0D9"/>
          </w:tcPr>
          <w:p w14:paraId="192E365B" w14:textId="77777777" w:rsidR="00AD64D8" w:rsidRDefault="004F5CC8">
            <w:pPr>
              <w:jc w:val="center"/>
            </w:pPr>
            <w:r>
              <w:rPr>
                <w:b/>
              </w:rPr>
              <w:t>Источник</w:t>
            </w:r>
          </w:p>
        </w:tc>
        <w:tc>
          <w:tcPr>
            <w:tcW w:w="0" w:type="auto"/>
            <w:shd w:val="clear" w:color="auto" w:fill="E2F0D9"/>
          </w:tcPr>
          <w:p w14:paraId="1CE80A57" w14:textId="77777777" w:rsidR="00AD64D8" w:rsidRDefault="004F5CC8">
            <w:pPr>
              <w:jc w:val="center"/>
            </w:pPr>
            <w:r>
              <w:rPr>
                <w:b/>
              </w:rPr>
              <w:t>Населённый пункт</w:t>
            </w:r>
          </w:p>
        </w:tc>
        <w:tc>
          <w:tcPr>
            <w:tcW w:w="0" w:type="auto"/>
            <w:shd w:val="clear" w:color="auto" w:fill="E2F0D9"/>
          </w:tcPr>
          <w:p w14:paraId="0CE177D0" w14:textId="77777777" w:rsidR="00AD64D8" w:rsidRDefault="004F5CC8">
            <w:pPr>
              <w:jc w:val="center"/>
            </w:pPr>
            <w:r>
              <w:rPr>
                <w:b/>
              </w:rPr>
              <w:t>Установленная мощность, Гкал/ч</w:t>
            </w:r>
          </w:p>
        </w:tc>
        <w:tc>
          <w:tcPr>
            <w:tcW w:w="0" w:type="auto"/>
            <w:shd w:val="clear" w:color="auto" w:fill="E2F0D9"/>
          </w:tcPr>
          <w:p w14:paraId="40BE0FA0" w14:textId="77777777" w:rsidR="00AD64D8" w:rsidRDefault="004F5CC8">
            <w:pPr>
              <w:jc w:val="center"/>
            </w:pPr>
            <w:r>
              <w:rPr>
                <w:b/>
              </w:rPr>
              <w:t>Присоединённая нагрузка, Гкал/ч</w:t>
            </w:r>
          </w:p>
        </w:tc>
        <w:tc>
          <w:tcPr>
            <w:tcW w:w="0" w:type="auto"/>
            <w:shd w:val="clear" w:color="auto" w:fill="E2F0D9"/>
          </w:tcPr>
          <w:p w14:paraId="566A3548" w14:textId="77777777" w:rsidR="00AD64D8" w:rsidRDefault="004F5CC8">
            <w:pPr>
              <w:jc w:val="center"/>
            </w:pPr>
            <w:r>
              <w:rPr>
                <w:b/>
              </w:rPr>
              <w:t>Котлов, ед.</w:t>
            </w:r>
          </w:p>
        </w:tc>
      </w:tr>
      <w:tr w:rsidR="00AD64D8" w14:paraId="149ACED1" w14:textId="77777777">
        <w:trPr>
          <w:cantSplit/>
          <w:jc w:val="center"/>
        </w:trPr>
        <w:tc>
          <w:tcPr>
            <w:tcW w:w="0" w:type="auto"/>
          </w:tcPr>
          <w:p w14:paraId="420A019C" w14:textId="77777777" w:rsidR="00AD64D8" w:rsidRDefault="004F5CC8">
            <w:r>
              <w:t>УПК № 1 Таштагол</w:t>
            </w:r>
          </w:p>
        </w:tc>
        <w:tc>
          <w:tcPr>
            <w:tcW w:w="0" w:type="auto"/>
          </w:tcPr>
          <w:p w14:paraId="14ECA693" w14:textId="77777777" w:rsidR="00AD64D8" w:rsidRDefault="004F5CC8">
            <w:pPr>
              <w:jc w:val="center"/>
            </w:pPr>
            <w:r>
              <w:t>город Таштагол</w:t>
            </w:r>
          </w:p>
        </w:tc>
        <w:tc>
          <w:tcPr>
            <w:tcW w:w="0" w:type="auto"/>
          </w:tcPr>
          <w:p w14:paraId="55BF1444" w14:textId="77777777" w:rsidR="00AD64D8" w:rsidRDefault="004F5CC8">
            <w:pPr>
              <w:jc w:val="center"/>
            </w:pPr>
            <w:r>
              <w:t>150,00</w:t>
            </w:r>
          </w:p>
        </w:tc>
        <w:tc>
          <w:tcPr>
            <w:tcW w:w="0" w:type="auto"/>
          </w:tcPr>
          <w:p w14:paraId="1E795DC1" w14:textId="77777777" w:rsidR="00AD64D8" w:rsidRDefault="004F5CC8">
            <w:pPr>
              <w:jc w:val="center"/>
            </w:pPr>
            <w:r>
              <w:t>70,2235</w:t>
            </w:r>
          </w:p>
        </w:tc>
        <w:tc>
          <w:tcPr>
            <w:tcW w:w="0" w:type="auto"/>
          </w:tcPr>
          <w:p w14:paraId="310E81EB" w14:textId="77777777" w:rsidR="00AD64D8" w:rsidRDefault="004F5CC8">
            <w:pPr>
              <w:jc w:val="center"/>
            </w:pPr>
            <w:r>
              <w:t>5</w:t>
            </w:r>
          </w:p>
        </w:tc>
      </w:tr>
      <w:tr w:rsidR="00AD64D8" w14:paraId="6797AACD" w14:textId="77777777">
        <w:trPr>
          <w:cantSplit/>
          <w:jc w:val="center"/>
        </w:trPr>
        <w:tc>
          <w:tcPr>
            <w:tcW w:w="0" w:type="auto"/>
          </w:tcPr>
          <w:p w14:paraId="11FCF57B" w14:textId="77777777" w:rsidR="00AD64D8" w:rsidRDefault="004F5CC8">
            <w:r>
              <w:t>УПК № 2 Шалым</w:t>
            </w:r>
          </w:p>
        </w:tc>
        <w:tc>
          <w:tcPr>
            <w:tcW w:w="0" w:type="auto"/>
          </w:tcPr>
          <w:p w14:paraId="30622316" w14:textId="77777777" w:rsidR="00AD64D8" w:rsidRDefault="004F5CC8">
            <w:pPr>
              <w:jc w:val="center"/>
            </w:pPr>
            <w:r>
              <w:t>город Таштагол</w:t>
            </w:r>
          </w:p>
        </w:tc>
        <w:tc>
          <w:tcPr>
            <w:tcW w:w="0" w:type="auto"/>
          </w:tcPr>
          <w:p w14:paraId="3FE8CDB2" w14:textId="77777777" w:rsidR="00AD64D8" w:rsidRDefault="004F5CC8">
            <w:pPr>
              <w:jc w:val="center"/>
            </w:pPr>
            <w:r>
              <w:t>17,00</w:t>
            </w:r>
          </w:p>
        </w:tc>
        <w:tc>
          <w:tcPr>
            <w:tcW w:w="0" w:type="auto"/>
          </w:tcPr>
          <w:p w14:paraId="6128032C" w14:textId="77777777" w:rsidR="00AD64D8" w:rsidRDefault="004F5CC8">
            <w:pPr>
              <w:jc w:val="center"/>
            </w:pPr>
            <w:r>
              <w:t>3,6279</w:t>
            </w:r>
          </w:p>
        </w:tc>
        <w:tc>
          <w:tcPr>
            <w:tcW w:w="0" w:type="auto"/>
          </w:tcPr>
          <w:p w14:paraId="570EA332" w14:textId="77777777" w:rsidR="00AD64D8" w:rsidRDefault="004F5CC8">
            <w:pPr>
              <w:jc w:val="center"/>
            </w:pPr>
            <w:r>
              <w:t>3</w:t>
            </w:r>
          </w:p>
        </w:tc>
      </w:tr>
      <w:tr w:rsidR="00AD64D8" w14:paraId="646E0863" w14:textId="77777777">
        <w:trPr>
          <w:cantSplit/>
          <w:jc w:val="center"/>
        </w:trPr>
        <w:tc>
          <w:tcPr>
            <w:tcW w:w="0" w:type="auto"/>
          </w:tcPr>
          <w:p w14:paraId="40805B0E" w14:textId="77777777" w:rsidR="00AD64D8" w:rsidRDefault="004F5CC8">
            <w:r>
              <w:t>УПК № 2 ЦМК</w:t>
            </w:r>
          </w:p>
        </w:tc>
        <w:tc>
          <w:tcPr>
            <w:tcW w:w="0" w:type="auto"/>
          </w:tcPr>
          <w:p w14:paraId="17320719" w14:textId="77777777" w:rsidR="00AD64D8" w:rsidRDefault="004F5CC8">
            <w:pPr>
              <w:jc w:val="center"/>
            </w:pPr>
            <w:r>
              <w:t>город Таштагол</w:t>
            </w:r>
          </w:p>
        </w:tc>
        <w:tc>
          <w:tcPr>
            <w:tcW w:w="0" w:type="auto"/>
          </w:tcPr>
          <w:p w14:paraId="754709D8" w14:textId="77777777" w:rsidR="00AD64D8" w:rsidRDefault="004F5CC8">
            <w:pPr>
              <w:jc w:val="center"/>
            </w:pPr>
            <w:r>
              <w:t>10,20</w:t>
            </w:r>
          </w:p>
        </w:tc>
        <w:tc>
          <w:tcPr>
            <w:tcW w:w="0" w:type="auto"/>
          </w:tcPr>
          <w:p w14:paraId="41519369" w14:textId="77777777" w:rsidR="00AD64D8" w:rsidRDefault="004F5CC8">
            <w:pPr>
              <w:jc w:val="center"/>
            </w:pPr>
            <w:r>
              <w:t>2,2233</w:t>
            </w:r>
          </w:p>
        </w:tc>
        <w:tc>
          <w:tcPr>
            <w:tcW w:w="0" w:type="auto"/>
          </w:tcPr>
          <w:p w14:paraId="71910B5E" w14:textId="77777777" w:rsidR="00AD64D8" w:rsidRDefault="004F5CC8">
            <w:pPr>
              <w:jc w:val="center"/>
            </w:pPr>
            <w:r>
              <w:t>3</w:t>
            </w:r>
          </w:p>
        </w:tc>
      </w:tr>
      <w:tr w:rsidR="00AD64D8" w14:paraId="260D8989" w14:textId="77777777">
        <w:trPr>
          <w:cantSplit/>
          <w:jc w:val="center"/>
        </w:trPr>
        <w:tc>
          <w:tcPr>
            <w:tcW w:w="0" w:type="auto"/>
          </w:tcPr>
          <w:p w14:paraId="6C44A5E3" w14:textId="77777777" w:rsidR="00AD64D8" w:rsidRDefault="004F5CC8">
            <w:r>
              <w:t>УПК № 9 ГРЭ</w:t>
            </w:r>
          </w:p>
        </w:tc>
        <w:tc>
          <w:tcPr>
            <w:tcW w:w="0" w:type="auto"/>
          </w:tcPr>
          <w:p w14:paraId="209CF332" w14:textId="77777777" w:rsidR="00AD64D8" w:rsidRDefault="004F5CC8">
            <w:pPr>
              <w:jc w:val="center"/>
            </w:pPr>
            <w:r>
              <w:t>город Таштагол</w:t>
            </w:r>
          </w:p>
        </w:tc>
        <w:tc>
          <w:tcPr>
            <w:tcW w:w="0" w:type="auto"/>
          </w:tcPr>
          <w:p w14:paraId="402A9736" w14:textId="77777777" w:rsidR="00AD64D8" w:rsidRDefault="004F5CC8">
            <w:pPr>
              <w:jc w:val="center"/>
            </w:pPr>
            <w:r>
              <w:t>4,50</w:t>
            </w:r>
          </w:p>
        </w:tc>
        <w:tc>
          <w:tcPr>
            <w:tcW w:w="0" w:type="auto"/>
          </w:tcPr>
          <w:p w14:paraId="3CF7C87C" w14:textId="77777777" w:rsidR="00AD64D8" w:rsidRDefault="004F5CC8">
            <w:pPr>
              <w:jc w:val="center"/>
            </w:pPr>
            <w:r>
              <w:t>0,5624</w:t>
            </w:r>
          </w:p>
        </w:tc>
        <w:tc>
          <w:tcPr>
            <w:tcW w:w="0" w:type="auto"/>
          </w:tcPr>
          <w:p w14:paraId="08D31D09" w14:textId="77777777" w:rsidR="00AD64D8" w:rsidRDefault="004F5CC8">
            <w:pPr>
              <w:jc w:val="center"/>
            </w:pPr>
            <w:r>
              <w:t>4</w:t>
            </w:r>
          </w:p>
        </w:tc>
      </w:tr>
      <w:tr w:rsidR="00AD64D8" w14:paraId="03B868F8" w14:textId="77777777">
        <w:trPr>
          <w:cantSplit/>
          <w:jc w:val="center"/>
        </w:trPr>
        <w:tc>
          <w:tcPr>
            <w:tcW w:w="0" w:type="auto"/>
          </w:tcPr>
          <w:p w14:paraId="70620723" w14:textId="77777777" w:rsidR="00AD64D8" w:rsidRDefault="004F5CC8">
            <w:r>
              <w:t>УПК № 5 Новый Шерегеш</w:t>
            </w:r>
          </w:p>
        </w:tc>
        <w:tc>
          <w:tcPr>
            <w:tcW w:w="0" w:type="auto"/>
          </w:tcPr>
          <w:p w14:paraId="7BB8B6A8" w14:textId="77777777" w:rsidR="00AD64D8" w:rsidRDefault="004F5CC8">
            <w:pPr>
              <w:jc w:val="center"/>
            </w:pPr>
            <w:r>
              <w:t>пгт Шерегеш</w:t>
            </w:r>
          </w:p>
        </w:tc>
        <w:tc>
          <w:tcPr>
            <w:tcW w:w="0" w:type="auto"/>
          </w:tcPr>
          <w:p w14:paraId="78444F6D" w14:textId="77777777" w:rsidR="00AD64D8" w:rsidRDefault="004F5CC8">
            <w:pPr>
              <w:jc w:val="center"/>
            </w:pPr>
            <w:r>
              <w:t>114,00</w:t>
            </w:r>
          </w:p>
        </w:tc>
        <w:tc>
          <w:tcPr>
            <w:tcW w:w="0" w:type="auto"/>
          </w:tcPr>
          <w:p w14:paraId="6FA8074C" w14:textId="77777777" w:rsidR="00AD64D8" w:rsidRDefault="004F5CC8">
            <w:pPr>
              <w:jc w:val="center"/>
            </w:pPr>
            <w:r>
              <w:t>42,6992</w:t>
            </w:r>
          </w:p>
        </w:tc>
        <w:tc>
          <w:tcPr>
            <w:tcW w:w="0" w:type="auto"/>
          </w:tcPr>
          <w:p w14:paraId="1C2CF4CF" w14:textId="77777777" w:rsidR="00AD64D8" w:rsidRDefault="004F5CC8">
            <w:pPr>
              <w:jc w:val="center"/>
            </w:pPr>
            <w:r>
              <w:t>7</w:t>
            </w:r>
          </w:p>
        </w:tc>
      </w:tr>
      <w:tr w:rsidR="00AD64D8" w14:paraId="2F4CBE79" w14:textId="77777777">
        <w:trPr>
          <w:cantSplit/>
          <w:jc w:val="center"/>
        </w:trPr>
        <w:tc>
          <w:tcPr>
            <w:tcW w:w="0" w:type="auto"/>
          </w:tcPr>
          <w:p w14:paraId="549F954F" w14:textId="77777777" w:rsidR="00AD64D8" w:rsidRDefault="004F5CC8">
            <w:r>
              <w:t>УПК № 6 Старый Шерегеш</w:t>
            </w:r>
          </w:p>
        </w:tc>
        <w:tc>
          <w:tcPr>
            <w:tcW w:w="0" w:type="auto"/>
          </w:tcPr>
          <w:p w14:paraId="092FDFC7" w14:textId="77777777" w:rsidR="00AD64D8" w:rsidRDefault="004F5CC8">
            <w:pPr>
              <w:jc w:val="center"/>
            </w:pPr>
            <w:r>
              <w:t>пгт Шерегеш</w:t>
            </w:r>
          </w:p>
        </w:tc>
        <w:tc>
          <w:tcPr>
            <w:tcW w:w="0" w:type="auto"/>
          </w:tcPr>
          <w:p w14:paraId="0CA8943C" w14:textId="77777777" w:rsidR="00AD64D8" w:rsidRDefault="004F5CC8">
            <w:pPr>
              <w:jc w:val="center"/>
            </w:pPr>
            <w:r>
              <w:t>24,00</w:t>
            </w:r>
          </w:p>
        </w:tc>
        <w:tc>
          <w:tcPr>
            <w:tcW w:w="0" w:type="auto"/>
          </w:tcPr>
          <w:p w14:paraId="3A4B8B74" w14:textId="77777777" w:rsidR="00AD64D8" w:rsidRDefault="004F5CC8">
            <w:pPr>
              <w:jc w:val="center"/>
            </w:pPr>
            <w:r>
              <w:t>2,7972</w:t>
            </w:r>
          </w:p>
        </w:tc>
        <w:tc>
          <w:tcPr>
            <w:tcW w:w="0" w:type="auto"/>
          </w:tcPr>
          <w:p w14:paraId="7F31A9D1" w14:textId="77777777" w:rsidR="00AD64D8" w:rsidRDefault="004F5CC8">
            <w:pPr>
              <w:jc w:val="center"/>
            </w:pPr>
            <w:r>
              <w:t>4</w:t>
            </w:r>
          </w:p>
        </w:tc>
      </w:tr>
      <w:tr w:rsidR="00AD64D8" w14:paraId="75988C82" w14:textId="77777777">
        <w:trPr>
          <w:cantSplit/>
          <w:jc w:val="center"/>
        </w:trPr>
        <w:tc>
          <w:tcPr>
            <w:tcW w:w="0" w:type="auto"/>
          </w:tcPr>
          <w:p w14:paraId="2E33F210" w14:textId="77777777" w:rsidR="00AD64D8" w:rsidRDefault="004F5CC8">
            <w:r>
              <w:t>УПК № 7 Каз</w:t>
            </w:r>
          </w:p>
        </w:tc>
        <w:tc>
          <w:tcPr>
            <w:tcW w:w="0" w:type="auto"/>
          </w:tcPr>
          <w:p w14:paraId="19DA1BF1" w14:textId="77777777" w:rsidR="00AD64D8" w:rsidRDefault="004F5CC8">
            <w:pPr>
              <w:jc w:val="center"/>
            </w:pPr>
            <w:r>
              <w:t>пгт Каз</w:t>
            </w:r>
          </w:p>
        </w:tc>
        <w:tc>
          <w:tcPr>
            <w:tcW w:w="0" w:type="auto"/>
          </w:tcPr>
          <w:p w14:paraId="5F6EB501" w14:textId="77777777" w:rsidR="00AD64D8" w:rsidRDefault="004F5CC8">
            <w:pPr>
              <w:jc w:val="center"/>
            </w:pPr>
            <w:r>
              <w:t>72,00</w:t>
            </w:r>
          </w:p>
        </w:tc>
        <w:tc>
          <w:tcPr>
            <w:tcW w:w="0" w:type="auto"/>
          </w:tcPr>
          <w:p w14:paraId="3522DA01" w14:textId="77777777" w:rsidR="00AD64D8" w:rsidRDefault="004F5CC8">
            <w:pPr>
              <w:jc w:val="center"/>
            </w:pPr>
            <w:r>
              <w:t>9,2933</w:t>
            </w:r>
          </w:p>
        </w:tc>
        <w:tc>
          <w:tcPr>
            <w:tcW w:w="0" w:type="auto"/>
          </w:tcPr>
          <w:p w14:paraId="15122EC2" w14:textId="77777777" w:rsidR="00AD64D8" w:rsidRDefault="004F5CC8">
            <w:pPr>
              <w:jc w:val="center"/>
            </w:pPr>
            <w:r>
              <w:t>5</w:t>
            </w:r>
          </w:p>
        </w:tc>
      </w:tr>
      <w:tr w:rsidR="00AD64D8" w14:paraId="2D086CDB" w14:textId="77777777">
        <w:trPr>
          <w:cantSplit/>
          <w:jc w:val="center"/>
        </w:trPr>
        <w:tc>
          <w:tcPr>
            <w:tcW w:w="0" w:type="auto"/>
          </w:tcPr>
          <w:p w14:paraId="785354BA" w14:textId="77777777" w:rsidR="00AD64D8" w:rsidRDefault="004F5CC8">
            <w:r>
              <w:t>УПК № 8 Мундыбаш</w:t>
            </w:r>
          </w:p>
        </w:tc>
        <w:tc>
          <w:tcPr>
            <w:tcW w:w="0" w:type="auto"/>
          </w:tcPr>
          <w:p w14:paraId="2FE66D5D" w14:textId="77777777" w:rsidR="00AD64D8" w:rsidRDefault="004F5CC8">
            <w:pPr>
              <w:jc w:val="center"/>
            </w:pPr>
            <w:r>
              <w:t>пгт Мундыбаш</w:t>
            </w:r>
          </w:p>
        </w:tc>
        <w:tc>
          <w:tcPr>
            <w:tcW w:w="0" w:type="auto"/>
          </w:tcPr>
          <w:p w14:paraId="35FE6420" w14:textId="77777777" w:rsidR="00AD64D8" w:rsidRDefault="004F5CC8">
            <w:pPr>
              <w:jc w:val="center"/>
            </w:pPr>
            <w:r>
              <w:t>36,00</w:t>
            </w:r>
          </w:p>
        </w:tc>
        <w:tc>
          <w:tcPr>
            <w:tcW w:w="0" w:type="auto"/>
          </w:tcPr>
          <w:p w14:paraId="7B53E335" w14:textId="77777777" w:rsidR="00AD64D8" w:rsidRDefault="004F5CC8">
            <w:pPr>
              <w:jc w:val="center"/>
            </w:pPr>
            <w:r>
              <w:t>8,5759</w:t>
            </w:r>
          </w:p>
        </w:tc>
        <w:tc>
          <w:tcPr>
            <w:tcW w:w="0" w:type="auto"/>
          </w:tcPr>
          <w:p w14:paraId="5C406250" w14:textId="77777777" w:rsidR="00AD64D8" w:rsidRDefault="004F5CC8">
            <w:pPr>
              <w:jc w:val="center"/>
            </w:pPr>
            <w:r>
              <w:t>5</w:t>
            </w:r>
          </w:p>
        </w:tc>
      </w:tr>
      <w:tr w:rsidR="00AD64D8" w14:paraId="33071656" w14:textId="77777777">
        <w:trPr>
          <w:cantSplit/>
          <w:jc w:val="center"/>
        </w:trPr>
        <w:tc>
          <w:tcPr>
            <w:tcW w:w="0" w:type="auto"/>
          </w:tcPr>
          <w:p w14:paraId="3744E693" w14:textId="77777777" w:rsidR="00AD64D8" w:rsidRDefault="004F5CC8">
            <w:r>
              <w:t>УПК № 10 Темир-Тау</w:t>
            </w:r>
          </w:p>
        </w:tc>
        <w:tc>
          <w:tcPr>
            <w:tcW w:w="0" w:type="auto"/>
          </w:tcPr>
          <w:p w14:paraId="694E6726" w14:textId="77777777" w:rsidR="00AD64D8" w:rsidRDefault="004F5CC8">
            <w:pPr>
              <w:jc w:val="center"/>
            </w:pPr>
            <w:r>
              <w:t>пгт Темиртау</w:t>
            </w:r>
          </w:p>
        </w:tc>
        <w:tc>
          <w:tcPr>
            <w:tcW w:w="0" w:type="auto"/>
          </w:tcPr>
          <w:p w14:paraId="7FD7FD29" w14:textId="77777777" w:rsidR="00AD64D8" w:rsidRDefault="004F5CC8">
            <w:pPr>
              <w:jc w:val="center"/>
            </w:pPr>
            <w:r>
              <w:t>33,60</w:t>
            </w:r>
          </w:p>
        </w:tc>
        <w:tc>
          <w:tcPr>
            <w:tcW w:w="0" w:type="auto"/>
          </w:tcPr>
          <w:p w14:paraId="1C17FE5D" w14:textId="77777777" w:rsidR="00AD64D8" w:rsidRDefault="004F5CC8">
            <w:pPr>
              <w:jc w:val="center"/>
            </w:pPr>
            <w:r>
              <w:t>6,5755</w:t>
            </w:r>
          </w:p>
        </w:tc>
        <w:tc>
          <w:tcPr>
            <w:tcW w:w="0" w:type="auto"/>
          </w:tcPr>
          <w:p w14:paraId="5F8601FC" w14:textId="77777777" w:rsidR="00AD64D8" w:rsidRDefault="004F5CC8">
            <w:pPr>
              <w:jc w:val="center"/>
            </w:pPr>
            <w:r>
              <w:t>3</w:t>
            </w:r>
          </w:p>
        </w:tc>
      </w:tr>
      <w:tr w:rsidR="00AD64D8" w14:paraId="0FE34F6C" w14:textId="77777777">
        <w:trPr>
          <w:cantSplit/>
          <w:jc w:val="center"/>
        </w:trPr>
        <w:tc>
          <w:tcPr>
            <w:tcW w:w="0" w:type="auto"/>
          </w:tcPr>
          <w:p w14:paraId="31F0A966" w14:textId="77777777" w:rsidR="00AD64D8" w:rsidRDefault="004F5CC8">
            <w:r>
              <w:t>УПК № 3 Спасск</w:t>
            </w:r>
          </w:p>
        </w:tc>
        <w:tc>
          <w:tcPr>
            <w:tcW w:w="0" w:type="auto"/>
          </w:tcPr>
          <w:p w14:paraId="789F84D2" w14:textId="77777777" w:rsidR="00AD64D8" w:rsidRDefault="004F5CC8">
            <w:pPr>
              <w:jc w:val="center"/>
            </w:pPr>
            <w:r>
              <w:t>пгт Спасск</w:t>
            </w:r>
          </w:p>
        </w:tc>
        <w:tc>
          <w:tcPr>
            <w:tcW w:w="0" w:type="auto"/>
          </w:tcPr>
          <w:p w14:paraId="1AB7532B" w14:textId="77777777" w:rsidR="00AD64D8" w:rsidRDefault="004F5CC8">
            <w:pPr>
              <w:jc w:val="center"/>
            </w:pPr>
            <w:r>
              <w:t>5,37</w:t>
            </w:r>
          </w:p>
        </w:tc>
        <w:tc>
          <w:tcPr>
            <w:tcW w:w="0" w:type="auto"/>
          </w:tcPr>
          <w:p w14:paraId="05FE5B3C" w14:textId="77777777" w:rsidR="00AD64D8" w:rsidRDefault="004F5CC8">
            <w:pPr>
              <w:jc w:val="center"/>
            </w:pPr>
            <w:r>
              <w:t>1,1314</w:t>
            </w:r>
          </w:p>
        </w:tc>
        <w:tc>
          <w:tcPr>
            <w:tcW w:w="0" w:type="auto"/>
          </w:tcPr>
          <w:p w14:paraId="09FED2A2" w14:textId="77777777" w:rsidR="00AD64D8" w:rsidRDefault="004F5CC8">
            <w:pPr>
              <w:jc w:val="center"/>
            </w:pPr>
            <w:r>
              <w:t>5</w:t>
            </w:r>
          </w:p>
        </w:tc>
      </w:tr>
      <w:tr w:rsidR="00AD64D8" w14:paraId="782C0B75" w14:textId="77777777">
        <w:trPr>
          <w:cantSplit/>
          <w:jc w:val="center"/>
        </w:trPr>
        <w:tc>
          <w:tcPr>
            <w:tcW w:w="0" w:type="auto"/>
            <w:shd w:val="clear" w:color="auto" w:fill="DBE5F1"/>
          </w:tcPr>
          <w:p w14:paraId="1E6A890D" w14:textId="77777777" w:rsidR="00AD64D8" w:rsidRDefault="004F5CC8">
            <w:r>
              <w:rPr>
                <w:b/>
              </w:rPr>
              <w:t>Итого</w:t>
            </w:r>
          </w:p>
        </w:tc>
        <w:tc>
          <w:tcPr>
            <w:tcW w:w="0" w:type="auto"/>
            <w:shd w:val="clear" w:color="auto" w:fill="DBE5F1"/>
          </w:tcPr>
          <w:p w14:paraId="78186EA4" w14:textId="77777777" w:rsidR="00AD64D8" w:rsidRDefault="004F5CC8">
            <w:pPr>
              <w:jc w:val="center"/>
            </w:pPr>
            <w:r>
              <w:rPr>
                <w:b/>
              </w:rPr>
              <w:t>—</w:t>
            </w:r>
          </w:p>
        </w:tc>
        <w:tc>
          <w:tcPr>
            <w:tcW w:w="0" w:type="auto"/>
            <w:shd w:val="clear" w:color="auto" w:fill="DBE5F1"/>
          </w:tcPr>
          <w:p w14:paraId="5C598F40" w14:textId="77777777" w:rsidR="00AD64D8" w:rsidRDefault="004F5CC8">
            <w:pPr>
              <w:jc w:val="center"/>
            </w:pPr>
            <w:r>
              <w:rPr>
                <w:b/>
              </w:rPr>
              <w:t>466,67</w:t>
            </w:r>
          </w:p>
        </w:tc>
        <w:tc>
          <w:tcPr>
            <w:tcW w:w="0" w:type="auto"/>
            <w:shd w:val="clear" w:color="auto" w:fill="DBE5F1"/>
          </w:tcPr>
          <w:p w14:paraId="72D965E2" w14:textId="77777777" w:rsidR="00AD64D8" w:rsidRDefault="004F5CC8">
            <w:pPr>
              <w:jc w:val="center"/>
            </w:pPr>
            <w:r>
              <w:rPr>
                <w:b/>
              </w:rPr>
              <w:t>147,7096</w:t>
            </w:r>
          </w:p>
        </w:tc>
        <w:tc>
          <w:tcPr>
            <w:tcW w:w="0" w:type="auto"/>
            <w:shd w:val="clear" w:color="auto" w:fill="DBE5F1"/>
          </w:tcPr>
          <w:p w14:paraId="192694ED" w14:textId="77777777" w:rsidR="00AD64D8" w:rsidRDefault="004F5CC8">
            <w:pPr>
              <w:jc w:val="center"/>
            </w:pPr>
            <w:r>
              <w:rPr>
                <w:b/>
              </w:rPr>
              <w:t>44</w:t>
            </w:r>
          </w:p>
        </w:tc>
      </w:tr>
    </w:tbl>
    <w:p w14:paraId="4CC06CA8" w14:textId="77777777" w:rsidR="00AD64D8" w:rsidRDefault="00AD64D8">
      <w:pPr>
        <w:spacing w:after="40"/>
      </w:pPr>
    </w:p>
    <w:p w14:paraId="0D154B44" w14:textId="77777777" w:rsidR="00AD64D8" w:rsidRPr="00844B84" w:rsidRDefault="004F5CC8">
      <w:pPr>
        <w:spacing w:after="80"/>
        <w:jc w:val="both"/>
        <w:rPr>
          <w:lang w:val="ru-RU"/>
        </w:rPr>
      </w:pPr>
      <w:r w:rsidRPr="00844B84">
        <w:rPr>
          <w:lang w:val="ru-RU"/>
        </w:rPr>
        <w:t>Все десять источников эксплуатируются единой теплоснабжающей организацией и работают на каменном угле Кузнецкого бассейна. Источники с комбинированной выработкой тепловой и электрической энергии на территории округа отсутствуют.</w:t>
      </w:r>
    </w:p>
    <w:p w14:paraId="04F52834" w14:textId="77777777" w:rsidR="00AD64D8" w:rsidRPr="00844B84" w:rsidRDefault="004F5CC8">
      <w:pPr>
        <w:spacing w:after="80"/>
        <w:jc w:val="both"/>
        <w:rPr>
          <w:lang w:val="ru-RU"/>
        </w:rPr>
      </w:pPr>
      <w:r w:rsidRPr="00844B84">
        <w:rPr>
          <w:lang w:val="ru-RU"/>
        </w:rPr>
        <w:t>Котельные УПК № 4 «Калинина», УПК № 11 и УПК № 12 выведены из работы по решениям ранее утверждённых схем поселений, нагрузка переключена на УПК № 1 и УПК № 8 соответственно и учтена в присоединённой нагрузке принимающих источников.</w:t>
      </w:r>
    </w:p>
    <w:p w14:paraId="4C1404B8" w14:textId="77777777" w:rsidR="00AD64D8" w:rsidRPr="00326225" w:rsidRDefault="004F5CC8">
      <w:pPr>
        <w:pStyle w:val="21"/>
        <w:rPr>
          <w:lang w:val="ru-RU"/>
        </w:rPr>
      </w:pPr>
      <w:bookmarkStart w:id="17" w:name="_Toc238017216"/>
      <w:r w:rsidRPr="00326225">
        <w:rPr>
          <w:lang w:val="ru-RU"/>
        </w:rPr>
        <w:t>2.3. Тепловая мощность</w:t>
      </w:r>
      <w:bookmarkEnd w:id="17"/>
    </w:p>
    <w:p w14:paraId="3705D8AB" w14:textId="77777777" w:rsidR="00AD64D8" w:rsidRPr="00844B84" w:rsidRDefault="004F5CC8">
      <w:pPr>
        <w:spacing w:after="80"/>
        <w:jc w:val="both"/>
        <w:rPr>
          <w:lang w:val="ru-RU"/>
        </w:rPr>
      </w:pPr>
      <w:r w:rsidRPr="00844B84">
        <w:rPr>
          <w:lang w:val="ru-RU"/>
        </w:rPr>
        <w:t>Располагаемая тепловая мощность принимается равной установленной за вычетом подтверждённых технических ограничений. Подтверждённые ограничения по всем десяти источникам приняты нулевыми на основании данных, приведённых в материалах актуализации. Суммарная располагаемая мощность составляет 466,67 Гкал/ч при присоединённой нагрузке 147,7096 Гкал/ч и резерве 318,9604 Гкал/ч.</w:t>
      </w:r>
    </w:p>
    <w:p w14:paraId="7655D915" w14:textId="77777777" w:rsidR="00AD64D8" w:rsidRPr="00326225" w:rsidRDefault="004F5CC8">
      <w:pPr>
        <w:spacing w:after="80"/>
        <w:jc w:val="both"/>
        <w:rPr>
          <w:color w:val="4F81BD" w:themeColor="accent1"/>
          <w:lang w:val="ru-RU"/>
        </w:rPr>
      </w:pPr>
      <w:r w:rsidRPr="00844B84">
        <w:rPr>
          <w:lang w:val="ru-RU"/>
        </w:rPr>
        <w:t xml:space="preserve">По УПК № 10 «Темир-Тау» принимается установленная мощность 33,60 Гкал/ч. Альтернативное значение 33,93 Гкал/ч, приводимое в отдельных материалах, даёт итог по округу 467,00 Гкал/ч; </w:t>
      </w:r>
      <w:r w:rsidRPr="00326225">
        <w:rPr>
          <w:color w:val="4F81BD" w:themeColor="accent1"/>
          <w:lang w:val="ru-RU"/>
        </w:rPr>
        <w:t>расхождение подлежит разрешению паспортом котла.</w:t>
      </w:r>
    </w:p>
    <w:p w14:paraId="5675E6F9" w14:textId="77777777" w:rsidR="00AD64D8" w:rsidRPr="00326225" w:rsidRDefault="004F5CC8">
      <w:pPr>
        <w:pStyle w:val="21"/>
        <w:rPr>
          <w:lang w:val="ru-RU"/>
        </w:rPr>
      </w:pPr>
      <w:bookmarkStart w:id="18" w:name="_Toc238017217"/>
      <w:r w:rsidRPr="00326225">
        <w:rPr>
          <w:lang w:val="ru-RU"/>
        </w:rPr>
        <w:t>2.4. Теплоноситель</w:t>
      </w:r>
      <w:bookmarkEnd w:id="18"/>
    </w:p>
    <w:p w14:paraId="042AD17A" w14:textId="77777777" w:rsidR="00AD64D8" w:rsidRPr="00844B84" w:rsidRDefault="004F5CC8">
      <w:pPr>
        <w:spacing w:after="80"/>
        <w:jc w:val="both"/>
        <w:rPr>
          <w:lang w:val="ru-RU"/>
        </w:rPr>
      </w:pPr>
      <w:r w:rsidRPr="00844B84">
        <w:rPr>
          <w:lang w:val="ru-RU"/>
        </w:rPr>
        <w:t>Схема присоединения систем горячего водоснабжения — открытая по восьми источникам и смешанная с открытой составляющей по УПК № 8 «Мундыбаш». По УПК № 9 «ГРЭ» тип системы установлен как открытый и определена нагрузка горячего водоснабжения, однако численный баланс теплоносителя по этому источнику не раскрыт. Тепловые сети двухтрубные. Балансы теплоносителя утверждаются отдельным разделом.</w:t>
      </w:r>
    </w:p>
    <w:p w14:paraId="79B2E1D3" w14:textId="77777777" w:rsidR="00AD64D8" w:rsidRPr="00844B84" w:rsidRDefault="004F5CC8">
      <w:pPr>
        <w:keepNext/>
        <w:spacing w:before="160"/>
        <w:rPr>
          <w:lang w:val="ru-RU"/>
        </w:rPr>
      </w:pPr>
      <w:r w:rsidRPr="00844B84">
        <w:rPr>
          <w:b/>
          <w:lang w:val="ru-RU"/>
        </w:rPr>
        <w:t>Таблица 2.3 — Производительность водоподготовительных установок</w:t>
      </w: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347"/>
        <w:gridCol w:w="5132"/>
      </w:tblGrid>
      <w:tr w:rsidR="00AD64D8" w14:paraId="39F8E499" w14:textId="77777777">
        <w:trPr>
          <w:cantSplit/>
          <w:tblHeader/>
          <w:jc w:val="center"/>
        </w:trPr>
        <w:tc>
          <w:tcPr>
            <w:tcW w:w="0" w:type="auto"/>
            <w:shd w:val="clear" w:color="auto" w:fill="E2F0D9"/>
          </w:tcPr>
          <w:p w14:paraId="5E8E57CF" w14:textId="77777777" w:rsidR="00AD64D8" w:rsidRDefault="004F5CC8">
            <w:pPr>
              <w:jc w:val="center"/>
            </w:pPr>
            <w:r>
              <w:rPr>
                <w:b/>
              </w:rPr>
              <w:t>Источник</w:t>
            </w:r>
          </w:p>
        </w:tc>
        <w:tc>
          <w:tcPr>
            <w:tcW w:w="0" w:type="auto"/>
            <w:shd w:val="clear" w:color="auto" w:fill="E2F0D9"/>
          </w:tcPr>
          <w:p w14:paraId="15CB794B" w14:textId="77777777" w:rsidR="00AD64D8" w:rsidRDefault="004F5CC8">
            <w:pPr>
              <w:jc w:val="center"/>
            </w:pPr>
            <w:r>
              <w:rPr>
                <w:b/>
              </w:rPr>
              <w:t>Производительность, т/ч</w:t>
            </w:r>
          </w:p>
        </w:tc>
      </w:tr>
      <w:tr w:rsidR="00AD64D8" w14:paraId="3D848D2C" w14:textId="77777777">
        <w:trPr>
          <w:cantSplit/>
          <w:jc w:val="center"/>
        </w:trPr>
        <w:tc>
          <w:tcPr>
            <w:tcW w:w="0" w:type="auto"/>
          </w:tcPr>
          <w:p w14:paraId="1C669DD2" w14:textId="77777777" w:rsidR="00AD64D8" w:rsidRDefault="004F5CC8">
            <w:r>
              <w:t>УПК № 1 Таштагол</w:t>
            </w:r>
          </w:p>
        </w:tc>
        <w:tc>
          <w:tcPr>
            <w:tcW w:w="0" w:type="auto"/>
          </w:tcPr>
          <w:p w14:paraId="27C14BC5" w14:textId="77777777" w:rsidR="00AD64D8" w:rsidRDefault="004F5CC8">
            <w:pPr>
              <w:jc w:val="center"/>
            </w:pPr>
            <w:r>
              <w:t>120</w:t>
            </w:r>
          </w:p>
        </w:tc>
      </w:tr>
      <w:tr w:rsidR="00AD64D8" w14:paraId="1EAD84FF" w14:textId="77777777">
        <w:trPr>
          <w:cantSplit/>
          <w:jc w:val="center"/>
        </w:trPr>
        <w:tc>
          <w:tcPr>
            <w:tcW w:w="0" w:type="auto"/>
          </w:tcPr>
          <w:p w14:paraId="2128AB33" w14:textId="77777777" w:rsidR="00AD64D8" w:rsidRDefault="004F5CC8">
            <w:r>
              <w:t>УПК № 8 Мундыбаш</w:t>
            </w:r>
          </w:p>
        </w:tc>
        <w:tc>
          <w:tcPr>
            <w:tcW w:w="0" w:type="auto"/>
          </w:tcPr>
          <w:p w14:paraId="303C91AE" w14:textId="77777777" w:rsidR="00AD64D8" w:rsidRDefault="004F5CC8">
            <w:pPr>
              <w:jc w:val="center"/>
            </w:pPr>
            <w:r>
              <w:t>60</w:t>
            </w:r>
          </w:p>
        </w:tc>
      </w:tr>
      <w:tr w:rsidR="00AD64D8" w14:paraId="05DE5CE2" w14:textId="77777777">
        <w:trPr>
          <w:cantSplit/>
          <w:jc w:val="center"/>
        </w:trPr>
        <w:tc>
          <w:tcPr>
            <w:tcW w:w="0" w:type="auto"/>
          </w:tcPr>
          <w:p w14:paraId="01D3FABD" w14:textId="77777777" w:rsidR="00AD64D8" w:rsidRDefault="004F5CC8">
            <w:r>
              <w:t>УПК № 7 Каз</w:t>
            </w:r>
          </w:p>
        </w:tc>
        <w:tc>
          <w:tcPr>
            <w:tcW w:w="0" w:type="auto"/>
          </w:tcPr>
          <w:p w14:paraId="3C46DECE" w14:textId="77777777" w:rsidR="00AD64D8" w:rsidRDefault="004F5CC8">
            <w:pPr>
              <w:jc w:val="center"/>
            </w:pPr>
            <w:r>
              <w:t>40</w:t>
            </w:r>
          </w:p>
        </w:tc>
      </w:tr>
      <w:tr w:rsidR="00AD64D8" w14:paraId="415CB48C" w14:textId="77777777">
        <w:trPr>
          <w:cantSplit/>
          <w:jc w:val="center"/>
        </w:trPr>
        <w:tc>
          <w:tcPr>
            <w:tcW w:w="0" w:type="auto"/>
          </w:tcPr>
          <w:p w14:paraId="3E9DFEA0" w14:textId="77777777" w:rsidR="00AD64D8" w:rsidRDefault="004F5CC8">
            <w:r>
              <w:t>УПК № 5 Новый Шерегеш</w:t>
            </w:r>
          </w:p>
        </w:tc>
        <w:tc>
          <w:tcPr>
            <w:tcW w:w="0" w:type="auto"/>
          </w:tcPr>
          <w:p w14:paraId="4E3E26A0" w14:textId="77777777" w:rsidR="00AD64D8" w:rsidRDefault="004F5CC8">
            <w:pPr>
              <w:jc w:val="center"/>
            </w:pPr>
            <w:r>
              <w:t>26,4</w:t>
            </w:r>
          </w:p>
        </w:tc>
      </w:tr>
      <w:tr w:rsidR="00AD64D8" w14:paraId="40080FB6" w14:textId="77777777">
        <w:trPr>
          <w:cantSplit/>
          <w:jc w:val="center"/>
        </w:trPr>
        <w:tc>
          <w:tcPr>
            <w:tcW w:w="0" w:type="auto"/>
          </w:tcPr>
          <w:p w14:paraId="1C873255" w14:textId="77777777" w:rsidR="00AD64D8" w:rsidRDefault="004F5CC8">
            <w:r>
              <w:t>УПК № 2 ЦМК</w:t>
            </w:r>
          </w:p>
        </w:tc>
        <w:tc>
          <w:tcPr>
            <w:tcW w:w="0" w:type="auto"/>
          </w:tcPr>
          <w:p w14:paraId="09A2A7B2" w14:textId="77777777" w:rsidR="00AD64D8" w:rsidRDefault="004F5CC8">
            <w:pPr>
              <w:jc w:val="center"/>
            </w:pPr>
            <w:r>
              <w:t>20</w:t>
            </w:r>
          </w:p>
        </w:tc>
      </w:tr>
      <w:tr w:rsidR="00AD64D8" w14:paraId="06E4AFAD" w14:textId="77777777">
        <w:trPr>
          <w:cantSplit/>
          <w:jc w:val="center"/>
        </w:trPr>
        <w:tc>
          <w:tcPr>
            <w:tcW w:w="0" w:type="auto"/>
          </w:tcPr>
          <w:p w14:paraId="104F8DDD" w14:textId="77777777" w:rsidR="00AD64D8" w:rsidRDefault="004F5CC8">
            <w:r>
              <w:t>УПК № 6 Старый Шерегеш</w:t>
            </w:r>
          </w:p>
        </w:tc>
        <w:tc>
          <w:tcPr>
            <w:tcW w:w="0" w:type="auto"/>
          </w:tcPr>
          <w:p w14:paraId="57021B78" w14:textId="77777777" w:rsidR="00AD64D8" w:rsidRDefault="004F5CC8">
            <w:pPr>
              <w:jc w:val="center"/>
            </w:pPr>
            <w:r>
              <w:t>5,0</w:t>
            </w:r>
          </w:p>
        </w:tc>
      </w:tr>
      <w:tr w:rsidR="00AD64D8" w14:paraId="434F282F" w14:textId="77777777">
        <w:trPr>
          <w:cantSplit/>
          <w:jc w:val="center"/>
        </w:trPr>
        <w:tc>
          <w:tcPr>
            <w:tcW w:w="0" w:type="auto"/>
          </w:tcPr>
          <w:p w14:paraId="0E34349A" w14:textId="77777777" w:rsidR="00AD64D8" w:rsidRDefault="004F5CC8">
            <w:r>
              <w:t>УПК № 2 Шалым</w:t>
            </w:r>
          </w:p>
        </w:tc>
        <w:tc>
          <w:tcPr>
            <w:tcW w:w="0" w:type="auto"/>
          </w:tcPr>
          <w:p w14:paraId="03D2A6A1" w14:textId="77777777" w:rsidR="00AD64D8" w:rsidRDefault="004F5CC8">
            <w:pPr>
              <w:jc w:val="center"/>
            </w:pPr>
            <w:r>
              <w:t>подлежит уточнению</w:t>
            </w:r>
          </w:p>
        </w:tc>
      </w:tr>
      <w:tr w:rsidR="00AD64D8" w14:paraId="1D94DE42" w14:textId="77777777">
        <w:trPr>
          <w:cantSplit/>
          <w:jc w:val="center"/>
        </w:trPr>
        <w:tc>
          <w:tcPr>
            <w:tcW w:w="0" w:type="auto"/>
          </w:tcPr>
          <w:p w14:paraId="4EC567AB" w14:textId="77777777" w:rsidR="00AD64D8" w:rsidRDefault="004F5CC8">
            <w:r>
              <w:t>УПК № 9 ГРЭ</w:t>
            </w:r>
          </w:p>
        </w:tc>
        <w:tc>
          <w:tcPr>
            <w:tcW w:w="0" w:type="auto"/>
          </w:tcPr>
          <w:p w14:paraId="0626E7BC" w14:textId="77777777" w:rsidR="00AD64D8" w:rsidRDefault="004F5CC8">
            <w:pPr>
              <w:jc w:val="center"/>
            </w:pPr>
            <w:r>
              <w:t>подлежит уточнению</w:t>
            </w:r>
          </w:p>
        </w:tc>
      </w:tr>
      <w:tr w:rsidR="00AD64D8" w14:paraId="6B335642" w14:textId="77777777">
        <w:trPr>
          <w:cantSplit/>
          <w:jc w:val="center"/>
        </w:trPr>
        <w:tc>
          <w:tcPr>
            <w:tcW w:w="0" w:type="auto"/>
          </w:tcPr>
          <w:p w14:paraId="731F3DF9" w14:textId="77777777" w:rsidR="00AD64D8" w:rsidRDefault="004F5CC8">
            <w:r>
              <w:t>УПК № 10 Темир-Тау</w:t>
            </w:r>
          </w:p>
        </w:tc>
        <w:tc>
          <w:tcPr>
            <w:tcW w:w="0" w:type="auto"/>
          </w:tcPr>
          <w:p w14:paraId="10997BE9" w14:textId="77777777" w:rsidR="00AD64D8" w:rsidRDefault="004F5CC8">
            <w:pPr>
              <w:jc w:val="center"/>
            </w:pPr>
            <w:r>
              <w:t>подлежит уточнению</w:t>
            </w:r>
          </w:p>
        </w:tc>
      </w:tr>
      <w:tr w:rsidR="00AD64D8" w14:paraId="19592DF2" w14:textId="77777777">
        <w:trPr>
          <w:cantSplit/>
          <w:jc w:val="center"/>
        </w:trPr>
        <w:tc>
          <w:tcPr>
            <w:tcW w:w="0" w:type="auto"/>
          </w:tcPr>
          <w:p w14:paraId="2B812028" w14:textId="77777777" w:rsidR="00AD64D8" w:rsidRDefault="004F5CC8">
            <w:r>
              <w:t>УПК № 3 Спасск</w:t>
            </w:r>
          </w:p>
        </w:tc>
        <w:tc>
          <w:tcPr>
            <w:tcW w:w="0" w:type="auto"/>
          </w:tcPr>
          <w:p w14:paraId="13BB73E1" w14:textId="77777777" w:rsidR="00AD64D8" w:rsidRDefault="004F5CC8">
            <w:pPr>
              <w:jc w:val="center"/>
            </w:pPr>
            <w:r>
              <w:t>подлежит уточнению</w:t>
            </w:r>
          </w:p>
        </w:tc>
      </w:tr>
    </w:tbl>
    <w:p w14:paraId="0D446107" w14:textId="77777777" w:rsidR="00AD64D8" w:rsidRDefault="00AD64D8">
      <w:pPr>
        <w:spacing w:after="40"/>
      </w:pPr>
    </w:p>
    <w:p w14:paraId="134B014B" w14:textId="77777777" w:rsidR="00AD64D8" w:rsidRDefault="004F5CC8">
      <w:pPr>
        <w:pStyle w:val="21"/>
      </w:pPr>
      <w:bookmarkStart w:id="19" w:name="_Toc238017218"/>
      <w:r w:rsidRPr="00326225">
        <w:t>2.5. Тепловые сети</w:t>
      </w:r>
      <w:bookmarkEnd w:id="19"/>
    </w:p>
    <w:p w14:paraId="3F7D531E" w14:textId="77777777" w:rsidR="00AD64D8" w:rsidRDefault="004F5CC8">
      <w:pPr>
        <w:keepNext/>
        <w:spacing w:before="160"/>
      </w:pPr>
      <w:r>
        <w:rPr>
          <w:b/>
        </w:rPr>
        <w:t>Таблица 2.4 — Показатели тепловых сетей</w:t>
      </w: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996"/>
        <w:gridCol w:w="2483"/>
      </w:tblGrid>
      <w:tr w:rsidR="00AD64D8" w14:paraId="2149D6D1" w14:textId="77777777">
        <w:trPr>
          <w:cantSplit/>
          <w:tblHeader/>
          <w:jc w:val="center"/>
        </w:trPr>
        <w:tc>
          <w:tcPr>
            <w:tcW w:w="0" w:type="auto"/>
            <w:shd w:val="clear" w:color="auto" w:fill="E2F0D9"/>
          </w:tcPr>
          <w:p w14:paraId="45EA7A91" w14:textId="77777777" w:rsidR="00AD64D8" w:rsidRDefault="004F5CC8">
            <w:pPr>
              <w:jc w:val="center"/>
            </w:pPr>
            <w:r>
              <w:rPr>
                <w:b/>
              </w:rPr>
              <w:t>Показатель</w:t>
            </w:r>
          </w:p>
        </w:tc>
        <w:tc>
          <w:tcPr>
            <w:tcW w:w="0" w:type="auto"/>
            <w:shd w:val="clear" w:color="auto" w:fill="E2F0D9"/>
          </w:tcPr>
          <w:p w14:paraId="4F6CF041" w14:textId="77777777" w:rsidR="00AD64D8" w:rsidRDefault="004F5CC8">
            <w:pPr>
              <w:jc w:val="center"/>
            </w:pPr>
            <w:r>
              <w:rPr>
                <w:b/>
              </w:rPr>
              <w:t>Значение</w:t>
            </w:r>
          </w:p>
        </w:tc>
      </w:tr>
      <w:tr w:rsidR="00AD64D8" w14:paraId="1928FA70" w14:textId="77777777">
        <w:trPr>
          <w:cantSplit/>
          <w:jc w:val="center"/>
        </w:trPr>
        <w:tc>
          <w:tcPr>
            <w:tcW w:w="0" w:type="auto"/>
          </w:tcPr>
          <w:p w14:paraId="28C2C44D" w14:textId="77777777" w:rsidR="00AD64D8" w:rsidRDefault="004F5CC8">
            <w:r>
              <w:t>Участков водяных тепловых сетей</w:t>
            </w:r>
          </w:p>
        </w:tc>
        <w:tc>
          <w:tcPr>
            <w:tcW w:w="0" w:type="auto"/>
          </w:tcPr>
          <w:p w14:paraId="52F19689" w14:textId="77777777" w:rsidR="00AD64D8" w:rsidRDefault="004F5CC8">
            <w:pPr>
              <w:jc w:val="center"/>
            </w:pPr>
            <w:r>
              <w:t>1 294</w:t>
            </w:r>
          </w:p>
        </w:tc>
      </w:tr>
      <w:tr w:rsidR="00AD64D8" w14:paraId="7CF7A23C" w14:textId="77777777">
        <w:trPr>
          <w:cantSplit/>
          <w:jc w:val="center"/>
        </w:trPr>
        <w:tc>
          <w:tcPr>
            <w:tcW w:w="0" w:type="auto"/>
          </w:tcPr>
          <w:p w14:paraId="541C470B" w14:textId="77777777" w:rsidR="00AD64D8" w:rsidRDefault="004F5CC8">
            <w:r>
              <w:t>Протяжённость по оси трассы</w:t>
            </w:r>
          </w:p>
        </w:tc>
        <w:tc>
          <w:tcPr>
            <w:tcW w:w="0" w:type="auto"/>
          </w:tcPr>
          <w:p w14:paraId="5BDE5F37" w14:textId="77777777" w:rsidR="00AD64D8" w:rsidRDefault="004F5CC8">
            <w:pPr>
              <w:jc w:val="center"/>
            </w:pPr>
            <w:r>
              <w:t>105 536,70 м</w:t>
            </w:r>
          </w:p>
        </w:tc>
      </w:tr>
      <w:tr w:rsidR="00AD64D8" w14:paraId="719335A5" w14:textId="77777777">
        <w:trPr>
          <w:cantSplit/>
          <w:jc w:val="center"/>
        </w:trPr>
        <w:tc>
          <w:tcPr>
            <w:tcW w:w="0" w:type="auto"/>
          </w:tcPr>
          <w:p w14:paraId="4317CF28" w14:textId="77777777" w:rsidR="00AD64D8" w:rsidRDefault="004F5CC8">
            <w:r>
              <w:t>Материальная характеристика</w:t>
            </w:r>
          </w:p>
        </w:tc>
        <w:tc>
          <w:tcPr>
            <w:tcW w:w="0" w:type="auto"/>
          </w:tcPr>
          <w:p w14:paraId="03731903" w14:textId="77777777" w:rsidR="00AD64D8" w:rsidRDefault="004F5CC8">
            <w:pPr>
              <w:jc w:val="center"/>
            </w:pPr>
            <w:r>
              <w:t>30 406,67 м²</w:t>
            </w:r>
          </w:p>
        </w:tc>
      </w:tr>
      <w:tr w:rsidR="00AD64D8" w14:paraId="748FCD48" w14:textId="77777777">
        <w:trPr>
          <w:cantSplit/>
          <w:jc w:val="center"/>
        </w:trPr>
        <w:tc>
          <w:tcPr>
            <w:tcW w:w="0" w:type="auto"/>
          </w:tcPr>
          <w:p w14:paraId="377DE591" w14:textId="77777777" w:rsidR="00AD64D8" w:rsidRPr="00844B84" w:rsidRDefault="004F5CC8">
            <w:pPr>
              <w:rPr>
                <w:lang w:val="ru-RU"/>
              </w:rPr>
            </w:pPr>
            <w:r w:rsidRPr="00844B84">
              <w:rPr>
                <w:lang w:val="ru-RU"/>
              </w:rPr>
              <w:t>Паровые и конденсатные сети, УПК № 1</w:t>
            </w:r>
          </w:p>
        </w:tc>
        <w:tc>
          <w:tcPr>
            <w:tcW w:w="0" w:type="auto"/>
          </w:tcPr>
          <w:p w14:paraId="73DCB16E" w14:textId="77777777" w:rsidR="00AD64D8" w:rsidRDefault="004F5CC8">
            <w:pPr>
              <w:jc w:val="center"/>
            </w:pPr>
            <w:r>
              <w:t>5 319 м</w:t>
            </w:r>
          </w:p>
        </w:tc>
      </w:tr>
      <w:tr w:rsidR="00AD64D8" w14:paraId="49B7E839" w14:textId="77777777">
        <w:trPr>
          <w:cantSplit/>
          <w:jc w:val="center"/>
        </w:trPr>
        <w:tc>
          <w:tcPr>
            <w:tcW w:w="0" w:type="auto"/>
          </w:tcPr>
          <w:p w14:paraId="4BC33AF7" w14:textId="77777777" w:rsidR="00AD64D8" w:rsidRDefault="004F5CC8">
            <w:r>
              <w:t>Физический износ тепловых сетей</w:t>
            </w:r>
          </w:p>
        </w:tc>
        <w:tc>
          <w:tcPr>
            <w:tcW w:w="0" w:type="auto"/>
          </w:tcPr>
          <w:p w14:paraId="1BBA00A8" w14:textId="77777777" w:rsidR="00AD64D8" w:rsidRDefault="004F5CC8">
            <w:pPr>
              <w:jc w:val="center"/>
            </w:pPr>
            <w:r>
              <w:t>52 %</w:t>
            </w:r>
          </w:p>
        </w:tc>
      </w:tr>
      <w:tr w:rsidR="00AD64D8" w14:paraId="65047306" w14:textId="77777777">
        <w:trPr>
          <w:cantSplit/>
          <w:jc w:val="center"/>
        </w:trPr>
        <w:tc>
          <w:tcPr>
            <w:tcW w:w="0" w:type="auto"/>
          </w:tcPr>
          <w:p w14:paraId="2F54BF94" w14:textId="77777777" w:rsidR="00AD64D8" w:rsidRPr="00844B84" w:rsidRDefault="004F5CC8">
            <w:pPr>
              <w:rPr>
                <w:lang w:val="ru-RU"/>
              </w:rPr>
            </w:pPr>
            <w:r w:rsidRPr="00844B84">
              <w:rPr>
                <w:lang w:val="ru-RU"/>
              </w:rPr>
              <w:t>Доля ветхих участков, подлежащих замене</w:t>
            </w:r>
          </w:p>
        </w:tc>
        <w:tc>
          <w:tcPr>
            <w:tcW w:w="0" w:type="auto"/>
          </w:tcPr>
          <w:p w14:paraId="614667AE" w14:textId="77777777" w:rsidR="00AD64D8" w:rsidRDefault="004F5CC8">
            <w:pPr>
              <w:jc w:val="center"/>
            </w:pPr>
            <w:r>
              <w:t>20–30 %</w:t>
            </w:r>
          </w:p>
        </w:tc>
      </w:tr>
    </w:tbl>
    <w:p w14:paraId="76BD8DD6" w14:textId="77777777" w:rsidR="00AD64D8" w:rsidRDefault="00AD64D8">
      <w:pPr>
        <w:spacing w:after="40"/>
      </w:pPr>
    </w:p>
    <w:p w14:paraId="60F730B8" w14:textId="77777777" w:rsidR="006E7A08" w:rsidRPr="00326225" w:rsidRDefault="00267E76">
      <w:pPr>
        <w:pStyle w:val="21"/>
        <w:spacing w:before="1200"/>
        <w:jc w:val="center"/>
        <w:rPr>
          <w:lang w:val="ru-RU"/>
        </w:rPr>
      </w:pPr>
      <w:bookmarkStart w:id="20" w:name="_Toc238017219"/>
      <w:r w:rsidRPr="00326225">
        <w:t>2.6. Утверждаемые характеристики источников тепловой энергии</w:t>
      </w:r>
      <w:bookmarkEnd w:id="20"/>
    </w:p>
    <w:p w14:paraId="0614E4EE" w14:textId="77777777" w:rsidR="00D2184C" w:rsidRDefault="00D2184C">
      <w:pPr>
        <w:sectPr w:rsidR="00D2184C" w:rsidSect="00844B84">
          <w:footerReference w:type="default" r:id="rId8"/>
          <w:pgSz w:w="11906" w:h="16838"/>
          <w:pgMar w:top="850" w:right="567" w:bottom="850" w:left="85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titlePg/>
          <w:docGrid w:linePitch="360"/>
        </w:sectPr>
      </w:pPr>
    </w:p>
    <w:p w14:paraId="6A9F2905" w14:textId="77777777" w:rsidR="00C36C12" w:rsidRPr="00844B84" w:rsidRDefault="00DB7CEA">
      <w:pPr>
        <w:keepNext/>
        <w:spacing w:before="160"/>
        <w:rPr>
          <w:lang w:val="ru-RU"/>
        </w:rPr>
      </w:pPr>
      <w:r w:rsidRPr="00844B84">
        <w:rPr>
          <w:b/>
          <w:lang w:val="ru-RU"/>
        </w:rPr>
        <w:t>Таблица 2.5 — Источники тепловой энергии муниципального округа</w:t>
      </w: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031"/>
        <w:gridCol w:w="1500"/>
        <w:gridCol w:w="2415"/>
        <w:gridCol w:w="2524"/>
        <w:gridCol w:w="911"/>
        <w:gridCol w:w="1337"/>
        <w:gridCol w:w="1276"/>
        <w:gridCol w:w="1125"/>
        <w:gridCol w:w="2292"/>
      </w:tblGrid>
      <w:tr w:rsidR="00C36C12" w14:paraId="365CFA6E" w14:textId="77777777">
        <w:trPr>
          <w:cantSplit/>
          <w:tblHeader/>
          <w:jc w:val="center"/>
        </w:trPr>
        <w:tc>
          <w:tcPr>
            <w:tcW w:w="0" w:type="auto"/>
            <w:shd w:val="clear" w:color="auto" w:fill="E2F0D9"/>
          </w:tcPr>
          <w:p w14:paraId="76F5853F" w14:textId="77777777" w:rsidR="00C36C12" w:rsidRDefault="00DB7CEA">
            <w:pPr>
              <w:jc w:val="center"/>
            </w:pPr>
            <w:r>
              <w:rPr>
                <w:b/>
              </w:rPr>
              <w:t>Источник</w:t>
            </w:r>
          </w:p>
        </w:tc>
        <w:tc>
          <w:tcPr>
            <w:tcW w:w="0" w:type="auto"/>
            <w:shd w:val="clear" w:color="auto" w:fill="E2F0D9"/>
          </w:tcPr>
          <w:p w14:paraId="4405B953" w14:textId="77777777" w:rsidR="00C36C12" w:rsidRDefault="00DB7CEA">
            <w:pPr>
              <w:jc w:val="center"/>
            </w:pPr>
            <w:r>
              <w:rPr>
                <w:b/>
              </w:rPr>
              <w:t>Территория</w:t>
            </w:r>
          </w:p>
        </w:tc>
        <w:tc>
          <w:tcPr>
            <w:tcW w:w="0" w:type="auto"/>
            <w:shd w:val="clear" w:color="auto" w:fill="E2F0D9"/>
          </w:tcPr>
          <w:p w14:paraId="2AA36D4F" w14:textId="77777777" w:rsidR="00C36C12" w:rsidRDefault="00DB7CEA">
            <w:pPr>
              <w:jc w:val="center"/>
            </w:pPr>
            <w:r>
              <w:rPr>
                <w:b/>
              </w:rPr>
              <w:t>Установленная мощность, Гкал/ч</w:t>
            </w:r>
          </w:p>
        </w:tc>
        <w:tc>
          <w:tcPr>
            <w:tcW w:w="0" w:type="auto"/>
            <w:shd w:val="clear" w:color="auto" w:fill="E2F0D9"/>
          </w:tcPr>
          <w:p w14:paraId="5AA54677" w14:textId="77777777" w:rsidR="00C36C12" w:rsidRDefault="00DB7CEA">
            <w:pPr>
              <w:jc w:val="center"/>
            </w:pPr>
            <w:r>
              <w:rPr>
                <w:b/>
              </w:rPr>
              <w:t>Присоединённая нагрузка, Гкал/ч</w:t>
            </w:r>
          </w:p>
        </w:tc>
        <w:tc>
          <w:tcPr>
            <w:tcW w:w="0" w:type="auto"/>
            <w:shd w:val="clear" w:color="auto" w:fill="E2F0D9"/>
          </w:tcPr>
          <w:p w14:paraId="118D2A1C" w14:textId="77777777" w:rsidR="00C36C12" w:rsidRDefault="00DB7CEA">
            <w:pPr>
              <w:jc w:val="center"/>
            </w:pPr>
            <w:r>
              <w:rPr>
                <w:b/>
              </w:rPr>
              <w:t>Котлов</w:t>
            </w:r>
          </w:p>
        </w:tc>
        <w:tc>
          <w:tcPr>
            <w:tcW w:w="0" w:type="auto"/>
            <w:shd w:val="clear" w:color="auto" w:fill="E2F0D9"/>
          </w:tcPr>
          <w:p w14:paraId="6F9536B5" w14:textId="77777777" w:rsidR="00C36C12" w:rsidRDefault="00DB7CEA">
            <w:pPr>
              <w:jc w:val="center"/>
            </w:pPr>
            <w:r>
              <w:rPr>
                <w:b/>
              </w:rPr>
              <w:t>Топливо</w:t>
            </w:r>
          </w:p>
        </w:tc>
        <w:tc>
          <w:tcPr>
            <w:tcW w:w="0" w:type="auto"/>
            <w:shd w:val="clear" w:color="auto" w:fill="E2F0D9"/>
          </w:tcPr>
          <w:p w14:paraId="4A60A2FB" w14:textId="77777777" w:rsidR="00C36C12" w:rsidRDefault="00DB7CEA">
            <w:pPr>
              <w:jc w:val="center"/>
            </w:pPr>
            <w:r>
              <w:rPr>
                <w:b/>
              </w:rPr>
              <w:t>Схема ГВС</w:t>
            </w:r>
          </w:p>
        </w:tc>
        <w:tc>
          <w:tcPr>
            <w:tcW w:w="0" w:type="auto"/>
            <w:shd w:val="clear" w:color="auto" w:fill="E2F0D9"/>
          </w:tcPr>
          <w:p w14:paraId="7859604E" w14:textId="77777777" w:rsidR="00C36C12" w:rsidRDefault="00DB7CEA">
            <w:pPr>
              <w:jc w:val="center"/>
            </w:pPr>
            <w:r>
              <w:rPr>
                <w:b/>
              </w:rPr>
              <w:t>График, °C</w:t>
            </w:r>
          </w:p>
        </w:tc>
        <w:tc>
          <w:tcPr>
            <w:tcW w:w="0" w:type="auto"/>
            <w:shd w:val="clear" w:color="auto" w:fill="E2F0D9"/>
          </w:tcPr>
          <w:p w14:paraId="17D08A79" w14:textId="77777777" w:rsidR="00C36C12" w:rsidRDefault="00DB7CEA">
            <w:pPr>
              <w:jc w:val="center"/>
            </w:pPr>
            <w:r>
              <w:rPr>
                <w:b/>
              </w:rPr>
              <w:t>Решение на расчётный срок</w:t>
            </w:r>
          </w:p>
        </w:tc>
      </w:tr>
      <w:tr w:rsidR="00C36C12" w14:paraId="43CD338A" w14:textId="77777777">
        <w:trPr>
          <w:cantSplit/>
          <w:jc w:val="center"/>
        </w:trPr>
        <w:tc>
          <w:tcPr>
            <w:tcW w:w="0" w:type="auto"/>
          </w:tcPr>
          <w:p w14:paraId="280029D3" w14:textId="77777777" w:rsidR="00C36C12" w:rsidRDefault="00DB7CEA">
            <w:r>
              <w:t>УПК № 1 «Таштагол»</w:t>
            </w:r>
          </w:p>
        </w:tc>
        <w:tc>
          <w:tcPr>
            <w:tcW w:w="0" w:type="auto"/>
          </w:tcPr>
          <w:p w14:paraId="295151A8" w14:textId="77777777" w:rsidR="00C36C12" w:rsidRDefault="00DB7CEA">
            <w:pPr>
              <w:jc w:val="center"/>
            </w:pPr>
            <w:r>
              <w:t>г. Таштагол</w:t>
            </w:r>
          </w:p>
        </w:tc>
        <w:tc>
          <w:tcPr>
            <w:tcW w:w="0" w:type="auto"/>
          </w:tcPr>
          <w:p w14:paraId="2FB650E1" w14:textId="77777777" w:rsidR="00C36C12" w:rsidRDefault="00DB7CEA">
            <w:pPr>
              <w:jc w:val="center"/>
            </w:pPr>
            <w:r>
              <w:t>150,0000</w:t>
            </w:r>
          </w:p>
        </w:tc>
        <w:tc>
          <w:tcPr>
            <w:tcW w:w="0" w:type="auto"/>
          </w:tcPr>
          <w:p w14:paraId="0049A015" w14:textId="77777777" w:rsidR="00C36C12" w:rsidRDefault="00DB7CEA">
            <w:pPr>
              <w:jc w:val="center"/>
            </w:pPr>
            <w:r>
              <w:t>70,2235</w:t>
            </w:r>
          </w:p>
        </w:tc>
        <w:tc>
          <w:tcPr>
            <w:tcW w:w="0" w:type="auto"/>
          </w:tcPr>
          <w:p w14:paraId="238EFF07" w14:textId="77777777" w:rsidR="00C36C12" w:rsidRDefault="00DB7CEA">
            <w:pPr>
              <w:jc w:val="center"/>
            </w:pPr>
            <w:r>
              <w:t>5</w:t>
            </w:r>
          </w:p>
        </w:tc>
        <w:tc>
          <w:tcPr>
            <w:tcW w:w="0" w:type="auto"/>
          </w:tcPr>
          <w:p w14:paraId="3FDA6844" w14:textId="77777777" w:rsidR="00C36C12" w:rsidRDefault="00DB7CEA">
            <w:pPr>
              <w:jc w:val="center"/>
            </w:pPr>
            <w:r>
              <w:t>каменный уголь</w:t>
            </w:r>
          </w:p>
        </w:tc>
        <w:tc>
          <w:tcPr>
            <w:tcW w:w="0" w:type="auto"/>
          </w:tcPr>
          <w:p w14:paraId="38DECDD3" w14:textId="77777777" w:rsidR="00C36C12" w:rsidRDefault="00DB7CEA">
            <w:pPr>
              <w:jc w:val="center"/>
            </w:pPr>
            <w:r>
              <w:t>открытая</w:t>
            </w:r>
          </w:p>
        </w:tc>
        <w:tc>
          <w:tcPr>
            <w:tcW w:w="0" w:type="auto"/>
          </w:tcPr>
          <w:p w14:paraId="568AD850" w14:textId="77777777" w:rsidR="00C36C12" w:rsidRDefault="00DB7CEA">
            <w:pPr>
              <w:jc w:val="center"/>
            </w:pPr>
            <w:r>
              <w:t>95/70</w:t>
            </w:r>
          </w:p>
        </w:tc>
        <w:tc>
          <w:tcPr>
            <w:tcW w:w="0" w:type="auto"/>
          </w:tcPr>
          <w:p w14:paraId="27996BE7" w14:textId="77777777" w:rsidR="00C36C12" w:rsidRDefault="00DB7CEA">
            <w:pPr>
              <w:jc w:val="center"/>
            </w:pPr>
            <w:r>
              <w:t>перевод на природный газ 2035</w:t>
            </w:r>
          </w:p>
        </w:tc>
      </w:tr>
      <w:tr w:rsidR="00C36C12" w14:paraId="4E237D64" w14:textId="77777777">
        <w:trPr>
          <w:cantSplit/>
          <w:jc w:val="center"/>
        </w:trPr>
        <w:tc>
          <w:tcPr>
            <w:tcW w:w="0" w:type="auto"/>
          </w:tcPr>
          <w:p w14:paraId="323F1EEF" w14:textId="77777777" w:rsidR="00C36C12" w:rsidRDefault="00DB7CEA">
            <w:r>
              <w:t>УПК № 2 «Шалым»</w:t>
            </w:r>
          </w:p>
        </w:tc>
        <w:tc>
          <w:tcPr>
            <w:tcW w:w="0" w:type="auto"/>
          </w:tcPr>
          <w:p w14:paraId="3A927C95" w14:textId="77777777" w:rsidR="00C36C12" w:rsidRDefault="00DB7CEA">
            <w:pPr>
              <w:jc w:val="center"/>
            </w:pPr>
            <w:r>
              <w:t>г. Таштагол</w:t>
            </w:r>
          </w:p>
        </w:tc>
        <w:tc>
          <w:tcPr>
            <w:tcW w:w="0" w:type="auto"/>
          </w:tcPr>
          <w:p w14:paraId="20C23E17" w14:textId="77777777" w:rsidR="00C36C12" w:rsidRDefault="00DB7CEA">
            <w:pPr>
              <w:jc w:val="center"/>
            </w:pPr>
            <w:r>
              <w:t>17,0000</w:t>
            </w:r>
          </w:p>
        </w:tc>
        <w:tc>
          <w:tcPr>
            <w:tcW w:w="0" w:type="auto"/>
          </w:tcPr>
          <w:p w14:paraId="56D4C9A7" w14:textId="77777777" w:rsidR="00C36C12" w:rsidRDefault="00DB7CEA">
            <w:pPr>
              <w:jc w:val="center"/>
            </w:pPr>
            <w:r>
              <w:t>3,6279</w:t>
            </w:r>
          </w:p>
        </w:tc>
        <w:tc>
          <w:tcPr>
            <w:tcW w:w="0" w:type="auto"/>
          </w:tcPr>
          <w:p w14:paraId="3C48E894" w14:textId="77777777" w:rsidR="00C36C12" w:rsidRDefault="00DB7CEA">
            <w:pPr>
              <w:jc w:val="center"/>
            </w:pPr>
            <w:r>
              <w:t>3</w:t>
            </w:r>
          </w:p>
        </w:tc>
        <w:tc>
          <w:tcPr>
            <w:tcW w:w="0" w:type="auto"/>
          </w:tcPr>
          <w:p w14:paraId="540F5898" w14:textId="77777777" w:rsidR="00C36C12" w:rsidRDefault="00DB7CEA">
            <w:pPr>
              <w:jc w:val="center"/>
            </w:pPr>
            <w:r>
              <w:t>каменный уголь</w:t>
            </w:r>
          </w:p>
        </w:tc>
        <w:tc>
          <w:tcPr>
            <w:tcW w:w="0" w:type="auto"/>
          </w:tcPr>
          <w:p w14:paraId="6BC6AF75" w14:textId="77777777" w:rsidR="00C36C12" w:rsidRDefault="00DB7CEA">
            <w:pPr>
              <w:jc w:val="center"/>
            </w:pPr>
            <w:r>
              <w:t>открытая</w:t>
            </w:r>
          </w:p>
        </w:tc>
        <w:tc>
          <w:tcPr>
            <w:tcW w:w="0" w:type="auto"/>
          </w:tcPr>
          <w:p w14:paraId="40461F74" w14:textId="77777777" w:rsidR="00C36C12" w:rsidRDefault="00DB7CEA">
            <w:pPr>
              <w:jc w:val="center"/>
            </w:pPr>
            <w:r>
              <w:t>95/70</w:t>
            </w:r>
          </w:p>
        </w:tc>
        <w:tc>
          <w:tcPr>
            <w:tcW w:w="0" w:type="auto"/>
          </w:tcPr>
          <w:p w14:paraId="5D317A08" w14:textId="77777777" w:rsidR="00C36C12" w:rsidRDefault="00DB7CEA">
            <w:pPr>
              <w:jc w:val="center"/>
            </w:pPr>
            <w:r>
              <w:t>перевод на природный газ 2035</w:t>
            </w:r>
          </w:p>
        </w:tc>
      </w:tr>
      <w:tr w:rsidR="00C36C12" w14:paraId="6785A7B0" w14:textId="77777777">
        <w:trPr>
          <w:cantSplit/>
          <w:jc w:val="center"/>
        </w:trPr>
        <w:tc>
          <w:tcPr>
            <w:tcW w:w="0" w:type="auto"/>
          </w:tcPr>
          <w:p w14:paraId="428E422A" w14:textId="77777777" w:rsidR="00C36C12" w:rsidRDefault="00DB7CEA">
            <w:r>
              <w:t>УПК № 2 «ЦМК»</w:t>
            </w:r>
          </w:p>
        </w:tc>
        <w:tc>
          <w:tcPr>
            <w:tcW w:w="0" w:type="auto"/>
          </w:tcPr>
          <w:p w14:paraId="668D211E" w14:textId="77777777" w:rsidR="00C36C12" w:rsidRDefault="00DB7CEA">
            <w:pPr>
              <w:jc w:val="center"/>
            </w:pPr>
            <w:r>
              <w:t>г. Таштагол</w:t>
            </w:r>
          </w:p>
        </w:tc>
        <w:tc>
          <w:tcPr>
            <w:tcW w:w="0" w:type="auto"/>
          </w:tcPr>
          <w:p w14:paraId="4F3C7043" w14:textId="77777777" w:rsidR="00C36C12" w:rsidRDefault="00DB7CEA">
            <w:pPr>
              <w:jc w:val="center"/>
            </w:pPr>
            <w:r>
              <w:t>10,2000</w:t>
            </w:r>
          </w:p>
        </w:tc>
        <w:tc>
          <w:tcPr>
            <w:tcW w:w="0" w:type="auto"/>
          </w:tcPr>
          <w:p w14:paraId="5CAB978D" w14:textId="77777777" w:rsidR="00C36C12" w:rsidRDefault="00DB7CEA">
            <w:pPr>
              <w:jc w:val="center"/>
            </w:pPr>
            <w:r>
              <w:t>2,2233</w:t>
            </w:r>
          </w:p>
        </w:tc>
        <w:tc>
          <w:tcPr>
            <w:tcW w:w="0" w:type="auto"/>
          </w:tcPr>
          <w:p w14:paraId="3DE1D490" w14:textId="77777777" w:rsidR="00C36C12" w:rsidRDefault="00DB7CEA">
            <w:pPr>
              <w:jc w:val="center"/>
            </w:pPr>
            <w:r>
              <w:t>3</w:t>
            </w:r>
          </w:p>
        </w:tc>
        <w:tc>
          <w:tcPr>
            <w:tcW w:w="0" w:type="auto"/>
          </w:tcPr>
          <w:p w14:paraId="1BA47813" w14:textId="77777777" w:rsidR="00C36C12" w:rsidRDefault="00DB7CEA">
            <w:pPr>
              <w:jc w:val="center"/>
            </w:pPr>
            <w:r>
              <w:t>каменный уголь</w:t>
            </w:r>
          </w:p>
        </w:tc>
        <w:tc>
          <w:tcPr>
            <w:tcW w:w="0" w:type="auto"/>
          </w:tcPr>
          <w:p w14:paraId="0F9F29A0" w14:textId="77777777" w:rsidR="00C36C12" w:rsidRDefault="00DB7CEA">
            <w:pPr>
              <w:jc w:val="center"/>
            </w:pPr>
            <w:r>
              <w:t>открытая</w:t>
            </w:r>
          </w:p>
        </w:tc>
        <w:tc>
          <w:tcPr>
            <w:tcW w:w="0" w:type="auto"/>
          </w:tcPr>
          <w:p w14:paraId="680CA5DB" w14:textId="77777777" w:rsidR="00C36C12" w:rsidRDefault="00DB7CEA">
            <w:pPr>
              <w:jc w:val="center"/>
            </w:pPr>
            <w:r>
              <w:t>95/70</w:t>
            </w:r>
          </w:p>
        </w:tc>
        <w:tc>
          <w:tcPr>
            <w:tcW w:w="0" w:type="auto"/>
          </w:tcPr>
          <w:p w14:paraId="4843AE61" w14:textId="77777777" w:rsidR="00C36C12" w:rsidRDefault="00DB7CEA">
            <w:pPr>
              <w:jc w:val="center"/>
            </w:pPr>
            <w:r>
              <w:t>перевод на природный газ 2035</w:t>
            </w:r>
          </w:p>
        </w:tc>
      </w:tr>
      <w:tr w:rsidR="00C36C12" w14:paraId="355D937A" w14:textId="77777777">
        <w:trPr>
          <w:cantSplit/>
          <w:jc w:val="center"/>
        </w:trPr>
        <w:tc>
          <w:tcPr>
            <w:tcW w:w="0" w:type="auto"/>
          </w:tcPr>
          <w:p w14:paraId="0D7EECB9" w14:textId="77777777" w:rsidR="00C36C12" w:rsidRDefault="00DB7CEA">
            <w:r>
              <w:t>УПК № 9 «ГРЭ»</w:t>
            </w:r>
          </w:p>
        </w:tc>
        <w:tc>
          <w:tcPr>
            <w:tcW w:w="0" w:type="auto"/>
          </w:tcPr>
          <w:p w14:paraId="594C2A41" w14:textId="77777777" w:rsidR="00C36C12" w:rsidRDefault="00DB7CEA">
            <w:pPr>
              <w:jc w:val="center"/>
            </w:pPr>
            <w:r>
              <w:t>г. Таштагол</w:t>
            </w:r>
          </w:p>
        </w:tc>
        <w:tc>
          <w:tcPr>
            <w:tcW w:w="0" w:type="auto"/>
          </w:tcPr>
          <w:p w14:paraId="59FDF087" w14:textId="77777777" w:rsidR="00C36C12" w:rsidRDefault="00DB7CEA">
            <w:pPr>
              <w:jc w:val="center"/>
            </w:pPr>
            <w:r>
              <w:t>4,5000</w:t>
            </w:r>
          </w:p>
        </w:tc>
        <w:tc>
          <w:tcPr>
            <w:tcW w:w="0" w:type="auto"/>
          </w:tcPr>
          <w:p w14:paraId="7E0160FA" w14:textId="77777777" w:rsidR="00C36C12" w:rsidRDefault="00DB7CEA">
            <w:pPr>
              <w:jc w:val="center"/>
            </w:pPr>
            <w:r>
              <w:t>0,5624</w:t>
            </w:r>
          </w:p>
        </w:tc>
        <w:tc>
          <w:tcPr>
            <w:tcW w:w="0" w:type="auto"/>
          </w:tcPr>
          <w:p w14:paraId="15F25347" w14:textId="77777777" w:rsidR="00C36C12" w:rsidRDefault="00DB7CEA">
            <w:pPr>
              <w:jc w:val="center"/>
            </w:pPr>
            <w:r>
              <w:t>4</w:t>
            </w:r>
          </w:p>
        </w:tc>
        <w:tc>
          <w:tcPr>
            <w:tcW w:w="0" w:type="auto"/>
          </w:tcPr>
          <w:p w14:paraId="0C719965" w14:textId="77777777" w:rsidR="00C36C12" w:rsidRDefault="00DB7CEA">
            <w:pPr>
              <w:jc w:val="center"/>
            </w:pPr>
            <w:r>
              <w:t>каменный уголь</w:t>
            </w:r>
          </w:p>
        </w:tc>
        <w:tc>
          <w:tcPr>
            <w:tcW w:w="0" w:type="auto"/>
          </w:tcPr>
          <w:p w14:paraId="7D167FEB" w14:textId="77777777" w:rsidR="00C36C12" w:rsidRDefault="00DB7CEA">
            <w:pPr>
              <w:jc w:val="center"/>
            </w:pPr>
            <w:r>
              <w:t>открытая</w:t>
            </w:r>
          </w:p>
        </w:tc>
        <w:tc>
          <w:tcPr>
            <w:tcW w:w="0" w:type="auto"/>
          </w:tcPr>
          <w:p w14:paraId="63365E78" w14:textId="77777777" w:rsidR="00C36C12" w:rsidRDefault="00DB7CEA">
            <w:pPr>
              <w:jc w:val="center"/>
            </w:pPr>
            <w:r>
              <w:t>95/70</w:t>
            </w:r>
          </w:p>
        </w:tc>
        <w:tc>
          <w:tcPr>
            <w:tcW w:w="0" w:type="auto"/>
          </w:tcPr>
          <w:p w14:paraId="37D3046D" w14:textId="77777777" w:rsidR="00C36C12" w:rsidRDefault="00DB7CEA">
            <w:pPr>
              <w:jc w:val="center"/>
            </w:pPr>
            <w:r>
              <w:t>перевод на природный газ 2035</w:t>
            </w:r>
          </w:p>
        </w:tc>
      </w:tr>
      <w:tr w:rsidR="00C36C12" w:rsidRPr="004D1FEB" w14:paraId="1791847E" w14:textId="77777777">
        <w:trPr>
          <w:cantSplit/>
          <w:jc w:val="center"/>
        </w:trPr>
        <w:tc>
          <w:tcPr>
            <w:tcW w:w="0" w:type="auto"/>
          </w:tcPr>
          <w:p w14:paraId="61EF8CE7" w14:textId="77777777" w:rsidR="00C36C12" w:rsidRDefault="00DB7CEA">
            <w:r>
              <w:t>УПК № 5 «Новый Шерегеш»</w:t>
            </w:r>
          </w:p>
        </w:tc>
        <w:tc>
          <w:tcPr>
            <w:tcW w:w="0" w:type="auto"/>
          </w:tcPr>
          <w:p w14:paraId="3DFD751A" w14:textId="77777777" w:rsidR="00C36C12" w:rsidRDefault="00DB7CEA">
            <w:pPr>
              <w:jc w:val="center"/>
            </w:pPr>
            <w:r>
              <w:t>пгт Шерегеш</w:t>
            </w:r>
          </w:p>
        </w:tc>
        <w:tc>
          <w:tcPr>
            <w:tcW w:w="0" w:type="auto"/>
          </w:tcPr>
          <w:p w14:paraId="3F823199" w14:textId="77777777" w:rsidR="00C36C12" w:rsidRDefault="00DB7CEA">
            <w:pPr>
              <w:jc w:val="center"/>
            </w:pPr>
            <w:r>
              <w:t>114,0000</w:t>
            </w:r>
          </w:p>
        </w:tc>
        <w:tc>
          <w:tcPr>
            <w:tcW w:w="0" w:type="auto"/>
          </w:tcPr>
          <w:p w14:paraId="00B59B8B" w14:textId="77777777" w:rsidR="00C36C12" w:rsidRDefault="00DB7CEA">
            <w:pPr>
              <w:jc w:val="center"/>
            </w:pPr>
            <w:r>
              <w:t>42,6992</w:t>
            </w:r>
          </w:p>
        </w:tc>
        <w:tc>
          <w:tcPr>
            <w:tcW w:w="0" w:type="auto"/>
          </w:tcPr>
          <w:p w14:paraId="521CD89F" w14:textId="77777777" w:rsidR="00C36C12" w:rsidRDefault="00DB7CEA">
            <w:pPr>
              <w:jc w:val="center"/>
            </w:pPr>
            <w:r>
              <w:t>7</w:t>
            </w:r>
          </w:p>
        </w:tc>
        <w:tc>
          <w:tcPr>
            <w:tcW w:w="0" w:type="auto"/>
          </w:tcPr>
          <w:p w14:paraId="37AF1D49" w14:textId="77777777" w:rsidR="00C36C12" w:rsidRDefault="00DB7CEA">
            <w:pPr>
              <w:jc w:val="center"/>
            </w:pPr>
            <w:r>
              <w:t>каменный уголь</w:t>
            </w:r>
          </w:p>
        </w:tc>
        <w:tc>
          <w:tcPr>
            <w:tcW w:w="0" w:type="auto"/>
          </w:tcPr>
          <w:p w14:paraId="5403506F" w14:textId="77777777" w:rsidR="00C36C12" w:rsidRDefault="00DB7CEA">
            <w:pPr>
              <w:jc w:val="center"/>
            </w:pPr>
            <w:r>
              <w:t>открытая</w:t>
            </w:r>
          </w:p>
        </w:tc>
        <w:tc>
          <w:tcPr>
            <w:tcW w:w="0" w:type="auto"/>
          </w:tcPr>
          <w:p w14:paraId="1E31A724" w14:textId="77777777" w:rsidR="00C36C12" w:rsidRDefault="00DB7CEA">
            <w:pPr>
              <w:jc w:val="center"/>
            </w:pPr>
            <w:r>
              <w:t>95/70</w:t>
            </w:r>
          </w:p>
        </w:tc>
        <w:tc>
          <w:tcPr>
            <w:tcW w:w="0" w:type="auto"/>
          </w:tcPr>
          <w:p w14:paraId="71E5CA5F" w14:textId="77777777" w:rsidR="00C36C12" w:rsidRPr="00844B84" w:rsidRDefault="00DB7CEA">
            <w:pPr>
              <w:jc w:val="center"/>
              <w:rPr>
                <w:lang w:val="ru-RU"/>
              </w:rPr>
            </w:pPr>
            <w:r w:rsidRPr="00844B84">
              <w:rPr>
                <w:lang w:val="ru-RU"/>
              </w:rPr>
              <w:t>перевод на природный газ срок уточняется</w:t>
            </w:r>
          </w:p>
        </w:tc>
      </w:tr>
      <w:tr w:rsidR="00C36C12" w:rsidRPr="004D1FEB" w14:paraId="18C631A8" w14:textId="77777777">
        <w:trPr>
          <w:cantSplit/>
          <w:jc w:val="center"/>
        </w:trPr>
        <w:tc>
          <w:tcPr>
            <w:tcW w:w="0" w:type="auto"/>
          </w:tcPr>
          <w:p w14:paraId="4494917E" w14:textId="77777777" w:rsidR="00C36C12" w:rsidRDefault="00DB7CEA">
            <w:r>
              <w:t>УПК № 6 «Старый Шерегеш»</w:t>
            </w:r>
          </w:p>
        </w:tc>
        <w:tc>
          <w:tcPr>
            <w:tcW w:w="0" w:type="auto"/>
          </w:tcPr>
          <w:p w14:paraId="129E5FB3" w14:textId="77777777" w:rsidR="00C36C12" w:rsidRDefault="00DB7CEA">
            <w:pPr>
              <w:jc w:val="center"/>
            </w:pPr>
            <w:r>
              <w:t>пгт Шерегеш</w:t>
            </w:r>
          </w:p>
        </w:tc>
        <w:tc>
          <w:tcPr>
            <w:tcW w:w="0" w:type="auto"/>
          </w:tcPr>
          <w:p w14:paraId="60CA1018" w14:textId="77777777" w:rsidR="00C36C12" w:rsidRDefault="00DB7CEA">
            <w:pPr>
              <w:jc w:val="center"/>
            </w:pPr>
            <w:r>
              <w:t>24,0000</w:t>
            </w:r>
          </w:p>
        </w:tc>
        <w:tc>
          <w:tcPr>
            <w:tcW w:w="0" w:type="auto"/>
          </w:tcPr>
          <w:p w14:paraId="42D86028" w14:textId="77777777" w:rsidR="00C36C12" w:rsidRDefault="00DB7CEA">
            <w:pPr>
              <w:jc w:val="center"/>
            </w:pPr>
            <w:r>
              <w:t>2,7972</w:t>
            </w:r>
          </w:p>
        </w:tc>
        <w:tc>
          <w:tcPr>
            <w:tcW w:w="0" w:type="auto"/>
          </w:tcPr>
          <w:p w14:paraId="01EDA68B" w14:textId="77777777" w:rsidR="00C36C12" w:rsidRDefault="00DB7CEA">
            <w:pPr>
              <w:jc w:val="center"/>
            </w:pPr>
            <w:r>
              <w:t>4</w:t>
            </w:r>
          </w:p>
        </w:tc>
        <w:tc>
          <w:tcPr>
            <w:tcW w:w="0" w:type="auto"/>
          </w:tcPr>
          <w:p w14:paraId="151AC4F7" w14:textId="77777777" w:rsidR="00C36C12" w:rsidRDefault="00DB7CEA">
            <w:pPr>
              <w:jc w:val="center"/>
            </w:pPr>
            <w:r>
              <w:t>каменный уголь</w:t>
            </w:r>
          </w:p>
        </w:tc>
        <w:tc>
          <w:tcPr>
            <w:tcW w:w="0" w:type="auto"/>
          </w:tcPr>
          <w:p w14:paraId="3F03007D" w14:textId="77777777" w:rsidR="00C36C12" w:rsidRDefault="00DB7CEA">
            <w:pPr>
              <w:jc w:val="center"/>
            </w:pPr>
            <w:r>
              <w:t>открытая</w:t>
            </w:r>
          </w:p>
        </w:tc>
        <w:tc>
          <w:tcPr>
            <w:tcW w:w="0" w:type="auto"/>
          </w:tcPr>
          <w:p w14:paraId="71369433" w14:textId="77777777" w:rsidR="00C36C12" w:rsidRDefault="00DB7CEA">
            <w:pPr>
              <w:jc w:val="center"/>
            </w:pPr>
            <w:r>
              <w:t>95/70</w:t>
            </w:r>
          </w:p>
        </w:tc>
        <w:tc>
          <w:tcPr>
            <w:tcW w:w="0" w:type="auto"/>
          </w:tcPr>
          <w:p w14:paraId="55E04BBB" w14:textId="77777777" w:rsidR="00C36C12" w:rsidRPr="00844B84" w:rsidRDefault="00DB7CEA">
            <w:pPr>
              <w:jc w:val="center"/>
              <w:rPr>
                <w:lang w:val="ru-RU"/>
              </w:rPr>
            </w:pPr>
            <w:r w:rsidRPr="00844B84">
              <w:rPr>
                <w:lang w:val="ru-RU"/>
              </w:rPr>
              <w:t>перевод на природный газ срок уточняется</w:t>
            </w:r>
          </w:p>
        </w:tc>
      </w:tr>
      <w:tr w:rsidR="00C36C12" w14:paraId="31E70644" w14:textId="77777777">
        <w:trPr>
          <w:cantSplit/>
          <w:jc w:val="center"/>
        </w:trPr>
        <w:tc>
          <w:tcPr>
            <w:tcW w:w="0" w:type="auto"/>
          </w:tcPr>
          <w:p w14:paraId="066BC304" w14:textId="77777777" w:rsidR="00C36C12" w:rsidRDefault="00DB7CEA">
            <w:r>
              <w:t>УПК № 7 «Каз»</w:t>
            </w:r>
          </w:p>
        </w:tc>
        <w:tc>
          <w:tcPr>
            <w:tcW w:w="0" w:type="auto"/>
          </w:tcPr>
          <w:p w14:paraId="6F2520C8" w14:textId="77777777" w:rsidR="00C36C12" w:rsidRDefault="00DB7CEA">
            <w:pPr>
              <w:jc w:val="center"/>
            </w:pPr>
            <w:r>
              <w:t>пгт Каз</w:t>
            </w:r>
          </w:p>
        </w:tc>
        <w:tc>
          <w:tcPr>
            <w:tcW w:w="0" w:type="auto"/>
          </w:tcPr>
          <w:p w14:paraId="7E677890" w14:textId="77777777" w:rsidR="00C36C12" w:rsidRDefault="00DB7CEA">
            <w:pPr>
              <w:jc w:val="center"/>
            </w:pPr>
            <w:r>
              <w:t>72,0000</w:t>
            </w:r>
          </w:p>
        </w:tc>
        <w:tc>
          <w:tcPr>
            <w:tcW w:w="0" w:type="auto"/>
          </w:tcPr>
          <w:p w14:paraId="62891955" w14:textId="77777777" w:rsidR="00C36C12" w:rsidRDefault="00DB7CEA">
            <w:pPr>
              <w:jc w:val="center"/>
            </w:pPr>
            <w:r>
              <w:t>9,2933</w:t>
            </w:r>
          </w:p>
        </w:tc>
        <w:tc>
          <w:tcPr>
            <w:tcW w:w="0" w:type="auto"/>
          </w:tcPr>
          <w:p w14:paraId="409DB6CF" w14:textId="77777777" w:rsidR="00C36C12" w:rsidRDefault="00DB7CEA">
            <w:pPr>
              <w:jc w:val="center"/>
            </w:pPr>
            <w:r>
              <w:t>5</w:t>
            </w:r>
          </w:p>
        </w:tc>
        <w:tc>
          <w:tcPr>
            <w:tcW w:w="0" w:type="auto"/>
          </w:tcPr>
          <w:p w14:paraId="7D7AF05F" w14:textId="77777777" w:rsidR="00C36C12" w:rsidRDefault="00DB7CEA">
            <w:pPr>
              <w:jc w:val="center"/>
            </w:pPr>
            <w:r>
              <w:t>каменный уголь</w:t>
            </w:r>
          </w:p>
        </w:tc>
        <w:tc>
          <w:tcPr>
            <w:tcW w:w="0" w:type="auto"/>
          </w:tcPr>
          <w:p w14:paraId="70647028" w14:textId="77777777" w:rsidR="00C36C12" w:rsidRDefault="00DB7CEA">
            <w:pPr>
              <w:jc w:val="center"/>
            </w:pPr>
            <w:r>
              <w:t>открытая</w:t>
            </w:r>
          </w:p>
        </w:tc>
        <w:tc>
          <w:tcPr>
            <w:tcW w:w="0" w:type="auto"/>
          </w:tcPr>
          <w:p w14:paraId="582FB447" w14:textId="77777777" w:rsidR="00C36C12" w:rsidRDefault="00DB7CEA">
            <w:pPr>
              <w:jc w:val="center"/>
            </w:pPr>
            <w:r>
              <w:t>130/65</w:t>
            </w:r>
          </w:p>
        </w:tc>
        <w:tc>
          <w:tcPr>
            <w:tcW w:w="0" w:type="auto"/>
          </w:tcPr>
          <w:p w14:paraId="3923EA79" w14:textId="77777777" w:rsidR="00C36C12" w:rsidRDefault="00DB7CEA">
            <w:pPr>
              <w:jc w:val="center"/>
            </w:pPr>
            <w:r>
              <w:t>перевод на природный газ 2034</w:t>
            </w:r>
          </w:p>
        </w:tc>
      </w:tr>
      <w:tr w:rsidR="00C36C12" w14:paraId="624AC289" w14:textId="77777777">
        <w:trPr>
          <w:cantSplit/>
          <w:jc w:val="center"/>
        </w:trPr>
        <w:tc>
          <w:tcPr>
            <w:tcW w:w="0" w:type="auto"/>
          </w:tcPr>
          <w:p w14:paraId="06E81E2C" w14:textId="77777777" w:rsidR="00C36C12" w:rsidRDefault="00DB7CEA">
            <w:r>
              <w:t>УПК № 8 «Мундыбаш»</w:t>
            </w:r>
          </w:p>
        </w:tc>
        <w:tc>
          <w:tcPr>
            <w:tcW w:w="0" w:type="auto"/>
          </w:tcPr>
          <w:p w14:paraId="11DA2BB2" w14:textId="77777777" w:rsidR="00C36C12" w:rsidRDefault="00DB7CEA">
            <w:pPr>
              <w:jc w:val="center"/>
            </w:pPr>
            <w:r>
              <w:t>пгт Мундыбаш</w:t>
            </w:r>
          </w:p>
        </w:tc>
        <w:tc>
          <w:tcPr>
            <w:tcW w:w="0" w:type="auto"/>
          </w:tcPr>
          <w:p w14:paraId="79CAF77E" w14:textId="77777777" w:rsidR="00C36C12" w:rsidRDefault="00DB7CEA">
            <w:pPr>
              <w:jc w:val="center"/>
            </w:pPr>
            <w:r>
              <w:t>36,0000</w:t>
            </w:r>
          </w:p>
        </w:tc>
        <w:tc>
          <w:tcPr>
            <w:tcW w:w="0" w:type="auto"/>
          </w:tcPr>
          <w:p w14:paraId="7A85A6F0" w14:textId="77777777" w:rsidR="00C36C12" w:rsidRDefault="00DB7CEA">
            <w:pPr>
              <w:jc w:val="center"/>
            </w:pPr>
            <w:r>
              <w:t>8,5759</w:t>
            </w:r>
          </w:p>
        </w:tc>
        <w:tc>
          <w:tcPr>
            <w:tcW w:w="0" w:type="auto"/>
          </w:tcPr>
          <w:p w14:paraId="7462434A" w14:textId="77777777" w:rsidR="00C36C12" w:rsidRDefault="00DB7CEA">
            <w:pPr>
              <w:jc w:val="center"/>
            </w:pPr>
            <w:r>
              <w:t>5</w:t>
            </w:r>
          </w:p>
        </w:tc>
        <w:tc>
          <w:tcPr>
            <w:tcW w:w="0" w:type="auto"/>
          </w:tcPr>
          <w:p w14:paraId="78BC62B1" w14:textId="77777777" w:rsidR="00C36C12" w:rsidRDefault="00DB7CEA">
            <w:pPr>
              <w:jc w:val="center"/>
            </w:pPr>
            <w:r>
              <w:t>каменный уголь</w:t>
            </w:r>
          </w:p>
        </w:tc>
        <w:tc>
          <w:tcPr>
            <w:tcW w:w="0" w:type="auto"/>
          </w:tcPr>
          <w:p w14:paraId="6E232765" w14:textId="77777777" w:rsidR="00C36C12" w:rsidRDefault="00DB7CEA">
            <w:pPr>
              <w:jc w:val="center"/>
            </w:pPr>
            <w:r>
              <w:t>смешанная</w:t>
            </w:r>
          </w:p>
        </w:tc>
        <w:tc>
          <w:tcPr>
            <w:tcW w:w="0" w:type="auto"/>
          </w:tcPr>
          <w:p w14:paraId="55AB3AB6" w14:textId="77777777" w:rsidR="00C36C12" w:rsidRDefault="00DB7CEA">
            <w:pPr>
              <w:jc w:val="center"/>
            </w:pPr>
            <w:r>
              <w:t>95/70</w:t>
            </w:r>
          </w:p>
        </w:tc>
        <w:tc>
          <w:tcPr>
            <w:tcW w:w="0" w:type="auto"/>
          </w:tcPr>
          <w:p w14:paraId="24F83D0C" w14:textId="77777777" w:rsidR="00C36C12" w:rsidRDefault="00DB7CEA">
            <w:pPr>
              <w:jc w:val="center"/>
            </w:pPr>
            <w:r>
              <w:t>перевод на природный газ 2034</w:t>
            </w:r>
          </w:p>
        </w:tc>
      </w:tr>
      <w:tr w:rsidR="00C36C12" w14:paraId="4A61EDCB" w14:textId="77777777">
        <w:trPr>
          <w:cantSplit/>
          <w:jc w:val="center"/>
        </w:trPr>
        <w:tc>
          <w:tcPr>
            <w:tcW w:w="0" w:type="auto"/>
          </w:tcPr>
          <w:p w14:paraId="6915DF0E" w14:textId="77777777" w:rsidR="00C36C12" w:rsidRDefault="00DB7CEA">
            <w:r>
              <w:t>УПК № 10 «Темир-Тау»</w:t>
            </w:r>
          </w:p>
        </w:tc>
        <w:tc>
          <w:tcPr>
            <w:tcW w:w="0" w:type="auto"/>
          </w:tcPr>
          <w:p w14:paraId="071AFB66" w14:textId="77777777" w:rsidR="00C36C12" w:rsidRDefault="00DB7CEA">
            <w:pPr>
              <w:jc w:val="center"/>
            </w:pPr>
            <w:r>
              <w:t>пгт Темиртау</w:t>
            </w:r>
          </w:p>
        </w:tc>
        <w:tc>
          <w:tcPr>
            <w:tcW w:w="0" w:type="auto"/>
          </w:tcPr>
          <w:p w14:paraId="312B2D54" w14:textId="77777777" w:rsidR="00C36C12" w:rsidRDefault="00DB7CEA">
            <w:pPr>
              <w:jc w:val="center"/>
            </w:pPr>
            <w:r>
              <w:t>33,6000</w:t>
            </w:r>
          </w:p>
        </w:tc>
        <w:tc>
          <w:tcPr>
            <w:tcW w:w="0" w:type="auto"/>
          </w:tcPr>
          <w:p w14:paraId="6076CEF9" w14:textId="77777777" w:rsidR="00C36C12" w:rsidRDefault="00DB7CEA">
            <w:pPr>
              <w:jc w:val="center"/>
            </w:pPr>
            <w:r>
              <w:t>6,5755</w:t>
            </w:r>
          </w:p>
        </w:tc>
        <w:tc>
          <w:tcPr>
            <w:tcW w:w="0" w:type="auto"/>
          </w:tcPr>
          <w:p w14:paraId="48EF1008" w14:textId="77777777" w:rsidR="00C36C12" w:rsidRDefault="00DB7CEA">
            <w:pPr>
              <w:jc w:val="center"/>
            </w:pPr>
            <w:r>
              <w:t>3</w:t>
            </w:r>
          </w:p>
        </w:tc>
        <w:tc>
          <w:tcPr>
            <w:tcW w:w="0" w:type="auto"/>
          </w:tcPr>
          <w:p w14:paraId="1646DA20" w14:textId="77777777" w:rsidR="00C36C12" w:rsidRDefault="00DB7CEA">
            <w:pPr>
              <w:jc w:val="center"/>
            </w:pPr>
            <w:r>
              <w:t>каменный уголь</w:t>
            </w:r>
          </w:p>
        </w:tc>
        <w:tc>
          <w:tcPr>
            <w:tcW w:w="0" w:type="auto"/>
          </w:tcPr>
          <w:p w14:paraId="372AC196" w14:textId="77777777" w:rsidR="00C36C12" w:rsidRDefault="00DB7CEA">
            <w:pPr>
              <w:jc w:val="center"/>
            </w:pPr>
            <w:r>
              <w:t>открытая</w:t>
            </w:r>
          </w:p>
        </w:tc>
        <w:tc>
          <w:tcPr>
            <w:tcW w:w="0" w:type="auto"/>
          </w:tcPr>
          <w:p w14:paraId="7E5167A9" w14:textId="77777777" w:rsidR="00C36C12" w:rsidRDefault="00DB7CEA">
            <w:pPr>
              <w:jc w:val="center"/>
            </w:pPr>
            <w:r>
              <w:t>95/70</w:t>
            </w:r>
          </w:p>
        </w:tc>
        <w:tc>
          <w:tcPr>
            <w:tcW w:w="0" w:type="auto"/>
          </w:tcPr>
          <w:p w14:paraId="1402CC3D" w14:textId="77777777" w:rsidR="00C36C12" w:rsidRDefault="00DB7CEA">
            <w:pPr>
              <w:jc w:val="center"/>
            </w:pPr>
            <w:r>
              <w:t>перевод на природный газ 2034</w:t>
            </w:r>
          </w:p>
        </w:tc>
      </w:tr>
      <w:tr w:rsidR="00C36C12" w14:paraId="71C3A6FE" w14:textId="77777777">
        <w:trPr>
          <w:cantSplit/>
          <w:jc w:val="center"/>
        </w:trPr>
        <w:tc>
          <w:tcPr>
            <w:tcW w:w="0" w:type="auto"/>
          </w:tcPr>
          <w:p w14:paraId="29EC4FFA" w14:textId="77777777" w:rsidR="00C36C12" w:rsidRDefault="00DB7CEA">
            <w:r>
              <w:t>УПК № 3 «Спасск»</w:t>
            </w:r>
          </w:p>
        </w:tc>
        <w:tc>
          <w:tcPr>
            <w:tcW w:w="0" w:type="auto"/>
          </w:tcPr>
          <w:p w14:paraId="69C4EB61" w14:textId="77777777" w:rsidR="00C36C12" w:rsidRDefault="00DB7CEA">
            <w:pPr>
              <w:jc w:val="center"/>
            </w:pPr>
            <w:r>
              <w:t>пгт Спасск</w:t>
            </w:r>
          </w:p>
        </w:tc>
        <w:tc>
          <w:tcPr>
            <w:tcW w:w="0" w:type="auto"/>
          </w:tcPr>
          <w:p w14:paraId="4286E5F8" w14:textId="77777777" w:rsidR="00C36C12" w:rsidRDefault="00DB7CEA">
            <w:pPr>
              <w:jc w:val="center"/>
            </w:pPr>
            <w:r>
              <w:t>5,3700</w:t>
            </w:r>
          </w:p>
        </w:tc>
        <w:tc>
          <w:tcPr>
            <w:tcW w:w="0" w:type="auto"/>
          </w:tcPr>
          <w:p w14:paraId="4C312CFD" w14:textId="77777777" w:rsidR="00C36C12" w:rsidRDefault="00DB7CEA">
            <w:pPr>
              <w:jc w:val="center"/>
            </w:pPr>
            <w:r>
              <w:t>1,1314</w:t>
            </w:r>
          </w:p>
        </w:tc>
        <w:tc>
          <w:tcPr>
            <w:tcW w:w="0" w:type="auto"/>
          </w:tcPr>
          <w:p w14:paraId="1597D435" w14:textId="77777777" w:rsidR="00C36C12" w:rsidRDefault="00DB7CEA">
            <w:pPr>
              <w:jc w:val="center"/>
            </w:pPr>
            <w:r>
              <w:t>5</w:t>
            </w:r>
          </w:p>
        </w:tc>
        <w:tc>
          <w:tcPr>
            <w:tcW w:w="0" w:type="auto"/>
          </w:tcPr>
          <w:p w14:paraId="7CB4B71D" w14:textId="77777777" w:rsidR="00C36C12" w:rsidRDefault="00DB7CEA">
            <w:pPr>
              <w:jc w:val="center"/>
            </w:pPr>
            <w:r>
              <w:t>каменный уголь</w:t>
            </w:r>
          </w:p>
        </w:tc>
        <w:tc>
          <w:tcPr>
            <w:tcW w:w="0" w:type="auto"/>
          </w:tcPr>
          <w:p w14:paraId="3BE1C6C7" w14:textId="77777777" w:rsidR="00C36C12" w:rsidRDefault="00DB7CEA">
            <w:pPr>
              <w:jc w:val="center"/>
            </w:pPr>
            <w:r>
              <w:t>открытая</w:t>
            </w:r>
          </w:p>
        </w:tc>
        <w:tc>
          <w:tcPr>
            <w:tcW w:w="0" w:type="auto"/>
          </w:tcPr>
          <w:p w14:paraId="5F9381DB" w14:textId="77777777" w:rsidR="00C36C12" w:rsidRDefault="00DB7CEA">
            <w:pPr>
              <w:jc w:val="center"/>
            </w:pPr>
            <w:r>
              <w:t>95/70</w:t>
            </w:r>
          </w:p>
        </w:tc>
        <w:tc>
          <w:tcPr>
            <w:tcW w:w="0" w:type="auto"/>
          </w:tcPr>
          <w:p w14:paraId="38E985ED" w14:textId="77777777" w:rsidR="00C36C12" w:rsidRDefault="00DB7CEA">
            <w:pPr>
              <w:jc w:val="center"/>
            </w:pPr>
            <w:r>
              <w:t>перевод на природный газ 2035</w:t>
            </w:r>
          </w:p>
        </w:tc>
      </w:tr>
    </w:tbl>
    <w:p w14:paraId="79EA4C91" w14:textId="77777777" w:rsidR="00D2184C" w:rsidRDefault="00D2184C">
      <w:pPr>
        <w:sectPr w:rsidR="00D2184C" w:rsidSect="00034616">
          <w:footerReference w:type="default" r:id="rId9"/>
          <w:pgSz w:w="16838" w:h="11906" w:orient="landscape"/>
          <w:pgMar w:top="850" w:right="567" w:bottom="850" w:left="85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14:paraId="2C883EE7" w14:textId="77777777" w:rsidR="006E7A08" w:rsidRPr="001D7D92" w:rsidRDefault="00267E76">
      <w:pPr>
        <w:spacing w:before="1200"/>
        <w:jc w:val="center"/>
        <w:rPr>
          <w:lang w:val="ru-RU"/>
        </w:rPr>
      </w:pPr>
      <w:r w:rsidRPr="00844B84">
        <w:rPr>
          <w:lang w:val="ru-RU"/>
        </w:rPr>
        <w:t>Установленная и располагаемая мощность по округу составляют 466,67 Гкал/ч, присоединённая нагрузка — 147,7096 Гкал/ч. Состав действующих источников — десять котельных, сорок четыре действующих котлоагрегата.</w:t>
      </w:r>
    </w:p>
    <w:p w14:paraId="01E1F0E0" w14:textId="77777777" w:rsidR="00363A1F" w:rsidRPr="00844B84" w:rsidRDefault="00832053">
      <w:pPr>
        <w:pStyle w:val="21"/>
        <w:rPr>
          <w:lang w:val="ru-RU"/>
        </w:rPr>
      </w:pPr>
      <w:bookmarkStart w:id="21" w:name="_Toc238017220"/>
      <w:r w:rsidRPr="00844B84">
        <w:rPr>
          <w:lang w:val="ru-RU"/>
        </w:rPr>
        <w:t>2.7. Общая характеристика источников тепловой энергии</w:t>
      </w:r>
      <w:bookmarkEnd w:id="21"/>
    </w:p>
    <w:p w14:paraId="53E26364" w14:textId="77777777" w:rsidR="00363A1F" w:rsidRPr="00844B84" w:rsidRDefault="00832053">
      <w:pPr>
        <w:rPr>
          <w:lang w:val="ru-RU"/>
        </w:rPr>
      </w:pPr>
      <w:r w:rsidRPr="00844B84">
        <w:rPr>
          <w:lang w:val="ru-RU"/>
        </w:rPr>
        <w:t>Утверждается состав из десяти действующих источников тепловой энергии, эксплуатируемых единой теплоснабжающей организацией. Источники гидравлически независимы; межисточниковых связей в границах населённых пунктов не имеется.</w:t>
      </w:r>
    </w:p>
    <w:p w14:paraId="2F0BDF01" w14:textId="77777777" w:rsidR="00D2184C" w:rsidRPr="00844B84" w:rsidRDefault="00D2184C">
      <w:pPr>
        <w:rPr>
          <w:lang w:val="ru-RU"/>
        </w:rPr>
        <w:sectPr w:rsidR="00D2184C" w:rsidRPr="00844B84" w:rsidSect="00034616">
          <w:footerReference w:type="default" r:id="rId10"/>
          <w:pgSz w:w="11906" w:h="16838"/>
          <w:pgMar w:top="850" w:right="567" w:bottom="850" w:left="85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14:paraId="7576F483" w14:textId="77777777" w:rsidR="00363A1F" w:rsidRPr="00326225" w:rsidRDefault="00832053">
      <w:pPr>
        <w:rPr>
          <w:b/>
          <w:bCs/>
          <w:lang w:val="ru-RU"/>
        </w:rPr>
      </w:pPr>
      <w:r w:rsidRPr="00326225">
        <w:rPr>
          <w:b/>
          <w:bCs/>
          <w:lang w:val="ru-RU"/>
        </w:rPr>
        <w:t>Таблица 2.6 — Состав и мощность источников тепловой энергии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68"/>
        <w:gridCol w:w="2184"/>
        <w:gridCol w:w="1522"/>
        <w:gridCol w:w="2600"/>
        <w:gridCol w:w="2558"/>
        <w:gridCol w:w="2698"/>
        <w:gridCol w:w="3091"/>
      </w:tblGrid>
      <w:tr w:rsidR="00363A1F" w:rsidRPr="00275118" w14:paraId="391B7AF8" w14:textId="77777777">
        <w:trPr>
          <w:cantSplit/>
          <w:tblHeader/>
        </w:trPr>
        <w:tc>
          <w:tcPr>
            <w:tcW w:w="0" w:type="auto"/>
            <w:shd w:val="clear" w:color="auto" w:fill="E2F0D9"/>
          </w:tcPr>
          <w:p w14:paraId="6F8F4CE8" w14:textId="77777777" w:rsidR="00363A1F" w:rsidRDefault="00832053">
            <w:pPr>
              <w:jc w:val="center"/>
            </w:pPr>
            <w:r>
              <w:rPr>
                <w:b/>
              </w:rPr>
              <w:t>Зона</w:t>
            </w:r>
          </w:p>
        </w:tc>
        <w:tc>
          <w:tcPr>
            <w:tcW w:w="0" w:type="auto"/>
            <w:shd w:val="clear" w:color="auto" w:fill="E2F0D9"/>
          </w:tcPr>
          <w:p w14:paraId="67866248" w14:textId="77777777" w:rsidR="00363A1F" w:rsidRDefault="00832053">
            <w:pPr>
              <w:jc w:val="center"/>
            </w:pPr>
            <w:r>
              <w:rPr>
                <w:b/>
              </w:rPr>
              <w:t>Источник</w:t>
            </w:r>
          </w:p>
        </w:tc>
        <w:tc>
          <w:tcPr>
            <w:tcW w:w="0" w:type="auto"/>
            <w:shd w:val="clear" w:color="auto" w:fill="E2F0D9"/>
          </w:tcPr>
          <w:p w14:paraId="297543B1" w14:textId="77777777" w:rsidR="00363A1F" w:rsidRDefault="00832053">
            <w:pPr>
              <w:jc w:val="center"/>
            </w:pPr>
            <w:r>
              <w:rPr>
                <w:b/>
              </w:rPr>
              <w:t>Территория</w:t>
            </w:r>
          </w:p>
        </w:tc>
        <w:tc>
          <w:tcPr>
            <w:tcW w:w="0" w:type="auto"/>
            <w:shd w:val="clear" w:color="auto" w:fill="E2F0D9"/>
          </w:tcPr>
          <w:p w14:paraId="12B2A77C" w14:textId="77777777" w:rsidR="00363A1F" w:rsidRDefault="00832053">
            <w:pPr>
              <w:jc w:val="center"/>
            </w:pPr>
            <w:r>
              <w:rPr>
                <w:b/>
              </w:rPr>
              <w:t>Установленная мощность, Гкал/ч</w:t>
            </w:r>
          </w:p>
        </w:tc>
        <w:tc>
          <w:tcPr>
            <w:tcW w:w="0" w:type="auto"/>
            <w:shd w:val="clear" w:color="auto" w:fill="E2F0D9"/>
          </w:tcPr>
          <w:p w14:paraId="6ACFECC7" w14:textId="77777777" w:rsidR="00363A1F" w:rsidRDefault="00832053">
            <w:pPr>
              <w:jc w:val="center"/>
            </w:pPr>
            <w:r>
              <w:rPr>
                <w:b/>
              </w:rPr>
              <w:t>Располагаемая мощность, Гкал/ч</w:t>
            </w:r>
          </w:p>
        </w:tc>
        <w:tc>
          <w:tcPr>
            <w:tcW w:w="0" w:type="auto"/>
            <w:shd w:val="clear" w:color="auto" w:fill="E2F0D9"/>
          </w:tcPr>
          <w:p w14:paraId="45BB78FE" w14:textId="77777777" w:rsidR="00363A1F" w:rsidRDefault="00832053">
            <w:pPr>
              <w:jc w:val="center"/>
            </w:pPr>
            <w:r>
              <w:rPr>
                <w:b/>
              </w:rPr>
              <w:t>Присоединённая нагрузка, Гкал/ч</w:t>
            </w:r>
          </w:p>
        </w:tc>
        <w:tc>
          <w:tcPr>
            <w:tcW w:w="0" w:type="auto"/>
            <w:shd w:val="clear" w:color="auto" w:fill="E2F0D9"/>
          </w:tcPr>
          <w:p w14:paraId="441D74ED" w14:textId="77777777" w:rsidR="00363A1F" w:rsidRPr="00844B84" w:rsidRDefault="00832053">
            <w:pPr>
              <w:jc w:val="center"/>
              <w:rPr>
                <w:lang w:val="ru-RU"/>
              </w:rPr>
            </w:pPr>
            <w:r w:rsidRPr="00844B84">
              <w:rPr>
                <w:b/>
                <w:lang w:val="ru-RU"/>
              </w:rPr>
              <w:t>Резерв по присоединённой нагрузке, Гкал/ч</w:t>
            </w:r>
          </w:p>
        </w:tc>
      </w:tr>
      <w:tr w:rsidR="00363A1F" w14:paraId="70AA8129" w14:textId="77777777">
        <w:trPr>
          <w:cantSplit/>
        </w:trPr>
        <w:tc>
          <w:tcPr>
            <w:tcW w:w="0" w:type="auto"/>
            <w:shd w:val="clear" w:color="auto" w:fill="F2F2F2"/>
          </w:tcPr>
          <w:p w14:paraId="6E4951E2" w14:textId="77777777" w:rsidR="00363A1F" w:rsidRDefault="00832053">
            <w:r>
              <w:t>Z-01</w:t>
            </w:r>
          </w:p>
        </w:tc>
        <w:tc>
          <w:tcPr>
            <w:tcW w:w="0" w:type="auto"/>
            <w:shd w:val="clear" w:color="auto" w:fill="FFFFFF"/>
          </w:tcPr>
          <w:p w14:paraId="0DD74A7C" w14:textId="77777777" w:rsidR="00363A1F" w:rsidRDefault="00832053">
            <w:r>
              <w:t>УПК № 1 «Таштагол»</w:t>
            </w:r>
          </w:p>
        </w:tc>
        <w:tc>
          <w:tcPr>
            <w:tcW w:w="0" w:type="auto"/>
            <w:shd w:val="clear" w:color="auto" w:fill="FFFFFF"/>
          </w:tcPr>
          <w:p w14:paraId="1751226F" w14:textId="77777777" w:rsidR="00363A1F" w:rsidRDefault="00832053">
            <w:r>
              <w:t>г. Таштагол</w:t>
            </w:r>
          </w:p>
        </w:tc>
        <w:tc>
          <w:tcPr>
            <w:tcW w:w="0" w:type="auto"/>
            <w:shd w:val="clear" w:color="auto" w:fill="FFFFFF"/>
          </w:tcPr>
          <w:p w14:paraId="1EA2B652" w14:textId="77777777" w:rsidR="00363A1F" w:rsidRDefault="00832053">
            <w:r>
              <w:t>150,00</w:t>
            </w:r>
          </w:p>
        </w:tc>
        <w:tc>
          <w:tcPr>
            <w:tcW w:w="0" w:type="auto"/>
            <w:shd w:val="clear" w:color="auto" w:fill="FFFFFF"/>
          </w:tcPr>
          <w:p w14:paraId="633931E4" w14:textId="77777777" w:rsidR="00363A1F" w:rsidRDefault="00832053">
            <w:r>
              <w:t>150,00</w:t>
            </w:r>
          </w:p>
        </w:tc>
        <w:tc>
          <w:tcPr>
            <w:tcW w:w="0" w:type="auto"/>
            <w:shd w:val="clear" w:color="auto" w:fill="FFFFFF"/>
          </w:tcPr>
          <w:p w14:paraId="243BEA52" w14:textId="77777777" w:rsidR="00363A1F" w:rsidRDefault="00832053">
            <w:r>
              <w:t>70,2235</w:t>
            </w:r>
          </w:p>
        </w:tc>
        <w:tc>
          <w:tcPr>
            <w:tcW w:w="0" w:type="auto"/>
            <w:shd w:val="clear" w:color="auto" w:fill="FFFFFF"/>
          </w:tcPr>
          <w:p w14:paraId="2999143F" w14:textId="77777777" w:rsidR="00363A1F" w:rsidRDefault="00832053">
            <w:r>
              <w:t>79,7765</w:t>
            </w:r>
          </w:p>
        </w:tc>
      </w:tr>
      <w:tr w:rsidR="00363A1F" w14:paraId="17CE9E06" w14:textId="77777777">
        <w:trPr>
          <w:cantSplit/>
        </w:trPr>
        <w:tc>
          <w:tcPr>
            <w:tcW w:w="0" w:type="auto"/>
            <w:shd w:val="clear" w:color="auto" w:fill="F2F2F2"/>
          </w:tcPr>
          <w:p w14:paraId="5829FEA6" w14:textId="77777777" w:rsidR="00363A1F" w:rsidRDefault="00832053">
            <w:r>
              <w:t>Z-07</w:t>
            </w:r>
          </w:p>
        </w:tc>
        <w:tc>
          <w:tcPr>
            <w:tcW w:w="0" w:type="auto"/>
            <w:shd w:val="clear" w:color="auto" w:fill="FFFFFF"/>
          </w:tcPr>
          <w:p w14:paraId="5E1B10C7" w14:textId="77777777" w:rsidR="00363A1F" w:rsidRDefault="00832053">
            <w:r>
              <w:t>УПК № 2 «Шалым»</w:t>
            </w:r>
          </w:p>
        </w:tc>
        <w:tc>
          <w:tcPr>
            <w:tcW w:w="0" w:type="auto"/>
            <w:shd w:val="clear" w:color="auto" w:fill="FFFFFF"/>
          </w:tcPr>
          <w:p w14:paraId="4F5F8067" w14:textId="77777777" w:rsidR="00363A1F" w:rsidRDefault="00832053">
            <w:r>
              <w:t>г. Таштагол</w:t>
            </w:r>
          </w:p>
        </w:tc>
        <w:tc>
          <w:tcPr>
            <w:tcW w:w="0" w:type="auto"/>
            <w:shd w:val="clear" w:color="auto" w:fill="FFFFFF"/>
          </w:tcPr>
          <w:p w14:paraId="1DCDCEA7" w14:textId="77777777" w:rsidR="00363A1F" w:rsidRDefault="00832053">
            <w:r>
              <w:t>17,00</w:t>
            </w:r>
          </w:p>
        </w:tc>
        <w:tc>
          <w:tcPr>
            <w:tcW w:w="0" w:type="auto"/>
            <w:shd w:val="clear" w:color="auto" w:fill="FFFFFF"/>
          </w:tcPr>
          <w:p w14:paraId="7B7DB155" w14:textId="77777777" w:rsidR="00363A1F" w:rsidRDefault="00832053">
            <w:r>
              <w:t>17,00</w:t>
            </w:r>
          </w:p>
        </w:tc>
        <w:tc>
          <w:tcPr>
            <w:tcW w:w="0" w:type="auto"/>
            <w:shd w:val="clear" w:color="auto" w:fill="FFFFFF"/>
          </w:tcPr>
          <w:p w14:paraId="200913D3" w14:textId="77777777" w:rsidR="00363A1F" w:rsidRDefault="00832053">
            <w:r>
              <w:t>3,6279</w:t>
            </w:r>
          </w:p>
        </w:tc>
        <w:tc>
          <w:tcPr>
            <w:tcW w:w="0" w:type="auto"/>
            <w:shd w:val="clear" w:color="auto" w:fill="FFFFFF"/>
          </w:tcPr>
          <w:p w14:paraId="174A4891" w14:textId="77777777" w:rsidR="00363A1F" w:rsidRDefault="00832053">
            <w:r>
              <w:t>13,3721</w:t>
            </w:r>
          </w:p>
        </w:tc>
      </w:tr>
      <w:tr w:rsidR="00363A1F" w14:paraId="311DE19D" w14:textId="77777777">
        <w:trPr>
          <w:cantSplit/>
        </w:trPr>
        <w:tc>
          <w:tcPr>
            <w:tcW w:w="0" w:type="auto"/>
            <w:shd w:val="clear" w:color="auto" w:fill="F2F2F2"/>
          </w:tcPr>
          <w:p w14:paraId="6C90FA42" w14:textId="77777777" w:rsidR="00363A1F" w:rsidRDefault="00832053">
            <w:r>
              <w:t>Z-08</w:t>
            </w:r>
          </w:p>
        </w:tc>
        <w:tc>
          <w:tcPr>
            <w:tcW w:w="0" w:type="auto"/>
            <w:shd w:val="clear" w:color="auto" w:fill="FFFFFF"/>
          </w:tcPr>
          <w:p w14:paraId="10DDAB05" w14:textId="77777777" w:rsidR="00363A1F" w:rsidRDefault="00832053">
            <w:r>
              <w:t>УПК № 2 «ЦМК»</w:t>
            </w:r>
          </w:p>
        </w:tc>
        <w:tc>
          <w:tcPr>
            <w:tcW w:w="0" w:type="auto"/>
            <w:shd w:val="clear" w:color="auto" w:fill="FFFFFF"/>
          </w:tcPr>
          <w:p w14:paraId="22F687CE" w14:textId="77777777" w:rsidR="00363A1F" w:rsidRDefault="00832053">
            <w:r>
              <w:t>г. Таштагол</w:t>
            </w:r>
          </w:p>
        </w:tc>
        <w:tc>
          <w:tcPr>
            <w:tcW w:w="0" w:type="auto"/>
            <w:shd w:val="clear" w:color="auto" w:fill="FFFFFF"/>
          </w:tcPr>
          <w:p w14:paraId="66C4AB06" w14:textId="77777777" w:rsidR="00363A1F" w:rsidRDefault="00832053">
            <w:r>
              <w:t>10,20</w:t>
            </w:r>
          </w:p>
        </w:tc>
        <w:tc>
          <w:tcPr>
            <w:tcW w:w="0" w:type="auto"/>
            <w:shd w:val="clear" w:color="auto" w:fill="FFFFFF"/>
          </w:tcPr>
          <w:p w14:paraId="21E1E012" w14:textId="77777777" w:rsidR="00363A1F" w:rsidRDefault="00832053">
            <w:r>
              <w:t>10,20</w:t>
            </w:r>
          </w:p>
        </w:tc>
        <w:tc>
          <w:tcPr>
            <w:tcW w:w="0" w:type="auto"/>
            <w:shd w:val="clear" w:color="auto" w:fill="FFFFFF"/>
          </w:tcPr>
          <w:p w14:paraId="715DD2AD" w14:textId="77777777" w:rsidR="00363A1F" w:rsidRDefault="00832053">
            <w:r>
              <w:t>2,2233</w:t>
            </w:r>
          </w:p>
        </w:tc>
        <w:tc>
          <w:tcPr>
            <w:tcW w:w="0" w:type="auto"/>
            <w:shd w:val="clear" w:color="auto" w:fill="FFFFFF"/>
          </w:tcPr>
          <w:p w14:paraId="37682345" w14:textId="77777777" w:rsidR="00363A1F" w:rsidRDefault="00832053">
            <w:r>
              <w:t>7,9767</w:t>
            </w:r>
          </w:p>
        </w:tc>
      </w:tr>
      <w:tr w:rsidR="00363A1F" w14:paraId="46B1F650" w14:textId="77777777">
        <w:trPr>
          <w:cantSplit/>
        </w:trPr>
        <w:tc>
          <w:tcPr>
            <w:tcW w:w="0" w:type="auto"/>
            <w:shd w:val="clear" w:color="auto" w:fill="F2F2F2"/>
          </w:tcPr>
          <w:p w14:paraId="62650BD1" w14:textId="77777777" w:rsidR="00363A1F" w:rsidRDefault="00832053">
            <w:r>
              <w:t>Z-10</w:t>
            </w:r>
          </w:p>
        </w:tc>
        <w:tc>
          <w:tcPr>
            <w:tcW w:w="0" w:type="auto"/>
            <w:shd w:val="clear" w:color="auto" w:fill="FFFFFF"/>
          </w:tcPr>
          <w:p w14:paraId="59832B37" w14:textId="77777777" w:rsidR="00363A1F" w:rsidRDefault="00832053">
            <w:r>
              <w:t>УПК № 9 «ГРЭ»</w:t>
            </w:r>
          </w:p>
        </w:tc>
        <w:tc>
          <w:tcPr>
            <w:tcW w:w="0" w:type="auto"/>
            <w:shd w:val="clear" w:color="auto" w:fill="FFFFFF"/>
          </w:tcPr>
          <w:p w14:paraId="181DB21A" w14:textId="77777777" w:rsidR="00363A1F" w:rsidRDefault="00832053">
            <w:r>
              <w:t>г. Таштагол</w:t>
            </w:r>
          </w:p>
        </w:tc>
        <w:tc>
          <w:tcPr>
            <w:tcW w:w="0" w:type="auto"/>
            <w:shd w:val="clear" w:color="auto" w:fill="FFFFFF"/>
          </w:tcPr>
          <w:p w14:paraId="4646501C" w14:textId="77777777" w:rsidR="00363A1F" w:rsidRDefault="00832053">
            <w:r>
              <w:t>4,50</w:t>
            </w:r>
          </w:p>
        </w:tc>
        <w:tc>
          <w:tcPr>
            <w:tcW w:w="0" w:type="auto"/>
            <w:shd w:val="clear" w:color="auto" w:fill="FFFFFF"/>
          </w:tcPr>
          <w:p w14:paraId="127C12A6" w14:textId="77777777" w:rsidR="00363A1F" w:rsidRDefault="00832053">
            <w:r>
              <w:t>4,50</w:t>
            </w:r>
          </w:p>
        </w:tc>
        <w:tc>
          <w:tcPr>
            <w:tcW w:w="0" w:type="auto"/>
            <w:shd w:val="clear" w:color="auto" w:fill="FFFFFF"/>
          </w:tcPr>
          <w:p w14:paraId="3CE420EE" w14:textId="77777777" w:rsidR="00363A1F" w:rsidRDefault="00832053">
            <w:r>
              <w:t>0,5624</w:t>
            </w:r>
          </w:p>
        </w:tc>
        <w:tc>
          <w:tcPr>
            <w:tcW w:w="0" w:type="auto"/>
            <w:shd w:val="clear" w:color="auto" w:fill="FFFFFF"/>
          </w:tcPr>
          <w:p w14:paraId="16D00DE6" w14:textId="77777777" w:rsidR="00363A1F" w:rsidRDefault="00832053">
            <w:r>
              <w:t>3,9376</w:t>
            </w:r>
          </w:p>
        </w:tc>
      </w:tr>
      <w:tr w:rsidR="00363A1F" w14:paraId="75628014" w14:textId="77777777">
        <w:trPr>
          <w:cantSplit/>
        </w:trPr>
        <w:tc>
          <w:tcPr>
            <w:tcW w:w="0" w:type="auto"/>
            <w:shd w:val="clear" w:color="auto" w:fill="F2F2F2"/>
          </w:tcPr>
          <w:p w14:paraId="34433906" w14:textId="77777777" w:rsidR="00363A1F" w:rsidRDefault="00832053">
            <w:r>
              <w:t>Z-02</w:t>
            </w:r>
          </w:p>
        </w:tc>
        <w:tc>
          <w:tcPr>
            <w:tcW w:w="0" w:type="auto"/>
            <w:shd w:val="clear" w:color="auto" w:fill="FFFFFF"/>
          </w:tcPr>
          <w:p w14:paraId="11EF6C7B" w14:textId="77777777" w:rsidR="00363A1F" w:rsidRDefault="00832053">
            <w:r>
              <w:t>УПК № 5 «Новый Шерегеш»</w:t>
            </w:r>
          </w:p>
        </w:tc>
        <w:tc>
          <w:tcPr>
            <w:tcW w:w="0" w:type="auto"/>
            <w:shd w:val="clear" w:color="auto" w:fill="FFFFFF"/>
          </w:tcPr>
          <w:p w14:paraId="2921613C" w14:textId="77777777" w:rsidR="00363A1F" w:rsidRDefault="00832053">
            <w:r>
              <w:t>пгт Шерегеш</w:t>
            </w:r>
          </w:p>
        </w:tc>
        <w:tc>
          <w:tcPr>
            <w:tcW w:w="0" w:type="auto"/>
            <w:shd w:val="clear" w:color="auto" w:fill="FFFFFF"/>
          </w:tcPr>
          <w:p w14:paraId="009BF745" w14:textId="77777777" w:rsidR="00363A1F" w:rsidRDefault="00832053">
            <w:r>
              <w:t>114,00</w:t>
            </w:r>
          </w:p>
        </w:tc>
        <w:tc>
          <w:tcPr>
            <w:tcW w:w="0" w:type="auto"/>
            <w:shd w:val="clear" w:color="auto" w:fill="FFFFFF"/>
          </w:tcPr>
          <w:p w14:paraId="7A69B594" w14:textId="77777777" w:rsidR="00363A1F" w:rsidRDefault="00832053">
            <w:r>
              <w:t>114,00</w:t>
            </w:r>
          </w:p>
        </w:tc>
        <w:tc>
          <w:tcPr>
            <w:tcW w:w="0" w:type="auto"/>
            <w:shd w:val="clear" w:color="auto" w:fill="FFFFFF"/>
          </w:tcPr>
          <w:p w14:paraId="4467F2B7" w14:textId="77777777" w:rsidR="00363A1F" w:rsidRDefault="00832053">
            <w:r>
              <w:t>42,6992</w:t>
            </w:r>
          </w:p>
        </w:tc>
        <w:tc>
          <w:tcPr>
            <w:tcW w:w="0" w:type="auto"/>
            <w:shd w:val="clear" w:color="auto" w:fill="FFFFFF"/>
          </w:tcPr>
          <w:p w14:paraId="62D736E9" w14:textId="77777777" w:rsidR="00363A1F" w:rsidRDefault="00832053">
            <w:r>
              <w:t>71,3008</w:t>
            </w:r>
          </w:p>
        </w:tc>
      </w:tr>
      <w:tr w:rsidR="00363A1F" w14:paraId="178D86A7" w14:textId="77777777">
        <w:trPr>
          <w:cantSplit/>
        </w:trPr>
        <w:tc>
          <w:tcPr>
            <w:tcW w:w="0" w:type="auto"/>
            <w:shd w:val="clear" w:color="auto" w:fill="F2F2F2"/>
          </w:tcPr>
          <w:p w14:paraId="5ED86DA2" w14:textId="77777777" w:rsidR="00363A1F" w:rsidRDefault="00832053">
            <w:r>
              <w:t>Z-06</w:t>
            </w:r>
          </w:p>
        </w:tc>
        <w:tc>
          <w:tcPr>
            <w:tcW w:w="0" w:type="auto"/>
            <w:shd w:val="clear" w:color="auto" w:fill="FFFFFF"/>
          </w:tcPr>
          <w:p w14:paraId="2FF2CF1F" w14:textId="77777777" w:rsidR="00363A1F" w:rsidRDefault="00832053">
            <w:r>
              <w:t>УПК № 6 «Старый Шерегеш»</w:t>
            </w:r>
          </w:p>
        </w:tc>
        <w:tc>
          <w:tcPr>
            <w:tcW w:w="0" w:type="auto"/>
            <w:shd w:val="clear" w:color="auto" w:fill="FFFFFF"/>
          </w:tcPr>
          <w:p w14:paraId="1100A7FD" w14:textId="77777777" w:rsidR="00363A1F" w:rsidRDefault="00832053">
            <w:r>
              <w:t>пгт Шерегеш</w:t>
            </w:r>
          </w:p>
        </w:tc>
        <w:tc>
          <w:tcPr>
            <w:tcW w:w="0" w:type="auto"/>
            <w:shd w:val="clear" w:color="auto" w:fill="FFFFFF"/>
          </w:tcPr>
          <w:p w14:paraId="61395293" w14:textId="77777777" w:rsidR="00363A1F" w:rsidRDefault="00832053">
            <w:r>
              <w:t>24,00</w:t>
            </w:r>
          </w:p>
        </w:tc>
        <w:tc>
          <w:tcPr>
            <w:tcW w:w="0" w:type="auto"/>
            <w:shd w:val="clear" w:color="auto" w:fill="FFFFFF"/>
          </w:tcPr>
          <w:p w14:paraId="6F21BE0C" w14:textId="77777777" w:rsidR="00363A1F" w:rsidRDefault="00832053">
            <w:r>
              <w:t>24,00</w:t>
            </w:r>
          </w:p>
        </w:tc>
        <w:tc>
          <w:tcPr>
            <w:tcW w:w="0" w:type="auto"/>
            <w:shd w:val="clear" w:color="auto" w:fill="FFFFFF"/>
          </w:tcPr>
          <w:p w14:paraId="7C84BABB" w14:textId="77777777" w:rsidR="00363A1F" w:rsidRDefault="00832053">
            <w:r>
              <w:t>2,7972</w:t>
            </w:r>
          </w:p>
        </w:tc>
        <w:tc>
          <w:tcPr>
            <w:tcW w:w="0" w:type="auto"/>
            <w:shd w:val="clear" w:color="auto" w:fill="FFFFFF"/>
          </w:tcPr>
          <w:p w14:paraId="0AFC9930" w14:textId="77777777" w:rsidR="00363A1F" w:rsidRDefault="00832053">
            <w:r>
              <w:t>21,2028</w:t>
            </w:r>
          </w:p>
        </w:tc>
      </w:tr>
      <w:tr w:rsidR="00363A1F" w14:paraId="0638CA80" w14:textId="77777777">
        <w:trPr>
          <w:cantSplit/>
        </w:trPr>
        <w:tc>
          <w:tcPr>
            <w:tcW w:w="0" w:type="auto"/>
            <w:shd w:val="clear" w:color="auto" w:fill="F2F2F2"/>
          </w:tcPr>
          <w:p w14:paraId="2B7381B2" w14:textId="77777777" w:rsidR="00363A1F" w:rsidRDefault="00832053">
            <w:r>
              <w:t>Z-03</w:t>
            </w:r>
          </w:p>
        </w:tc>
        <w:tc>
          <w:tcPr>
            <w:tcW w:w="0" w:type="auto"/>
            <w:shd w:val="clear" w:color="auto" w:fill="FFFFFF"/>
          </w:tcPr>
          <w:p w14:paraId="09435904" w14:textId="77777777" w:rsidR="00363A1F" w:rsidRDefault="00832053">
            <w:r>
              <w:t>УПК № 7 «Каз»</w:t>
            </w:r>
          </w:p>
        </w:tc>
        <w:tc>
          <w:tcPr>
            <w:tcW w:w="0" w:type="auto"/>
            <w:shd w:val="clear" w:color="auto" w:fill="FFFFFF"/>
          </w:tcPr>
          <w:p w14:paraId="77BAAFA3" w14:textId="77777777" w:rsidR="00363A1F" w:rsidRDefault="00832053">
            <w:r>
              <w:t>пгт Каз</w:t>
            </w:r>
          </w:p>
        </w:tc>
        <w:tc>
          <w:tcPr>
            <w:tcW w:w="0" w:type="auto"/>
            <w:shd w:val="clear" w:color="auto" w:fill="FFFFFF"/>
          </w:tcPr>
          <w:p w14:paraId="4FF10177" w14:textId="77777777" w:rsidR="00363A1F" w:rsidRDefault="00832053">
            <w:r>
              <w:t>72,00</w:t>
            </w:r>
          </w:p>
        </w:tc>
        <w:tc>
          <w:tcPr>
            <w:tcW w:w="0" w:type="auto"/>
            <w:shd w:val="clear" w:color="auto" w:fill="FFFFFF"/>
          </w:tcPr>
          <w:p w14:paraId="6BD218CE" w14:textId="77777777" w:rsidR="00363A1F" w:rsidRDefault="00832053">
            <w:r>
              <w:t>72,00</w:t>
            </w:r>
          </w:p>
        </w:tc>
        <w:tc>
          <w:tcPr>
            <w:tcW w:w="0" w:type="auto"/>
            <w:shd w:val="clear" w:color="auto" w:fill="FFFFFF"/>
          </w:tcPr>
          <w:p w14:paraId="760E8A39" w14:textId="77777777" w:rsidR="00363A1F" w:rsidRDefault="00832053">
            <w:r>
              <w:t>9,2933</w:t>
            </w:r>
          </w:p>
        </w:tc>
        <w:tc>
          <w:tcPr>
            <w:tcW w:w="0" w:type="auto"/>
            <w:shd w:val="clear" w:color="auto" w:fill="FFFFFF"/>
          </w:tcPr>
          <w:p w14:paraId="26D9A26C" w14:textId="77777777" w:rsidR="00363A1F" w:rsidRDefault="00832053">
            <w:r>
              <w:t>62,7067</w:t>
            </w:r>
          </w:p>
        </w:tc>
      </w:tr>
      <w:tr w:rsidR="00363A1F" w14:paraId="5EFE2DAF" w14:textId="77777777">
        <w:trPr>
          <w:cantSplit/>
        </w:trPr>
        <w:tc>
          <w:tcPr>
            <w:tcW w:w="0" w:type="auto"/>
            <w:shd w:val="clear" w:color="auto" w:fill="F2F2F2"/>
          </w:tcPr>
          <w:p w14:paraId="4BBD4BFE" w14:textId="77777777" w:rsidR="00363A1F" w:rsidRDefault="00832053">
            <w:r>
              <w:t>Z-04</w:t>
            </w:r>
          </w:p>
        </w:tc>
        <w:tc>
          <w:tcPr>
            <w:tcW w:w="0" w:type="auto"/>
            <w:shd w:val="clear" w:color="auto" w:fill="FFFFFF"/>
          </w:tcPr>
          <w:p w14:paraId="381931A8" w14:textId="77777777" w:rsidR="00363A1F" w:rsidRDefault="00832053">
            <w:r>
              <w:t>УПК № 8 «Мундыбаш»</w:t>
            </w:r>
          </w:p>
        </w:tc>
        <w:tc>
          <w:tcPr>
            <w:tcW w:w="0" w:type="auto"/>
            <w:shd w:val="clear" w:color="auto" w:fill="FFFFFF"/>
          </w:tcPr>
          <w:p w14:paraId="3992C077" w14:textId="77777777" w:rsidR="00363A1F" w:rsidRDefault="00832053">
            <w:r>
              <w:t>пгт Мундыбаш</w:t>
            </w:r>
          </w:p>
        </w:tc>
        <w:tc>
          <w:tcPr>
            <w:tcW w:w="0" w:type="auto"/>
            <w:shd w:val="clear" w:color="auto" w:fill="FFFFFF"/>
          </w:tcPr>
          <w:p w14:paraId="4DEE652E" w14:textId="77777777" w:rsidR="00363A1F" w:rsidRDefault="00832053">
            <w:r>
              <w:t>36,00</w:t>
            </w:r>
          </w:p>
        </w:tc>
        <w:tc>
          <w:tcPr>
            <w:tcW w:w="0" w:type="auto"/>
            <w:shd w:val="clear" w:color="auto" w:fill="FFFFFF"/>
          </w:tcPr>
          <w:p w14:paraId="4DAC6848" w14:textId="77777777" w:rsidR="00363A1F" w:rsidRDefault="00832053">
            <w:r>
              <w:t>36,00</w:t>
            </w:r>
          </w:p>
        </w:tc>
        <w:tc>
          <w:tcPr>
            <w:tcW w:w="0" w:type="auto"/>
            <w:shd w:val="clear" w:color="auto" w:fill="FFFFFF"/>
          </w:tcPr>
          <w:p w14:paraId="6A297270" w14:textId="77777777" w:rsidR="00363A1F" w:rsidRDefault="00832053">
            <w:r>
              <w:t>8,5759</w:t>
            </w:r>
          </w:p>
        </w:tc>
        <w:tc>
          <w:tcPr>
            <w:tcW w:w="0" w:type="auto"/>
            <w:shd w:val="clear" w:color="auto" w:fill="FFFFFF"/>
          </w:tcPr>
          <w:p w14:paraId="53181C30" w14:textId="77777777" w:rsidR="00363A1F" w:rsidRDefault="00832053">
            <w:r>
              <w:t>27,4241</w:t>
            </w:r>
          </w:p>
        </w:tc>
      </w:tr>
      <w:tr w:rsidR="00363A1F" w14:paraId="4CCB89F4" w14:textId="77777777">
        <w:trPr>
          <w:cantSplit/>
        </w:trPr>
        <w:tc>
          <w:tcPr>
            <w:tcW w:w="0" w:type="auto"/>
            <w:shd w:val="clear" w:color="auto" w:fill="F2F2F2"/>
          </w:tcPr>
          <w:p w14:paraId="582B8104" w14:textId="77777777" w:rsidR="00363A1F" w:rsidRDefault="00832053">
            <w:r>
              <w:t>Z-05</w:t>
            </w:r>
          </w:p>
        </w:tc>
        <w:tc>
          <w:tcPr>
            <w:tcW w:w="0" w:type="auto"/>
            <w:shd w:val="clear" w:color="auto" w:fill="FFFFFF"/>
          </w:tcPr>
          <w:p w14:paraId="18016C9E" w14:textId="77777777" w:rsidR="00363A1F" w:rsidRDefault="00832053">
            <w:r>
              <w:t>УПК № 10 «Темир-Тау»</w:t>
            </w:r>
          </w:p>
        </w:tc>
        <w:tc>
          <w:tcPr>
            <w:tcW w:w="0" w:type="auto"/>
            <w:shd w:val="clear" w:color="auto" w:fill="FFFFFF"/>
          </w:tcPr>
          <w:p w14:paraId="09B0AE09" w14:textId="77777777" w:rsidR="00363A1F" w:rsidRDefault="00832053">
            <w:r>
              <w:t>пгт Темиртау</w:t>
            </w:r>
          </w:p>
        </w:tc>
        <w:tc>
          <w:tcPr>
            <w:tcW w:w="0" w:type="auto"/>
            <w:shd w:val="clear" w:color="auto" w:fill="FFFFFF"/>
          </w:tcPr>
          <w:p w14:paraId="5A11516E" w14:textId="77777777" w:rsidR="00363A1F" w:rsidRDefault="00832053">
            <w:r>
              <w:t>33,60</w:t>
            </w:r>
          </w:p>
        </w:tc>
        <w:tc>
          <w:tcPr>
            <w:tcW w:w="0" w:type="auto"/>
            <w:shd w:val="clear" w:color="auto" w:fill="FFFFFF"/>
          </w:tcPr>
          <w:p w14:paraId="656DD1B5" w14:textId="77777777" w:rsidR="00363A1F" w:rsidRDefault="00832053">
            <w:r>
              <w:t>33,60</w:t>
            </w:r>
          </w:p>
        </w:tc>
        <w:tc>
          <w:tcPr>
            <w:tcW w:w="0" w:type="auto"/>
            <w:shd w:val="clear" w:color="auto" w:fill="FFFFFF"/>
          </w:tcPr>
          <w:p w14:paraId="41130A69" w14:textId="77777777" w:rsidR="00363A1F" w:rsidRDefault="00832053">
            <w:r>
              <w:t>6,5755</w:t>
            </w:r>
          </w:p>
        </w:tc>
        <w:tc>
          <w:tcPr>
            <w:tcW w:w="0" w:type="auto"/>
            <w:shd w:val="clear" w:color="auto" w:fill="FFFFFF"/>
          </w:tcPr>
          <w:p w14:paraId="12832913" w14:textId="77777777" w:rsidR="00363A1F" w:rsidRDefault="00832053">
            <w:r>
              <w:t>27,0245</w:t>
            </w:r>
          </w:p>
        </w:tc>
      </w:tr>
      <w:tr w:rsidR="00363A1F" w14:paraId="45B2A852" w14:textId="77777777">
        <w:trPr>
          <w:cantSplit/>
        </w:trPr>
        <w:tc>
          <w:tcPr>
            <w:tcW w:w="0" w:type="auto"/>
            <w:shd w:val="clear" w:color="auto" w:fill="F2F2F2"/>
          </w:tcPr>
          <w:p w14:paraId="37783D7E" w14:textId="77777777" w:rsidR="00363A1F" w:rsidRDefault="00832053">
            <w:r>
              <w:t>Z-09</w:t>
            </w:r>
          </w:p>
        </w:tc>
        <w:tc>
          <w:tcPr>
            <w:tcW w:w="0" w:type="auto"/>
            <w:shd w:val="clear" w:color="auto" w:fill="FFFFFF"/>
          </w:tcPr>
          <w:p w14:paraId="1ADBDB2D" w14:textId="77777777" w:rsidR="00363A1F" w:rsidRDefault="00832053">
            <w:r>
              <w:t>УПК № 3 «Спасск»</w:t>
            </w:r>
          </w:p>
        </w:tc>
        <w:tc>
          <w:tcPr>
            <w:tcW w:w="0" w:type="auto"/>
            <w:shd w:val="clear" w:color="auto" w:fill="FFFFFF"/>
          </w:tcPr>
          <w:p w14:paraId="7F73FD00" w14:textId="77777777" w:rsidR="00363A1F" w:rsidRDefault="00832053">
            <w:r>
              <w:t>пгт Спасск</w:t>
            </w:r>
          </w:p>
        </w:tc>
        <w:tc>
          <w:tcPr>
            <w:tcW w:w="0" w:type="auto"/>
            <w:shd w:val="clear" w:color="auto" w:fill="FFFFFF"/>
          </w:tcPr>
          <w:p w14:paraId="1FBDD6EC" w14:textId="77777777" w:rsidR="00363A1F" w:rsidRDefault="00832053">
            <w:r>
              <w:t>5,37</w:t>
            </w:r>
          </w:p>
        </w:tc>
        <w:tc>
          <w:tcPr>
            <w:tcW w:w="0" w:type="auto"/>
            <w:shd w:val="clear" w:color="auto" w:fill="FFFFFF"/>
          </w:tcPr>
          <w:p w14:paraId="50EAE131" w14:textId="77777777" w:rsidR="00363A1F" w:rsidRDefault="00832053">
            <w:r>
              <w:t>5,37</w:t>
            </w:r>
          </w:p>
        </w:tc>
        <w:tc>
          <w:tcPr>
            <w:tcW w:w="0" w:type="auto"/>
            <w:shd w:val="clear" w:color="auto" w:fill="FFFFFF"/>
          </w:tcPr>
          <w:p w14:paraId="5DCDFD40" w14:textId="77777777" w:rsidR="00363A1F" w:rsidRDefault="00832053">
            <w:r>
              <w:t>1,1314</w:t>
            </w:r>
          </w:p>
        </w:tc>
        <w:tc>
          <w:tcPr>
            <w:tcW w:w="0" w:type="auto"/>
            <w:shd w:val="clear" w:color="auto" w:fill="FFFFFF"/>
          </w:tcPr>
          <w:p w14:paraId="42796208" w14:textId="77777777" w:rsidR="00363A1F" w:rsidRDefault="00832053">
            <w:r>
              <w:t>4,2386</w:t>
            </w:r>
          </w:p>
        </w:tc>
      </w:tr>
      <w:tr w:rsidR="00363A1F" w14:paraId="3081CA85" w14:textId="77777777">
        <w:trPr>
          <w:cantSplit/>
        </w:trPr>
        <w:tc>
          <w:tcPr>
            <w:tcW w:w="0" w:type="auto"/>
            <w:shd w:val="clear" w:color="auto" w:fill="DBE5F1"/>
          </w:tcPr>
          <w:p w14:paraId="71F01C57" w14:textId="77777777" w:rsidR="00363A1F" w:rsidRDefault="00832053">
            <w:r>
              <w:rPr>
                <w:b/>
              </w:rPr>
              <w:t>Итого</w:t>
            </w:r>
          </w:p>
        </w:tc>
        <w:tc>
          <w:tcPr>
            <w:tcW w:w="0" w:type="auto"/>
            <w:shd w:val="clear" w:color="auto" w:fill="DBE5F1"/>
          </w:tcPr>
          <w:p w14:paraId="237C2B8B" w14:textId="77777777" w:rsidR="00363A1F" w:rsidRDefault="00832053">
            <w:r>
              <w:rPr>
                <w:b/>
              </w:rPr>
              <w:t>—</w:t>
            </w:r>
          </w:p>
        </w:tc>
        <w:tc>
          <w:tcPr>
            <w:tcW w:w="0" w:type="auto"/>
            <w:shd w:val="clear" w:color="auto" w:fill="DBE5F1"/>
          </w:tcPr>
          <w:p w14:paraId="6D9F49BC" w14:textId="77777777" w:rsidR="00363A1F" w:rsidRDefault="00832053">
            <w:r>
              <w:rPr>
                <w:b/>
              </w:rPr>
              <w:t>—</w:t>
            </w:r>
          </w:p>
        </w:tc>
        <w:tc>
          <w:tcPr>
            <w:tcW w:w="0" w:type="auto"/>
            <w:shd w:val="clear" w:color="auto" w:fill="DBE5F1"/>
          </w:tcPr>
          <w:p w14:paraId="12DCB420" w14:textId="77777777" w:rsidR="00363A1F" w:rsidRDefault="00832053">
            <w:r>
              <w:rPr>
                <w:b/>
              </w:rPr>
              <w:t>466,67</w:t>
            </w:r>
          </w:p>
        </w:tc>
        <w:tc>
          <w:tcPr>
            <w:tcW w:w="0" w:type="auto"/>
            <w:shd w:val="clear" w:color="auto" w:fill="DBE5F1"/>
          </w:tcPr>
          <w:p w14:paraId="37F6E8CC" w14:textId="77777777" w:rsidR="00363A1F" w:rsidRDefault="00832053">
            <w:r>
              <w:rPr>
                <w:b/>
              </w:rPr>
              <w:t>466,67</w:t>
            </w:r>
          </w:p>
        </w:tc>
        <w:tc>
          <w:tcPr>
            <w:tcW w:w="0" w:type="auto"/>
            <w:shd w:val="clear" w:color="auto" w:fill="DBE5F1"/>
          </w:tcPr>
          <w:p w14:paraId="164DA44B" w14:textId="77777777" w:rsidR="00363A1F" w:rsidRDefault="00832053">
            <w:r>
              <w:rPr>
                <w:b/>
              </w:rPr>
              <w:t>147,7096</w:t>
            </w:r>
          </w:p>
        </w:tc>
        <w:tc>
          <w:tcPr>
            <w:tcW w:w="0" w:type="auto"/>
            <w:shd w:val="clear" w:color="auto" w:fill="DBE5F1"/>
          </w:tcPr>
          <w:p w14:paraId="3BA47DFB" w14:textId="77777777" w:rsidR="00363A1F" w:rsidRDefault="00832053">
            <w:r>
              <w:rPr>
                <w:b/>
              </w:rPr>
              <w:t>318,9604</w:t>
            </w:r>
          </w:p>
        </w:tc>
      </w:tr>
    </w:tbl>
    <w:p w14:paraId="7E431CF7" w14:textId="77777777" w:rsidR="00D2184C" w:rsidRDefault="00D2184C">
      <w:pPr>
        <w:sectPr w:rsidR="00D2184C" w:rsidSect="00034616">
          <w:footerReference w:type="default" r:id="rId11"/>
          <w:pgSz w:w="16838" w:h="11906" w:orient="landscape"/>
          <w:pgMar w:top="850" w:right="567" w:bottom="850" w:left="85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14:paraId="6FBB28F6" w14:textId="77777777" w:rsidR="00363A1F" w:rsidRPr="00844B84" w:rsidRDefault="00832053">
      <w:pPr>
        <w:rPr>
          <w:lang w:val="ru-RU"/>
        </w:rPr>
      </w:pPr>
      <w:r w:rsidRPr="00844B84">
        <w:rPr>
          <w:lang w:val="ru-RU"/>
        </w:rPr>
        <w:t>Установленная и располагаемая мощность по округу совпадают и составляют 466,67 Гкал/ч: подтверждённых техническими документами ограничений мощности не выявлено. Присоединённая договорная нагрузка составляет 147,7096 Гкал/ч, резерв по присоединённой нагрузке — 318,9604 Гкал/ч.</w:t>
      </w:r>
    </w:p>
    <w:p w14:paraId="7A1F61AC" w14:textId="77777777" w:rsidR="00363A1F" w:rsidRPr="00844B84" w:rsidRDefault="00832053">
      <w:pPr>
        <w:pStyle w:val="21"/>
        <w:rPr>
          <w:lang w:val="ru-RU"/>
        </w:rPr>
      </w:pPr>
      <w:bookmarkStart w:id="22" w:name="_Toc238017221"/>
      <w:r w:rsidRPr="00844B84">
        <w:rPr>
          <w:lang w:val="ru-RU"/>
        </w:rPr>
        <w:t>2.8. Котельное оборудование</w:t>
      </w:r>
      <w:bookmarkEnd w:id="22"/>
    </w:p>
    <w:p w14:paraId="20F2EA83" w14:textId="77777777" w:rsidR="00363A1F" w:rsidRPr="00326225" w:rsidRDefault="00832053">
      <w:pPr>
        <w:rPr>
          <w:b/>
          <w:bCs/>
          <w:lang w:val="ru-RU"/>
        </w:rPr>
      </w:pPr>
      <w:r w:rsidRPr="00326225">
        <w:rPr>
          <w:b/>
          <w:bCs/>
          <w:lang w:val="ru-RU"/>
        </w:rPr>
        <w:t>Таблица 2.7 — Состав котельного оборудования источников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987"/>
        <w:gridCol w:w="2418"/>
        <w:gridCol w:w="1588"/>
        <w:gridCol w:w="2363"/>
        <w:gridCol w:w="2133"/>
      </w:tblGrid>
      <w:tr w:rsidR="00363A1F" w:rsidRPr="00275118" w14:paraId="3E277384" w14:textId="77777777">
        <w:trPr>
          <w:cantSplit/>
          <w:tblHeader/>
        </w:trPr>
        <w:tc>
          <w:tcPr>
            <w:tcW w:w="0" w:type="auto"/>
            <w:shd w:val="clear" w:color="auto" w:fill="E2F0D9"/>
          </w:tcPr>
          <w:p w14:paraId="221B7424" w14:textId="77777777" w:rsidR="00363A1F" w:rsidRDefault="00832053">
            <w:pPr>
              <w:jc w:val="center"/>
            </w:pPr>
            <w:r>
              <w:rPr>
                <w:b/>
              </w:rPr>
              <w:t>Источник</w:t>
            </w:r>
          </w:p>
        </w:tc>
        <w:tc>
          <w:tcPr>
            <w:tcW w:w="0" w:type="auto"/>
            <w:shd w:val="clear" w:color="auto" w:fill="E2F0D9"/>
          </w:tcPr>
          <w:p w14:paraId="124346AC" w14:textId="77777777" w:rsidR="00363A1F" w:rsidRDefault="00832053">
            <w:pPr>
              <w:jc w:val="center"/>
            </w:pPr>
            <w:r>
              <w:rPr>
                <w:b/>
              </w:rPr>
              <w:t>Действующих котлоагрегатов, ед.</w:t>
            </w:r>
          </w:p>
        </w:tc>
        <w:tc>
          <w:tcPr>
            <w:tcW w:w="0" w:type="auto"/>
            <w:shd w:val="clear" w:color="auto" w:fill="E2F0D9"/>
          </w:tcPr>
          <w:p w14:paraId="39FAF3CD" w14:textId="77777777" w:rsidR="00363A1F" w:rsidRDefault="00832053">
            <w:pPr>
              <w:jc w:val="center"/>
            </w:pPr>
            <w:r>
              <w:rPr>
                <w:b/>
              </w:rPr>
              <w:t>Год ввода источника</w:t>
            </w:r>
          </w:p>
        </w:tc>
        <w:tc>
          <w:tcPr>
            <w:tcW w:w="0" w:type="auto"/>
            <w:shd w:val="clear" w:color="auto" w:fill="E2F0D9"/>
          </w:tcPr>
          <w:p w14:paraId="6B67C59A" w14:textId="77777777" w:rsidR="00363A1F" w:rsidRDefault="00832053">
            <w:pPr>
              <w:jc w:val="center"/>
            </w:pPr>
            <w:r>
              <w:rPr>
                <w:b/>
              </w:rPr>
              <w:t>Установленная мощность, Гкал/ч</w:t>
            </w:r>
          </w:p>
        </w:tc>
        <w:tc>
          <w:tcPr>
            <w:tcW w:w="0" w:type="auto"/>
            <w:shd w:val="clear" w:color="auto" w:fill="E2F0D9"/>
          </w:tcPr>
          <w:p w14:paraId="0714A5C0" w14:textId="77777777" w:rsidR="00363A1F" w:rsidRPr="00844B84" w:rsidRDefault="00832053">
            <w:pPr>
              <w:jc w:val="center"/>
              <w:rPr>
                <w:lang w:val="ru-RU"/>
              </w:rPr>
            </w:pPr>
            <w:r w:rsidRPr="00844B84">
              <w:rPr>
                <w:b/>
                <w:lang w:val="ru-RU"/>
              </w:rPr>
              <w:t>Средняя единичная мощность, Гкал/ч</w:t>
            </w:r>
          </w:p>
        </w:tc>
      </w:tr>
      <w:tr w:rsidR="00363A1F" w14:paraId="4A2A9B10" w14:textId="77777777">
        <w:trPr>
          <w:cantSplit/>
        </w:trPr>
        <w:tc>
          <w:tcPr>
            <w:tcW w:w="0" w:type="auto"/>
            <w:shd w:val="clear" w:color="auto" w:fill="F2F2F2"/>
          </w:tcPr>
          <w:p w14:paraId="0A8774B6" w14:textId="77777777" w:rsidR="00363A1F" w:rsidRDefault="00832053">
            <w:r>
              <w:t>УПК № 1 «Таштагол»</w:t>
            </w:r>
          </w:p>
        </w:tc>
        <w:tc>
          <w:tcPr>
            <w:tcW w:w="0" w:type="auto"/>
            <w:shd w:val="clear" w:color="auto" w:fill="FFFFFF"/>
          </w:tcPr>
          <w:p w14:paraId="099510DC" w14:textId="77777777" w:rsidR="00363A1F" w:rsidRDefault="00832053">
            <w:r>
              <w:t>5</w:t>
            </w:r>
          </w:p>
        </w:tc>
        <w:tc>
          <w:tcPr>
            <w:tcW w:w="0" w:type="auto"/>
            <w:shd w:val="clear" w:color="auto" w:fill="FFFFFF"/>
          </w:tcPr>
          <w:p w14:paraId="36B477E0" w14:textId="77777777" w:rsidR="00363A1F" w:rsidRDefault="00832053">
            <w:r>
              <w:t>1974</w:t>
            </w:r>
          </w:p>
        </w:tc>
        <w:tc>
          <w:tcPr>
            <w:tcW w:w="0" w:type="auto"/>
            <w:shd w:val="clear" w:color="auto" w:fill="FFFFFF"/>
          </w:tcPr>
          <w:p w14:paraId="4467AFCE" w14:textId="77777777" w:rsidR="00363A1F" w:rsidRDefault="00832053">
            <w:r>
              <w:t>150,00</w:t>
            </w:r>
          </w:p>
        </w:tc>
        <w:tc>
          <w:tcPr>
            <w:tcW w:w="0" w:type="auto"/>
            <w:shd w:val="clear" w:color="auto" w:fill="FFFFFF"/>
          </w:tcPr>
          <w:p w14:paraId="58D04D19" w14:textId="77777777" w:rsidR="00363A1F" w:rsidRDefault="00832053">
            <w:r>
              <w:t>30,000</w:t>
            </w:r>
          </w:p>
        </w:tc>
      </w:tr>
      <w:tr w:rsidR="00363A1F" w14:paraId="080D7B03" w14:textId="77777777">
        <w:trPr>
          <w:cantSplit/>
        </w:trPr>
        <w:tc>
          <w:tcPr>
            <w:tcW w:w="0" w:type="auto"/>
            <w:shd w:val="clear" w:color="auto" w:fill="F2F2F2"/>
          </w:tcPr>
          <w:p w14:paraId="5F8B8CA0" w14:textId="77777777" w:rsidR="00363A1F" w:rsidRDefault="00832053">
            <w:r>
              <w:t>УПК № 2 «Шалым»</w:t>
            </w:r>
          </w:p>
        </w:tc>
        <w:tc>
          <w:tcPr>
            <w:tcW w:w="0" w:type="auto"/>
            <w:shd w:val="clear" w:color="auto" w:fill="FFFFFF"/>
          </w:tcPr>
          <w:p w14:paraId="079ED1D6" w14:textId="77777777" w:rsidR="00363A1F" w:rsidRDefault="00832053">
            <w:r>
              <w:t>3</w:t>
            </w:r>
          </w:p>
        </w:tc>
        <w:tc>
          <w:tcPr>
            <w:tcW w:w="0" w:type="auto"/>
            <w:shd w:val="clear" w:color="auto" w:fill="FFFFFF"/>
          </w:tcPr>
          <w:p w14:paraId="72E4ADF2" w14:textId="77777777" w:rsidR="00363A1F" w:rsidRDefault="00832053">
            <w:r>
              <w:t>1950</w:t>
            </w:r>
          </w:p>
        </w:tc>
        <w:tc>
          <w:tcPr>
            <w:tcW w:w="0" w:type="auto"/>
            <w:shd w:val="clear" w:color="auto" w:fill="FFFFFF"/>
          </w:tcPr>
          <w:p w14:paraId="49F20763" w14:textId="77777777" w:rsidR="00363A1F" w:rsidRDefault="00832053">
            <w:r>
              <w:t>17,00</w:t>
            </w:r>
          </w:p>
        </w:tc>
        <w:tc>
          <w:tcPr>
            <w:tcW w:w="0" w:type="auto"/>
            <w:shd w:val="clear" w:color="auto" w:fill="FFFFFF"/>
          </w:tcPr>
          <w:p w14:paraId="65123F26" w14:textId="77777777" w:rsidR="00363A1F" w:rsidRDefault="00832053">
            <w:r>
              <w:t>5,667</w:t>
            </w:r>
          </w:p>
        </w:tc>
      </w:tr>
      <w:tr w:rsidR="00363A1F" w14:paraId="196829BD" w14:textId="77777777">
        <w:trPr>
          <w:cantSplit/>
        </w:trPr>
        <w:tc>
          <w:tcPr>
            <w:tcW w:w="0" w:type="auto"/>
            <w:shd w:val="clear" w:color="auto" w:fill="F2F2F2"/>
          </w:tcPr>
          <w:p w14:paraId="0834CC47" w14:textId="77777777" w:rsidR="00363A1F" w:rsidRDefault="00832053">
            <w:r>
              <w:t>УПК № 2 «ЦМК»</w:t>
            </w:r>
          </w:p>
        </w:tc>
        <w:tc>
          <w:tcPr>
            <w:tcW w:w="0" w:type="auto"/>
            <w:shd w:val="clear" w:color="auto" w:fill="FFFFFF"/>
          </w:tcPr>
          <w:p w14:paraId="6C8D7D62" w14:textId="77777777" w:rsidR="00363A1F" w:rsidRDefault="00832053">
            <w:r>
              <w:t>3</w:t>
            </w:r>
          </w:p>
        </w:tc>
        <w:tc>
          <w:tcPr>
            <w:tcW w:w="0" w:type="auto"/>
            <w:shd w:val="clear" w:color="auto" w:fill="FFFFFF"/>
          </w:tcPr>
          <w:p w14:paraId="0B0FFE48" w14:textId="77777777" w:rsidR="00363A1F" w:rsidRDefault="00832053">
            <w:r>
              <w:t>1994</w:t>
            </w:r>
          </w:p>
        </w:tc>
        <w:tc>
          <w:tcPr>
            <w:tcW w:w="0" w:type="auto"/>
            <w:shd w:val="clear" w:color="auto" w:fill="FFFFFF"/>
          </w:tcPr>
          <w:p w14:paraId="7F9AD65C" w14:textId="77777777" w:rsidR="00363A1F" w:rsidRDefault="00832053">
            <w:r>
              <w:t>10,20</w:t>
            </w:r>
          </w:p>
        </w:tc>
        <w:tc>
          <w:tcPr>
            <w:tcW w:w="0" w:type="auto"/>
            <w:shd w:val="clear" w:color="auto" w:fill="FFFFFF"/>
          </w:tcPr>
          <w:p w14:paraId="721E8F30" w14:textId="77777777" w:rsidR="00363A1F" w:rsidRDefault="00832053">
            <w:r>
              <w:t>3,400</w:t>
            </w:r>
          </w:p>
        </w:tc>
      </w:tr>
      <w:tr w:rsidR="00363A1F" w14:paraId="7998F5E1" w14:textId="77777777">
        <w:trPr>
          <w:cantSplit/>
        </w:trPr>
        <w:tc>
          <w:tcPr>
            <w:tcW w:w="0" w:type="auto"/>
            <w:shd w:val="clear" w:color="auto" w:fill="F2F2F2"/>
          </w:tcPr>
          <w:p w14:paraId="4C15F088" w14:textId="77777777" w:rsidR="00363A1F" w:rsidRDefault="00832053">
            <w:r>
              <w:t>УПК № 9 «ГРЭ»</w:t>
            </w:r>
          </w:p>
        </w:tc>
        <w:tc>
          <w:tcPr>
            <w:tcW w:w="0" w:type="auto"/>
            <w:shd w:val="clear" w:color="auto" w:fill="FFFFFF"/>
          </w:tcPr>
          <w:p w14:paraId="00B96614" w14:textId="77777777" w:rsidR="00363A1F" w:rsidRDefault="00832053">
            <w:r>
              <w:t>4</w:t>
            </w:r>
          </w:p>
        </w:tc>
        <w:tc>
          <w:tcPr>
            <w:tcW w:w="0" w:type="auto"/>
            <w:shd w:val="clear" w:color="auto" w:fill="FFFFFF"/>
          </w:tcPr>
          <w:p w14:paraId="638DCA7B" w14:textId="77777777" w:rsidR="00363A1F" w:rsidRDefault="00832053">
            <w:r>
              <w:t>1967</w:t>
            </w:r>
          </w:p>
        </w:tc>
        <w:tc>
          <w:tcPr>
            <w:tcW w:w="0" w:type="auto"/>
            <w:shd w:val="clear" w:color="auto" w:fill="FFFFFF"/>
          </w:tcPr>
          <w:p w14:paraId="519DB9E2" w14:textId="77777777" w:rsidR="00363A1F" w:rsidRDefault="00832053">
            <w:r>
              <w:t>4,50</w:t>
            </w:r>
          </w:p>
        </w:tc>
        <w:tc>
          <w:tcPr>
            <w:tcW w:w="0" w:type="auto"/>
            <w:shd w:val="clear" w:color="auto" w:fill="FFFFFF"/>
          </w:tcPr>
          <w:p w14:paraId="2AF0F94E" w14:textId="77777777" w:rsidR="00363A1F" w:rsidRDefault="00832053">
            <w:r>
              <w:t>1,125</w:t>
            </w:r>
          </w:p>
        </w:tc>
      </w:tr>
      <w:tr w:rsidR="00363A1F" w14:paraId="3BFA6F6E" w14:textId="77777777">
        <w:trPr>
          <w:cantSplit/>
        </w:trPr>
        <w:tc>
          <w:tcPr>
            <w:tcW w:w="0" w:type="auto"/>
            <w:shd w:val="clear" w:color="auto" w:fill="F2F2F2"/>
          </w:tcPr>
          <w:p w14:paraId="7C1DC30D" w14:textId="77777777" w:rsidR="00363A1F" w:rsidRDefault="00832053">
            <w:r>
              <w:t>УПК № 5 «Новый Шерегеш»</w:t>
            </w:r>
          </w:p>
        </w:tc>
        <w:tc>
          <w:tcPr>
            <w:tcW w:w="0" w:type="auto"/>
            <w:shd w:val="clear" w:color="auto" w:fill="FFFFFF"/>
          </w:tcPr>
          <w:p w14:paraId="1CD0D5EA" w14:textId="77777777" w:rsidR="00363A1F" w:rsidRDefault="00832053">
            <w:r>
              <w:t>7</w:t>
            </w:r>
          </w:p>
        </w:tc>
        <w:tc>
          <w:tcPr>
            <w:tcW w:w="0" w:type="auto"/>
            <w:shd w:val="clear" w:color="auto" w:fill="FFFFFF"/>
          </w:tcPr>
          <w:p w14:paraId="12AB4628" w14:textId="77777777" w:rsidR="00363A1F" w:rsidRDefault="00832053">
            <w:r>
              <w:t>1967</w:t>
            </w:r>
          </w:p>
        </w:tc>
        <w:tc>
          <w:tcPr>
            <w:tcW w:w="0" w:type="auto"/>
            <w:shd w:val="clear" w:color="auto" w:fill="FFFFFF"/>
          </w:tcPr>
          <w:p w14:paraId="4FAF1F55" w14:textId="77777777" w:rsidR="00363A1F" w:rsidRDefault="00832053">
            <w:r>
              <w:t>114,00</w:t>
            </w:r>
          </w:p>
        </w:tc>
        <w:tc>
          <w:tcPr>
            <w:tcW w:w="0" w:type="auto"/>
            <w:shd w:val="clear" w:color="auto" w:fill="FFFFFF"/>
          </w:tcPr>
          <w:p w14:paraId="0C51DF91" w14:textId="77777777" w:rsidR="00363A1F" w:rsidRDefault="00832053">
            <w:r>
              <w:t>16,286</w:t>
            </w:r>
          </w:p>
        </w:tc>
      </w:tr>
      <w:tr w:rsidR="00363A1F" w14:paraId="519D8180" w14:textId="77777777">
        <w:trPr>
          <w:cantSplit/>
        </w:trPr>
        <w:tc>
          <w:tcPr>
            <w:tcW w:w="0" w:type="auto"/>
            <w:shd w:val="clear" w:color="auto" w:fill="F2F2F2"/>
          </w:tcPr>
          <w:p w14:paraId="119199D1" w14:textId="77777777" w:rsidR="00363A1F" w:rsidRDefault="00832053">
            <w:r>
              <w:t>УПК № 6 «Старый Шерегеш»</w:t>
            </w:r>
          </w:p>
        </w:tc>
        <w:tc>
          <w:tcPr>
            <w:tcW w:w="0" w:type="auto"/>
            <w:shd w:val="clear" w:color="auto" w:fill="FFFFFF"/>
          </w:tcPr>
          <w:p w14:paraId="19C6AC03" w14:textId="77777777" w:rsidR="00363A1F" w:rsidRDefault="00832053">
            <w:r>
              <w:t>4</w:t>
            </w:r>
          </w:p>
        </w:tc>
        <w:tc>
          <w:tcPr>
            <w:tcW w:w="0" w:type="auto"/>
            <w:shd w:val="clear" w:color="auto" w:fill="FFFFFF"/>
          </w:tcPr>
          <w:p w14:paraId="75C1B4B2" w14:textId="77777777" w:rsidR="00363A1F" w:rsidRDefault="00832053">
            <w:r>
              <w:t>1965</w:t>
            </w:r>
          </w:p>
        </w:tc>
        <w:tc>
          <w:tcPr>
            <w:tcW w:w="0" w:type="auto"/>
            <w:shd w:val="clear" w:color="auto" w:fill="FFFFFF"/>
          </w:tcPr>
          <w:p w14:paraId="233E070E" w14:textId="77777777" w:rsidR="00363A1F" w:rsidRDefault="00832053">
            <w:r>
              <w:t>24,00</w:t>
            </w:r>
          </w:p>
        </w:tc>
        <w:tc>
          <w:tcPr>
            <w:tcW w:w="0" w:type="auto"/>
            <w:shd w:val="clear" w:color="auto" w:fill="FFFFFF"/>
          </w:tcPr>
          <w:p w14:paraId="1DA15744" w14:textId="77777777" w:rsidR="00363A1F" w:rsidRDefault="00832053">
            <w:r>
              <w:t>6,000</w:t>
            </w:r>
          </w:p>
        </w:tc>
      </w:tr>
      <w:tr w:rsidR="00363A1F" w14:paraId="3DF31887" w14:textId="77777777">
        <w:trPr>
          <w:cantSplit/>
        </w:trPr>
        <w:tc>
          <w:tcPr>
            <w:tcW w:w="0" w:type="auto"/>
            <w:shd w:val="clear" w:color="auto" w:fill="F2F2F2"/>
          </w:tcPr>
          <w:p w14:paraId="227DF560" w14:textId="77777777" w:rsidR="00363A1F" w:rsidRDefault="00832053">
            <w:r>
              <w:t>УПК № 7 «Каз»</w:t>
            </w:r>
          </w:p>
        </w:tc>
        <w:tc>
          <w:tcPr>
            <w:tcW w:w="0" w:type="auto"/>
            <w:shd w:val="clear" w:color="auto" w:fill="FFFFFF"/>
          </w:tcPr>
          <w:p w14:paraId="553B309A" w14:textId="77777777" w:rsidR="00363A1F" w:rsidRDefault="00832053">
            <w:r>
              <w:t>5</w:t>
            </w:r>
          </w:p>
        </w:tc>
        <w:tc>
          <w:tcPr>
            <w:tcW w:w="0" w:type="auto"/>
            <w:shd w:val="clear" w:color="auto" w:fill="FFFFFF"/>
          </w:tcPr>
          <w:p w14:paraId="5AC45DC8" w14:textId="77777777" w:rsidR="00363A1F" w:rsidRDefault="00832053">
            <w:r>
              <w:t>1962</w:t>
            </w:r>
          </w:p>
        </w:tc>
        <w:tc>
          <w:tcPr>
            <w:tcW w:w="0" w:type="auto"/>
            <w:shd w:val="clear" w:color="auto" w:fill="FFFFFF"/>
          </w:tcPr>
          <w:p w14:paraId="3A4EB9B1" w14:textId="77777777" w:rsidR="00363A1F" w:rsidRDefault="00832053">
            <w:r>
              <w:t>72,00</w:t>
            </w:r>
          </w:p>
        </w:tc>
        <w:tc>
          <w:tcPr>
            <w:tcW w:w="0" w:type="auto"/>
            <w:shd w:val="clear" w:color="auto" w:fill="FFFFFF"/>
          </w:tcPr>
          <w:p w14:paraId="793694B0" w14:textId="77777777" w:rsidR="00363A1F" w:rsidRDefault="00832053">
            <w:r>
              <w:t>14,400</w:t>
            </w:r>
          </w:p>
        </w:tc>
      </w:tr>
      <w:tr w:rsidR="00363A1F" w14:paraId="371277E5" w14:textId="77777777">
        <w:trPr>
          <w:cantSplit/>
        </w:trPr>
        <w:tc>
          <w:tcPr>
            <w:tcW w:w="0" w:type="auto"/>
            <w:shd w:val="clear" w:color="auto" w:fill="F2F2F2"/>
          </w:tcPr>
          <w:p w14:paraId="3200BECC" w14:textId="77777777" w:rsidR="00363A1F" w:rsidRDefault="00832053">
            <w:r>
              <w:t>УПК № 8 «Мундыбаш»</w:t>
            </w:r>
          </w:p>
        </w:tc>
        <w:tc>
          <w:tcPr>
            <w:tcW w:w="0" w:type="auto"/>
            <w:shd w:val="clear" w:color="auto" w:fill="FFFFFF"/>
          </w:tcPr>
          <w:p w14:paraId="61A46416" w14:textId="77777777" w:rsidR="00363A1F" w:rsidRDefault="00832053">
            <w:r>
              <w:t>5</w:t>
            </w:r>
          </w:p>
        </w:tc>
        <w:tc>
          <w:tcPr>
            <w:tcW w:w="0" w:type="auto"/>
            <w:shd w:val="clear" w:color="auto" w:fill="FFFFFF"/>
          </w:tcPr>
          <w:p w14:paraId="7AA080DF" w14:textId="77777777" w:rsidR="00363A1F" w:rsidRDefault="00832053">
            <w:r>
              <w:t>1958</w:t>
            </w:r>
          </w:p>
        </w:tc>
        <w:tc>
          <w:tcPr>
            <w:tcW w:w="0" w:type="auto"/>
            <w:shd w:val="clear" w:color="auto" w:fill="FFFFFF"/>
          </w:tcPr>
          <w:p w14:paraId="7A7CE5E4" w14:textId="77777777" w:rsidR="00363A1F" w:rsidRDefault="00832053">
            <w:r>
              <w:t>36,00</w:t>
            </w:r>
          </w:p>
        </w:tc>
        <w:tc>
          <w:tcPr>
            <w:tcW w:w="0" w:type="auto"/>
            <w:shd w:val="clear" w:color="auto" w:fill="FFFFFF"/>
          </w:tcPr>
          <w:p w14:paraId="248C57D6" w14:textId="77777777" w:rsidR="00363A1F" w:rsidRDefault="00832053">
            <w:r>
              <w:t>7,200</w:t>
            </w:r>
          </w:p>
        </w:tc>
      </w:tr>
      <w:tr w:rsidR="00363A1F" w14:paraId="05811E87" w14:textId="77777777">
        <w:trPr>
          <w:cantSplit/>
        </w:trPr>
        <w:tc>
          <w:tcPr>
            <w:tcW w:w="0" w:type="auto"/>
            <w:shd w:val="clear" w:color="auto" w:fill="F2F2F2"/>
          </w:tcPr>
          <w:p w14:paraId="5A8E6D26" w14:textId="77777777" w:rsidR="00363A1F" w:rsidRDefault="00832053">
            <w:r>
              <w:t>УПК № 10 «Темир-Тау»</w:t>
            </w:r>
          </w:p>
        </w:tc>
        <w:tc>
          <w:tcPr>
            <w:tcW w:w="0" w:type="auto"/>
            <w:shd w:val="clear" w:color="auto" w:fill="FFFFFF"/>
          </w:tcPr>
          <w:p w14:paraId="24FE264B" w14:textId="77777777" w:rsidR="00363A1F" w:rsidRDefault="00832053">
            <w:r>
              <w:t>3</w:t>
            </w:r>
          </w:p>
        </w:tc>
        <w:tc>
          <w:tcPr>
            <w:tcW w:w="0" w:type="auto"/>
            <w:shd w:val="clear" w:color="auto" w:fill="FFFFFF"/>
          </w:tcPr>
          <w:p w14:paraId="450FDCC5" w14:textId="77777777" w:rsidR="00363A1F" w:rsidRDefault="00832053">
            <w:r>
              <w:t>1951</w:t>
            </w:r>
          </w:p>
        </w:tc>
        <w:tc>
          <w:tcPr>
            <w:tcW w:w="0" w:type="auto"/>
            <w:shd w:val="clear" w:color="auto" w:fill="FFFFFF"/>
          </w:tcPr>
          <w:p w14:paraId="0C953D06" w14:textId="77777777" w:rsidR="00363A1F" w:rsidRDefault="00832053">
            <w:r>
              <w:t>33,60</w:t>
            </w:r>
          </w:p>
        </w:tc>
        <w:tc>
          <w:tcPr>
            <w:tcW w:w="0" w:type="auto"/>
            <w:shd w:val="clear" w:color="auto" w:fill="FFFFFF"/>
          </w:tcPr>
          <w:p w14:paraId="5452BF48" w14:textId="77777777" w:rsidR="00363A1F" w:rsidRDefault="00832053">
            <w:r>
              <w:t>11,200</w:t>
            </w:r>
          </w:p>
        </w:tc>
      </w:tr>
      <w:tr w:rsidR="00363A1F" w14:paraId="590AAEB9" w14:textId="77777777">
        <w:trPr>
          <w:cantSplit/>
        </w:trPr>
        <w:tc>
          <w:tcPr>
            <w:tcW w:w="0" w:type="auto"/>
            <w:shd w:val="clear" w:color="auto" w:fill="F2F2F2"/>
          </w:tcPr>
          <w:p w14:paraId="457CCDB3" w14:textId="77777777" w:rsidR="00363A1F" w:rsidRDefault="00832053">
            <w:r>
              <w:t>УПК № 3 «Спасск»</w:t>
            </w:r>
          </w:p>
        </w:tc>
        <w:tc>
          <w:tcPr>
            <w:tcW w:w="0" w:type="auto"/>
            <w:shd w:val="clear" w:color="auto" w:fill="FFFFFF"/>
          </w:tcPr>
          <w:p w14:paraId="5FEC2FC1" w14:textId="77777777" w:rsidR="00363A1F" w:rsidRDefault="00832053">
            <w:r>
              <w:t>5</w:t>
            </w:r>
          </w:p>
        </w:tc>
        <w:tc>
          <w:tcPr>
            <w:tcW w:w="0" w:type="auto"/>
            <w:shd w:val="clear" w:color="auto" w:fill="FFFFFF"/>
          </w:tcPr>
          <w:p w14:paraId="02F0F641" w14:textId="77777777" w:rsidR="00363A1F" w:rsidRDefault="00832053">
            <w:r>
              <w:t>1973</w:t>
            </w:r>
          </w:p>
        </w:tc>
        <w:tc>
          <w:tcPr>
            <w:tcW w:w="0" w:type="auto"/>
            <w:shd w:val="clear" w:color="auto" w:fill="FFFFFF"/>
          </w:tcPr>
          <w:p w14:paraId="7123C7BE" w14:textId="77777777" w:rsidR="00363A1F" w:rsidRDefault="00832053">
            <w:r>
              <w:t>5,37</w:t>
            </w:r>
          </w:p>
        </w:tc>
        <w:tc>
          <w:tcPr>
            <w:tcW w:w="0" w:type="auto"/>
            <w:shd w:val="clear" w:color="auto" w:fill="FFFFFF"/>
          </w:tcPr>
          <w:p w14:paraId="04B2C3B5" w14:textId="77777777" w:rsidR="00363A1F" w:rsidRDefault="00832053">
            <w:r>
              <w:t>1,074</w:t>
            </w:r>
          </w:p>
        </w:tc>
      </w:tr>
      <w:tr w:rsidR="00363A1F" w14:paraId="55B1A146" w14:textId="77777777">
        <w:trPr>
          <w:cantSplit/>
        </w:trPr>
        <w:tc>
          <w:tcPr>
            <w:tcW w:w="0" w:type="auto"/>
            <w:shd w:val="clear" w:color="auto" w:fill="DBE5F1"/>
          </w:tcPr>
          <w:p w14:paraId="09DDE359" w14:textId="77777777" w:rsidR="00363A1F" w:rsidRDefault="00832053">
            <w:r>
              <w:rPr>
                <w:b/>
              </w:rPr>
              <w:t>Итого</w:t>
            </w:r>
          </w:p>
        </w:tc>
        <w:tc>
          <w:tcPr>
            <w:tcW w:w="0" w:type="auto"/>
            <w:shd w:val="clear" w:color="auto" w:fill="DBE5F1"/>
          </w:tcPr>
          <w:p w14:paraId="206795A4" w14:textId="77777777" w:rsidR="00363A1F" w:rsidRDefault="00832053">
            <w:r>
              <w:rPr>
                <w:b/>
              </w:rPr>
              <w:t>44</w:t>
            </w:r>
          </w:p>
        </w:tc>
        <w:tc>
          <w:tcPr>
            <w:tcW w:w="0" w:type="auto"/>
            <w:shd w:val="clear" w:color="auto" w:fill="DBE5F1"/>
          </w:tcPr>
          <w:p w14:paraId="40E472EB" w14:textId="77777777" w:rsidR="00363A1F" w:rsidRDefault="00832053">
            <w:r>
              <w:rPr>
                <w:b/>
              </w:rPr>
              <w:t>—</w:t>
            </w:r>
          </w:p>
        </w:tc>
        <w:tc>
          <w:tcPr>
            <w:tcW w:w="0" w:type="auto"/>
            <w:shd w:val="clear" w:color="auto" w:fill="DBE5F1"/>
          </w:tcPr>
          <w:p w14:paraId="17198002" w14:textId="77777777" w:rsidR="00363A1F" w:rsidRDefault="00832053">
            <w:r>
              <w:rPr>
                <w:b/>
              </w:rPr>
              <w:t>466,67</w:t>
            </w:r>
          </w:p>
        </w:tc>
        <w:tc>
          <w:tcPr>
            <w:tcW w:w="0" w:type="auto"/>
            <w:shd w:val="clear" w:color="auto" w:fill="DBE5F1"/>
          </w:tcPr>
          <w:p w14:paraId="48509003" w14:textId="77777777" w:rsidR="00363A1F" w:rsidRDefault="00832053">
            <w:r>
              <w:rPr>
                <w:b/>
              </w:rPr>
              <w:t>—</w:t>
            </w:r>
          </w:p>
        </w:tc>
      </w:tr>
    </w:tbl>
    <w:p w14:paraId="1A84E0A2" w14:textId="77777777" w:rsidR="00363A1F" w:rsidRPr="00844B84" w:rsidRDefault="00832053">
      <w:pPr>
        <w:rPr>
          <w:lang w:val="ru-RU"/>
        </w:rPr>
      </w:pPr>
      <w:r w:rsidRPr="00844B84">
        <w:rPr>
          <w:lang w:val="ru-RU"/>
        </w:rPr>
        <w:t>Утверждается состав из сорока четырёх действующих котлоагрегатов. Перечень оборудования содержит сорок шесть позиций: две из них относятся к выведенной из эксплуатации котельной УПК № 4 «Калинина» и в установленной мощности округа не учитываются.</w:t>
      </w:r>
    </w:p>
    <w:p w14:paraId="76AA7765" w14:textId="77777777" w:rsidR="00363A1F" w:rsidRPr="00844B84" w:rsidRDefault="00832053">
      <w:pPr>
        <w:pStyle w:val="21"/>
        <w:rPr>
          <w:lang w:val="ru-RU"/>
        </w:rPr>
      </w:pPr>
      <w:bookmarkStart w:id="23" w:name="_Toc238017222"/>
      <w:r w:rsidRPr="00844B84">
        <w:rPr>
          <w:lang w:val="ru-RU"/>
        </w:rPr>
        <w:t>2.9. Теплоноситель и горячее водоснабжение</w:t>
      </w:r>
      <w:bookmarkEnd w:id="23"/>
    </w:p>
    <w:p w14:paraId="04B36803" w14:textId="77777777" w:rsidR="00363A1F" w:rsidRPr="005731F7" w:rsidRDefault="00832053">
      <w:pPr>
        <w:rPr>
          <w:b/>
          <w:bCs/>
          <w:lang w:val="ru-RU"/>
        </w:rPr>
      </w:pPr>
      <w:r w:rsidRPr="005731F7">
        <w:rPr>
          <w:b/>
          <w:bCs/>
          <w:lang w:val="ru-RU"/>
        </w:rPr>
        <w:t>Таблица 2.8 — Схемы присоединения и нагрузка горячего водоснабжения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78"/>
        <w:gridCol w:w="1445"/>
        <w:gridCol w:w="2301"/>
        <w:gridCol w:w="2075"/>
        <w:gridCol w:w="1445"/>
        <w:gridCol w:w="1445"/>
      </w:tblGrid>
      <w:tr w:rsidR="00363A1F" w14:paraId="4ECFEBDB" w14:textId="77777777">
        <w:trPr>
          <w:cantSplit/>
          <w:tblHeader/>
        </w:trPr>
        <w:tc>
          <w:tcPr>
            <w:tcW w:w="0" w:type="auto"/>
            <w:shd w:val="clear" w:color="auto" w:fill="E2F0D9"/>
          </w:tcPr>
          <w:p w14:paraId="71A9FA8D" w14:textId="77777777" w:rsidR="00363A1F" w:rsidRDefault="00832053">
            <w:pPr>
              <w:jc w:val="center"/>
            </w:pPr>
            <w:r>
              <w:rPr>
                <w:b/>
              </w:rPr>
              <w:t>Источник</w:t>
            </w:r>
          </w:p>
        </w:tc>
        <w:tc>
          <w:tcPr>
            <w:tcW w:w="0" w:type="auto"/>
            <w:shd w:val="clear" w:color="auto" w:fill="E2F0D9"/>
          </w:tcPr>
          <w:p w14:paraId="20FDEDA8" w14:textId="77777777" w:rsidR="00363A1F" w:rsidRDefault="00832053">
            <w:pPr>
              <w:jc w:val="center"/>
            </w:pPr>
            <w:r>
              <w:rPr>
                <w:b/>
              </w:rPr>
              <w:t>Тепловая сеть</w:t>
            </w:r>
          </w:p>
        </w:tc>
        <w:tc>
          <w:tcPr>
            <w:tcW w:w="0" w:type="auto"/>
            <w:shd w:val="clear" w:color="auto" w:fill="E2F0D9"/>
          </w:tcPr>
          <w:p w14:paraId="48931861" w14:textId="77777777" w:rsidR="00363A1F" w:rsidRDefault="00832053">
            <w:pPr>
              <w:jc w:val="center"/>
            </w:pPr>
            <w:r>
              <w:rPr>
                <w:b/>
              </w:rPr>
              <w:t>Схема приготовления горячей воды</w:t>
            </w:r>
          </w:p>
        </w:tc>
        <w:tc>
          <w:tcPr>
            <w:tcW w:w="0" w:type="auto"/>
            <w:shd w:val="clear" w:color="auto" w:fill="E2F0D9"/>
          </w:tcPr>
          <w:p w14:paraId="4E1B0C9E" w14:textId="77777777" w:rsidR="00363A1F" w:rsidRDefault="00832053">
            <w:pPr>
              <w:jc w:val="center"/>
            </w:pPr>
            <w:r>
              <w:rPr>
                <w:b/>
              </w:rPr>
              <w:t>Температурный график, °C</w:t>
            </w:r>
          </w:p>
        </w:tc>
        <w:tc>
          <w:tcPr>
            <w:tcW w:w="0" w:type="auto"/>
            <w:shd w:val="clear" w:color="auto" w:fill="E2F0D9"/>
          </w:tcPr>
          <w:p w14:paraId="7EBFD8E5" w14:textId="77777777" w:rsidR="00363A1F" w:rsidRDefault="00832053">
            <w:pPr>
              <w:jc w:val="center"/>
            </w:pPr>
            <w:r>
              <w:rPr>
                <w:b/>
              </w:rPr>
              <w:t>Нагрузка ГВС 2026, Гкал/ч</w:t>
            </w:r>
          </w:p>
        </w:tc>
        <w:tc>
          <w:tcPr>
            <w:tcW w:w="0" w:type="auto"/>
            <w:shd w:val="clear" w:color="auto" w:fill="E2F0D9"/>
          </w:tcPr>
          <w:p w14:paraId="20F0BEAE" w14:textId="77777777" w:rsidR="00363A1F" w:rsidRDefault="00832053">
            <w:pPr>
              <w:jc w:val="center"/>
            </w:pPr>
            <w:r>
              <w:rPr>
                <w:b/>
              </w:rPr>
              <w:t>Нагрузка ГВС 2036, Гкал/ч</w:t>
            </w:r>
          </w:p>
        </w:tc>
      </w:tr>
      <w:tr w:rsidR="00363A1F" w14:paraId="729F47DA" w14:textId="77777777">
        <w:trPr>
          <w:cantSplit/>
        </w:trPr>
        <w:tc>
          <w:tcPr>
            <w:tcW w:w="0" w:type="auto"/>
            <w:shd w:val="clear" w:color="auto" w:fill="F2F2F2"/>
          </w:tcPr>
          <w:p w14:paraId="199817D0" w14:textId="77777777" w:rsidR="00363A1F" w:rsidRDefault="00832053">
            <w:r>
              <w:t>УПК № 1 «Таштагол»</w:t>
            </w:r>
          </w:p>
        </w:tc>
        <w:tc>
          <w:tcPr>
            <w:tcW w:w="0" w:type="auto"/>
            <w:shd w:val="clear" w:color="auto" w:fill="FFFFFF"/>
          </w:tcPr>
          <w:p w14:paraId="7AD64593" w14:textId="77777777" w:rsidR="00363A1F" w:rsidRDefault="00832053">
            <w:r>
              <w:t>двухтрубная</w:t>
            </w:r>
          </w:p>
        </w:tc>
        <w:tc>
          <w:tcPr>
            <w:tcW w:w="0" w:type="auto"/>
            <w:shd w:val="clear" w:color="auto" w:fill="FFFFFF"/>
          </w:tcPr>
          <w:p w14:paraId="09380F64" w14:textId="77777777" w:rsidR="00363A1F" w:rsidRDefault="00832053">
            <w:r>
              <w:t>Открытая, двухтрубная</w:t>
            </w:r>
          </w:p>
        </w:tc>
        <w:tc>
          <w:tcPr>
            <w:tcW w:w="0" w:type="auto"/>
            <w:shd w:val="clear" w:color="auto" w:fill="FFFFFF"/>
          </w:tcPr>
          <w:p w14:paraId="46B333E3" w14:textId="77777777" w:rsidR="00363A1F" w:rsidRDefault="00832053">
            <w:r>
              <w:t>95/70</w:t>
            </w:r>
          </w:p>
        </w:tc>
        <w:tc>
          <w:tcPr>
            <w:tcW w:w="0" w:type="auto"/>
            <w:shd w:val="clear" w:color="auto" w:fill="FFFFFF"/>
          </w:tcPr>
          <w:p w14:paraId="63DA6D05" w14:textId="77777777" w:rsidR="00363A1F" w:rsidRDefault="00832053">
            <w:r>
              <w:t>5,3810</w:t>
            </w:r>
          </w:p>
        </w:tc>
        <w:tc>
          <w:tcPr>
            <w:tcW w:w="0" w:type="auto"/>
            <w:shd w:val="clear" w:color="auto" w:fill="FFFFFF"/>
          </w:tcPr>
          <w:p w14:paraId="4D9545B0" w14:textId="77777777" w:rsidR="00363A1F" w:rsidRDefault="00832053">
            <w:r>
              <w:t>5,3810</w:t>
            </w:r>
          </w:p>
        </w:tc>
      </w:tr>
      <w:tr w:rsidR="00363A1F" w14:paraId="72DE0D86" w14:textId="77777777">
        <w:trPr>
          <w:cantSplit/>
        </w:trPr>
        <w:tc>
          <w:tcPr>
            <w:tcW w:w="0" w:type="auto"/>
            <w:shd w:val="clear" w:color="auto" w:fill="F2F2F2"/>
          </w:tcPr>
          <w:p w14:paraId="63946B02" w14:textId="77777777" w:rsidR="00363A1F" w:rsidRDefault="00832053">
            <w:r>
              <w:t>УПК № 2 «Шалым»</w:t>
            </w:r>
          </w:p>
        </w:tc>
        <w:tc>
          <w:tcPr>
            <w:tcW w:w="0" w:type="auto"/>
            <w:shd w:val="clear" w:color="auto" w:fill="FFFFFF"/>
          </w:tcPr>
          <w:p w14:paraId="4FDA0C75" w14:textId="77777777" w:rsidR="00363A1F" w:rsidRDefault="00832053">
            <w:r>
              <w:t>двухтрубная</w:t>
            </w:r>
          </w:p>
        </w:tc>
        <w:tc>
          <w:tcPr>
            <w:tcW w:w="0" w:type="auto"/>
            <w:shd w:val="clear" w:color="auto" w:fill="FFFFFF"/>
          </w:tcPr>
          <w:p w14:paraId="7B1CD172" w14:textId="77777777" w:rsidR="00363A1F" w:rsidRDefault="00832053">
            <w:r>
              <w:t>Открытая, двухтрубная</w:t>
            </w:r>
          </w:p>
        </w:tc>
        <w:tc>
          <w:tcPr>
            <w:tcW w:w="0" w:type="auto"/>
            <w:shd w:val="clear" w:color="auto" w:fill="FFFFFF"/>
          </w:tcPr>
          <w:p w14:paraId="1B9C06AA" w14:textId="77777777" w:rsidR="00363A1F" w:rsidRDefault="00832053">
            <w:r>
              <w:t>95/70</w:t>
            </w:r>
          </w:p>
        </w:tc>
        <w:tc>
          <w:tcPr>
            <w:tcW w:w="0" w:type="auto"/>
            <w:shd w:val="clear" w:color="auto" w:fill="FFFFFF"/>
          </w:tcPr>
          <w:p w14:paraId="4BB87229" w14:textId="77777777" w:rsidR="00363A1F" w:rsidRDefault="00832053">
            <w:r>
              <w:t>0,3820</w:t>
            </w:r>
          </w:p>
        </w:tc>
        <w:tc>
          <w:tcPr>
            <w:tcW w:w="0" w:type="auto"/>
            <w:shd w:val="clear" w:color="auto" w:fill="FFFFFF"/>
          </w:tcPr>
          <w:p w14:paraId="7E0076E4" w14:textId="77777777" w:rsidR="00363A1F" w:rsidRDefault="00832053">
            <w:r>
              <w:t>0,3820</w:t>
            </w:r>
          </w:p>
        </w:tc>
      </w:tr>
      <w:tr w:rsidR="00363A1F" w14:paraId="7217ED95" w14:textId="77777777">
        <w:trPr>
          <w:cantSplit/>
        </w:trPr>
        <w:tc>
          <w:tcPr>
            <w:tcW w:w="0" w:type="auto"/>
            <w:shd w:val="clear" w:color="auto" w:fill="F2F2F2"/>
          </w:tcPr>
          <w:p w14:paraId="4BB9C1E5" w14:textId="77777777" w:rsidR="00363A1F" w:rsidRDefault="00832053">
            <w:r>
              <w:t>УПК № 2 «ЦМК»</w:t>
            </w:r>
          </w:p>
        </w:tc>
        <w:tc>
          <w:tcPr>
            <w:tcW w:w="0" w:type="auto"/>
            <w:shd w:val="clear" w:color="auto" w:fill="FFFFFF"/>
          </w:tcPr>
          <w:p w14:paraId="30503D8B" w14:textId="77777777" w:rsidR="00363A1F" w:rsidRDefault="00832053">
            <w:r>
              <w:t>двухтрубная</w:t>
            </w:r>
          </w:p>
        </w:tc>
        <w:tc>
          <w:tcPr>
            <w:tcW w:w="0" w:type="auto"/>
            <w:shd w:val="clear" w:color="auto" w:fill="FFFFFF"/>
          </w:tcPr>
          <w:p w14:paraId="1155BEB0" w14:textId="77777777" w:rsidR="00363A1F" w:rsidRDefault="00832053">
            <w:r>
              <w:t>Открытая, двухтрубная</w:t>
            </w:r>
          </w:p>
        </w:tc>
        <w:tc>
          <w:tcPr>
            <w:tcW w:w="0" w:type="auto"/>
            <w:shd w:val="clear" w:color="auto" w:fill="FFFFFF"/>
          </w:tcPr>
          <w:p w14:paraId="21811A77" w14:textId="77777777" w:rsidR="00363A1F" w:rsidRDefault="00832053">
            <w:r>
              <w:t>95/70</w:t>
            </w:r>
          </w:p>
        </w:tc>
        <w:tc>
          <w:tcPr>
            <w:tcW w:w="0" w:type="auto"/>
            <w:shd w:val="clear" w:color="auto" w:fill="FFFFFF"/>
          </w:tcPr>
          <w:p w14:paraId="70E1075E" w14:textId="77777777" w:rsidR="00363A1F" w:rsidRDefault="00832053">
            <w:r>
              <w:t>0,1280</w:t>
            </w:r>
          </w:p>
        </w:tc>
        <w:tc>
          <w:tcPr>
            <w:tcW w:w="0" w:type="auto"/>
            <w:shd w:val="clear" w:color="auto" w:fill="FFFFFF"/>
          </w:tcPr>
          <w:p w14:paraId="03E48D93" w14:textId="77777777" w:rsidR="00363A1F" w:rsidRDefault="00832053">
            <w:r>
              <w:t>0,1280</w:t>
            </w:r>
          </w:p>
        </w:tc>
      </w:tr>
      <w:tr w:rsidR="00363A1F" w14:paraId="03516624" w14:textId="77777777">
        <w:trPr>
          <w:cantSplit/>
        </w:trPr>
        <w:tc>
          <w:tcPr>
            <w:tcW w:w="0" w:type="auto"/>
            <w:shd w:val="clear" w:color="auto" w:fill="F2F2F2"/>
          </w:tcPr>
          <w:p w14:paraId="1B025B47" w14:textId="77777777" w:rsidR="00363A1F" w:rsidRDefault="00832053">
            <w:r>
              <w:t>УПК № 9 «ГРЭ»</w:t>
            </w:r>
          </w:p>
        </w:tc>
        <w:tc>
          <w:tcPr>
            <w:tcW w:w="0" w:type="auto"/>
            <w:shd w:val="clear" w:color="auto" w:fill="FFFFFF"/>
          </w:tcPr>
          <w:p w14:paraId="447466DE" w14:textId="77777777" w:rsidR="00363A1F" w:rsidRDefault="00832053">
            <w:r>
              <w:t>двухтрубная</w:t>
            </w:r>
          </w:p>
        </w:tc>
        <w:tc>
          <w:tcPr>
            <w:tcW w:w="0" w:type="auto"/>
            <w:shd w:val="clear" w:color="auto" w:fill="FFFFFF"/>
          </w:tcPr>
          <w:p w14:paraId="409B35B4" w14:textId="77777777" w:rsidR="00363A1F" w:rsidRDefault="00832053">
            <w:r>
              <w:t>Открытая, двухтрубная</w:t>
            </w:r>
          </w:p>
        </w:tc>
        <w:tc>
          <w:tcPr>
            <w:tcW w:w="0" w:type="auto"/>
            <w:shd w:val="clear" w:color="auto" w:fill="FFFFFF"/>
          </w:tcPr>
          <w:p w14:paraId="1D68192D" w14:textId="77777777" w:rsidR="00363A1F" w:rsidRDefault="00832053">
            <w:r>
              <w:t>95/70</w:t>
            </w:r>
          </w:p>
        </w:tc>
        <w:tc>
          <w:tcPr>
            <w:tcW w:w="0" w:type="auto"/>
            <w:shd w:val="clear" w:color="auto" w:fill="FFFFFF"/>
          </w:tcPr>
          <w:p w14:paraId="3D9AA492" w14:textId="77777777" w:rsidR="00363A1F" w:rsidRDefault="00832053">
            <w:r>
              <w:t>0,0020</w:t>
            </w:r>
          </w:p>
        </w:tc>
        <w:tc>
          <w:tcPr>
            <w:tcW w:w="0" w:type="auto"/>
            <w:shd w:val="clear" w:color="auto" w:fill="FFFFFF"/>
          </w:tcPr>
          <w:p w14:paraId="70A84AFB" w14:textId="77777777" w:rsidR="00363A1F" w:rsidRDefault="00832053">
            <w:r>
              <w:t>0,0020</w:t>
            </w:r>
          </w:p>
        </w:tc>
      </w:tr>
      <w:tr w:rsidR="00363A1F" w14:paraId="6BD8511B" w14:textId="77777777">
        <w:trPr>
          <w:cantSplit/>
        </w:trPr>
        <w:tc>
          <w:tcPr>
            <w:tcW w:w="0" w:type="auto"/>
            <w:shd w:val="clear" w:color="auto" w:fill="F2F2F2"/>
          </w:tcPr>
          <w:p w14:paraId="64C8165E" w14:textId="77777777" w:rsidR="00363A1F" w:rsidRDefault="00832053">
            <w:r>
              <w:t>УПК № 5 «Новый Шерегеш»</w:t>
            </w:r>
          </w:p>
        </w:tc>
        <w:tc>
          <w:tcPr>
            <w:tcW w:w="0" w:type="auto"/>
            <w:shd w:val="clear" w:color="auto" w:fill="FFFFFF"/>
          </w:tcPr>
          <w:p w14:paraId="6B0F0331" w14:textId="77777777" w:rsidR="00363A1F" w:rsidRDefault="00832053">
            <w:r>
              <w:t>двухтрубная</w:t>
            </w:r>
          </w:p>
        </w:tc>
        <w:tc>
          <w:tcPr>
            <w:tcW w:w="0" w:type="auto"/>
            <w:shd w:val="clear" w:color="auto" w:fill="FFFFFF"/>
          </w:tcPr>
          <w:p w14:paraId="39FA66FD" w14:textId="77777777" w:rsidR="00363A1F" w:rsidRDefault="00832053">
            <w:r>
              <w:t>Открытая, двухтрубная</w:t>
            </w:r>
          </w:p>
        </w:tc>
        <w:tc>
          <w:tcPr>
            <w:tcW w:w="0" w:type="auto"/>
            <w:shd w:val="clear" w:color="auto" w:fill="FFFFFF"/>
          </w:tcPr>
          <w:p w14:paraId="564DB8DF" w14:textId="77777777" w:rsidR="00363A1F" w:rsidRDefault="00832053">
            <w:r>
              <w:t>95/70</w:t>
            </w:r>
          </w:p>
        </w:tc>
        <w:tc>
          <w:tcPr>
            <w:tcW w:w="0" w:type="auto"/>
            <w:shd w:val="clear" w:color="auto" w:fill="FFFFFF"/>
          </w:tcPr>
          <w:p w14:paraId="7EBA2F5B" w14:textId="77777777" w:rsidR="00363A1F" w:rsidRDefault="00832053">
            <w:r>
              <w:t>3,0650</w:t>
            </w:r>
          </w:p>
        </w:tc>
        <w:tc>
          <w:tcPr>
            <w:tcW w:w="0" w:type="auto"/>
            <w:shd w:val="clear" w:color="auto" w:fill="FFFFFF"/>
          </w:tcPr>
          <w:p w14:paraId="47B7A8EC" w14:textId="77777777" w:rsidR="00363A1F" w:rsidRDefault="00832053">
            <w:r>
              <w:t>3,0650</w:t>
            </w:r>
          </w:p>
        </w:tc>
      </w:tr>
      <w:tr w:rsidR="00363A1F" w14:paraId="5F1FD178" w14:textId="77777777">
        <w:trPr>
          <w:cantSplit/>
        </w:trPr>
        <w:tc>
          <w:tcPr>
            <w:tcW w:w="0" w:type="auto"/>
            <w:shd w:val="clear" w:color="auto" w:fill="F2F2F2"/>
          </w:tcPr>
          <w:p w14:paraId="64AC5DCF" w14:textId="77777777" w:rsidR="00363A1F" w:rsidRDefault="00832053">
            <w:r>
              <w:t>УПК № 6 «Старый Шерегеш»</w:t>
            </w:r>
          </w:p>
        </w:tc>
        <w:tc>
          <w:tcPr>
            <w:tcW w:w="0" w:type="auto"/>
            <w:shd w:val="clear" w:color="auto" w:fill="FFFFFF"/>
          </w:tcPr>
          <w:p w14:paraId="4397C8B5" w14:textId="77777777" w:rsidR="00363A1F" w:rsidRDefault="00832053">
            <w:r>
              <w:t>двухтрубная</w:t>
            </w:r>
          </w:p>
        </w:tc>
        <w:tc>
          <w:tcPr>
            <w:tcW w:w="0" w:type="auto"/>
            <w:shd w:val="clear" w:color="auto" w:fill="FFFFFF"/>
          </w:tcPr>
          <w:p w14:paraId="30FBA0EB" w14:textId="77777777" w:rsidR="00363A1F" w:rsidRDefault="00832053">
            <w:r>
              <w:t>Открытая, двухтрубная</w:t>
            </w:r>
          </w:p>
        </w:tc>
        <w:tc>
          <w:tcPr>
            <w:tcW w:w="0" w:type="auto"/>
            <w:shd w:val="clear" w:color="auto" w:fill="FFFFFF"/>
          </w:tcPr>
          <w:p w14:paraId="4059370E" w14:textId="77777777" w:rsidR="00363A1F" w:rsidRDefault="00832053">
            <w:r>
              <w:t>95/70</w:t>
            </w:r>
          </w:p>
        </w:tc>
        <w:tc>
          <w:tcPr>
            <w:tcW w:w="0" w:type="auto"/>
            <w:shd w:val="clear" w:color="auto" w:fill="FFFFFF"/>
          </w:tcPr>
          <w:p w14:paraId="39A1EC34" w14:textId="77777777" w:rsidR="00363A1F" w:rsidRDefault="00832053">
            <w:r>
              <w:t>0,2640</w:t>
            </w:r>
          </w:p>
        </w:tc>
        <w:tc>
          <w:tcPr>
            <w:tcW w:w="0" w:type="auto"/>
            <w:shd w:val="clear" w:color="auto" w:fill="FFFFFF"/>
          </w:tcPr>
          <w:p w14:paraId="13EF51BF" w14:textId="77777777" w:rsidR="00363A1F" w:rsidRDefault="00832053">
            <w:r>
              <w:t>0,2640</w:t>
            </w:r>
          </w:p>
        </w:tc>
      </w:tr>
      <w:tr w:rsidR="00363A1F" w14:paraId="2EA3DA77" w14:textId="77777777">
        <w:trPr>
          <w:cantSplit/>
        </w:trPr>
        <w:tc>
          <w:tcPr>
            <w:tcW w:w="0" w:type="auto"/>
            <w:shd w:val="clear" w:color="auto" w:fill="F2F2F2"/>
          </w:tcPr>
          <w:p w14:paraId="62B3D490" w14:textId="77777777" w:rsidR="00363A1F" w:rsidRDefault="00832053">
            <w:r>
              <w:t>УПК № 7 «Каз»</w:t>
            </w:r>
          </w:p>
        </w:tc>
        <w:tc>
          <w:tcPr>
            <w:tcW w:w="0" w:type="auto"/>
            <w:shd w:val="clear" w:color="auto" w:fill="FFFFFF"/>
          </w:tcPr>
          <w:p w14:paraId="27EE8EB3" w14:textId="77777777" w:rsidR="00363A1F" w:rsidRDefault="00832053">
            <w:r>
              <w:t>двухтрубная</w:t>
            </w:r>
          </w:p>
        </w:tc>
        <w:tc>
          <w:tcPr>
            <w:tcW w:w="0" w:type="auto"/>
            <w:shd w:val="clear" w:color="auto" w:fill="FFFFFF"/>
          </w:tcPr>
          <w:p w14:paraId="05E54292" w14:textId="77777777" w:rsidR="00363A1F" w:rsidRDefault="00832053">
            <w:r>
              <w:t>Открытая, двухтрубная</w:t>
            </w:r>
          </w:p>
        </w:tc>
        <w:tc>
          <w:tcPr>
            <w:tcW w:w="0" w:type="auto"/>
            <w:shd w:val="clear" w:color="auto" w:fill="FFFFFF"/>
          </w:tcPr>
          <w:p w14:paraId="473790D6" w14:textId="77777777" w:rsidR="00363A1F" w:rsidRDefault="00832053">
            <w:r>
              <w:t>130/65</w:t>
            </w:r>
          </w:p>
        </w:tc>
        <w:tc>
          <w:tcPr>
            <w:tcW w:w="0" w:type="auto"/>
            <w:shd w:val="clear" w:color="auto" w:fill="FFFFFF"/>
          </w:tcPr>
          <w:p w14:paraId="39BC4B9E" w14:textId="77777777" w:rsidR="00363A1F" w:rsidRDefault="00832053">
            <w:r>
              <w:t>1,0530</w:t>
            </w:r>
          </w:p>
        </w:tc>
        <w:tc>
          <w:tcPr>
            <w:tcW w:w="0" w:type="auto"/>
            <w:shd w:val="clear" w:color="auto" w:fill="FFFFFF"/>
          </w:tcPr>
          <w:p w14:paraId="07ADB921" w14:textId="77777777" w:rsidR="00363A1F" w:rsidRDefault="00832053">
            <w:r>
              <w:t>1,0640</w:t>
            </w:r>
          </w:p>
        </w:tc>
      </w:tr>
      <w:tr w:rsidR="00363A1F" w14:paraId="084BD22C" w14:textId="77777777">
        <w:trPr>
          <w:cantSplit/>
        </w:trPr>
        <w:tc>
          <w:tcPr>
            <w:tcW w:w="0" w:type="auto"/>
            <w:shd w:val="clear" w:color="auto" w:fill="F2F2F2"/>
          </w:tcPr>
          <w:p w14:paraId="5F00D8E7" w14:textId="77777777" w:rsidR="00363A1F" w:rsidRDefault="00832053">
            <w:r>
              <w:t>УПК № 8 «Мундыбаш»</w:t>
            </w:r>
          </w:p>
        </w:tc>
        <w:tc>
          <w:tcPr>
            <w:tcW w:w="0" w:type="auto"/>
            <w:shd w:val="clear" w:color="auto" w:fill="FFFFFF"/>
          </w:tcPr>
          <w:p w14:paraId="3E8DEF4F" w14:textId="77777777" w:rsidR="00363A1F" w:rsidRDefault="00832053">
            <w:r>
              <w:t>двухтрубная</w:t>
            </w:r>
          </w:p>
        </w:tc>
        <w:tc>
          <w:tcPr>
            <w:tcW w:w="0" w:type="auto"/>
            <w:shd w:val="clear" w:color="auto" w:fill="FFFFFF"/>
          </w:tcPr>
          <w:p w14:paraId="662277EC" w14:textId="77777777" w:rsidR="00363A1F" w:rsidRPr="00844B84" w:rsidRDefault="00832053">
            <w:pPr>
              <w:rPr>
                <w:lang w:val="ru-RU"/>
              </w:rPr>
            </w:pPr>
            <w:r w:rsidRPr="00844B84">
              <w:rPr>
                <w:lang w:val="ru-RU"/>
              </w:rPr>
              <w:t>Смешанная по способу ГВС (открытая и закрыта</w:t>
            </w:r>
          </w:p>
        </w:tc>
        <w:tc>
          <w:tcPr>
            <w:tcW w:w="0" w:type="auto"/>
            <w:shd w:val="clear" w:color="auto" w:fill="FFFFFF"/>
          </w:tcPr>
          <w:p w14:paraId="535F8AD9" w14:textId="77777777" w:rsidR="00363A1F" w:rsidRDefault="00832053">
            <w:r>
              <w:t>95/70</w:t>
            </w:r>
          </w:p>
        </w:tc>
        <w:tc>
          <w:tcPr>
            <w:tcW w:w="0" w:type="auto"/>
            <w:shd w:val="clear" w:color="auto" w:fill="FFFFFF"/>
          </w:tcPr>
          <w:p w14:paraId="135E992D" w14:textId="77777777" w:rsidR="00363A1F" w:rsidRDefault="00832053">
            <w:r>
              <w:t>0,8190</w:t>
            </w:r>
          </w:p>
        </w:tc>
        <w:tc>
          <w:tcPr>
            <w:tcW w:w="0" w:type="auto"/>
            <w:shd w:val="clear" w:color="auto" w:fill="FFFFFF"/>
          </w:tcPr>
          <w:p w14:paraId="2F270DDE" w14:textId="77777777" w:rsidR="00363A1F" w:rsidRDefault="00832053">
            <w:r>
              <w:t>0,8190</w:t>
            </w:r>
          </w:p>
        </w:tc>
      </w:tr>
      <w:tr w:rsidR="00363A1F" w14:paraId="651BC852" w14:textId="77777777">
        <w:trPr>
          <w:cantSplit/>
        </w:trPr>
        <w:tc>
          <w:tcPr>
            <w:tcW w:w="0" w:type="auto"/>
            <w:shd w:val="clear" w:color="auto" w:fill="F2F2F2"/>
          </w:tcPr>
          <w:p w14:paraId="5FCA9143" w14:textId="77777777" w:rsidR="00363A1F" w:rsidRDefault="00832053">
            <w:r>
              <w:t>УПК № 10 «Темир-Тау»</w:t>
            </w:r>
          </w:p>
        </w:tc>
        <w:tc>
          <w:tcPr>
            <w:tcW w:w="0" w:type="auto"/>
            <w:shd w:val="clear" w:color="auto" w:fill="FFFFFF"/>
          </w:tcPr>
          <w:p w14:paraId="7933A8C7" w14:textId="77777777" w:rsidR="00363A1F" w:rsidRDefault="00832053">
            <w:r>
              <w:t>двухтрубная</w:t>
            </w:r>
          </w:p>
        </w:tc>
        <w:tc>
          <w:tcPr>
            <w:tcW w:w="0" w:type="auto"/>
            <w:shd w:val="clear" w:color="auto" w:fill="FFFFFF"/>
          </w:tcPr>
          <w:p w14:paraId="4DDEDAA5" w14:textId="77777777" w:rsidR="00363A1F" w:rsidRDefault="00832053">
            <w:r>
              <w:t>Открытая, двухтрубная</w:t>
            </w:r>
          </w:p>
        </w:tc>
        <w:tc>
          <w:tcPr>
            <w:tcW w:w="0" w:type="auto"/>
            <w:shd w:val="clear" w:color="auto" w:fill="FFFFFF"/>
          </w:tcPr>
          <w:p w14:paraId="7976CB9F" w14:textId="77777777" w:rsidR="00363A1F" w:rsidRDefault="00832053">
            <w:r>
              <w:t>95/70</w:t>
            </w:r>
          </w:p>
        </w:tc>
        <w:tc>
          <w:tcPr>
            <w:tcW w:w="0" w:type="auto"/>
            <w:shd w:val="clear" w:color="auto" w:fill="FFFFFF"/>
          </w:tcPr>
          <w:p w14:paraId="5D6E913D" w14:textId="77777777" w:rsidR="00363A1F" w:rsidRDefault="00832053">
            <w:r>
              <w:t>0,2569</w:t>
            </w:r>
          </w:p>
        </w:tc>
        <w:tc>
          <w:tcPr>
            <w:tcW w:w="0" w:type="auto"/>
            <w:shd w:val="clear" w:color="auto" w:fill="FFFFFF"/>
          </w:tcPr>
          <w:p w14:paraId="75C6C260" w14:textId="77777777" w:rsidR="00363A1F" w:rsidRDefault="00832053">
            <w:r>
              <w:t>0,2569</w:t>
            </w:r>
          </w:p>
        </w:tc>
      </w:tr>
      <w:tr w:rsidR="00363A1F" w14:paraId="47E78F65" w14:textId="77777777">
        <w:trPr>
          <w:cantSplit/>
        </w:trPr>
        <w:tc>
          <w:tcPr>
            <w:tcW w:w="0" w:type="auto"/>
            <w:shd w:val="clear" w:color="auto" w:fill="F2F2F2"/>
          </w:tcPr>
          <w:p w14:paraId="75E0DDE8" w14:textId="77777777" w:rsidR="00363A1F" w:rsidRDefault="00832053">
            <w:r>
              <w:t>УПК № 3 «Спасск»</w:t>
            </w:r>
          </w:p>
        </w:tc>
        <w:tc>
          <w:tcPr>
            <w:tcW w:w="0" w:type="auto"/>
            <w:shd w:val="clear" w:color="auto" w:fill="FFFFFF"/>
          </w:tcPr>
          <w:p w14:paraId="4EAE119B" w14:textId="77777777" w:rsidR="00363A1F" w:rsidRDefault="00832053">
            <w:r>
              <w:t>двухтрубная</w:t>
            </w:r>
          </w:p>
        </w:tc>
        <w:tc>
          <w:tcPr>
            <w:tcW w:w="0" w:type="auto"/>
            <w:shd w:val="clear" w:color="auto" w:fill="FFFFFF"/>
          </w:tcPr>
          <w:p w14:paraId="06E638C2" w14:textId="77777777" w:rsidR="00363A1F" w:rsidRDefault="00832053">
            <w:r>
              <w:t>Открытая, двухтрубная</w:t>
            </w:r>
          </w:p>
        </w:tc>
        <w:tc>
          <w:tcPr>
            <w:tcW w:w="0" w:type="auto"/>
            <w:shd w:val="clear" w:color="auto" w:fill="FFFFFF"/>
          </w:tcPr>
          <w:p w14:paraId="491C2EF6" w14:textId="77777777" w:rsidR="00363A1F" w:rsidRDefault="00832053">
            <w:r>
              <w:t>95/70</w:t>
            </w:r>
          </w:p>
        </w:tc>
        <w:tc>
          <w:tcPr>
            <w:tcW w:w="0" w:type="auto"/>
            <w:shd w:val="clear" w:color="auto" w:fill="FFFFFF"/>
          </w:tcPr>
          <w:p w14:paraId="59426DF4" w14:textId="77777777" w:rsidR="00363A1F" w:rsidRDefault="00832053">
            <w:r>
              <w:t>0,0400</w:t>
            </w:r>
          </w:p>
        </w:tc>
        <w:tc>
          <w:tcPr>
            <w:tcW w:w="0" w:type="auto"/>
            <w:shd w:val="clear" w:color="auto" w:fill="FFFFFF"/>
          </w:tcPr>
          <w:p w14:paraId="64811AA1" w14:textId="77777777" w:rsidR="00363A1F" w:rsidRDefault="00832053">
            <w:r>
              <w:t>0,0410</w:t>
            </w:r>
          </w:p>
        </w:tc>
      </w:tr>
      <w:tr w:rsidR="00363A1F" w14:paraId="01021C50" w14:textId="77777777">
        <w:trPr>
          <w:cantSplit/>
        </w:trPr>
        <w:tc>
          <w:tcPr>
            <w:tcW w:w="0" w:type="auto"/>
            <w:shd w:val="clear" w:color="auto" w:fill="DBE5F1"/>
          </w:tcPr>
          <w:p w14:paraId="1974E7AA" w14:textId="77777777" w:rsidR="00363A1F" w:rsidRDefault="00832053">
            <w:r>
              <w:rPr>
                <w:b/>
              </w:rPr>
              <w:t>Итого</w:t>
            </w:r>
          </w:p>
        </w:tc>
        <w:tc>
          <w:tcPr>
            <w:tcW w:w="0" w:type="auto"/>
            <w:shd w:val="clear" w:color="auto" w:fill="DBE5F1"/>
          </w:tcPr>
          <w:p w14:paraId="34E833A9" w14:textId="77777777" w:rsidR="00363A1F" w:rsidRDefault="00832053">
            <w:r>
              <w:rPr>
                <w:b/>
              </w:rPr>
              <w:t>—</w:t>
            </w:r>
          </w:p>
        </w:tc>
        <w:tc>
          <w:tcPr>
            <w:tcW w:w="0" w:type="auto"/>
            <w:shd w:val="clear" w:color="auto" w:fill="DBE5F1"/>
          </w:tcPr>
          <w:p w14:paraId="4B129823" w14:textId="77777777" w:rsidR="00363A1F" w:rsidRDefault="00832053">
            <w:r>
              <w:rPr>
                <w:b/>
              </w:rPr>
              <w:t>—</w:t>
            </w:r>
          </w:p>
        </w:tc>
        <w:tc>
          <w:tcPr>
            <w:tcW w:w="0" w:type="auto"/>
            <w:shd w:val="clear" w:color="auto" w:fill="DBE5F1"/>
          </w:tcPr>
          <w:p w14:paraId="236343F8" w14:textId="77777777" w:rsidR="00363A1F" w:rsidRDefault="00832053">
            <w:r>
              <w:rPr>
                <w:b/>
              </w:rPr>
              <w:t>—</w:t>
            </w:r>
          </w:p>
        </w:tc>
        <w:tc>
          <w:tcPr>
            <w:tcW w:w="0" w:type="auto"/>
            <w:shd w:val="clear" w:color="auto" w:fill="DBE5F1"/>
          </w:tcPr>
          <w:p w14:paraId="32333EFC" w14:textId="77777777" w:rsidR="00363A1F" w:rsidRDefault="00832053">
            <w:r>
              <w:rPr>
                <w:b/>
              </w:rPr>
              <w:t>11,3909</w:t>
            </w:r>
          </w:p>
        </w:tc>
        <w:tc>
          <w:tcPr>
            <w:tcW w:w="0" w:type="auto"/>
            <w:shd w:val="clear" w:color="auto" w:fill="DBE5F1"/>
          </w:tcPr>
          <w:p w14:paraId="730424BB" w14:textId="77777777" w:rsidR="00363A1F" w:rsidRDefault="00832053">
            <w:r>
              <w:rPr>
                <w:b/>
              </w:rPr>
              <w:t>11,4029</w:t>
            </w:r>
          </w:p>
        </w:tc>
      </w:tr>
    </w:tbl>
    <w:p w14:paraId="4904DEA3" w14:textId="77777777" w:rsidR="00363A1F" w:rsidRPr="00844B84" w:rsidRDefault="00832053">
      <w:pPr>
        <w:rPr>
          <w:lang w:val="ru-RU"/>
        </w:rPr>
      </w:pPr>
      <w:r w:rsidRPr="00844B84">
        <w:rPr>
          <w:lang w:val="ru-RU"/>
        </w:rPr>
        <w:t>Тепловая нагрузка горячего водоснабжения округа составляет 11,3909 Гкал/ч на базовый год и 11,4029 Гкал/ч на расчётный срок. По системе УПК № 8 «Мундыбаш» приготовление горячей воды смешанное при двухтрубной тепловой сети.</w:t>
      </w:r>
    </w:p>
    <w:p w14:paraId="5ADDE82F" w14:textId="77777777" w:rsidR="00363A1F" w:rsidRPr="00844B84" w:rsidRDefault="00832053">
      <w:pPr>
        <w:rPr>
          <w:lang w:val="ru-RU"/>
        </w:rPr>
      </w:pPr>
      <w:r w:rsidRPr="00844B84">
        <w:rPr>
          <w:lang w:val="ru-RU"/>
        </w:rPr>
        <w:t>Паровая нагрузка относится к источникам УПК № 1 «Таштагол», УПК № 5 «Новый Шерегеш» и УПК № 6 «Старый Шерегеш» и учитывается отдельным слоем.</w:t>
      </w:r>
    </w:p>
    <w:p w14:paraId="0E2137A2" w14:textId="77777777" w:rsidR="00363A1F" w:rsidRPr="00844B84" w:rsidRDefault="00832053">
      <w:pPr>
        <w:pStyle w:val="21"/>
        <w:rPr>
          <w:lang w:val="ru-RU"/>
        </w:rPr>
      </w:pPr>
      <w:bookmarkStart w:id="24" w:name="_Toc238017223"/>
      <w:r w:rsidRPr="00844B84">
        <w:rPr>
          <w:lang w:val="ru-RU"/>
        </w:rPr>
        <w:t>2.10. Характеристики источников тепловой энергии по объектам</w:t>
      </w:r>
      <w:bookmarkEnd w:id="24"/>
    </w:p>
    <w:p w14:paraId="2B5FEC30" w14:textId="77777777" w:rsidR="00363A1F" w:rsidRPr="00844B84" w:rsidRDefault="00832053">
      <w:pPr>
        <w:rPr>
          <w:lang w:val="ru-RU"/>
        </w:rPr>
      </w:pPr>
      <w:r w:rsidRPr="00844B84">
        <w:rPr>
          <w:lang w:val="ru-RU"/>
        </w:rPr>
        <w:t>Ниже приведены утверждаемые характеристики каждого источника с указанием мощности, нагрузок по этапам расчётного периода и принимаемого решения на расчётный срок.</w:t>
      </w:r>
    </w:p>
    <w:p w14:paraId="19F4B8F8" w14:textId="77777777" w:rsidR="00363A1F" w:rsidRPr="005731F7" w:rsidRDefault="00832053">
      <w:pPr>
        <w:pStyle w:val="31"/>
        <w:rPr>
          <w:sz w:val="28"/>
          <w:szCs w:val="28"/>
        </w:rPr>
      </w:pPr>
      <w:r w:rsidRPr="005731F7">
        <w:rPr>
          <w:sz w:val="28"/>
          <w:szCs w:val="28"/>
        </w:rPr>
        <w:t>2.10.1. УПК № 1 «Таштагол»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557"/>
        <w:gridCol w:w="5932"/>
      </w:tblGrid>
      <w:tr w:rsidR="00363A1F" w14:paraId="3139C142" w14:textId="77777777">
        <w:trPr>
          <w:cantSplit/>
          <w:tblHeader/>
        </w:trPr>
        <w:tc>
          <w:tcPr>
            <w:tcW w:w="0" w:type="auto"/>
            <w:shd w:val="clear" w:color="auto" w:fill="E2F0D9"/>
          </w:tcPr>
          <w:p w14:paraId="5C68B92A" w14:textId="77777777" w:rsidR="00363A1F" w:rsidRDefault="00832053">
            <w:pPr>
              <w:jc w:val="center"/>
            </w:pPr>
            <w:r>
              <w:rPr>
                <w:b/>
              </w:rPr>
              <w:t>Характеристика</w:t>
            </w:r>
          </w:p>
        </w:tc>
        <w:tc>
          <w:tcPr>
            <w:tcW w:w="0" w:type="auto"/>
            <w:shd w:val="clear" w:color="auto" w:fill="E2F0D9"/>
          </w:tcPr>
          <w:p w14:paraId="38946D81" w14:textId="77777777" w:rsidR="00363A1F" w:rsidRDefault="00832053">
            <w:pPr>
              <w:jc w:val="center"/>
            </w:pPr>
            <w:r>
              <w:rPr>
                <w:b/>
              </w:rPr>
              <w:t>Значение</w:t>
            </w:r>
          </w:p>
        </w:tc>
      </w:tr>
      <w:tr w:rsidR="00363A1F" w14:paraId="5E0BD0AD" w14:textId="77777777">
        <w:trPr>
          <w:cantSplit/>
        </w:trPr>
        <w:tc>
          <w:tcPr>
            <w:tcW w:w="0" w:type="auto"/>
            <w:shd w:val="clear" w:color="auto" w:fill="F2F2F2"/>
          </w:tcPr>
          <w:p w14:paraId="0FB7E130" w14:textId="77777777" w:rsidR="00363A1F" w:rsidRDefault="00832053">
            <w:r>
              <w:t>Территория и зона теплоснабжения</w:t>
            </w:r>
          </w:p>
        </w:tc>
        <w:tc>
          <w:tcPr>
            <w:tcW w:w="0" w:type="auto"/>
            <w:shd w:val="clear" w:color="auto" w:fill="FFFFFF"/>
          </w:tcPr>
          <w:p w14:paraId="1C46AA9C" w14:textId="77777777" w:rsidR="00363A1F" w:rsidRDefault="00832053">
            <w:r>
              <w:t>г. Таштагол, зона Z-01</w:t>
            </w:r>
          </w:p>
        </w:tc>
      </w:tr>
      <w:tr w:rsidR="00363A1F" w14:paraId="44453B8A" w14:textId="77777777">
        <w:trPr>
          <w:cantSplit/>
        </w:trPr>
        <w:tc>
          <w:tcPr>
            <w:tcW w:w="0" w:type="auto"/>
            <w:shd w:val="clear" w:color="auto" w:fill="F2F2F2"/>
          </w:tcPr>
          <w:p w14:paraId="06516AEC" w14:textId="77777777" w:rsidR="00363A1F" w:rsidRDefault="00832053">
            <w:r>
              <w:t>Установленная мощность</w:t>
            </w:r>
          </w:p>
        </w:tc>
        <w:tc>
          <w:tcPr>
            <w:tcW w:w="0" w:type="auto"/>
            <w:shd w:val="clear" w:color="auto" w:fill="FFFFFF"/>
          </w:tcPr>
          <w:p w14:paraId="7C7F8CB0" w14:textId="77777777" w:rsidR="00363A1F" w:rsidRDefault="00832053">
            <w:r>
              <w:t>150,00 Гкал/ч</w:t>
            </w:r>
          </w:p>
        </w:tc>
      </w:tr>
      <w:tr w:rsidR="00363A1F" w14:paraId="58137092" w14:textId="77777777">
        <w:trPr>
          <w:cantSplit/>
        </w:trPr>
        <w:tc>
          <w:tcPr>
            <w:tcW w:w="0" w:type="auto"/>
            <w:shd w:val="clear" w:color="auto" w:fill="F2F2F2"/>
          </w:tcPr>
          <w:p w14:paraId="2F0A03DC" w14:textId="77777777" w:rsidR="00363A1F" w:rsidRDefault="00832053">
            <w:r>
              <w:t>Располагаемая мощность</w:t>
            </w:r>
          </w:p>
        </w:tc>
        <w:tc>
          <w:tcPr>
            <w:tcW w:w="0" w:type="auto"/>
            <w:shd w:val="clear" w:color="auto" w:fill="FFFFFF"/>
          </w:tcPr>
          <w:p w14:paraId="2E42E9E3" w14:textId="77777777" w:rsidR="00363A1F" w:rsidRDefault="00832053">
            <w:r>
              <w:t>150,00 Гкал/ч</w:t>
            </w:r>
          </w:p>
        </w:tc>
      </w:tr>
      <w:tr w:rsidR="00363A1F" w14:paraId="75E76981" w14:textId="77777777">
        <w:trPr>
          <w:cantSplit/>
        </w:trPr>
        <w:tc>
          <w:tcPr>
            <w:tcW w:w="0" w:type="auto"/>
            <w:shd w:val="clear" w:color="auto" w:fill="F2F2F2"/>
          </w:tcPr>
          <w:p w14:paraId="7CD27956" w14:textId="77777777" w:rsidR="00363A1F" w:rsidRDefault="00832053">
            <w:r>
              <w:t>Присоединённая договорная нагрузка</w:t>
            </w:r>
          </w:p>
        </w:tc>
        <w:tc>
          <w:tcPr>
            <w:tcW w:w="0" w:type="auto"/>
            <w:shd w:val="clear" w:color="auto" w:fill="FFFFFF"/>
          </w:tcPr>
          <w:p w14:paraId="3185D274" w14:textId="77777777" w:rsidR="00363A1F" w:rsidRDefault="00832053">
            <w:r>
              <w:t>70,2235 Гкал/ч</w:t>
            </w:r>
          </w:p>
        </w:tc>
      </w:tr>
      <w:tr w:rsidR="00363A1F" w14:paraId="50FEA431" w14:textId="77777777">
        <w:trPr>
          <w:cantSplit/>
        </w:trPr>
        <w:tc>
          <w:tcPr>
            <w:tcW w:w="0" w:type="auto"/>
            <w:shd w:val="clear" w:color="auto" w:fill="F2F2F2"/>
          </w:tcPr>
          <w:p w14:paraId="49C77100" w14:textId="77777777" w:rsidR="00363A1F" w:rsidRDefault="00832053">
            <w:r>
              <w:t>Полная максимальная нагрузка 2026 года</w:t>
            </w:r>
          </w:p>
        </w:tc>
        <w:tc>
          <w:tcPr>
            <w:tcW w:w="0" w:type="auto"/>
            <w:shd w:val="clear" w:color="auto" w:fill="FFFFFF"/>
          </w:tcPr>
          <w:p w14:paraId="0346DFA6" w14:textId="77777777" w:rsidR="00363A1F" w:rsidRDefault="00832053">
            <w:r>
              <w:t>93,0532 Гкал/ч</w:t>
            </w:r>
          </w:p>
        </w:tc>
      </w:tr>
      <w:tr w:rsidR="00363A1F" w14:paraId="4998FA19" w14:textId="77777777">
        <w:trPr>
          <w:cantSplit/>
        </w:trPr>
        <w:tc>
          <w:tcPr>
            <w:tcW w:w="0" w:type="auto"/>
            <w:shd w:val="clear" w:color="auto" w:fill="F2F2F2"/>
          </w:tcPr>
          <w:p w14:paraId="53EDD12E" w14:textId="77777777" w:rsidR="00363A1F" w:rsidRDefault="00832053">
            <w:r>
              <w:t>Полная максимальная нагрузка 2031 года</w:t>
            </w:r>
          </w:p>
        </w:tc>
        <w:tc>
          <w:tcPr>
            <w:tcW w:w="0" w:type="auto"/>
            <w:shd w:val="clear" w:color="auto" w:fill="FFFFFF"/>
          </w:tcPr>
          <w:p w14:paraId="657EB956" w14:textId="77777777" w:rsidR="00363A1F" w:rsidRDefault="00832053">
            <w:r>
              <w:t>93,2042 Гкал/ч</w:t>
            </w:r>
          </w:p>
        </w:tc>
      </w:tr>
      <w:tr w:rsidR="00363A1F" w14:paraId="277EE3B5" w14:textId="77777777">
        <w:trPr>
          <w:cantSplit/>
        </w:trPr>
        <w:tc>
          <w:tcPr>
            <w:tcW w:w="0" w:type="auto"/>
            <w:shd w:val="clear" w:color="auto" w:fill="F2F2F2"/>
          </w:tcPr>
          <w:p w14:paraId="0CBF7377" w14:textId="77777777" w:rsidR="00363A1F" w:rsidRDefault="00832053">
            <w:r>
              <w:t>Полная максимальная нагрузка 2036 года</w:t>
            </w:r>
          </w:p>
        </w:tc>
        <w:tc>
          <w:tcPr>
            <w:tcW w:w="0" w:type="auto"/>
            <w:shd w:val="clear" w:color="auto" w:fill="FFFFFF"/>
          </w:tcPr>
          <w:p w14:paraId="27BD62AA" w14:textId="77777777" w:rsidR="00363A1F" w:rsidRDefault="00832053">
            <w:r>
              <w:t>93,2042 Гкал/ч</w:t>
            </w:r>
          </w:p>
        </w:tc>
      </w:tr>
      <w:tr w:rsidR="00363A1F" w14:paraId="13090CD4" w14:textId="77777777">
        <w:trPr>
          <w:cantSplit/>
        </w:trPr>
        <w:tc>
          <w:tcPr>
            <w:tcW w:w="0" w:type="auto"/>
            <w:shd w:val="clear" w:color="auto" w:fill="F2F2F2"/>
          </w:tcPr>
          <w:p w14:paraId="49F26953" w14:textId="77777777" w:rsidR="00363A1F" w:rsidRDefault="00832053">
            <w:r>
              <w:t>Резерв мощности на 2026 год</w:t>
            </w:r>
          </w:p>
        </w:tc>
        <w:tc>
          <w:tcPr>
            <w:tcW w:w="0" w:type="auto"/>
            <w:shd w:val="clear" w:color="auto" w:fill="FFFFFF"/>
          </w:tcPr>
          <w:p w14:paraId="73BF756F" w14:textId="77777777" w:rsidR="00363A1F" w:rsidRDefault="00832053">
            <w:r>
              <w:t>56,9468 Гкал/ч</w:t>
            </w:r>
          </w:p>
        </w:tc>
      </w:tr>
      <w:tr w:rsidR="00363A1F" w14:paraId="0E0E77CD" w14:textId="77777777">
        <w:trPr>
          <w:cantSplit/>
        </w:trPr>
        <w:tc>
          <w:tcPr>
            <w:tcW w:w="0" w:type="auto"/>
            <w:shd w:val="clear" w:color="auto" w:fill="F2F2F2"/>
          </w:tcPr>
          <w:p w14:paraId="5D3DCAE6" w14:textId="77777777" w:rsidR="00363A1F" w:rsidRPr="00844B84" w:rsidRDefault="00832053">
            <w:pPr>
              <w:rPr>
                <w:lang w:val="ru-RU"/>
              </w:rPr>
            </w:pPr>
            <w:r w:rsidRPr="00844B84">
              <w:rPr>
                <w:lang w:val="ru-RU"/>
              </w:rPr>
              <w:t>Резерв мощности на расчётный срок</w:t>
            </w:r>
          </w:p>
        </w:tc>
        <w:tc>
          <w:tcPr>
            <w:tcW w:w="0" w:type="auto"/>
            <w:shd w:val="clear" w:color="auto" w:fill="FFFFFF"/>
          </w:tcPr>
          <w:p w14:paraId="269DC800" w14:textId="77777777" w:rsidR="00363A1F" w:rsidRDefault="00832053">
            <w:r>
              <w:t>56,7958 Гкал/ч</w:t>
            </w:r>
          </w:p>
        </w:tc>
      </w:tr>
      <w:tr w:rsidR="00363A1F" w14:paraId="5028C1A1" w14:textId="77777777">
        <w:trPr>
          <w:cantSplit/>
        </w:trPr>
        <w:tc>
          <w:tcPr>
            <w:tcW w:w="0" w:type="auto"/>
            <w:shd w:val="clear" w:color="auto" w:fill="F2F2F2"/>
          </w:tcPr>
          <w:p w14:paraId="5C16B81B" w14:textId="77777777" w:rsidR="00363A1F" w:rsidRDefault="00832053">
            <w:r>
              <w:t>Загрузка оборудования 2026 года</w:t>
            </w:r>
          </w:p>
        </w:tc>
        <w:tc>
          <w:tcPr>
            <w:tcW w:w="0" w:type="auto"/>
            <w:shd w:val="clear" w:color="auto" w:fill="FFFFFF"/>
          </w:tcPr>
          <w:p w14:paraId="6EA1CC55" w14:textId="77777777" w:rsidR="00363A1F" w:rsidRDefault="00832053">
            <w:r>
              <w:t>62,04 %</w:t>
            </w:r>
          </w:p>
        </w:tc>
      </w:tr>
      <w:tr w:rsidR="00363A1F" w14:paraId="0D1FA554" w14:textId="77777777">
        <w:trPr>
          <w:cantSplit/>
        </w:trPr>
        <w:tc>
          <w:tcPr>
            <w:tcW w:w="0" w:type="auto"/>
            <w:shd w:val="clear" w:color="auto" w:fill="F2F2F2"/>
          </w:tcPr>
          <w:p w14:paraId="469914EE" w14:textId="77777777" w:rsidR="00363A1F" w:rsidRDefault="00832053">
            <w:r>
              <w:t>Действующих котлоагрегатов</w:t>
            </w:r>
          </w:p>
        </w:tc>
        <w:tc>
          <w:tcPr>
            <w:tcW w:w="0" w:type="auto"/>
            <w:shd w:val="clear" w:color="auto" w:fill="FFFFFF"/>
          </w:tcPr>
          <w:p w14:paraId="79C4C753" w14:textId="77777777" w:rsidR="00363A1F" w:rsidRDefault="00832053">
            <w:r>
              <w:t>5 ед.</w:t>
            </w:r>
          </w:p>
        </w:tc>
      </w:tr>
      <w:tr w:rsidR="00363A1F" w14:paraId="36CE4AA8" w14:textId="77777777">
        <w:trPr>
          <w:cantSplit/>
        </w:trPr>
        <w:tc>
          <w:tcPr>
            <w:tcW w:w="0" w:type="auto"/>
            <w:shd w:val="clear" w:color="auto" w:fill="F2F2F2"/>
          </w:tcPr>
          <w:p w14:paraId="121649D5" w14:textId="77777777" w:rsidR="00363A1F" w:rsidRDefault="00832053">
            <w:r>
              <w:t>Вид топлива</w:t>
            </w:r>
          </w:p>
        </w:tc>
        <w:tc>
          <w:tcPr>
            <w:tcW w:w="0" w:type="auto"/>
            <w:shd w:val="clear" w:color="auto" w:fill="FFFFFF"/>
          </w:tcPr>
          <w:p w14:paraId="7C1B1A56" w14:textId="77777777" w:rsidR="00363A1F" w:rsidRDefault="00832053">
            <w:r>
              <w:t>каменный уголь</w:t>
            </w:r>
          </w:p>
        </w:tc>
      </w:tr>
      <w:tr w:rsidR="00363A1F" w14:paraId="73454384" w14:textId="77777777">
        <w:trPr>
          <w:cantSplit/>
        </w:trPr>
        <w:tc>
          <w:tcPr>
            <w:tcW w:w="0" w:type="auto"/>
            <w:shd w:val="clear" w:color="auto" w:fill="F2F2F2"/>
          </w:tcPr>
          <w:p w14:paraId="2312DAC9" w14:textId="77777777" w:rsidR="00363A1F" w:rsidRDefault="00832053">
            <w:r>
              <w:t>Тепловая сеть</w:t>
            </w:r>
          </w:p>
        </w:tc>
        <w:tc>
          <w:tcPr>
            <w:tcW w:w="0" w:type="auto"/>
            <w:shd w:val="clear" w:color="auto" w:fill="FFFFFF"/>
          </w:tcPr>
          <w:p w14:paraId="25601D00" w14:textId="77777777" w:rsidR="00363A1F" w:rsidRDefault="00832053">
            <w:r>
              <w:t>двухтрубная</w:t>
            </w:r>
          </w:p>
        </w:tc>
      </w:tr>
      <w:tr w:rsidR="00363A1F" w14:paraId="745A2D0A" w14:textId="77777777">
        <w:trPr>
          <w:cantSplit/>
        </w:trPr>
        <w:tc>
          <w:tcPr>
            <w:tcW w:w="0" w:type="auto"/>
            <w:shd w:val="clear" w:color="auto" w:fill="F2F2F2"/>
          </w:tcPr>
          <w:p w14:paraId="433C19D6" w14:textId="77777777" w:rsidR="00363A1F" w:rsidRDefault="00832053">
            <w:r>
              <w:t>Схема приготовления горячей воды</w:t>
            </w:r>
          </w:p>
        </w:tc>
        <w:tc>
          <w:tcPr>
            <w:tcW w:w="0" w:type="auto"/>
            <w:shd w:val="clear" w:color="auto" w:fill="FFFFFF"/>
          </w:tcPr>
          <w:p w14:paraId="73B7FC62" w14:textId="77777777" w:rsidR="00363A1F" w:rsidRDefault="00832053">
            <w:r>
              <w:t>Открытая, двухтрубная</w:t>
            </w:r>
          </w:p>
        </w:tc>
      </w:tr>
      <w:tr w:rsidR="00363A1F" w14:paraId="60495254" w14:textId="77777777">
        <w:trPr>
          <w:cantSplit/>
        </w:trPr>
        <w:tc>
          <w:tcPr>
            <w:tcW w:w="0" w:type="auto"/>
            <w:shd w:val="clear" w:color="auto" w:fill="F2F2F2"/>
          </w:tcPr>
          <w:p w14:paraId="427ED923" w14:textId="77777777" w:rsidR="00363A1F" w:rsidRDefault="00832053">
            <w:r>
              <w:t>Температурный график</w:t>
            </w:r>
          </w:p>
        </w:tc>
        <w:tc>
          <w:tcPr>
            <w:tcW w:w="0" w:type="auto"/>
            <w:shd w:val="clear" w:color="auto" w:fill="FFFFFF"/>
          </w:tcPr>
          <w:p w14:paraId="175CDAF9" w14:textId="77777777" w:rsidR="00363A1F" w:rsidRDefault="00832053">
            <w:r>
              <w:t>95/70 °C</w:t>
            </w:r>
          </w:p>
        </w:tc>
      </w:tr>
      <w:tr w:rsidR="00363A1F" w14:paraId="73B5BE1D" w14:textId="77777777">
        <w:trPr>
          <w:cantSplit/>
        </w:trPr>
        <w:tc>
          <w:tcPr>
            <w:tcW w:w="0" w:type="auto"/>
            <w:shd w:val="clear" w:color="auto" w:fill="F2F2F2"/>
          </w:tcPr>
          <w:p w14:paraId="77E8527A" w14:textId="77777777" w:rsidR="00363A1F" w:rsidRDefault="00832053">
            <w:r>
              <w:t>Нагрузка горячего водоснабжения</w:t>
            </w:r>
          </w:p>
        </w:tc>
        <w:tc>
          <w:tcPr>
            <w:tcW w:w="0" w:type="auto"/>
            <w:shd w:val="clear" w:color="auto" w:fill="FFFFFF"/>
          </w:tcPr>
          <w:p w14:paraId="26B11D17" w14:textId="77777777" w:rsidR="00363A1F" w:rsidRDefault="00832053">
            <w:r>
              <w:t>5,3810 Гкал/ч</w:t>
            </w:r>
          </w:p>
        </w:tc>
      </w:tr>
      <w:tr w:rsidR="00363A1F" w14:paraId="3FB4B6DE" w14:textId="77777777">
        <w:trPr>
          <w:cantSplit/>
        </w:trPr>
        <w:tc>
          <w:tcPr>
            <w:tcW w:w="0" w:type="auto"/>
            <w:shd w:val="clear" w:color="auto" w:fill="F2F2F2"/>
          </w:tcPr>
          <w:p w14:paraId="1E4B58AC" w14:textId="77777777" w:rsidR="00363A1F" w:rsidRDefault="00832053">
            <w:r>
              <w:t>Производительность водоподготовительной установки</w:t>
            </w:r>
          </w:p>
        </w:tc>
        <w:tc>
          <w:tcPr>
            <w:tcW w:w="0" w:type="auto"/>
            <w:shd w:val="clear" w:color="auto" w:fill="FFFFFF"/>
          </w:tcPr>
          <w:p w14:paraId="4B9574F5" w14:textId="77777777" w:rsidR="00363A1F" w:rsidRDefault="00832053">
            <w:r>
              <w:t>120,0 т/ч</w:t>
            </w:r>
          </w:p>
        </w:tc>
      </w:tr>
      <w:tr w:rsidR="00363A1F" w14:paraId="4911F94B" w14:textId="77777777">
        <w:trPr>
          <w:cantSplit/>
        </w:trPr>
        <w:tc>
          <w:tcPr>
            <w:tcW w:w="0" w:type="auto"/>
            <w:shd w:val="clear" w:color="auto" w:fill="F2F2F2"/>
          </w:tcPr>
          <w:p w14:paraId="12D830A7" w14:textId="77777777" w:rsidR="00363A1F" w:rsidRDefault="00832053">
            <w:r>
              <w:t>Подпитка тепловой сети 2026 года</w:t>
            </w:r>
          </w:p>
        </w:tc>
        <w:tc>
          <w:tcPr>
            <w:tcW w:w="0" w:type="auto"/>
            <w:shd w:val="clear" w:color="auto" w:fill="FFFFFF"/>
          </w:tcPr>
          <w:p w14:paraId="0ACF2D85" w14:textId="77777777" w:rsidR="00363A1F" w:rsidRDefault="00832053">
            <w:r>
              <w:t>45,586 т/ч</w:t>
            </w:r>
          </w:p>
        </w:tc>
      </w:tr>
      <w:tr w:rsidR="00363A1F" w:rsidRPr="004D1FEB" w14:paraId="46D07582" w14:textId="77777777">
        <w:trPr>
          <w:cantSplit/>
        </w:trPr>
        <w:tc>
          <w:tcPr>
            <w:tcW w:w="0" w:type="auto"/>
            <w:shd w:val="clear" w:color="auto" w:fill="F2F2F2"/>
          </w:tcPr>
          <w:p w14:paraId="51959201" w14:textId="77777777" w:rsidR="00363A1F" w:rsidRDefault="00832053">
            <w:r>
              <w:t>Решение на расчётный срок</w:t>
            </w:r>
          </w:p>
        </w:tc>
        <w:tc>
          <w:tcPr>
            <w:tcW w:w="0" w:type="auto"/>
            <w:shd w:val="clear" w:color="auto" w:fill="FFFFFF"/>
          </w:tcPr>
          <w:p w14:paraId="720F0F72" w14:textId="77777777" w:rsidR="00363A1F" w:rsidRPr="00844B84" w:rsidRDefault="00832053">
            <w:pPr>
              <w:rPr>
                <w:lang w:val="ru-RU"/>
              </w:rPr>
            </w:pPr>
            <w:r w:rsidRPr="00844B84">
              <w:rPr>
                <w:lang w:val="ru-RU"/>
              </w:rPr>
              <w:t>перевод на природный газ; перевод горячего водоснабжения на закрытую схему</w:t>
            </w:r>
          </w:p>
        </w:tc>
      </w:tr>
    </w:tbl>
    <w:p w14:paraId="4638E80C" w14:textId="77777777" w:rsidR="00363A1F" w:rsidRPr="005731F7" w:rsidRDefault="00832053">
      <w:pPr>
        <w:pStyle w:val="31"/>
        <w:rPr>
          <w:sz w:val="28"/>
          <w:szCs w:val="28"/>
        </w:rPr>
      </w:pPr>
      <w:r w:rsidRPr="005731F7">
        <w:rPr>
          <w:sz w:val="28"/>
          <w:szCs w:val="28"/>
        </w:rPr>
        <w:t>2.10.2. УПК № 2 «Шалым»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84"/>
        <w:gridCol w:w="6005"/>
      </w:tblGrid>
      <w:tr w:rsidR="00363A1F" w14:paraId="7014E298" w14:textId="77777777">
        <w:trPr>
          <w:cantSplit/>
          <w:tblHeader/>
        </w:trPr>
        <w:tc>
          <w:tcPr>
            <w:tcW w:w="0" w:type="auto"/>
            <w:shd w:val="clear" w:color="auto" w:fill="E2F0D9"/>
          </w:tcPr>
          <w:p w14:paraId="102AFCD0" w14:textId="77777777" w:rsidR="00363A1F" w:rsidRDefault="00832053">
            <w:pPr>
              <w:jc w:val="center"/>
            </w:pPr>
            <w:r>
              <w:rPr>
                <w:b/>
              </w:rPr>
              <w:t>Характеристика</w:t>
            </w:r>
          </w:p>
        </w:tc>
        <w:tc>
          <w:tcPr>
            <w:tcW w:w="0" w:type="auto"/>
            <w:shd w:val="clear" w:color="auto" w:fill="E2F0D9"/>
          </w:tcPr>
          <w:p w14:paraId="5C3172FB" w14:textId="77777777" w:rsidR="00363A1F" w:rsidRDefault="00832053">
            <w:pPr>
              <w:jc w:val="center"/>
            </w:pPr>
            <w:r>
              <w:rPr>
                <w:b/>
              </w:rPr>
              <w:t>Значение</w:t>
            </w:r>
          </w:p>
        </w:tc>
      </w:tr>
      <w:tr w:rsidR="00363A1F" w14:paraId="5B99C4EB" w14:textId="77777777">
        <w:trPr>
          <w:cantSplit/>
        </w:trPr>
        <w:tc>
          <w:tcPr>
            <w:tcW w:w="0" w:type="auto"/>
            <w:shd w:val="clear" w:color="auto" w:fill="F2F2F2"/>
          </w:tcPr>
          <w:p w14:paraId="6C45D222" w14:textId="77777777" w:rsidR="00363A1F" w:rsidRDefault="00832053">
            <w:r>
              <w:t>Территория и зона теплоснабжения</w:t>
            </w:r>
          </w:p>
        </w:tc>
        <w:tc>
          <w:tcPr>
            <w:tcW w:w="0" w:type="auto"/>
            <w:shd w:val="clear" w:color="auto" w:fill="FFFFFF"/>
          </w:tcPr>
          <w:p w14:paraId="4D9B585D" w14:textId="77777777" w:rsidR="00363A1F" w:rsidRDefault="00832053">
            <w:r>
              <w:t>г. Таштагол, зона Z-07</w:t>
            </w:r>
          </w:p>
        </w:tc>
      </w:tr>
      <w:tr w:rsidR="00363A1F" w14:paraId="6770CCA5" w14:textId="77777777">
        <w:trPr>
          <w:cantSplit/>
        </w:trPr>
        <w:tc>
          <w:tcPr>
            <w:tcW w:w="0" w:type="auto"/>
            <w:shd w:val="clear" w:color="auto" w:fill="F2F2F2"/>
          </w:tcPr>
          <w:p w14:paraId="3524631C" w14:textId="77777777" w:rsidR="00363A1F" w:rsidRDefault="00832053">
            <w:r>
              <w:t>Установленная мощность</w:t>
            </w:r>
          </w:p>
        </w:tc>
        <w:tc>
          <w:tcPr>
            <w:tcW w:w="0" w:type="auto"/>
            <w:shd w:val="clear" w:color="auto" w:fill="FFFFFF"/>
          </w:tcPr>
          <w:p w14:paraId="4FFAE6B0" w14:textId="77777777" w:rsidR="00363A1F" w:rsidRDefault="00832053">
            <w:r>
              <w:t>17,00 Гкал/ч</w:t>
            </w:r>
          </w:p>
        </w:tc>
      </w:tr>
      <w:tr w:rsidR="00363A1F" w14:paraId="4AD9F7D1" w14:textId="77777777">
        <w:trPr>
          <w:cantSplit/>
        </w:trPr>
        <w:tc>
          <w:tcPr>
            <w:tcW w:w="0" w:type="auto"/>
            <w:shd w:val="clear" w:color="auto" w:fill="F2F2F2"/>
          </w:tcPr>
          <w:p w14:paraId="6D67C68E" w14:textId="77777777" w:rsidR="00363A1F" w:rsidRDefault="00832053">
            <w:r>
              <w:t>Располагаемая мощность</w:t>
            </w:r>
          </w:p>
        </w:tc>
        <w:tc>
          <w:tcPr>
            <w:tcW w:w="0" w:type="auto"/>
            <w:shd w:val="clear" w:color="auto" w:fill="FFFFFF"/>
          </w:tcPr>
          <w:p w14:paraId="41393603" w14:textId="77777777" w:rsidR="00363A1F" w:rsidRDefault="00832053">
            <w:r>
              <w:t>17,00 Гкал/ч</w:t>
            </w:r>
          </w:p>
        </w:tc>
      </w:tr>
      <w:tr w:rsidR="00363A1F" w14:paraId="0D68A521" w14:textId="77777777">
        <w:trPr>
          <w:cantSplit/>
        </w:trPr>
        <w:tc>
          <w:tcPr>
            <w:tcW w:w="0" w:type="auto"/>
            <w:shd w:val="clear" w:color="auto" w:fill="F2F2F2"/>
          </w:tcPr>
          <w:p w14:paraId="2704E7E4" w14:textId="77777777" w:rsidR="00363A1F" w:rsidRDefault="00832053">
            <w:r>
              <w:t>Присоединённая договорная нагрузка</w:t>
            </w:r>
          </w:p>
        </w:tc>
        <w:tc>
          <w:tcPr>
            <w:tcW w:w="0" w:type="auto"/>
            <w:shd w:val="clear" w:color="auto" w:fill="FFFFFF"/>
          </w:tcPr>
          <w:p w14:paraId="0240DCF0" w14:textId="77777777" w:rsidR="00363A1F" w:rsidRDefault="00832053">
            <w:r>
              <w:t>3,6279 Гкал/ч</w:t>
            </w:r>
          </w:p>
        </w:tc>
      </w:tr>
      <w:tr w:rsidR="00363A1F" w14:paraId="7505EC5A" w14:textId="77777777">
        <w:trPr>
          <w:cantSplit/>
        </w:trPr>
        <w:tc>
          <w:tcPr>
            <w:tcW w:w="0" w:type="auto"/>
            <w:shd w:val="clear" w:color="auto" w:fill="F2F2F2"/>
          </w:tcPr>
          <w:p w14:paraId="0293907A" w14:textId="77777777" w:rsidR="00363A1F" w:rsidRDefault="00832053">
            <w:r>
              <w:t>Полная максимальная нагрузка 2026 года</w:t>
            </w:r>
          </w:p>
        </w:tc>
        <w:tc>
          <w:tcPr>
            <w:tcW w:w="0" w:type="auto"/>
            <w:shd w:val="clear" w:color="auto" w:fill="FFFFFF"/>
          </w:tcPr>
          <w:p w14:paraId="721A4640" w14:textId="77777777" w:rsidR="00363A1F" w:rsidRDefault="00832053">
            <w:r>
              <w:t>5,8602 Гкал/ч</w:t>
            </w:r>
          </w:p>
        </w:tc>
      </w:tr>
      <w:tr w:rsidR="00363A1F" w14:paraId="1E074936" w14:textId="77777777">
        <w:trPr>
          <w:cantSplit/>
        </w:trPr>
        <w:tc>
          <w:tcPr>
            <w:tcW w:w="0" w:type="auto"/>
            <w:shd w:val="clear" w:color="auto" w:fill="F2F2F2"/>
          </w:tcPr>
          <w:p w14:paraId="7F492736" w14:textId="77777777" w:rsidR="00363A1F" w:rsidRDefault="00832053">
            <w:r>
              <w:t>Полная максимальная нагрузка 2031 года</w:t>
            </w:r>
          </w:p>
        </w:tc>
        <w:tc>
          <w:tcPr>
            <w:tcW w:w="0" w:type="auto"/>
            <w:shd w:val="clear" w:color="auto" w:fill="FFFFFF"/>
          </w:tcPr>
          <w:p w14:paraId="34723FD3" w14:textId="77777777" w:rsidR="00363A1F" w:rsidRDefault="00832053">
            <w:r>
              <w:t>5,8602 Гкал/ч</w:t>
            </w:r>
          </w:p>
        </w:tc>
      </w:tr>
      <w:tr w:rsidR="00363A1F" w14:paraId="57EA0396" w14:textId="77777777">
        <w:trPr>
          <w:cantSplit/>
        </w:trPr>
        <w:tc>
          <w:tcPr>
            <w:tcW w:w="0" w:type="auto"/>
            <w:shd w:val="clear" w:color="auto" w:fill="F2F2F2"/>
          </w:tcPr>
          <w:p w14:paraId="18906201" w14:textId="77777777" w:rsidR="00363A1F" w:rsidRDefault="00832053">
            <w:r>
              <w:t>Полная максимальная нагрузка 2036 года</w:t>
            </w:r>
          </w:p>
        </w:tc>
        <w:tc>
          <w:tcPr>
            <w:tcW w:w="0" w:type="auto"/>
            <w:shd w:val="clear" w:color="auto" w:fill="FFFFFF"/>
          </w:tcPr>
          <w:p w14:paraId="760C7B7B" w14:textId="77777777" w:rsidR="00363A1F" w:rsidRDefault="00832053">
            <w:r>
              <w:t>5,8602 Гкал/ч</w:t>
            </w:r>
          </w:p>
        </w:tc>
      </w:tr>
      <w:tr w:rsidR="00363A1F" w14:paraId="359031DD" w14:textId="77777777">
        <w:trPr>
          <w:cantSplit/>
        </w:trPr>
        <w:tc>
          <w:tcPr>
            <w:tcW w:w="0" w:type="auto"/>
            <w:shd w:val="clear" w:color="auto" w:fill="F2F2F2"/>
          </w:tcPr>
          <w:p w14:paraId="47986C88" w14:textId="77777777" w:rsidR="00363A1F" w:rsidRDefault="00832053">
            <w:r>
              <w:t>Резерв мощности на 2026 год</w:t>
            </w:r>
          </w:p>
        </w:tc>
        <w:tc>
          <w:tcPr>
            <w:tcW w:w="0" w:type="auto"/>
            <w:shd w:val="clear" w:color="auto" w:fill="FFFFFF"/>
          </w:tcPr>
          <w:p w14:paraId="3D886B7B" w14:textId="77777777" w:rsidR="00363A1F" w:rsidRDefault="00832053">
            <w:r>
              <w:t>11,1398 Гкал/ч</w:t>
            </w:r>
          </w:p>
        </w:tc>
      </w:tr>
      <w:tr w:rsidR="00363A1F" w14:paraId="2373ED47" w14:textId="77777777">
        <w:trPr>
          <w:cantSplit/>
        </w:trPr>
        <w:tc>
          <w:tcPr>
            <w:tcW w:w="0" w:type="auto"/>
            <w:shd w:val="clear" w:color="auto" w:fill="F2F2F2"/>
          </w:tcPr>
          <w:p w14:paraId="77D5BF80" w14:textId="77777777" w:rsidR="00363A1F" w:rsidRPr="00844B84" w:rsidRDefault="00832053">
            <w:pPr>
              <w:rPr>
                <w:lang w:val="ru-RU"/>
              </w:rPr>
            </w:pPr>
            <w:r w:rsidRPr="00844B84">
              <w:rPr>
                <w:lang w:val="ru-RU"/>
              </w:rPr>
              <w:t>Резерв мощности на расчётный срок</w:t>
            </w:r>
          </w:p>
        </w:tc>
        <w:tc>
          <w:tcPr>
            <w:tcW w:w="0" w:type="auto"/>
            <w:shd w:val="clear" w:color="auto" w:fill="FFFFFF"/>
          </w:tcPr>
          <w:p w14:paraId="5E2097FF" w14:textId="77777777" w:rsidR="00363A1F" w:rsidRDefault="00832053">
            <w:r>
              <w:t>11,1398 Гкал/ч</w:t>
            </w:r>
          </w:p>
        </w:tc>
      </w:tr>
      <w:tr w:rsidR="00363A1F" w14:paraId="341DA9DA" w14:textId="77777777">
        <w:trPr>
          <w:cantSplit/>
        </w:trPr>
        <w:tc>
          <w:tcPr>
            <w:tcW w:w="0" w:type="auto"/>
            <w:shd w:val="clear" w:color="auto" w:fill="F2F2F2"/>
          </w:tcPr>
          <w:p w14:paraId="316275E4" w14:textId="77777777" w:rsidR="00363A1F" w:rsidRDefault="00832053">
            <w:r>
              <w:t>Загрузка оборудования 2026 года</w:t>
            </w:r>
          </w:p>
        </w:tc>
        <w:tc>
          <w:tcPr>
            <w:tcW w:w="0" w:type="auto"/>
            <w:shd w:val="clear" w:color="auto" w:fill="FFFFFF"/>
          </w:tcPr>
          <w:p w14:paraId="29516F0A" w14:textId="77777777" w:rsidR="00363A1F" w:rsidRDefault="00832053">
            <w:r>
              <w:t>34,47 %</w:t>
            </w:r>
          </w:p>
        </w:tc>
      </w:tr>
      <w:tr w:rsidR="00363A1F" w14:paraId="69CC2B04" w14:textId="77777777">
        <w:trPr>
          <w:cantSplit/>
        </w:trPr>
        <w:tc>
          <w:tcPr>
            <w:tcW w:w="0" w:type="auto"/>
            <w:shd w:val="clear" w:color="auto" w:fill="F2F2F2"/>
          </w:tcPr>
          <w:p w14:paraId="7109D427" w14:textId="77777777" w:rsidR="00363A1F" w:rsidRDefault="00832053">
            <w:r>
              <w:t>Действующих котлоагрегатов</w:t>
            </w:r>
          </w:p>
        </w:tc>
        <w:tc>
          <w:tcPr>
            <w:tcW w:w="0" w:type="auto"/>
            <w:shd w:val="clear" w:color="auto" w:fill="FFFFFF"/>
          </w:tcPr>
          <w:p w14:paraId="211CD2B5" w14:textId="77777777" w:rsidR="00363A1F" w:rsidRDefault="00832053">
            <w:r>
              <w:t>3 ед.</w:t>
            </w:r>
          </w:p>
        </w:tc>
      </w:tr>
      <w:tr w:rsidR="00363A1F" w14:paraId="187A8B10" w14:textId="77777777">
        <w:trPr>
          <w:cantSplit/>
        </w:trPr>
        <w:tc>
          <w:tcPr>
            <w:tcW w:w="0" w:type="auto"/>
            <w:shd w:val="clear" w:color="auto" w:fill="F2F2F2"/>
          </w:tcPr>
          <w:p w14:paraId="589B1A4F" w14:textId="77777777" w:rsidR="00363A1F" w:rsidRDefault="00832053">
            <w:r>
              <w:t>Вид топлива</w:t>
            </w:r>
          </w:p>
        </w:tc>
        <w:tc>
          <w:tcPr>
            <w:tcW w:w="0" w:type="auto"/>
            <w:shd w:val="clear" w:color="auto" w:fill="FFFFFF"/>
          </w:tcPr>
          <w:p w14:paraId="514D2B14" w14:textId="77777777" w:rsidR="00363A1F" w:rsidRDefault="00832053">
            <w:r>
              <w:t>каменный уголь</w:t>
            </w:r>
          </w:p>
        </w:tc>
      </w:tr>
      <w:tr w:rsidR="00363A1F" w14:paraId="0312EF6E" w14:textId="77777777">
        <w:trPr>
          <w:cantSplit/>
        </w:trPr>
        <w:tc>
          <w:tcPr>
            <w:tcW w:w="0" w:type="auto"/>
            <w:shd w:val="clear" w:color="auto" w:fill="F2F2F2"/>
          </w:tcPr>
          <w:p w14:paraId="3035B4C3" w14:textId="77777777" w:rsidR="00363A1F" w:rsidRDefault="00832053">
            <w:r>
              <w:t>Тепловая сеть</w:t>
            </w:r>
          </w:p>
        </w:tc>
        <w:tc>
          <w:tcPr>
            <w:tcW w:w="0" w:type="auto"/>
            <w:shd w:val="clear" w:color="auto" w:fill="FFFFFF"/>
          </w:tcPr>
          <w:p w14:paraId="17646F6A" w14:textId="77777777" w:rsidR="00363A1F" w:rsidRDefault="00832053">
            <w:r>
              <w:t>двухтрубная</w:t>
            </w:r>
          </w:p>
        </w:tc>
      </w:tr>
      <w:tr w:rsidR="00363A1F" w14:paraId="1EE7B0F5" w14:textId="77777777">
        <w:trPr>
          <w:cantSplit/>
        </w:trPr>
        <w:tc>
          <w:tcPr>
            <w:tcW w:w="0" w:type="auto"/>
            <w:shd w:val="clear" w:color="auto" w:fill="F2F2F2"/>
          </w:tcPr>
          <w:p w14:paraId="0878121A" w14:textId="77777777" w:rsidR="00363A1F" w:rsidRDefault="00832053">
            <w:r>
              <w:t>Схема приготовления горячей воды</w:t>
            </w:r>
          </w:p>
        </w:tc>
        <w:tc>
          <w:tcPr>
            <w:tcW w:w="0" w:type="auto"/>
            <w:shd w:val="clear" w:color="auto" w:fill="FFFFFF"/>
          </w:tcPr>
          <w:p w14:paraId="015B1956" w14:textId="77777777" w:rsidR="00363A1F" w:rsidRDefault="00832053">
            <w:r>
              <w:t>Открытая, двухтрубная</w:t>
            </w:r>
          </w:p>
        </w:tc>
      </w:tr>
      <w:tr w:rsidR="00363A1F" w14:paraId="2FB15275" w14:textId="77777777">
        <w:trPr>
          <w:cantSplit/>
        </w:trPr>
        <w:tc>
          <w:tcPr>
            <w:tcW w:w="0" w:type="auto"/>
            <w:shd w:val="clear" w:color="auto" w:fill="F2F2F2"/>
          </w:tcPr>
          <w:p w14:paraId="397C5E7B" w14:textId="77777777" w:rsidR="00363A1F" w:rsidRDefault="00832053">
            <w:r>
              <w:t>Температурный график</w:t>
            </w:r>
          </w:p>
        </w:tc>
        <w:tc>
          <w:tcPr>
            <w:tcW w:w="0" w:type="auto"/>
            <w:shd w:val="clear" w:color="auto" w:fill="FFFFFF"/>
          </w:tcPr>
          <w:p w14:paraId="73416AF6" w14:textId="77777777" w:rsidR="00363A1F" w:rsidRDefault="00832053">
            <w:r>
              <w:t>95/70 °C</w:t>
            </w:r>
          </w:p>
        </w:tc>
      </w:tr>
      <w:tr w:rsidR="00363A1F" w14:paraId="337955F8" w14:textId="77777777">
        <w:trPr>
          <w:cantSplit/>
        </w:trPr>
        <w:tc>
          <w:tcPr>
            <w:tcW w:w="0" w:type="auto"/>
            <w:shd w:val="clear" w:color="auto" w:fill="F2F2F2"/>
          </w:tcPr>
          <w:p w14:paraId="40B52C58" w14:textId="77777777" w:rsidR="00363A1F" w:rsidRDefault="00832053">
            <w:r>
              <w:t>Нагрузка горячего водоснабжения</w:t>
            </w:r>
          </w:p>
        </w:tc>
        <w:tc>
          <w:tcPr>
            <w:tcW w:w="0" w:type="auto"/>
            <w:shd w:val="clear" w:color="auto" w:fill="FFFFFF"/>
          </w:tcPr>
          <w:p w14:paraId="0172FDA5" w14:textId="77777777" w:rsidR="00363A1F" w:rsidRDefault="00832053">
            <w:r>
              <w:t>0,3820 Гкал/ч</w:t>
            </w:r>
          </w:p>
        </w:tc>
      </w:tr>
      <w:tr w:rsidR="00363A1F" w:rsidRPr="004D1FEB" w14:paraId="4F2FDEA9" w14:textId="77777777">
        <w:trPr>
          <w:cantSplit/>
        </w:trPr>
        <w:tc>
          <w:tcPr>
            <w:tcW w:w="0" w:type="auto"/>
            <w:shd w:val="clear" w:color="auto" w:fill="F2F2F2"/>
          </w:tcPr>
          <w:p w14:paraId="50E3D952" w14:textId="77777777" w:rsidR="00363A1F" w:rsidRDefault="00832053">
            <w:r>
              <w:t>Производительность водоподготовительной установки</w:t>
            </w:r>
          </w:p>
        </w:tc>
        <w:tc>
          <w:tcPr>
            <w:tcW w:w="0" w:type="auto"/>
            <w:shd w:val="clear" w:color="auto" w:fill="FFFFFF"/>
          </w:tcPr>
          <w:p w14:paraId="5014F60B" w14:textId="77777777" w:rsidR="00363A1F" w:rsidRPr="00844B84" w:rsidRDefault="00832053">
            <w:pPr>
              <w:rPr>
                <w:lang w:val="ru-RU"/>
              </w:rPr>
            </w:pPr>
            <w:r w:rsidRPr="00844B84">
              <w:rPr>
                <w:lang w:val="ru-RU"/>
              </w:rPr>
              <w:t>нулевая заявленная производительность; технология подлежит уточнению</w:t>
            </w:r>
          </w:p>
        </w:tc>
      </w:tr>
      <w:tr w:rsidR="00363A1F" w14:paraId="4B153303" w14:textId="77777777">
        <w:trPr>
          <w:cantSplit/>
        </w:trPr>
        <w:tc>
          <w:tcPr>
            <w:tcW w:w="0" w:type="auto"/>
            <w:shd w:val="clear" w:color="auto" w:fill="F2F2F2"/>
          </w:tcPr>
          <w:p w14:paraId="7A7DCAFD" w14:textId="77777777" w:rsidR="00363A1F" w:rsidRDefault="00832053">
            <w:r>
              <w:t>Подпитка тепловой сети 2026 года</w:t>
            </w:r>
          </w:p>
        </w:tc>
        <w:tc>
          <w:tcPr>
            <w:tcW w:w="0" w:type="auto"/>
            <w:shd w:val="clear" w:color="auto" w:fill="FFFFFF"/>
          </w:tcPr>
          <w:p w14:paraId="46E144B2" w14:textId="77777777" w:rsidR="00363A1F" w:rsidRDefault="00832053">
            <w:r>
              <w:t>2,282 т/ч</w:t>
            </w:r>
          </w:p>
        </w:tc>
      </w:tr>
      <w:tr w:rsidR="00363A1F" w:rsidRPr="004D1FEB" w14:paraId="5DCFD3D7" w14:textId="77777777">
        <w:trPr>
          <w:cantSplit/>
        </w:trPr>
        <w:tc>
          <w:tcPr>
            <w:tcW w:w="0" w:type="auto"/>
            <w:shd w:val="clear" w:color="auto" w:fill="F2F2F2"/>
          </w:tcPr>
          <w:p w14:paraId="0752C579" w14:textId="77777777" w:rsidR="00363A1F" w:rsidRDefault="00832053">
            <w:r>
              <w:t>Решение на расчётный срок</w:t>
            </w:r>
          </w:p>
        </w:tc>
        <w:tc>
          <w:tcPr>
            <w:tcW w:w="0" w:type="auto"/>
            <w:shd w:val="clear" w:color="auto" w:fill="FFFFFF"/>
          </w:tcPr>
          <w:p w14:paraId="0D6E5C19" w14:textId="77777777" w:rsidR="00363A1F" w:rsidRPr="00844B84" w:rsidRDefault="00832053">
            <w:pPr>
              <w:rPr>
                <w:lang w:val="ru-RU"/>
              </w:rPr>
            </w:pPr>
            <w:r w:rsidRPr="00844B84">
              <w:rPr>
                <w:lang w:val="ru-RU"/>
              </w:rPr>
              <w:t>перевод на природный газ; перевод горячего водоснабжения на закрытую схему</w:t>
            </w:r>
          </w:p>
        </w:tc>
      </w:tr>
    </w:tbl>
    <w:p w14:paraId="08FED81E" w14:textId="77777777" w:rsidR="00363A1F" w:rsidRDefault="00832053">
      <w:pPr>
        <w:pStyle w:val="31"/>
      </w:pPr>
      <w:r w:rsidRPr="005731F7">
        <w:rPr>
          <w:sz w:val="28"/>
          <w:szCs w:val="28"/>
        </w:rPr>
        <w:t>2.10.3. УПК № 2 «ЦМК»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557"/>
        <w:gridCol w:w="5932"/>
      </w:tblGrid>
      <w:tr w:rsidR="00363A1F" w14:paraId="271C3CAE" w14:textId="77777777">
        <w:trPr>
          <w:cantSplit/>
          <w:tblHeader/>
        </w:trPr>
        <w:tc>
          <w:tcPr>
            <w:tcW w:w="0" w:type="auto"/>
            <w:shd w:val="clear" w:color="auto" w:fill="E2F0D9"/>
          </w:tcPr>
          <w:p w14:paraId="33B5B7CA" w14:textId="77777777" w:rsidR="00363A1F" w:rsidRDefault="00832053">
            <w:pPr>
              <w:jc w:val="center"/>
            </w:pPr>
            <w:r>
              <w:rPr>
                <w:b/>
              </w:rPr>
              <w:t>Характеристика</w:t>
            </w:r>
          </w:p>
        </w:tc>
        <w:tc>
          <w:tcPr>
            <w:tcW w:w="0" w:type="auto"/>
            <w:shd w:val="clear" w:color="auto" w:fill="E2F0D9"/>
          </w:tcPr>
          <w:p w14:paraId="5D587F65" w14:textId="77777777" w:rsidR="00363A1F" w:rsidRDefault="00832053">
            <w:pPr>
              <w:jc w:val="center"/>
            </w:pPr>
            <w:r>
              <w:rPr>
                <w:b/>
              </w:rPr>
              <w:t>Значение</w:t>
            </w:r>
          </w:p>
        </w:tc>
      </w:tr>
      <w:tr w:rsidR="00363A1F" w14:paraId="7269F822" w14:textId="77777777">
        <w:trPr>
          <w:cantSplit/>
        </w:trPr>
        <w:tc>
          <w:tcPr>
            <w:tcW w:w="0" w:type="auto"/>
            <w:shd w:val="clear" w:color="auto" w:fill="F2F2F2"/>
          </w:tcPr>
          <w:p w14:paraId="0150A3C6" w14:textId="77777777" w:rsidR="00363A1F" w:rsidRDefault="00832053">
            <w:r>
              <w:t>Территория и зона теплоснабжения</w:t>
            </w:r>
          </w:p>
        </w:tc>
        <w:tc>
          <w:tcPr>
            <w:tcW w:w="0" w:type="auto"/>
            <w:shd w:val="clear" w:color="auto" w:fill="FFFFFF"/>
          </w:tcPr>
          <w:p w14:paraId="0DA79E20" w14:textId="77777777" w:rsidR="00363A1F" w:rsidRDefault="00832053">
            <w:r>
              <w:t>г. Таштагол, зона Z-08</w:t>
            </w:r>
          </w:p>
        </w:tc>
      </w:tr>
      <w:tr w:rsidR="00363A1F" w14:paraId="3E9A86C3" w14:textId="77777777">
        <w:trPr>
          <w:cantSplit/>
        </w:trPr>
        <w:tc>
          <w:tcPr>
            <w:tcW w:w="0" w:type="auto"/>
            <w:shd w:val="clear" w:color="auto" w:fill="F2F2F2"/>
          </w:tcPr>
          <w:p w14:paraId="666112C5" w14:textId="77777777" w:rsidR="00363A1F" w:rsidRDefault="00832053">
            <w:r>
              <w:t>Установленная мощность</w:t>
            </w:r>
          </w:p>
        </w:tc>
        <w:tc>
          <w:tcPr>
            <w:tcW w:w="0" w:type="auto"/>
            <w:shd w:val="clear" w:color="auto" w:fill="FFFFFF"/>
          </w:tcPr>
          <w:p w14:paraId="3519ECB4" w14:textId="77777777" w:rsidR="00363A1F" w:rsidRDefault="00832053">
            <w:r>
              <w:t>10,20 Гкал/ч</w:t>
            </w:r>
          </w:p>
        </w:tc>
      </w:tr>
      <w:tr w:rsidR="00363A1F" w14:paraId="2C09B8D7" w14:textId="77777777">
        <w:trPr>
          <w:cantSplit/>
        </w:trPr>
        <w:tc>
          <w:tcPr>
            <w:tcW w:w="0" w:type="auto"/>
            <w:shd w:val="clear" w:color="auto" w:fill="F2F2F2"/>
          </w:tcPr>
          <w:p w14:paraId="4930CAB8" w14:textId="77777777" w:rsidR="00363A1F" w:rsidRDefault="00832053">
            <w:r>
              <w:t>Располагаемая мощность</w:t>
            </w:r>
          </w:p>
        </w:tc>
        <w:tc>
          <w:tcPr>
            <w:tcW w:w="0" w:type="auto"/>
            <w:shd w:val="clear" w:color="auto" w:fill="FFFFFF"/>
          </w:tcPr>
          <w:p w14:paraId="6FDDD38D" w14:textId="77777777" w:rsidR="00363A1F" w:rsidRDefault="00832053">
            <w:r>
              <w:t>10,20 Гкал/ч</w:t>
            </w:r>
          </w:p>
        </w:tc>
      </w:tr>
      <w:tr w:rsidR="00363A1F" w14:paraId="650F8D71" w14:textId="77777777">
        <w:trPr>
          <w:cantSplit/>
        </w:trPr>
        <w:tc>
          <w:tcPr>
            <w:tcW w:w="0" w:type="auto"/>
            <w:shd w:val="clear" w:color="auto" w:fill="F2F2F2"/>
          </w:tcPr>
          <w:p w14:paraId="0C04EA3F" w14:textId="77777777" w:rsidR="00363A1F" w:rsidRDefault="00832053">
            <w:r>
              <w:t>Присоединённая договорная нагрузка</w:t>
            </w:r>
          </w:p>
        </w:tc>
        <w:tc>
          <w:tcPr>
            <w:tcW w:w="0" w:type="auto"/>
            <w:shd w:val="clear" w:color="auto" w:fill="FFFFFF"/>
          </w:tcPr>
          <w:p w14:paraId="339B3A12" w14:textId="77777777" w:rsidR="00363A1F" w:rsidRDefault="00832053">
            <w:r>
              <w:t>2,2233 Гкал/ч</w:t>
            </w:r>
          </w:p>
        </w:tc>
      </w:tr>
      <w:tr w:rsidR="00363A1F" w14:paraId="2FCB4DAC" w14:textId="77777777">
        <w:trPr>
          <w:cantSplit/>
        </w:trPr>
        <w:tc>
          <w:tcPr>
            <w:tcW w:w="0" w:type="auto"/>
            <w:shd w:val="clear" w:color="auto" w:fill="F2F2F2"/>
          </w:tcPr>
          <w:p w14:paraId="20B21E24" w14:textId="77777777" w:rsidR="00363A1F" w:rsidRDefault="00832053">
            <w:r>
              <w:t>Полная максимальная нагрузка 2026 года</w:t>
            </w:r>
          </w:p>
        </w:tc>
        <w:tc>
          <w:tcPr>
            <w:tcW w:w="0" w:type="auto"/>
            <w:shd w:val="clear" w:color="auto" w:fill="FFFFFF"/>
          </w:tcPr>
          <w:p w14:paraId="6C3B08BE" w14:textId="77777777" w:rsidR="00363A1F" w:rsidRDefault="00832053">
            <w:r>
              <w:t>3,7051 Гкал/ч</w:t>
            </w:r>
          </w:p>
        </w:tc>
      </w:tr>
      <w:tr w:rsidR="00363A1F" w14:paraId="03A88099" w14:textId="77777777">
        <w:trPr>
          <w:cantSplit/>
        </w:trPr>
        <w:tc>
          <w:tcPr>
            <w:tcW w:w="0" w:type="auto"/>
            <w:shd w:val="clear" w:color="auto" w:fill="F2F2F2"/>
          </w:tcPr>
          <w:p w14:paraId="256F81A6" w14:textId="77777777" w:rsidR="00363A1F" w:rsidRDefault="00832053">
            <w:r>
              <w:t>Полная максимальная нагрузка 2031 года</w:t>
            </w:r>
          </w:p>
        </w:tc>
        <w:tc>
          <w:tcPr>
            <w:tcW w:w="0" w:type="auto"/>
            <w:shd w:val="clear" w:color="auto" w:fill="FFFFFF"/>
          </w:tcPr>
          <w:p w14:paraId="41CD7FB1" w14:textId="77777777" w:rsidR="00363A1F" w:rsidRDefault="00832053">
            <w:r>
              <w:t>4,2361 Гкал/ч</w:t>
            </w:r>
          </w:p>
        </w:tc>
      </w:tr>
      <w:tr w:rsidR="00363A1F" w14:paraId="6575447B" w14:textId="77777777">
        <w:trPr>
          <w:cantSplit/>
        </w:trPr>
        <w:tc>
          <w:tcPr>
            <w:tcW w:w="0" w:type="auto"/>
            <w:shd w:val="clear" w:color="auto" w:fill="F2F2F2"/>
          </w:tcPr>
          <w:p w14:paraId="725A1225" w14:textId="77777777" w:rsidR="00363A1F" w:rsidRDefault="00832053">
            <w:r>
              <w:t>Полная максимальная нагрузка 2036 года</w:t>
            </w:r>
          </w:p>
        </w:tc>
        <w:tc>
          <w:tcPr>
            <w:tcW w:w="0" w:type="auto"/>
            <w:shd w:val="clear" w:color="auto" w:fill="FFFFFF"/>
          </w:tcPr>
          <w:p w14:paraId="047707DC" w14:textId="77777777" w:rsidR="00363A1F" w:rsidRDefault="00832053">
            <w:r>
              <w:t>4,2361 Гкал/ч</w:t>
            </w:r>
          </w:p>
        </w:tc>
      </w:tr>
      <w:tr w:rsidR="00363A1F" w14:paraId="6E13E1B6" w14:textId="77777777">
        <w:trPr>
          <w:cantSplit/>
        </w:trPr>
        <w:tc>
          <w:tcPr>
            <w:tcW w:w="0" w:type="auto"/>
            <w:shd w:val="clear" w:color="auto" w:fill="F2F2F2"/>
          </w:tcPr>
          <w:p w14:paraId="5ED12069" w14:textId="77777777" w:rsidR="00363A1F" w:rsidRDefault="00832053">
            <w:r>
              <w:t>Резерв мощности на 2026 год</w:t>
            </w:r>
          </w:p>
        </w:tc>
        <w:tc>
          <w:tcPr>
            <w:tcW w:w="0" w:type="auto"/>
            <w:shd w:val="clear" w:color="auto" w:fill="FFFFFF"/>
          </w:tcPr>
          <w:p w14:paraId="17D55468" w14:textId="77777777" w:rsidR="00363A1F" w:rsidRDefault="00832053">
            <w:r>
              <w:t>6,4949 Гкал/ч</w:t>
            </w:r>
          </w:p>
        </w:tc>
      </w:tr>
      <w:tr w:rsidR="00363A1F" w14:paraId="3EB6351E" w14:textId="77777777">
        <w:trPr>
          <w:cantSplit/>
        </w:trPr>
        <w:tc>
          <w:tcPr>
            <w:tcW w:w="0" w:type="auto"/>
            <w:shd w:val="clear" w:color="auto" w:fill="F2F2F2"/>
          </w:tcPr>
          <w:p w14:paraId="0BC6EB59" w14:textId="77777777" w:rsidR="00363A1F" w:rsidRPr="00844B84" w:rsidRDefault="00832053">
            <w:pPr>
              <w:rPr>
                <w:lang w:val="ru-RU"/>
              </w:rPr>
            </w:pPr>
            <w:r w:rsidRPr="00844B84">
              <w:rPr>
                <w:lang w:val="ru-RU"/>
              </w:rPr>
              <w:t>Резерв мощности на расчётный срок</w:t>
            </w:r>
          </w:p>
        </w:tc>
        <w:tc>
          <w:tcPr>
            <w:tcW w:w="0" w:type="auto"/>
            <w:shd w:val="clear" w:color="auto" w:fill="FFFFFF"/>
          </w:tcPr>
          <w:p w14:paraId="693F5BEB" w14:textId="77777777" w:rsidR="00363A1F" w:rsidRDefault="00832053">
            <w:r>
              <w:t>5,9639 Гкал/ч</w:t>
            </w:r>
          </w:p>
        </w:tc>
      </w:tr>
      <w:tr w:rsidR="00363A1F" w14:paraId="0593753B" w14:textId="77777777">
        <w:trPr>
          <w:cantSplit/>
        </w:trPr>
        <w:tc>
          <w:tcPr>
            <w:tcW w:w="0" w:type="auto"/>
            <w:shd w:val="clear" w:color="auto" w:fill="F2F2F2"/>
          </w:tcPr>
          <w:p w14:paraId="6F208534" w14:textId="77777777" w:rsidR="00363A1F" w:rsidRDefault="00832053">
            <w:r>
              <w:t>Загрузка оборудования 2026 года</w:t>
            </w:r>
          </w:p>
        </w:tc>
        <w:tc>
          <w:tcPr>
            <w:tcW w:w="0" w:type="auto"/>
            <w:shd w:val="clear" w:color="auto" w:fill="FFFFFF"/>
          </w:tcPr>
          <w:p w14:paraId="4DA31CC4" w14:textId="77777777" w:rsidR="00363A1F" w:rsidRDefault="00832053">
            <w:r>
              <w:t>36,32 %</w:t>
            </w:r>
          </w:p>
        </w:tc>
      </w:tr>
      <w:tr w:rsidR="00363A1F" w14:paraId="2D73789D" w14:textId="77777777">
        <w:trPr>
          <w:cantSplit/>
        </w:trPr>
        <w:tc>
          <w:tcPr>
            <w:tcW w:w="0" w:type="auto"/>
            <w:shd w:val="clear" w:color="auto" w:fill="F2F2F2"/>
          </w:tcPr>
          <w:p w14:paraId="05050CBD" w14:textId="77777777" w:rsidR="00363A1F" w:rsidRDefault="00832053">
            <w:r>
              <w:t>Действующих котлоагрегатов</w:t>
            </w:r>
          </w:p>
        </w:tc>
        <w:tc>
          <w:tcPr>
            <w:tcW w:w="0" w:type="auto"/>
            <w:shd w:val="clear" w:color="auto" w:fill="FFFFFF"/>
          </w:tcPr>
          <w:p w14:paraId="2DC659E5" w14:textId="77777777" w:rsidR="00363A1F" w:rsidRDefault="00832053">
            <w:r>
              <w:t>3 ед.</w:t>
            </w:r>
          </w:p>
        </w:tc>
      </w:tr>
      <w:tr w:rsidR="00363A1F" w14:paraId="1589F7AF" w14:textId="77777777">
        <w:trPr>
          <w:cantSplit/>
        </w:trPr>
        <w:tc>
          <w:tcPr>
            <w:tcW w:w="0" w:type="auto"/>
            <w:shd w:val="clear" w:color="auto" w:fill="F2F2F2"/>
          </w:tcPr>
          <w:p w14:paraId="41E6F162" w14:textId="77777777" w:rsidR="00363A1F" w:rsidRDefault="00832053">
            <w:r>
              <w:t>Вид топлива</w:t>
            </w:r>
          </w:p>
        </w:tc>
        <w:tc>
          <w:tcPr>
            <w:tcW w:w="0" w:type="auto"/>
            <w:shd w:val="clear" w:color="auto" w:fill="FFFFFF"/>
          </w:tcPr>
          <w:p w14:paraId="53C707FB" w14:textId="77777777" w:rsidR="00363A1F" w:rsidRDefault="00832053">
            <w:r>
              <w:t>каменный уголь</w:t>
            </w:r>
          </w:p>
        </w:tc>
      </w:tr>
      <w:tr w:rsidR="00363A1F" w14:paraId="3F42B9BC" w14:textId="77777777">
        <w:trPr>
          <w:cantSplit/>
        </w:trPr>
        <w:tc>
          <w:tcPr>
            <w:tcW w:w="0" w:type="auto"/>
            <w:shd w:val="clear" w:color="auto" w:fill="F2F2F2"/>
          </w:tcPr>
          <w:p w14:paraId="68EFC3B2" w14:textId="77777777" w:rsidR="00363A1F" w:rsidRDefault="00832053">
            <w:r>
              <w:t>Тепловая сеть</w:t>
            </w:r>
          </w:p>
        </w:tc>
        <w:tc>
          <w:tcPr>
            <w:tcW w:w="0" w:type="auto"/>
            <w:shd w:val="clear" w:color="auto" w:fill="FFFFFF"/>
          </w:tcPr>
          <w:p w14:paraId="51337CAC" w14:textId="77777777" w:rsidR="00363A1F" w:rsidRDefault="00832053">
            <w:r>
              <w:t>двухтрубная</w:t>
            </w:r>
          </w:p>
        </w:tc>
      </w:tr>
      <w:tr w:rsidR="00363A1F" w14:paraId="63E08584" w14:textId="77777777">
        <w:trPr>
          <w:cantSplit/>
        </w:trPr>
        <w:tc>
          <w:tcPr>
            <w:tcW w:w="0" w:type="auto"/>
            <w:shd w:val="clear" w:color="auto" w:fill="F2F2F2"/>
          </w:tcPr>
          <w:p w14:paraId="7DDC46AC" w14:textId="77777777" w:rsidR="00363A1F" w:rsidRDefault="00832053">
            <w:r>
              <w:t>Схема приготовления горячей воды</w:t>
            </w:r>
          </w:p>
        </w:tc>
        <w:tc>
          <w:tcPr>
            <w:tcW w:w="0" w:type="auto"/>
            <w:shd w:val="clear" w:color="auto" w:fill="FFFFFF"/>
          </w:tcPr>
          <w:p w14:paraId="06902B79" w14:textId="77777777" w:rsidR="00363A1F" w:rsidRDefault="00832053">
            <w:r>
              <w:t>Открытая, двухтрубная</w:t>
            </w:r>
          </w:p>
        </w:tc>
      </w:tr>
      <w:tr w:rsidR="00363A1F" w14:paraId="3FFAA800" w14:textId="77777777">
        <w:trPr>
          <w:cantSplit/>
        </w:trPr>
        <w:tc>
          <w:tcPr>
            <w:tcW w:w="0" w:type="auto"/>
            <w:shd w:val="clear" w:color="auto" w:fill="F2F2F2"/>
          </w:tcPr>
          <w:p w14:paraId="376EFA83" w14:textId="77777777" w:rsidR="00363A1F" w:rsidRDefault="00832053">
            <w:r>
              <w:t>Температурный график</w:t>
            </w:r>
          </w:p>
        </w:tc>
        <w:tc>
          <w:tcPr>
            <w:tcW w:w="0" w:type="auto"/>
            <w:shd w:val="clear" w:color="auto" w:fill="FFFFFF"/>
          </w:tcPr>
          <w:p w14:paraId="378D3A19" w14:textId="77777777" w:rsidR="00363A1F" w:rsidRDefault="00832053">
            <w:r>
              <w:t>95/70 °C</w:t>
            </w:r>
          </w:p>
        </w:tc>
      </w:tr>
      <w:tr w:rsidR="00363A1F" w14:paraId="5B7EBA4D" w14:textId="77777777">
        <w:trPr>
          <w:cantSplit/>
        </w:trPr>
        <w:tc>
          <w:tcPr>
            <w:tcW w:w="0" w:type="auto"/>
            <w:shd w:val="clear" w:color="auto" w:fill="F2F2F2"/>
          </w:tcPr>
          <w:p w14:paraId="0E0BD674" w14:textId="77777777" w:rsidR="00363A1F" w:rsidRDefault="00832053">
            <w:r>
              <w:t>Нагрузка горячего водоснабжения</w:t>
            </w:r>
          </w:p>
        </w:tc>
        <w:tc>
          <w:tcPr>
            <w:tcW w:w="0" w:type="auto"/>
            <w:shd w:val="clear" w:color="auto" w:fill="FFFFFF"/>
          </w:tcPr>
          <w:p w14:paraId="772EDA6F" w14:textId="77777777" w:rsidR="00363A1F" w:rsidRDefault="00832053">
            <w:r>
              <w:t>0,1280 Гкал/ч</w:t>
            </w:r>
          </w:p>
        </w:tc>
      </w:tr>
      <w:tr w:rsidR="00363A1F" w14:paraId="20E69D29" w14:textId="77777777">
        <w:trPr>
          <w:cantSplit/>
        </w:trPr>
        <w:tc>
          <w:tcPr>
            <w:tcW w:w="0" w:type="auto"/>
            <w:shd w:val="clear" w:color="auto" w:fill="F2F2F2"/>
          </w:tcPr>
          <w:p w14:paraId="27BDFE0E" w14:textId="77777777" w:rsidR="00363A1F" w:rsidRDefault="00832053">
            <w:r>
              <w:t>Производительность водоподготовительной установки</w:t>
            </w:r>
          </w:p>
        </w:tc>
        <w:tc>
          <w:tcPr>
            <w:tcW w:w="0" w:type="auto"/>
            <w:shd w:val="clear" w:color="auto" w:fill="FFFFFF"/>
          </w:tcPr>
          <w:p w14:paraId="3EC83002" w14:textId="77777777" w:rsidR="00363A1F" w:rsidRDefault="00832053">
            <w:r>
              <w:t>20,0 т/ч</w:t>
            </w:r>
          </w:p>
        </w:tc>
      </w:tr>
      <w:tr w:rsidR="00363A1F" w14:paraId="280E0647" w14:textId="77777777">
        <w:trPr>
          <w:cantSplit/>
        </w:trPr>
        <w:tc>
          <w:tcPr>
            <w:tcW w:w="0" w:type="auto"/>
            <w:shd w:val="clear" w:color="auto" w:fill="F2F2F2"/>
          </w:tcPr>
          <w:p w14:paraId="4A27FEF7" w14:textId="77777777" w:rsidR="00363A1F" w:rsidRDefault="00832053">
            <w:r>
              <w:t>Подпитка тепловой сети 2026 года</w:t>
            </w:r>
          </w:p>
        </w:tc>
        <w:tc>
          <w:tcPr>
            <w:tcW w:w="0" w:type="auto"/>
            <w:shd w:val="clear" w:color="auto" w:fill="FFFFFF"/>
          </w:tcPr>
          <w:p w14:paraId="7B6D3819" w14:textId="77777777" w:rsidR="00363A1F" w:rsidRDefault="00832053">
            <w:r>
              <w:t>1,713 т/ч</w:t>
            </w:r>
          </w:p>
        </w:tc>
      </w:tr>
      <w:tr w:rsidR="00363A1F" w:rsidRPr="004D1FEB" w14:paraId="512499FF" w14:textId="77777777">
        <w:trPr>
          <w:cantSplit/>
        </w:trPr>
        <w:tc>
          <w:tcPr>
            <w:tcW w:w="0" w:type="auto"/>
            <w:shd w:val="clear" w:color="auto" w:fill="F2F2F2"/>
          </w:tcPr>
          <w:p w14:paraId="3D139A8D" w14:textId="77777777" w:rsidR="00363A1F" w:rsidRDefault="00832053">
            <w:r>
              <w:t>Решение на расчётный срок</w:t>
            </w:r>
          </w:p>
        </w:tc>
        <w:tc>
          <w:tcPr>
            <w:tcW w:w="0" w:type="auto"/>
            <w:shd w:val="clear" w:color="auto" w:fill="FFFFFF"/>
          </w:tcPr>
          <w:p w14:paraId="341CD503" w14:textId="77777777" w:rsidR="00363A1F" w:rsidRPr="00844B84" w:rsidRDefault="00832053">
            <w:pPr>
              <w:rPr>
                <w:lang w:val="ru-RU"/>
              </w:rPr>
            </w:pPr>
            <w:r w:rsidRPr="00844B84">
              <w:rPr>
                <w:lang w:val="ru-RU"/>
              </w:rPr>
              <w:t>перевод на природный газ; перевод горячего водоснабжения на закрытую схему</w:t>
            </w:r>
          </w:p>
        </w:tc>
      </w:tr>
    </w:tbl>
    <w:p w14:paraId="0434B78A" w14:textId="77777777" w:rsidR="00363A1F" w:rsidRPr="005731F7" w:rsidRDefault="00832053">
      <w:pPr>
        <w:pStyle w:val="31"/>
        <w:rPr>
          <w:sz w:val="28"/>
          <w:szCs w:val="28"/>
        </w:rPr>
      </w:pPr>
      <w:r w:rsidRPr="005731F7">
        <w:rPr>
          <w:sz w:val="28"/>
          <w:szCs w:val="28"/>
        </w:rPr>
        <w:t>2.10.4. УПК № 9 «ГРЭ»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84"/>
        <w:gridCol w:w="6005"/>
      </w:tblGrid>
      <w:tr w:rsidR="00363A1F" w14:paraId="42E14800" w14:textId="77777777">
        <w:trPr>
          <w:cantSplit/>
          <w:tblHeader/>
        </w:trPr>
        <w:tc>
          <w:tcPr>
            <w:tcW w:w="0" w:type="auto"/>
            <w:shd w:val="clear" w:color="auto" w:fill="E2F0D9"/>
          </w:tcPr>
          <w:p w14:paraId="7571CBD2" w14:textId="77777777" w:rsidR="00363A1F" w:rsidRDefault="00832053">
            <w:pPr>
              <w:jc w:val="center"/>
            </w:pPr>
            <w:r>
              <w:rPr>
                <w:b/>
              </w:rPr>
              <w:t>Характеристика</w:t>
            </w:r>
          </w:p>
        </w:tc>
        <w:tc>
          <w:tcPr>
            <w:tcW w:w="0" w:type="auto"/>
            <w:shd w:val="clear" w:color="auto" w:fill="E2F0D9"/>
          </w:tcPr>
          <w:p w14:paraId="29A53B50" w14:textId="77777777" w:rsidR="00363A1F" w:rsidRDefault="00832053">
            <w:pPr>
              <w:jc w:val="center"/>
            </w:pPr>
            <w:r>
              <w:rPr>
                <w:b/>
              </w:rPr>
              <w:t>Значение</w:t>
            </w:r>
          </w:p>
        </w:tc>
      </w:tr>
      <w:tr w:rsidR="00363A1F" w14:paraId="70EDD6C9" w14:textId="77777777">
        <w:trPr>
          <w:cantSplit/>
        </w:trPr>
        <w:tc>
          <w:tcPr>
            <w:tcW w:w="0" w:type="auto"/>
            <w:shd w:val="clear" w:color="auto" w:fill="F2F2F2"/>
          </w:tcPr>
          <w:p w14:paraId="5793FCF8" w14:textId="77777777" w:rsidR="00363A1F" w:rsidRDefault="00832053">
            <w:r>
              <w:t>Территория и зона теплоснабжения</w:t>
            </w:r>
          </w:p>
        </w:tc>
        <w:tc>
          <w:tcPr>
            <w:tcW w:w="0" w:type="auto"/>
            <w:shd w:val="clear" w:color="auto" w:fill="FFFFFF"/>
          </w:tcPr>
          <w:p w14:paraId="635C8F2F" w14:textId="77777777" w:rsidR="00363A1F" w:rsidRDefault="00832053">
            <w:r>
              <w:t>г. Таштагол, зона Z-10</w:t>
            </w:r>
          </w:p>
        </w:tc>
      </w:tr>
      <w:tr w:rsidR="00363A1F" w14:paraId="17E97014" w14:textId="77777777">
        <w:trPr>
          <w:cantSplit/>
        </w:trPr>
        <w:tc>
          <w:tcPr>
            <w:tcW w:w="0" w:type="auto"/>
            <w:shd w:val="clear" w:color="auto" w:fill="F2F2F2"/>
          </w:tcPr>
          <w:p w14:paraId="6F55DF9E" w14:textId="77777777" w:rsidR="00363A1F" w:rsidRDefault="00832053">
            <w:r>
              <w:t>Установленная мощность</w:t>
            </w:r>
          </w:p>
        </w:tc>
        <w:tc>
          <w:tcPr>
            <w:tcW w:w="0" w:type="auto"/>
            <w:shd w:val="clear" w:color="auto" w:fill="FFFFFF"/>
          </w:tcPr>
          <w:p w14:paraId="4C70A151" w14:textId="77777777" w:rsidR="00363A1F" w:rsidRDefault="00832053">
            <w:r>
              <w:t>4,50 Гкал/ч</w:t>
            </w:r>
          </w:p>
        </w:tc>
      </w:tr>
      <w:tr w:rsidR="00363A1F" w14:paraId="6AC3236D" w14:textId="77777777">
        <w:trPr>
          <w:cantSplit/>
        </w:trPr>
        <w:tc>
          <w:tcPr>
            <w:tcW w:w="0" w:type="auto"/>
            <w:shd w:val="clear" w:color="auto" w:fill="F2F2F2"/>
          </w:tcPr>
          <w:p w14:paraId="717D65F6" w14:textId="77777777" w:rsidR="00363A1F" w:rsidRDefault="00832053">
            <w:r>
              <w:t>Располагаемая мощность</w:t>
            </w:r>
          </w:p>
        </w:tc>
        <w:tc>
          <w:tcPr>
            <w:tcW w:w="0" w:type="auto"/>
            <w:shd w:val="clear" w:color="auto" w:fill="FFFFFF"/>
          </w:tcPr>
          <w:p w14:paraId="72BD7F22" w14:textId="77777777" w:rsidR="00363A1F" w:rsidRDefault="00832053">
            <w:r>
              <w:t>4,50 Гкал/ч</w:t>
            </w:r>
          </w:p>
        </w:tc>
      </w:tr>
      <w:tr w:rsidR="00363A1F" w14:paraId="78D7DDF8" w14:textId="77777777">
        <w:trPr>
          <w:cantSplit/>
        </w:trPr>
        <w:tc>
          <w:tcPr>
            <w:tcW w:w="0" w:type="auto"/>
            <w:shd w:val="clear" w:color="auto" w:fill="F2F2F2"/>
          </w:tcPr>
          <w:p w14:paraId="5B32F1F9" w14:textId="77777777" w:rsidR="00363A1F" w:rsidRDefault="00832053">
            <w:r>
              <w:t>Присоединённая договорная нагрузка</w:t>
            </w:r>
          </w:p>
        </w:tc>
        <w:tc>
          <w:tcPr>
            <w:tcW w:w="0" w:type="auto"/>
            <w:shd w:val="clear" w:color="auto" w:fill="FFFFFF"/>
          </w:tcPr>
          <w:p w14:paraId="4C79D471" w14:textId="77777777" w:rsidR="00363A1F" w:rsidRDefault="00832053">
            <w:r>
              <w:t>0,5624 Гкал/ч</w:t>
            </w:r>
          </w:p>
        </w:tc>
      </w:tr>
      <w:tr w:rsidR="00363A1F" w14:paraId="4A5F8A06" w14:textId="77777777">
        <w:trPr>
          <w:cantSplit/>
        </w:trPr>
        <w:tc>
          <w:tcPr>
            <w:tcW w:w="0" w:type="auto"/>
            <w:shd w:val="clear" w:color="auto" w:fill="F2F2F2"/>
          </w:tcPr>
          <w:p w14:paraId="0C6B7B04" w14:textId="77777777" w:rsidR="00363A1F" w:rsidRDefault="00832053">
            <w:r>
              <w:t>Полная максимальная нагрузка 2026 года</w:t>
            </w:r>
          </w:p>
        </w:tc>
        <w:tc>
          <w:tcPr>
            <w:tcW w:w="0" w:type="auto"/>
            <w:shd w:val="clear" w:color="auto" w:fill="FFFFFF"/>
          </w:tcPr>
          <w:p w14:paraId="125B0F1D" w14:textId="77777777" w:rsidR="00363A1F" w:rsidRDefault="00832053">
            <w:r>
              <w:t>1,3330 Гкал/ч</w:t>
            </w:r>
          </w:p>
        </w:tc>
      </w:tr>
      <w:tr w:rsidR="00363A1F" w14:paraId="1D901C78" w14:textId="77777777">
        <w:trPr>
          <w:cantSplit/>
        </w:trPr>
        <w:tc>
          <w:tcPr>
            <w:tcW w:w="0" w:type="auto"/>
            <w:shd w:val="clear" w:color="auto" w:fill="F2F2F2"/>
          </w:tcPr>
          <w:p w14:paraId="4E3EF4C0" w14:textId="77777777" w:rsidR="00363A1F" w:rsidRDefault="00832053">
            <w:r>
              <w:t>Полная максимальная нагрузка 2031 года</w:t>
            </w:r>
          </w:p>
        </w:tc>
        <w:tc>
          <w:tcPr>
            <w:tcW w:w="0" w:type="auto"/>
            <w:shd w:val="clear" w:color="auto" w:fill="FFFFFF"/>
          </w:tcPr>
          <w:p w14:paraId="60404B28" w14:textId="77777777" w:rsidR="00363A1F" w:rsidRDefault="00832053">
            <w:r>
              <w:t>1,3330 Гкал/ч</w:t>
            </w:r>
          </w:p>
        </w:tc>
      </w:tr>
      <w:tr w:rsidR="00363A1F" w14:paraId="13D2363F" w14:textId="77777777">
        <w:trPr>
          <w:cantSplit/>
        </w:trPr>
        <w:tc>
          <w:tcPr>
            <w:tcW w:w="0" w:type="auto"/>
            <w:shd w:val="clear" w:color="auto" w:fill="F2F2F2"/>
          </w:tcPr>
          <w:p w14:paraId="3CA0E064" w14:textId="77777777" w:rsidR="00363A1F" w:rsidRDefault="00832053">
            <w:r>
              <w:t>Полная максимальная нагрузка 2036 года</w:t>
            </w:r>
          </w:p>
        </w:tc>
        <w:tc>
          <w:tcPr>
            <w:tcW w:w="0" w:type="auto"/>
            <w:shd w:val="clear" w:color="auto" w:fill="FFFFFF"/>
          </w:tcPr>
          <w:p w14:paraId="02CD2A08" w14:textId="77777777" w:rsidR="00363A1F" w:rsidRDefault="00832053">
            <w:r>
              <w:t>1,3330 Гкал/ч</w:t>
            </w:r>
          </w:p>
        </w:tc>
      </w:tr>
      <w:tr w:rsidR="00363A1F" w14:paraId="2F330354" w14:textId="77777777">
        <w:trPr>
          <w:cantSplit/>
        </w:trPr>
        <w:tc>
          <w:tcPr>
            <w:tcW w:w="0" w:type="auto"/>
            <w:shd w:val="clear" w:color="auto" w:fill="F2F2F2"/>
          </w:tcPr>
          <w:p w14:paraId="0277D15B" w14:textId="77777777" w:rsidR="00363A1F" w:rsidRDefault="00832053">
            <w:r>
              <w:t>Резерв мощности на 2026 год</w:t>
            </w:r>
          </w:p>
        </w:tc>
        <w:tc>
          <w:tcPr>
            <w:tcW w:w="0" w:type="auto"/>
            <w:shd w:val="clear" w:color="auto" w:fill="FFFFFF"/>
          </w:tcPr>
          <w:p w14:paraId="49A73898" w14:textId="77777777" w:rsidR="00363A1F" w:rsidRDefault="00832053">
            <w:r>
              <w:t>3,1670 Гкал/ч</w:t>
            </w:r>
          </w:p>
        </w:tc>
      </w:tr>
      <w:tr w:rsidR="00363A1F" w14:paraId="1264B91C" w14:textId="77777777">
        <w:trPr>
          <w:cantSplit/>
        </w:trPr>
        <w:tc>
          <w:tcPr>
            <w:tcW w:w="0" w:type="auto"/>
            <w:shd w:val="clear" w:color="auto" w:fill="F2F2F2"/>
          </w:tcPr>
          <w:p w14:paraId="53136B68" w14:textId="77777777" w:rsidR="00363A1F" w:rsidRPr="00844B84" w:rsidRDefault="00832053">
            <w:pPr>
              <w:rPr>
                <w:lang w:val="ru-RU"/>
              </w:rPr>
            </w:pPr>
            <w:r w:rsidRPr="00844B84">
              <w:rPr>
                <w:lang w:val="ru-RU"/>
              </w:rPr>
              <w:t>Резерв мощности на расчётный срок</w:t>
            </w:r>
          </w:p>
        </w:tc>
        <w:tc>
          <w:tcPr>
            <w:tcW w:w="0" w:type="auto"/>
            <w:shd w:val="clear" w:color="auto" w:fill="FFFFFF"/>
          </w:tcPr>
          <w:p w14:paraId="2B0C4FF8" w14:textId="77777777" w:rsidR="00363A1F" w:rsidRDefault="00832053">
            <w:r>
              <w:t>3,1670 Гкал/ч</w:t>
            </w:r>
          </w:p>
        </w:tc>
      </w:tr>
      <w:tr w:rsidR="00363A1F" w14:paraId="3BB19C26" w14:textId="77777777">
        <w:trPr>
          <w:cantSplit/>
        </w:trPr>
        <w:tc>
          <w:tcPr>
            <w:tcW w:w="0" w:type="auto"/>
            <w:shd w:val="clear" w:color="auto" w:fill="F2F2F2"/>
          </w:tcPr>
          <w:p w14:paraId="3D1E1CBF" w14:textId="77777777" w:rsidR="00363A1F" w:rsidRDefault="00832053">
            <w:r>
              <w:t>Загрузка оборудования 2026 года</w:t>
            </w:r>
          </w:p>
        </w:tc>
        <w:tc>
          <w:tcPr>
            <w:tcW w:w="0" w:type="auto"/>
            <w:shd w:val="clear" w:color="auto" w:fill="FFFFFF"/>
          </w:tcPr>
          <w:p w14:paraId="4741A05B" w14:textId="77777777" w:rsidR="00363A1F" w:rsidRDefault="00832053">
            <w:r>
              <w:t>29,62 %</w:t>
            </w:r>
          </w:p>
        </w:tc>
      </w:tr>
      <w:tr w:rsidR="00363A1F" w14:paraId="3BCFDA11" w14:textId="77777777">
        <w:trPr>
          <w:cantSplit/>
        </w:trPr>
        <w:tc>
          <w:tcPr>
            <w:tcW w:w="0" w:type="auto"/>
            <w:shd w:val="clear" w:color="auto" w:fill="F2F2F2"/>
          </w:tcPr>
          <w:p w14:paraId="27C03686" w14:textId="77777777" w:rsidR="00363A1F" w:rsidRDefault="00832053">
            <w:r>
              <w:t>Действующих котлоагрегатов</w:t>
            </w:r>
          </w:p>
        </w:tc>
        <w:tc>
          <w:tcPr>
            <w:tcW w:w="0" w:type="auto"/>
            <w:shd w:val="clear" w:color="auto" w:fill="FFFFFF"/>
          </w:tcPr>
          <w:p w14:paraId="13F8688E" w14:textId="77777777" w:rsidR="00363A1F" w:rsidRDefault="00832053">
            <w:r>
              <w:t>4 ед.</w:t>
            </w:r>
          </w:p>
        </w:tc>
      </w:tr>
      <w:tr w:rsidR="00363A1F" w14:paraId="4C54B929" w14:textId="77777777">
        <w:trPr>
          <w:cantSplit/>
        </w:trPr>
        <w:tc>
          <w:tcPr>
            <w:tcW w:w="0" w:type="auto"/>
            <w:shd w:val="clear" w:color="auto" w:fill="F2F2F2"/>
          </w:tcPr>
          <w:p w14:paraId="2FED86C8" w14:textId="77777777" w:rsidR="00363A1F" w:rsidRDefault="00832053">
            <w:r>
              <w:t>Вид топлива</w:t>
            </w:r>
          </w:p>
        </w:tc>
        <w:tc>
          <w:tcPr>
            <w:tcW w:w="0" w:type="auto"/>
            <w:shd w:val="clear" w:color="auto" w:fill="FFFFFF"/>
          </w:tcPr>
          <w:p w14:paraId="465880DF" w14:textId="77777777" w:rsidR="00363A1F" w:rsidRDefault="00832053">
            <w:r>
              <w:t>каменный уголь</w:t>
            </w:r>
          </w:p>
        </w:tc>
      </w:tr>
      <w:tr w:rsidR="00363A1F" w14:paraId="02CC843B" w14:textId="77777777">
        <w:trPr>
          <w:cantSplit/>
        </w:trPr>
        <w:tc>
          <w:tcPr>
            <w:tcW w:w="0" w:type="auto"/>
            <w:shd w:val="clear" w:color="auto" w:fill="F2F2F2"/>
          </w:tcPr>
          <w:p w14:paraId="6950450A" w14:textId="77777777" w:rsidR="00363A1F" w:rsidRDefault="00832053">
            <w:r>
              <w:t>Тепловая сеть</w:t>
            </w:r>
          </w:p>
        </w:tc>
        <w:tc>
          <w:tcPr>
            <w:tcW w:w="0" w:type="auto"/>
            <w:shd w:val="clear" w:color="auto" w:fill="FFFFFF"/>
          </w:tcPr>
          <w:p w14:paraId="47758718" w14:textId="77777777" w:rsidR="00363A1F" w:rsidRDefault="00832053">
            <w:r>
              <w:t>двухтрубная</w:t>
            </w:r>
          </w:p>
        </w:tc>
      </w:tr>
      <w:tr w:rsidR="00363A1F" w14:paraId="7CA86084" w14:textId="77777777">
        <w:trPr>
          <w:cantSplit/>
        </w:trPr>
        <w:tc>
          <w:tcPr>
            <w:tcW w:w="0" w:type="auto"/>
            <w:shd w:val="clear" w:color="auto" w:fill="F2F2F2"/>
          </w:tcPr>
          <w:p w14:paraId="7AF97D1C" w14:textId="77777777" w:rsidR="00363A1F" w:rsidRDefault="00832053">
            <w:r>
              <w:t>Схема приготовления горячей воды</w:t>
            </w:r>
          </w:p>
        </w:tc>
        <w:tc>
          <w:tcPr>
            <w:tcW w:w="0" w:type="auto"/>
            <w:shd w:val="clear" w:color="auto" w:fill="FFFFFF"/>
          </w:tcPr>
          <w:p w14:paraId="5041856C" w14:textId="77777777" w:rsidR="00363A1F" w:rsidRDefault="00832053">
            <w:r>
              <w:t>Открытая, двухтрубная</w:t>
            </w:r>
          </w:p>
        </w:tc>
      </w:tr>
      <w:tr w:rsidR="00363A1F" w14:paraId="0921C76A" w14:textId="77777777">
        <w:trPr>
          <w:cantSplit/>
        </w:trPr>
        <w:tc>
          <w:tcPr>
            <w:tcW w:w="0" w:type="auto"/>
            <w:shd w:val="clear" w:color="auto" w:fill="F2F2F2"/>
          </w:tcPr>
          <w:p w14:paraId="628B9173" w14:textId="77777777" w:rsidR="00363A1F" w:rsidRDefault="00832053">
            <w:r>
              <w:t>Температурный график</w:t>
            </w:r>
          </w:p>
        </w:tc>
        <w:tc>
          <w:tcPr>
            <w:tcW w:w="0" w:type="auto"/>
            <w:shd w:val="clear" w:color="auto" w:fill="FFFFFF"/>
          </w:tcPr>
          <w:p w14:paraId="1F57DF64" w14:textId="77777777" w:rsidR="00363A1F" w:rsidRDefault="00832053">
            <w:r>
              <w:t>95/70 °C</w:t>
            </w:r>
          </w:p>
        </w:tc>
      </w:tr>
      <w:tr w:rsidR="00363A1F" w14:paraId="6A4AD162" w14:textId="77777777">
        <w:trPr>
          <w:cantSplit/>
        </w:trPr>
        <w:tc>
          <w:tcPr>
            <w:tcW w:w="0" w:type="auto"/>
            <w:shd w:val="clear" w:color="auto" w:fill="F2F2F2"/>
          </w:tcPr>
          <w:p w14:paraId="6FEBD6F1" w14:textId="77777777" w:rsidR="00363A1F" w:rsidRDefault="00832053">
            <w:r>
              <w:t>Нагрузка горячего водоснабжения</w:t>
            </w:r>
          </w:p>
        </w:tc>
        <w:tc>
          <w:tcPr>
            <w:tcW w:w="0" w:type="auto"/>
            <w:shd w:val="clear" w:color="auto" w:fill="FFFFFF"/>
          </w:tcPr>
          <w:p w14:paraId="45A1C68C" w14:textId="77777777" w:rsidR="00363A1F" w:rsidRDefault="00832053">
            <w:r>
              <w:t>0,0020 Гкал/ч</w:t>
            </w:r>
          </w:p>
        </w:tc>
      </w:tr>
      <w:tr w:rsidR="00363A1F" w:rsidRPr="004D1FEB" w14:paraId="35B548D7" w14:textId="77777777">
        <w:trPr>
          <w:cantSplit/>
        </w:trPr>
        <w:tc>
          <w:tcPr>
            <w:tcW w:w="0" w:type="auto"/>
            <w:shd w:val="clear" w:color="auto" w:fill="F2F2F2"/>
          </w:tcPr>
          <w:p w14:paraId="534F855A" w14:textId="77777777" w:rsidR="00363A1F" w:rsidRDefault="00832053">
            <w:r>
              <w:t>Производительность водоподготовительной установки</w:t>
            </w:r>
          </w:p>
        </w:tc>
        <w:tc>
          <w:tcPr>
            <w:tcW w:w="0" w:type="auto"/>
            <w:shd w:val="clear" w:color="auto" w:fill="FFFFFF"/>
          </w:tcPr>
          <w:p w14:paraId="2CBBA4FD" w14:textId="77777777" w:rsidR="00363A1F" w:rsidRPr="00844B84" w:rsidRDefault="00832053">
            <w:pPr>
              <w:rPr>
                <w:lang w:val="ru-RU"/>
              </w:rPr>
            </w:pPr>
            <w:r w:rsidRPr="00844B84">
              <w:rPr>
                <w:lang w:val="ru-RU"/>
              </w:rPr>
              <w:t>нулевая заявленная производительность; технология подлежит уточнению</w:t>
            </w:r>
          </w:p>
        </w:tc>
      </w:tr>
      <w:tr w:rsidR="00363A1F" w14:paraId="52339A00" w14:textId="77777777">
        <w:trPr>
          <w:cantSplit/>
        </w:trPr>
        <w:tc>
          <w:tcPr>
            <w:tcW w:w="0" w:type="auto"/>
            <w:shd w:val="clear" w:color="auto" w:fill="F2F2F2"/>
          </w:tcPr>
          <w:p w14:paraId="06B82C29" w14:textId="77777777" w:rsidR="00363A1F" w:rsidRDefault="00832053">
            <w:r>
              <w:t>Подпитка тепловой сети 2026 года</w:t>
            </w:r>
          </w:p>
        </w:tc>
        <w:tc>
          <w:tcPr>
            <w:tcW w:w="0" w:type="auto"/>
            <w:shd w:val="clear" w:color="auto" w:fill="FFFFFF"/>
          </w:tcPr>
          <w:p w14:paraId="6282E261" w14:textId="77777777" w:rsidR="00363A1F" w:rsidRDefault="00832053">
            <w:r>
              <w:t>0,000 т/ч</w:t>
            </w:r>
          </w:p>
        </w:tc>
      </w:tr>
      <w:tr w:rsidR="00363A1F" w:rsidRPr="004D1FEB" w14:paraId="2B733B43" w14:textId="77777777">
        <w:trPr>
          <w:cantSplit/>
        </w:trPr>
        <w:tc>
          <w:tcPr>
            <w:tcW w:w="0" w:type="auto"/>
            <w:shd w:val="clear" w:color="auto" w:fill="F2F2F2"/>
          </w:tcPr>
          <w:p w14:paraId="20A7C805" w14:textId="77777777" w:rsidR="00363A1F" w:rsidRDefault="00832053">
            <w:r>
              <w:t>Решение на расчётный срок</w:t>
            </w:r>
          </w:p>
        </w:tc>
        <w:tc>
          <w:tcPr>
            <w:tcW w:w="0" w:type="auto"/>
            <w:shd w:val="clear" w:color="auto" w:fill="FFFFFF"/>
          </w:tcPr>
          <w:p w14:paraId="5FB12F5F" w14:textId="77777777" w:rsidR="00363A1F" w:rsidRPr="00844B84" w:rsidRDefault="00832053">
            <w:pPr>
              <w:rPr>
                <w:lang w:val="ru-RU"/>
              </w:rPr>
            </w:pPr>
            <w:r w:rsidRPr="00844B84">
              <w:rPr>
                <w:lang w:val="ru-RU"/>
              </w:rPr>
              <w:t>перевод на природный газ; перевод горячего водоснабжения на закрытую схему</w:t>
            </w:r>
          </w:p>
        </w:tc>
      </w:tr>
    </w:tbl>
    <w:p w14:paraId="7EB53474" w14:textId="77777777" w:rsidR="00363A1F" w:rsidRDefault="00832053">
      <w:pPr>
        <w:pStyle w:val="31"/>
      </w:pPr>
      <w:r w:rsidRPr="005731F7">
        <w:rPr>
          <w:sz w:val="28"/>
          <w:szCs w:val="28"/>
        </w:rPr>
        <w:t>2.10.5. УПК № 5 «Новый Шерегеш»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557"/>
        <w:gridCol w:w="5932"/>
      </w:tblGrid>
      <w:tr w:rsidR="00363A1F" w14:paraId="6765585D" w14:textId="77777777">
        <w:trPr>
          <w:cantSplit/>
          <w:tblHeader/>
        </w:trPr>
        <w:tc>
          <w:tcPr>
            <w:tcW w:w="0" w:type="auto"/>
            <w:shd w:val="clear" w:color="auto" w:fill="E2F0D9"/>
          </w:tcPr>
          <w:p w14:paraId="08AA5269" w14:textId="77777777" w:rsidR="00363A1F" w:rsidRDefault="00832053">
            <w:pPr>
              <w:jc w:val="center"/>
            </w:pPr>
            <w:r>
              <w:rPr>
                <w:b/>
              </w:rPr>
              <w:t>Характеристика</w:t>
            </w:r>
          </w:p>
        </w:tc>
        <w:tc>
          <w:tcPr>
            <w:tcW w:w="0" w:type="auto"/>
            <w:shd w:val="clear" w:color="auto" w:fill="E2F0D9"/>
          </w:tcPr>
          <w:p w14:paraId="09283AD3" w14:textId="77777777" w:rsidR="00363A1F" w:rsidRDefault="00832053">
            <w:pPr>
              <w:jc w:val="center"/>
            </w:pPr>
            <w:r>
              <w:rPr>
                <w:b/>
              </w:rPr>
              <w:t>Значение</w:t>
            </w:r>
          </w:p>
        </w:tc>
      </w:tr>
      <w:tr w:rsidR="00363A1F" w14:paraId="1EC7C86A" w14:textId="77777777">
        <w:trPr>
          <w:cantSplit/>
        </w:trPr>
        <w:tc>
          <w:tcPr>
            <w:tcW w:w="0" w:type="auto"/>
            <w:shd w:val="clear" w:color="auto" w:fill="F2F2F2"/>
          </w:tcPr>
          <w:p w14:paraId="35FBCBF7" w14:textId="77777777" w:rsidR="00363A1F" w:rsidRDefault="00832053">
            <w:r>
              <w:t>Территория и зона теплоснабжения</w:t>
            </w:r>
          </w:p>
        </w:tc>
        <w:tc>
          <w:tcPr>
            <w:tcW w:w="0" w:type="auto"/>
            <w:shd w:val="clear" w:color="auto" w:fill="FFFFFF"/>
          </w:tcPr>
          <w:p w14:paraId="17CC96F4" w14:textId="77777777" w:rsidR="00363A1F" w:rsidRDefault="00832053">
            <w:r>
              <w:t>пгт Шерегеш, зона Z-02</w:t>
            </w:r>
          </w:p>
        </w:tc>
      </w:tr>
      <w:tr w:rsidR="00363A1F" w14:paraId="7B7FC74A" w14:textId="77777777">
        <w:trPr>
          <w:cantSplit/>
        </w:trPr>
        <w:tc>
          <w:tcPr>
            <w:tcW w:w="0" w:type="auto"/>
            <w:shd w:val="clear" w:color="auto" w:fill="F2F2F2"/>
          </w:tcPr>
          <w:p w14:paraId="71603FB4" w14:textId="77777777" w:rsidR="00363A1F" w:rsidRDefault="00832053">
            <w:r>
              <w:t>Установленная мощность</w:t>
            </w:r>
          </w:p>
        </w:tc>
        <w:tc>
          <w:tcPr>
            <w:tcW w:w="0" w:type="auto"/>
            <w:shd w:val="clear" w:color="auto" w:fill="FFFFFF"/>
          </w:tcPr>
          <w:p w14:paraId="1478DB3F" w14:textId="77777777" w:rsidR="00363A1F" w:rsidRDefault="00832053">
            <w:r>
              <w:t>114,00 Гкал/ч</w:t>
            </w:r>
          </w:p>
        </w:tc>
      </w:tr>
      <w:tr w:rsidR="00363A1F" w14:paraId="22BEBA6E" w14:textId="77777777">
        <w:trPr>
          <w:cantSplit/>
        </w:trPr>
        <w:tc>
          <w:tcPr>
            <w:tcW w:w="0" w:type="auto"/>
            <w:shd w:val="clear" w:color="auto" w:fill="F2F2F2"/>
          </w:tcPr>
          <w:p w14:paraId="700D660E" w14:textId="77777777" w:rsidR="00363A1F" w:rsidRDefault="00832053">
            <w:r>
              <w:t>Располагаемая мощность</w:t>
            </w:r>
          </w:p>
        </w:tc>
        <w:tc>
          <w:tcPr>
            <w:tcW w:w="0" w:type="auto"/>
            <w:shd w:val="clear" w:color="auto" w:fill="FFFFFF"/>
          </w:tcPr>
          <w:p w14:paraId="4D1110CF" w14:textId="77777777" w:rsidR="00363A1F" w:rsidRDefault="00832053">
            <w:r>
              <w:t>114,00 Гкал/ч</w:t>
            </w:r>
          </w:p>
        </w:tc>
      </w:tr>
      <w:tr w:rsidR="00363A1F" w14:paraId="2F34159E" w14:textId="77777777">
        <w:trPr>
          <w:cantSplit/>
        </w:trPr>
        <w:tc>
          <w:tcPr>
            <w:tcW w:w="0" w:type="auto"/>
            <w:shd w:val="clear" w:color="auto" w:fill="F2F2F2"/>
          </w:tcPr>
          <w:p w14:paraId="0A02D0A7" w14:textId="77777777" w:rsidR="00363A1F" w:rsidRDefault="00832053">
            <w:r>
              <w:t>Присоединённая договорная нагрузка</w:t>
            </w:r>
          </w:p>
        </w:tc>
        <w:tc>
          <w:tcPr>
            <w:tcW w:w="0" w:type="auto"/>
            <w:shd w:val="clear" w:color="auto" w:fill="FFFFFF"/>
          </w:tcPr>
          <w:p w14:paraId="290B3D1C" w14:textId="77777777" w:rsidR="00363A1F" w:rsidRDefault="00832053">
            <w:r>
              <w:t>42,6992 Гкал/ч</w:t>
            </w:r>
          </w:p>
        </w:tc>
      </w:tr>
      <w:tr w:rsidR="00363A1F" w14:paraId="7B2E57D9" w14:textId="77777777">
        <w:trPr>
          <w:cantSplit/>
        </w:trPr>
        <w:tc>
          <w:tcPr>
            <w:tcW w:w="0" w:type="auto"/>
            <w:shd w:val="clear" w:color="auto" w:fill="F2F2F2"/>
          </w:tcPr>
          <w:p w14:paraId="7C2E1BF2" w14:textId="77777777" w:rsidR="00363A1F" w:rsidRDefault="00832053">
            <w:r>
              <w:t>Полная максимальная нагрузка 2026 года</w:t>
            </w:r>
          </w:p>
        </w:tc>
        <w:tc>
          <w:tcPr>
            <w:tcW w:w="0" w:type="auto"/>
            <w:shd w:val="clear" w:color="auto" w:fill="FFFFFF"/>
          </w:tcPr>
          <w:p w14:paraId="0FF3130B" w14:textId="77777777" w:rsidR="00363A1F" w:rsidRDefault="00832053">
            <w:r>
              <w:t>68,6123 Гкал/ч</w:t>
            </w:r>
          </w:p>
        </w:tc>
      </w:tr>
      <w:tr w:rsidR="00363A1F" w14:paraId="353584F8" w14:textId="77777777">
        <w:trPr>
          <w:cantSplit/>
        </w:trPr>
        <w:tc>
          <w:tcPr>
            <w:tcW w:w="0" w:type="auto"/>
            <w:shd w:val="clear" w:color="auto" w:fill="F2F2F2"/>
          </w:tcPr>
          <w:p w14:paraId="3BED0B48" w14:textId="77777777" w:rsidR="00363A1F" w:rsidRDefault="00832053">
            <w:r>
              <w:t>Полная максимальная нагрузка 2031 года</w:t>
            </w:r>
          </w:p>
        </w:tc>
        <w:tc>
          <w:tcPr>
            <w:tcW w:w="0" w:type="auto"/>
            <w:shd w:val="clear" w:color="auto" w:fill="FFFFFF"/>
          </w:tcPr>
          <w:p w14:paraId="0FD68EEB" w14:textId="77777777" w:rsidR="00363A1F" w:rsidRDefault="00832053">
            <w:r>
              <w:t>114,4463 Гкал/ч</w:t>
            </w:r>
          </w:p>
        </w:tc>
      </w:tr>
      <w:tr w:rsidR="00363A1F" w14:paraId="412282FE" w14:textId="77777777">
        <w:trPr>
          <w:cantSplit/>
        </w:trPr>
        <w:tc>
          <w:tcPr>
            <w:tcW w:w="0" w:type="auto"/>
            <w:shd w:val="clear" w:color="auto" w:fill="F2F2F2"/>
          </w:tcPr>
          <w:p w14:paraId="613AEF64" w14:textId="77777777" w:rsidR="00363A1F" w:rsidRDefault="00832053">
            <w:r>
              <w:t>Полная максимальная нагрузка 2036 года</w:t>
            </w:r>
          </w:p>
        </w:tc>
        <w:tc>
          <w:tcPr>
            <w:tcW w:w="0" w:type="auto"/>
            <w:shd w:val="clear" w:color="auto" w:fill="FFFFFF"/>
          </w:tcPr>
          <w:p w14:paraId="2CFEAC3E" w14:textId="77777777" w:rsidR="00363A1F" w:rsidRDefault="00832053">
            <w:r>
              <w:t>114,4463 Гкал/ч</w:t>
            </w:r>
          </w:p>
        </w:tc>
      </w:tr>
      <w:tr w:rsidR="00363A1F" w14:paraId="24EF35EF" w14:textId="77777777">
        <w:trPr>
          <w:cantSplit/>
        </w:trPr>
        <w:tc>
          <w:tcPr>
            <w:tcW w:w="0" w:type="auto"/>
            <w:shd w:val="clear" w:color="auto" w:fill="F2F2F2"/>
          </w:tcPr>
          <w:p w14:paraId="64081427" w14:textId="77777777" w:rsidR="00363A1F" w:rsidRDefault="00832053">
            <w:r>
              <w:t>Резерв мощности на 2026 год</w:t>
            </w:r>
          </w:p>
        </w:tc>
        <w:tc>
          <w:tcPr>
            <w:tcW w:w="0" w:type="auto"/>
            <w:shd w:val="clear" w:color="auto" w:fill="FFFFFF"/>
          </w:tcPr>
          <w:p w14:paraId="24F9F9C1" w14:textId="77777777" w:rsidR="00363A1F" w:rsidRDefault="00832053">
            <w:r>
              <w:t>45,3877 Гкал/ч</w:t>
            </w:r>
          </w:p>
        </w:tc>
      </w:tr>
      <w:tr w:rsidR="00363A1F" w14:paraId="1F0B04C8" w14:textId="77777777">
        <w:trPr>
          <w:cantSplit/>
        </w:trPr>
        <w:tc>
          <w:tcPr>
            <w:tcW w:w="0" w:type="auto"/>
            <w:shd w:val="clear" w:color="auto" w:fill="F2F2F2"/>
          </w:tcPr>
          <w:p w14:paraId="07F4DCFB" w14:textId="77777777" w:rsidR="00363A1F" w:rsidRPr="00844B84" w:rsidRDefault="00832053">
            <w:pPr>
              <w:rPr>
                <w:lang w:val="ru-RU"/>
              </w:rPr>
            </w:pPr>
            <w:r w:rsidRPr="00844B84">
              <w:rPr>
                <w:lang w:val="ru-RU"/>
              </w:rPr>
              <w:t>Резерв мощности на расчётный срок</w:t>
            </w:r>
          </w:p>
        </w:tc>
        <w:tc>
          <w:tcPr>
            <w:tcW w:w="0" w:type="auto"/>
            <w:shd w:val="clear" w:color="auto" w:fill="FFFFFF"/>
          </w:tcPr>
          <w:p w14:paraId="57CE43C7" w14:textId="77777777" w:rsidR="00363A1F" w:rsidRDefault="00832053">
            <w:r>
              <w:t>−0,4463 Гкал/ч</w:t>
            </w:r>
          </w:p>
        </w:tc>
      </w:tr>
      <w:tr w:rsidR="00363A1F" w14:paraId="016BBFBB" w14:textId="77777777">
        <w:trPr>
          <w:cantSplit/>
        </w:trPr>
        <w:tc>
          <w:tcPr>
            <w:tcW w:w="0" w:type="auto"/>
            <w:shd w:val="clear" w:color="auto" w:fill="F2F2F2"/>
          </w:tcPr>
          <w:p w14:paraId="04C33E2F" w14:textId="77777777" w:rsidR="00363A1F" w:rsidRDefault="00832053">
            <w:r>
              <w:t>Загрузка оборудования 2026 года</w:t>
            </w:r>
          </w:p>
        </w:tc>
        <w:tc>
          <w:tcPr>
            <w:tcW w:w="0" w:type="auto"/>
            <w:shd w:val="clear" w:color="auto" w:fill="FFFFFF"/>
          </w:tcPr>
          <w:p w14:paraId="5135362A" w14:textId="77777777" w:rsidR="00363A1F" w:rsidRDefault="00832053">
            <w:r>
              <w:t>60,19 %</w:t>
            </w:r>
          </w:p>
        </w:tc>
      </w:tr>
      <w:tr w:rsidR="00363A1F" w14:paraId="72E48576" w14:textId="77777777">
        <w:trPr>
          <w:cantSplit/>
        </w:trPr>
        <w:tc>
          <w:tcPr>
            <w:tcW w:w="0" w:type="auto"/>
            <w:shd w:val="clear" w:color="auto" w:fill="F2F2F2"/>
          </w:tcPr>
          <w:p w14:paraId="1DA70D93" w14:textId="77777777" w:rsidR="00363A1F" w:rsidRDefault="00832053">
            <w:r>
              <w:t>Действующих котлоагрегатов</w:t>
            </w:r>
          </w:p>
        </w:tc>
        <w:tc>
          <w:tcPr>
            <w:tcW w:w="0" w:type="auto"/>
            <w:shd w:val="clear" w:color="auto" w:fill="FFFFFF"/>
          </w:tcPr>
          <w:p w14:paraId="2CC0936D" w14:textId="77777777" w:rsidR="00363A1F" w:rsidRDefault="00832053">
            <w:r>
              <w:t>7 ед.</w:t>
            </w:r>
          </w:p>
        </w:tc>
      </w:tr>
      <w:tr w:rsidR="00363A1F" w14:paraId="3D7825CC" w14:textId="77777777">
        <w:trPr>
          <w:cantSplit/>
        </w:trPr>
        <w:tc>
          <w:tcPr>
            <w:tcW w:w="0" w:type="auto"/>
            <w:shd w:val="clear" w:color="auto" w:fill="F2F2F2"/>
          </w:tcPr>
          <w:p w14:paraId="43E105A7" w14:textId="77777777" w:rsidR="00363A1F" w:rsidRDefault="00832053">
            <w:r>
              <w:t>Вид топлива</w:t>
            </w:r>
          </w:p>
        </w:tc>
        <w:tc>
          <w:tcPr>
            <w:tcW w:w="0" w:type="auto"/>
            <w:shd w:val="clear" w:color="auto" w:fill="FFFFFF"/>
          </w:tcPr>
          <w:p w14:paraId="2AA2AA9D" w14:textId="77777777" w:rsidR="00363A1F" w:rsidRDefault="00832053">
            <w:r>
              <w:t>каменный уголь</w:t>
            </w:r>
          </w:p>
        </w:tc>
      </w:tr>
      <w:tr w:rsidR="00363A1F" w14:paraId="240521E3" w14:textId="77777777">
        <w:trPr>
          <w:cantSplit/>
        </w:trPr>
        <w:tc>
          <w:tcPr>
            <w:tcW w:w="0" w:type="auto"/>
            <w:shd w:val="clear" w:color="auto" w:fill="F2F2F2"/>
          </w:tcPr>
          <w:p w14:paraId="454ED801" w14:textId="77777777" w:rsidR="00363A1F" w:rsidRDefault="00832053">
            <w:r>
              <w:t>Тепловая сеть</w:t>
            </w:r>
          </w:p>
        </w:tc>
        <w:tc>
          <w:tcPr>
            <w:tcW w:w="0" w:type="auto"/>
            <w:shd w:val="clear" w:color="auto" w:fill="FFFFFF"/>
          </w:tcPr>
          <w:p w14:paraId="7CC1707B" w14:textId="77777777" w:rsidR="00363A1F" w:rsidRDefault="00832053">
            <w:r>
              <w:t>двухтрубная</w:t>
            </w:r>
          </w:p>
        </w:tc>
      </w:tr>
      <w:tr w:rsidR="00363A1F" w14:paraId="15B42030" w14:textId="77777777">
        <w:trPr>
          <w:cantSplit/>
        </w:trPr>
        <w:tc>
          <w:tcPr>
            <w:tcW w:w="0" w:type="auto"/>
            <w:shd w:val="clear" w:color="auto" w:fill="F2F2F2"/>
          </w:tcPr>
          <w:p w14:paraId="73F1B709" w14:textId="77777777" w:rsidR="00363A1F" w:rsidRDefault="00832053">
            <w:r>
              <w:t>Схема приготовления горячей воды</w:t>
            </w:r>
          </w:p>
        </w:tc>
        <w:tc>
          <w:tcPr>
            <w:tcW w:w="0" w:type="auto"/>
            <w:shd w:val="clear" w:color="auto" w:fill="FFFFFF"/>
          </w:tcPr>
          <w:p w14:paraId="1B07CF9B" w14:textId="77777777" w:rsidR="00363A1F" w:rsidRDefault="00832053">
            <w:r>
              <w:t>Открытая, двухтрубная</w:t>
            </w:r>
          </w:p>
        </w:tc>
      </w:tr>
      <w:tr w:rsidR="00363A1F" w14:paraId="539765E7" w14:textId="77777777">
        <w:trPr>
          <w:cantSplit/>
        </w:trPr>
        <w:tc>
          <w:tcPr>
            <w:tcW w:w="0" w:type="auto"/>
            <w:shd w:val="clear" w:color="auto" w:fill="F2F2F2"/>
          </w:tcPr>
          <w:p w14:paraId="3A4391BA" w14:textId="77777777" w:rsidR="00363A1F" w:rsidRDefault="00832053">
            <w:r>
              <w:t>Температурный график</w:t>
            </w:r>
          </w:p>
        </w:tc>
        <w:tc>
          <w:tcPr>
            <w:tcW w:w="0" w:type="auto"/>
            <w:shd w:val="clear" w:color="auto" w:fill="FFFFFF"/>
          </w:tcPr>
          <w:p w14:paraId="4D3A6090" w14:textId="77777777" w:rsidR="00363A1F" w:rsidRDefault="00832053">
            <w:r>
              <w:t>95/70 °C</w:t>
            </w:r>
          </w:p>
        </w:tc>
      </w:tr>
      <w:tr w:rsidR="00363A1F" w14:paraId="00D48ACB" w14:textId="77777777">
        <w:trPr>
          <w:cantSplit/>
        </w:trPr>
        <w:tc>
          <w:tcPr>
            <w:tcW w:w="0" w:type="auto"/>
            <w:shd w:val="clear" w:color="auto" w:fill="F2F2F2"/>
          </w:tcPr>
          <w:p w14:paraId="722D36D7" w14:textId="77777777" w:rsidR="00363A1F" w:rsidRDefault="00832053">
            <w:r>
              <w:t>Нагрузка горячего водоснабжения</w:t>
            </w:r>
          </w:p>
        </w:tc>
        <w:tc>
          <w:tcPr>
            <w:tcW w:w="0" w:type="auto"/>
            <w:shd w:val="clear" w:color="auto" w:fill="FFFFFF"/>
          </w:tcPr>
          <w:p w14:paraId="4B9DD3D6" w14:textId="77777777" w:rsidR="00363A1F" w:rsidRDefault="00832053">
            <w:r>
              <w:t>3,0650 Гкал/ч</w:t>
            </w:r>
          </w:p>
        </w:tc>
      </w:tr>
      <w:tr w:rsidR="00363A1F" w14:paraId="62A6F709" w14:textId="77777777">
        <w:trPr>
          <w:cantSplit/>
        </w:trPr>
        <w:tc>
          <w:tcPr>
            <w:tcW w:w="0" w:type="auto"/>
            <w:shd w:val="clear" w:color="auto" w:fill="F2F2F2"/>
          </w:tcPr>
          <w:p w14:paraId="74DD3D3F" w14:textId="77777777" w:rsidR="00363A1F" w:rsidRDefault="00832053">
            <w:r>
              <w:t>Производительность водоподготовительной установки</w:t>
            </w:r>
          </w:p>
        </w:tc>
        <w:tc>
          <w:tcPr>
            <w:tcW w:w="0" w:type="auto"/>
            <w:shd w:val="clear" w:color="auto" w:fill="FFFFFF"/>
          </w:tcPr>
          <w:p w14:paraId="6683A03B" w14:textId="77777777" w:rsidR="00363A1F" w:rsidRDefault="00832053">
            <w:r>
              <w:t>26,4 т/ч</w:t>
            </w:r>
          </w:p>
        </w:tc>
      </w:tr>
      <w:tr w:rsidR="00363A1F" w14:paraId="59DDE829" w14:textId="77777777">
        <w:trPr>
          <w:cantSplit/>
        </w:trPr>
        <w:tc>
          <w:tcPr>
            <w:tcW w:w="0" w:type="auto"/>
            <w:shd w:val="clear" w:color="auto" w:fill="F2F2F2"/>
          </w:tcPr>
          <w:p w14:paraId="3A5FFAEC" w14:textId="77777777" w:rsidR="00363A1F" w:rsidRDefault="00832053">
            <w:r>
              <w:t>Подпитка тепловой сети 2026 года</w:t>
            </w:r>
          </w:p>
        </w:tc>
        <w:tc>
          <w:tcPr>
            <w:tcW w:w="0" w:type="auto"/>
            <w:shd w:val="clear" w:color="auto" w:fill="FFFFFF"/>
          </w:tcPr>
          <w:p w14:paraId="0F2A03BB" w14:textId="77777777" w:rsidR="00363A1F" w:rsidRDefault="00832053">
            <w:r>
              <w:t>26,890 т/ч</w:t>
            </w:r>
          </w:p>
        </w:tc>
      </w:tr>
      <w:tr w:rsidR="00363A1F" w:rsidRPr="004D1FEB" w14:paraId="2A5EA5EE" w14:textId="77777777">
        <w:trPr>
          <w:cantSplit/>
        </w:trPr>
        <w:tc>
          <w:tcPr>
            <w:tcW w:w="0" w:type="auto"/>
            <w:shd w:val="clear" w:color="auto" w:fill="F2F2F2"/>
          </w:tcPr>
          <w:p w14:paraId="312054D2" w14:textId="77777777" w:rsidR="00363A1F" w:rsidRDefault="00832053">
            <w:r>
              <w:t>Решение на расчётный срок</w:t>
            </w:r>
          </w:p>
        </w:tc>
        <w:tc>
          <w:tcPr>
            <w:tcW w:w="0" w:type="auto"/>
            <w:shd w:val="clear" w:color="auto" w:fill="FFFFFF"/>
          </w:tcPr>
          <w:p w14:paraId="4062D3A8" w14:textId="77777777" w:rsidR="00363A1F" w:rsidRPr="00844B84" w:rsidRDefault="00832053">
            <w:pPr>
              <w:rPr>
                <w:lang w:val="ru-RU"/>
              </w:rPr>
            </w:pPr>
            <w:r w:rsidRPr="00844B84">
              <w:rPr>
                <w:lang w:val="ru-RU"/>
              </w:rPr>
              <w:t>перевод на природный газ; перевод горячего водоснабжения на закрытую схему</w:t>
            </w:r>
          </w:p>
        </w:tc>
      </w:tr>
    </w:tbl>
    <w:p w14:paraId="0C106365" w14:textId="77777777" w:rsidR="00363A1F" w:rsidRPr="005731F7" w:rsidRDefault="00832053">
      <w:pPr>
        <w:pStyle w:val="31"/>
        <w:rPr>
          <w:sz w:val="28"/>
          <w:szCs w:val="28"/>
        </w:rPr>
      </w:pPr>
      <w:r w:rsidRPr="005731F7">
        <w:rPr>
          <w:sz w:val="28"/>
          <w:szCs w:val="28"/>
        </w:rPr>
        <w:t>2.10.6. УПК № 6 «Старый Шерегеш»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557"/>
        <w:gridCol w:w="5932"/>
      </w:tblGrid>
      <w:tr w:rsidR="00363A1F" w14:paraId="245BCDCB" w14:textId="77777777">
        <w:trPr>
          <w:cantSplit/>
          <w:tblHeader/>
        </w:trPr>
        <w:tc>
          <w:tcPr>
            <w:tcW w:w="0" w:type="auto"/>
            <w:shd w:val="clear" w:color="auto" w:fill="E2F0D9"/>
          </w:tcPr>
          <w:p w14:paraId="6BC1DB8D" w14:textId="77777777" w:rsidR="00363A1F" w:rsidRDefault="00832053">
            <w:pPr>
              <w:jc w:val="center"/>
            </w:pPr>
            <w:r>
              <w:rPr>
                <w:b/>
              </w:rPr>
              <w:t>Характеристика</w:t>
            </w:r>
          </w:p>
        </w:tc>
        <w:tc>
          <w:tcPr>
            <w:tcW w:w="0" w:type="auto"/>
            <w:shd w:val="clear" w:color="auto" w:fill="E2F0D9"/>
          </w:tcPr>
          <w:p w14:paraId="0710A377" w14:textId="77777777" w:rsidR="00363A1F" w:rsidRDefault="00832053">
            <w:pPr>
              <w:jc w:val="center"/>
            </w:pPr>
            <w:r>
              <w:rPr>
                <w:b/>
              </w:rPr>
              <w:t>Значение</w:t>
            </w:r>
          </w:p>
        </w:tc>
      </w:tr>
      <w:tr w:rsidR="00363A1F" w14:paraId="23F74855" w14:textId="77777777">
        <w:trPr>
          <w:cantSplit/>
        </w:trPr>
        <w:tc>
          <w:tcPr>
            <w:tcW w:w="0" w:type="auto"/>
            <w:shd w:val="clear" w:color="auto" w:fill="F2F2F2"/>
          </w:tcPr>
          <w:p w14:paraId="70F2BC1C" w14:textId="77777777" w:rsidR="00363A1F" w:rsidRDefault="00832053">
            <w:r>
              <w:t>Территория и зона теплоснабжения</w:t>
            </w:r>
          </w:p>
        </w:tc>
        <w:tc>
          <w:tcPr>
            <w:tcW w:w="0" w:type="auto"/>
            <w:shd w:val="clear" w:color="auto" w:fill="FFFFFF"/>
          </w:tcPr>
          <w:p w14:paraId="2B27766F" w14:textId="77777777" w:rsidR="00363A1F" w:rsidRDefault="00832053">
            <w:r>
              <w:t>пгт Шерегеш, зона Z-06</w:t>
            </w:r>
          </w:p>
        </w:tc>
      </w:tr>
      <w:tr w:rsidR="00363A1F" w14:paraId="001E3E2B" w14:textId="77777777">
        <w:trPr>
          <w:cantSplit/>
        </w:trPr>
        <w:tc>
          <w:tcPr>
            <w:tcW w:w="0" w:type="auto"/>
            <w:shd w:val="clear" w:color="auto" w:fill="F2F2F2"/>
          </w:tcPr>
          <w:p w14:paraId="609EADB5" w14:textId="77777777" w:rsidR="00363A1F" w:rsidRDefault="00832053">
            <w:r>
              <w:t>Установленная мощность</w:t>
            </w:r>
          </w:p>
        </w:tc>
        <w:tc>
          <w:tcPr>
            <w:tcW w:w="0" w:type="auto"/>
            <w:shd w:val="clear" w:color="auto" w:fill="FFFFFF"/>
          </w:tcPr>
          <w:p w14:paraId="427AE7DF" w14:textId="77777777" w:rsidR="00363A1F" w:rsidRDefault="00832053">
            <w:r>
              <w:t>24,00 Гкал/ч</w:t>
            </w:r>
          </w:p>
        </w:tc>
      </w:tr>
      <w:tr w:rsidR="00363A1F" w14:paraId="0AC45FFA" w14:textId="77777777">
        <w:trPr>
          <w:cantSplit/>
        </w:trPr>
        <w:tc>
          <w:tcPr>
            <w:tcW w:w="0" w:type="auto"/>
            <w:shd w:val="clear" w:color="auto" w:fill="F2F2F2"/>
          </w:tcPr>
          <w:p w14:paraId="2343972B" w14:textId="77777777" w:rsidR="00363A1F" w:rsidRDefault="00832053">
            <w:r>
              <w:t>Располагаемая мощность</w:t>
            </w:r>
          </w:p>
        </w:tc>
        <w:tc>
          <w:tcPr>
            <w:tcW w:w="0" w:type="auto"/>
            <w:shd w:val="clear" w:color="auto" w:fill="FFFFFF"/>
          </w:tcPr>
          <w:p w14:paraId="730B1227" w14:textId="77777777" w:rsidR="00363A1F" w:rsidRDefault="00832053">
            <w:r>
              <w:t>24,00 Гкал/ч</w:t>
            </w:r>
          </w:p>
        </w:tc>
      </w:tr>
      <w:tr w:rsidR="00363A1F" w14:paraId="05E6C2DD" w14:textId="77777777">
        <w:trPr>
          <w:cantSplit/>
        </w:trPr>
        <w:tc>
          <w:tcPr>
            <w:tcW w:w="0" w:type="auto"/>
            <w:shd w:val="clear" w:color="auto" w:fill="F2F2F2"/>
          </w:tcPr>
          <w:p w14:paraId="2AA2AC66" w14:textId="77777777" w:rsidR="00363A1F" w:rsidRDefault="00832053">
            <w:r>
              <w:t>Присоединённая договорная нагрузка</w:t>
            </w:r>
          </w:p>
        </w:tc>
        <w:tc>
          <w:tcPr>
            <w:tcW w:w="0" w:type="auto"/>
            <w:shd w:val="clear" w:color="auto" w:fill="FFFFFF"/>
          </w:tcPr>
          <w:p w14:paraId="3DBC8FD5" w14:textId="77777777" w:rsidR="00363A1F" w:rsidRDefault="00832053">
            <w:r>
              <w:t>2,7972 Гкал/ч</w:t>
            </w:r>
          </w:p>
        </w:tc>
      </w:tr>
      <w:tr w:rsidR="00363A1F" w14:paraId="7E17117C" w14:textId="77777777">
        <w:trPr>
          <w:cantSplit/>
        </w:trPr>
        <w:tc>
          <w:tcPr>
            <w:tcW w:w="0" w:type="auto"/>
            <w:shd w:val="clear" w:color="auto" w:fill="F2F2F2"/>
          </w:tcPr>
          <w:p w14:paraId="00CE3BA8" w14:textId="77777777" w:rsidR="00363A1F" w:rsidRDefault="00832053">
            <w:r>
              <w:t>Полная максимальная нагрузка 2026 года</w:t>
            </w:r>
          </w:p>
        </w:tc>
        <w:tc>
          <w:tcPr>
            <w:tcW w:w="0" w:type="auto"/>
            <w:shd w:val="clear" w:color="auto" w:fill="FFFFFF"/>
          </w:tcPr>
          <w:p w14:paraId="02D34552" w14:textId="77777777" w:rsidR="00363A1F" w:rsidRDefault="00832053">
            <w:r>
              <w:t>4,6696 Гкал/ч</w:t>
            </w:r>
          </w:p>
        </w:tc>
      </w:tr>
      <w:tr w:rsidR="00363A1F" w14:paraId="6B6A9180" w14:textId="77777777">
        <w:trPr>
          <w:cantSplit/>
        </w:trPr>
        <w:tc>
          <w:tcPr>
            <w:tcW w:w="0" w:type="auto"/>
            <w:shd w:val="clear" w:color="auto" w:fill="F2F2F2"/>
          </w:tcPr>
          <w:p w14:paraId="5606BE50" w14:textId="77777777" w:rsidR="00363A1F" w:rsidRDefault="00832053">
            <w:r>
              <w:t>Полная максимальная нагрузка 2031 года</w:t>
            </w:r>
          </w:p>
        </w:tc>
        <w:tc>
          <w:tcPr>
            <w:tcW w:w="0" w:type="auto"/>
            <w:shd w:val="clear" w:color="auto" w:fill="FFFFFF"/>
          </w:tcPr>
          <w:p w14:paraId="5BBFE2BF" w14:textId="77777777" w:rsidR="00363A1F" w:rsidRDefault="00832053">
            <w:r>
              <w:t>4,8196 Гкал/ч</w:t>
            </w:r>
          </w:p>
        </w:tc>
      </w:tr>
      <w:tr w:rsidR="00363A1F" w14:paraId="773D1703" w14:textId="77777777">
        <w:trPr>
          <w:cantSplit/>
        </w:trPr>
        <w:tc>
          <w:tcPr>
            <w:tcW w:w="0" w:type="auto"/>
            <w:shd w:val="clear" w:color="auto" w:fill="F2F2F2"/>
          </w:tcPr>
          <w:p w14:paraId="725CCCB7" w14:textId="77777777" w:rsidR="00363A1F" w:rsidRDefault="00832053">
            <w:r>
              <w:t>Полная максимальная нагрузка 2036 года</w:t>
            </w:r>
          </w:p>
        </w:tc>
        <w:tc>
          <w:tcPr>
            <w:tcW w:w="0" w:type="auto"/>
            <w:shd w:val="clear" w:color="auto" w:fill="FFFFFF"/>
          </w:tcPr>
          <w:p w14:paraId="6D267400" w14:textId="77777777" w:rsidR="00363A1F" w:rsidRDefault="00832053">
            <w:r>
              <w:t>4,8196 Гкал/ч</w:t>
            </w:r>
          </w:p>
        </w:tc>
      </w:tr>
      <w:tr w:rsidR="00363A1F" w14:paraId="5F55B6C3" w14:textId="77777777">
        <w:trPr>
          <w:cantSplit/>
        </w:trPr>
        <w:tc>
          <w:tcPr>
            <w:tcW w:w="0" w:type="auto"/>
            <w:shd w:val="clear" w:color="auto" w:fill="F2F2F2"/>
          </w:tcPr>
          <w:p w14:paraId="7DA8C765" w14:textId="77777777" w:rsidR="00363A1F" w:rsidRDefault="00832053">
            <w:r>
              <w:t>Резерв мощности на 2026 год</w:t>
            </w:r>
          </w:p>
        </w:tc>
        <w:tc>
          <w:tcPr>
            <w:tcW w:w="0" w:type="auto"/>
            <w:shd w:val="clear" w:color="auto" w:fill="FFFFFF"/>
          </w:tcPr>
          <w:p w14:paraId="4EF670E4" w14:textId="77777777" w:rsidR="00363A1F" w:rsidRDefault="00832053">
            <w:r>
              <w:t>19,3304 Гкал/ч</w:t>
            </w:r>
          </w:p>
        </w:tc>
      </w:tr>
      <w:tr w:rsidR="00363A1F" w14:paraId="714920B1" w14:textId="77777777">
        <w:trPr>
          <w:cantSplit/>
        </w:trPr>
        <w:tc>
          <w:tcPr>
            <w:tcW w:w="0" w:type="auto"/>
            <w:shd w:val="clear" w:color="auto" w:fill="F2F2F2"/>
          </w:tcPr>
          <w:p w14:paraId="7651522B" w14:textId="77777777" w:rsidR="00363A1F" w:rsidRPr="00844B84" w:rsidRDefault="00832053">
            <w:pPr>
              <w:rPr>
                <w:lang w:val="ru-RU"/>
              </w:rPr>
            </w:pPr>
            <w:r w:rsidRPr="00844B84">
              <w:rPr>
                <w:lang w:val="ru-RU"/>
              </w:rPr>
              <w:t>Резерв мощности на расчётный срок</w:t>
            </w:r>
          </w:p>
        </w:tc>
        <w:tc>
          <w:tcPr>
            <w:tcW w:w="0" w:type="auto"/>
            <w:shd w:val="clear" w:color="auto" w:fill="FFFFFF"/>
          </w:tcPr>
          <w:p w14:paraId="28CA3B13" w14:textId="77777777" w:rsidR="00363A1F" w:rsidRDefault="00832053">
            <w:r>
              <w:t>19,1804 Гкал/ч</w:t>
            </w:r>
          </w:p>
        </w:tc>
      </w:tr>
      <w:tr w:rsidR="00363A1F" w14:paraId="3864F179" w14:textId="77777777">
        <w:trPr>
          <w:cantSplit/>
        </w:trPr>
        <w:tc>
          <w:tcPr>
            <w:tcW w:w="0" w:type="auto"/>
            <w:shd w:val="clear" w:color="auto" w:fill="F2F2F2"/>
          </w:tcPr>
          <w:p w14:paraId="1D780982" w14:textId="77777777" w:rsidR="00363A1F" w:rsidRDefault="00832053">
            <w:r>
              <w:t>Загрузка оборудования 2026 года</w:t>
            </w:r>
          </w:p>
        </w:tc>
        <w:tc>
          <w:tcPr>
            <w:tcW w:w="0" w:type="auto"/>
            <w:shd w:val="clear" w:color="auto" w:fill="FFFFFF"/>
          </w:tcPr>
          <w:p w14:paraId="21118696" w14:textId="77777777" w:rsidR="00363A1F" w:rsidRDefault="00832053">
            <w:r>
              <w:t>19,46 %</w:t>
            </w:r>
          </w:p>
        </w:tc>
      </w:tr>
      <w:tr w:rsidR="00363A1F" w14:paraId="5BF531A3" w14:textId="77777777">
        <w:trPr>
          <w:cantSplit/>
        </w:trPr>
        <w:tc>
          <w:tcPr>
            <w:tcW w:w="0" w:type="auto"/>
            <w:shd w:val="clear" w:color="auto" w:fill="F2F2F2"/>
          </w:tcPr>
          <w:p w14:paraId="139085A7" w14:textId="77777777" w:rsidR="00363A1F" w:rsidRDefault="00832053">
            <w:r>
              <w:t>Действующих котлоагрегатов</w:t>
            </w:r>
          </w:p>
        </w:tc>
        <w:tc>
          <w:tcPr>
            <w:tcW w:w="0" w:type="auto"/>
            <w:shd w:val="clear" w:color="auto" w:fill="FFFFFF"/>
          </w:tcPr>
          <w:p w14:paraId="2A641137" w14:textId="77777777" w:rsidR="00363A1F" w:rsidRDefault="00832053">
            <w:r>
              <w:t>4 ед.</w:t>
            </w:r>
          </w:p>
        </w:tc>
      </w:tr>
      <w:tr w:rsidR="00363A1F" w14:paraId="04816FCC" w14:textId="77777777">
        <w:trPr>
          <w:cantSplit/>
        </w:trPr>
        <w:tc>
          <w:tcPr>
            <w:tcW w:w="0" w:type="auto"/>
            <w:shd w:val="clear" w:color="auto" w:fill="F2F2F2"/>
          </w:tcPr>
          <w:p w14:paraId="687E1F11" w14:textId="77777777" w:rsidR="00363A1F" w:rsidRDefault="00832053">
            <w:r>
              <w:t>Вид топлива</w:t>
            </w:r>
          </w:p>
        </w:tc>
        <w:tc>
          <w:tcPr>
            <w:tcW w:w="0" w:type="auto"/>
            <w:shd w:val="clear" w:color="auto" w:fill="FFFFFF"/>
          </w:tcPr>
          <w:p w14:paraId="497ABBBF" w14:textId="77777777" w:rsidR="00363A1F" w:rsidRDefault="00832053">
            <w:r>
              <w:t>каменный уголь</w:t>
            </w:r>
          </w:p>
        </w:tc>
      </w:tr>
      <w:tr w:rsidR="00363A1F" w14:paraId="730B395C" w14:textId="77777777">
        <w:trPr>
          <w:cantSplit/>
        </w:trPr>
        <w:tc>
          <w:tcPr>
            <w:tcW w:w="0" w:type="auto"/>
            <w:shd w:val="clear" w:color="auto" w:fill="F2F2F2"/>
          </w:tcPr>
          <w:p w14:paraId="74AA9DAD" w14:textId="77777777" w:rsidR="00363A1F" w:rsidRDefault="00832053">
            <w:r>
              <w:t>Тепловая сеть</w:t>
            </w:r>
          </w:p>
        </w:tc>
        <w:tc>
          <w:tcPr>
            <w:tcW w:w="0" w:type="auto"/>
            <w:shd w:val="clear" w:color="auto" w:fill="FFFFFF"/>
          </w:tcPr>
          <w:p w14:paraId="506FFB5F" w14:textId="77777777" w:rsidR="00363A1F" w:rsidRDefault="00832053">
            <w:r>
              <w:t>двухтрубная</w:t>
            </w:r>
          </w:p>
        </w:tc>
      </w:tr>
      <w:tr w:rsidR="00363A1F" w14:paraId="351585A8" w14:textId="77777777">
        <w:trPr>
          <w:cantSplit/>
        </w:trPr>
        <w:tc>
          <w:tcPr>
            <w:tcW w:w="0" w:type="auto"/>
            <w:shd w:val="clear" w:color="auto" w:fill="F2F2F2"/>
          </w:tcPr>
          <w:p w14:paraId="10A47410" w14:textId="77777777" w:rsidR="00363A1F" w:rsidRDefault="00832053">
            <w:r>
              <w:t>Схема приготовления горячей воды</w:t>
            </w:r>
          </w:p>
        </w:tc>
        <w:tc>
          <w:tcPr>
            <w:tcW w:w="0" w:type="auto"/>
            <w:shd w:val="clear" w:color="auto" w:fill="FFFFFF"/>
          </w:tcPr>
          <w:p w14:paraId="1005442F" w14:textId="77777777" w:rsidR="00363A1F" w:rsidRDefault="00832053">
            <w:r>
              <w:t>Открытая, двухтрубная</w:t>
            </w:r>
          </w:p>
        </w:tc>
      </w:tr>
      <w:tr w:rsidR="00363A1F" w14:paraId="7051840F" w14:textId="77777777">
        <w:trPr>
          <w:cantSplit/>
        </w:trPr>
        <w:tc>
          <w:tcPr>
            <w:tcW w:w="0" w:type="auto"/>
            <w:shd w:val="clear" w:color="auto" w:fill="F2F2F2"/>
          </w:tcPr>
          <w:p w14:paraId="15B55BEB" w14:textId="77777777" w:rsidR="00363A1F" w:rsidRDefault="00832053">
            <w:r>
              <w:t>Температурный график</w:t>
            </w:r>
          </w:p>
        </w:tc>
        <w:tc>
          <w:tcPr>
            <w:tcW w:w="0" w:type="auto"/>
            <w:shd w:val="clear" w:color="auto" w:fill="FFFFFF"/>
          </w:tcPr>
          <w:p w14:paraId="699410B3" w14:textId="77777777" w:rsidR="00363A1F" w:rsidRDefault="00832053">
            <w:r>
              <w:t>95/70 °C</w:t>
            </w:r>
          </w:p>
        </w:tc>
      </w:tr>
      <w:tr w:rsidR="00363A1F" w14:paraId="40EFEF25" w14:textId="77777777">
        <w:trPr>
          <w:cantSplit/>
        </w:trPr>
        <w:tc>
          <w:tcPr>
            <w:tcW w:w="0" w:type="auto"/>
            <w:shd w:val="clear" w:color="auto" w:fill="F2F2F2"/>
          </w:tcPr>
          <w:p w14:paraId="024415E9" w14:textId="77777777" w:rsidR="00363A1F" w:rsidRDefault="00832053">
            <w:r>
              <w:t>Нагрузка горячего водоснабжения</w:t>
            </w:r>
          </w:p>
        </w:tc>
        <w:tc>
          <w:tcPr>
            <w:tcW w:w="0" w:type="auto"/>
            <w:shd w:val="clear" w:color="auto" w:fill="FFFFFF"/>
          </w:tcPr>
          <w:p w14:paraId="090932D6" w14:textId="77777777" w:rsidR="00363A1F" w:rsidRDefault="00832053">
            <w:r>
              <w:t>0,2640 Гкал/ч</w:t>
            </w:r>
          </w:p>
        </w:tc>
      </w:tr>
      <w:tr w:rsidR="00363A1F" w14:paraId="064372BE" w14:textId="77777777">
        <w:trPr>
          <w:cantSplit/>
        </w:trPr>
        <w:tc>
          <w:tcPr>
            <w:tcW w:w="0" w:type="auto"/>
            <w:shd w:val="clear" w:color="auto" w:fill="F2F2F2"/>
          </w:tcPr>
          <w:p w14:paraId="4FB64023" w14:textId="77777777" w:rsidR="00363A1F" w:rsidRDefault="00832053">
            <w:r>
              <w:t>Производительность водоподготовительной установки</w:t>
            </w:r>
          </w:p>
        </w:tc>
        <w:tc>
          <w:tcPr>
            <w:tcW w:w="0" w:type="auto"/>
            <w:shd w:val="clear" w:color="auto" w:fill="FFFFFF"/>
          </w:tcPr>
          <w:p w14:paraId="1DC76A3D" w14:textId="77777777" w:rsidR="00363A1F" w:rsidRDefault="00832053">
            <w:r>
              <w:t>5,0 т/ч</w:t>
            </w:r>
          </w:p>
        </w:tc>
      </w:tr>
      <w:tr w:rsidR="00363A1F" w14:paraId="69BB47B5" w14:textId="77777777">
        <w:trPr>
          <w:cantSplit/>
        </w:trPr>
        <w:tc>
          <w:tcPr>
            <w:tcW w:w="0" w:type="auto"/>
            <w:shd w:val="clear" w:color="auto" w:fill="F2F2F2"/>
          </w:tcPr>
          <w:p w14:paraId="64958890" w14:textId="77777777" w:rsidR="00363A1F" w:rsidRDefault="00832053">
            <w:r>
              <w:t>Подпитка тепловой сети 2026 года</w:t>
            </w:r>
          </w:p>
        </w:tc>
        <w:tc>
          <w:tcPr>
            <w:tcW w:w="0" w:type="auto"/>
            <w:shd w:val="clear" w:color="auto" w:fill="FFFFFF"/>
          </w:tcPr>
          <w:p w14:paraId="57A4D63A" w14:textId="77777777" w:rsidR="00363A1F" w:rsidRDefault="00832053">
            <w:r>
              <w:t>2,658 т/ч</w:t>
            </w:r>
          </w:p>
        </w:tc>
      </w:tr>
      <w:tr w:rsidR="00363A1F" w:rsidRPr="004D1FEB" w14:paraId="0711ACE9" w14:textId="77777777">
        <w:trPr>
          <w:cantSplit/>
        </w:trPr>
        <w:tc>
          <w:tcPr>
            <w:tcW w:w="0" w:type="auto"/>
            <w:shd w:val="clear" w:color="auto" w:fill="F2F2F2"/>
          </w:tcPr>
          <w:p w14:paraId="50BAE663" w14:textId="77777777" w:rsidR="00363A1F" w:rsidRDefault="00832053">
            <w:r>
              <w:t>Решение на расчётный срок</w:t>
            </w:r>
          </w:p>
        </w:tc>
        <w:tc>
          <w:tcPr>
            <w:tcW w:w="0" w:type="auto"/>
            <w:shd w:val="clear" w:color="auto" w:fill="FFFFFF"/>
          </w:tcPr>
          <w:p w14:paraId="2D253291" w14:textId="77777777" w:rsidR="00363A1F" w:rsidRPr="00844B84" w:rsidRDefault="00832053">
            <w:pPr>
              <w:rPr>
                <w:lang w:val="ru-RU"/>
              </w:rPr>
            </w:pPr>
            <w:r w:rsidRPr="00844B84">
              <w:rPr>
                <w:lang w:val="ru-RU"/>
              </w:rPr>
              <w:t>перевод на природный газ; перевод горячего водоснабжения на закрытую схему</w:t>
            </w:r>
          </w:p>
        </w:tc>
      </w:tr>
    </w:tbl>
    <w:p w14:paraId="4C231E04" w14:textId="77777777" w:rsidR="00363A1F" w:rsidRPr="005731F7" w:rsidRDefault="00832053">
      <w:pPr>
        <w:pStyle w:val="31"/>
        <w:rPr>
          <w:sz w:val="28"/>
          <w:szCs w:val="28"/>
        </w:rPr>
      </w:pPr>
      <w:r w:rsidRPr="005731F7">
        <w:rPr>
          <w:sz w:val="28"/>
          <w:szCs w:val="28"/>
        </w:rPr>
        <w:t>2.10.7. УПК № 7 «Каз»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557"/>
        <w:gridCol w:w="5932"/>
      </w:tblGrid>
      <w:tr w:rsidR="00363A1F" w14:paraId="665240D3" w14:textId="77777777">
        <w:trPr>
          <w:cantSplit/>
          <w:tblHeader/>
        </w:trPr>
        <w:tc>
          <w:tcPr>
            <w:tcW w:w="0" w:type="auto"/>
            <w:shd w:val="clear" w:color="auto" w:fill="E2F0D9"/>
          </w:tcPr>
          <w:p w14:paraId="7A436235" w14:textId="77777777" w:rsidR="00363A1F" w:rsidRDefault="00832053">
            <w:pPr>
              <w:jc w:val="center"/>
            </w:pPr>
            <w:r>
              <w:rPr>
                <w:b/>
              </w:rPr>
              <w:t>Характеристика</w:t>
            </w:r>
          </w:p>
        </w:tc>
        <w:tc>
          <w:tcPr>
            <w:tcW w:w="0" w:type="auto"/>
            <w:shd w:val="clear" w:color="auto" w:fill="E2F0D9"/>
          </w:tcPr>
          <w:p w14:paraId="061B7488" w14:textId="77777777" w:rsidR="00363A1F" w:rsidRDefault="00832053">
            <w:pPr>
              <w:jc w:val="center"/>
            </w:pPr>
            <w:r>
              <w:rPr>
                <w:b/>
              </w:rPr>
              <w:t>Значение</w:t>
            </w:r>
          </w:p>
        </w:tc>
      </w:tr>
      <w:tr w:rsidR="00363A1F" w14:paraId="6A181D95" w14:textId="77777777">
        <w:trPr>
          <w:cantSplit/>
        </w:trPr>
        <w:tc>
          <w:tcPr>
            <w:tcW w:w="0" w:type="auto"/>
            <w:shd w:val="clear" w:color="auto" w:fill="F2F2F2"/>
          </w:tcPr>
          <w:p w14:paraId="7C8DBA10" w14:textId="77777777" w:rsidR="00363A1F" w:rsidRDefault="00832053">
            <w:r>
              <w:t>Территория и зона теплоснабжения</w:t>
            </w:r>
          </w:p>
        </w:tc>
        <w:tc>
          <w:tcPr>
            <w:tcW w:w="0" w:type="auto"/>
            <w:shd w:val="clear" w:color="auto" w:fill="FFFFFF"/>
          </w:tcPr>
          <w:p w14:paraId="6427E8BA" w14:textId="77777777" w:rsidR="00363A1F" w:rsidRDefault="00832053">
            <w:r>
              <w:t>пгт Каз, зона Z-03</w:t>
            </w:r>
          </w:p>
        </w:tc>
      </w:tr>
      <w:tr w:rsidR="00363A1F" w14:paraId="176016E5" w14:textId="77777777">
        <w:trPr>
          <w:cantSplit/>
        </w:trPr>
        <w:tc>
          <w:tcPr>
            <w:tcW w:w="0" w:type="auto"/>
            <w:shd w:val="clear" w:color="auto" w:fill="F2F2F2"/>
          </w:tcPr>
          <w:p w14:paraId="3A33BA31" w14:textId="77777777" w:rsidR="00363A1F" w:rsidRDefault="00832053">
            <w:r>
              <w:t>Установленная мощность</w:t>
            </w:r>
          </w:p>
        </w:tc>
        <w:tc>
          <w:tcPr>
            <w:tcW w:w="0" w:type="auto"/>
            <w:shd w:val="clear" w:color="auto" w:fill="FFFFFF"/>
          </w:tcPr>
          <w:p w14:paraId="6D7AB434" w14:textId="77777777" w:rsidR="00363A1F" w:rsidRDefault="00832053">
            <w:r>
              <w:t>72,00 Гкал/ч</w:t>
            </w:r>
          </w:p>
        </w:tc>
      </w:tr>
      <w:tr w:rsidR="00363A1F" w14:paraId="3757B594" w14:textId="77777777">
        <w:trPr>
          <w:cantSplit/>
        </w:trPr>
        <w:tc>
          <w:tcPr>
            <w:tcW w:w="0" w:type="auto"/>
            <w:shd w:val="clear" w:color="auto" w:fill="F2F2F2"/>
          </w:tcPr>
          <w:p w14:paraId="5C5B0729" w14:textId="77777777" w:rsidR="00363A1F" w:rsidRDefault="00832053">
            <w:r>
              <w:t>Располагаемая мощность</w:t>
            </w:r>
          </w:p>
        </w:tc>
        <w:tc>
          <w:tcPr>
            <w:tcW w:w="0" w:type="auto"/>
            <w:shd w:val="clear" w:color="auto" w:fill="FFFFFF"/>
          </w:tcPr>
          <w:p w14:paraId="2B2EA409" w14:textId="77777777" w:rsidR="00363A1F" w:rsidRDefault="00832053">
            <w:r>
              <w:t>72,00 Гкал/ч</w:t>
            </w:r>
          </w:p>
        </w:tc>
      </w:tr>
      <w:tr w:rsidR="00363A1F" w14:paraId="66C4AFB3" w14:textId="77777777">
        <w:trPr>
          <w:cantSplit/>
        </w:trPr>
        <w:tc>
          <w:tcPr>
            <w:tcW w:w="0" w:type="auto"/>
            <w:shd w:val="clear" w:color="auto" w:fill="F2F2F2"/>
          </w:tcPr>
          <w:p w14:paraId="3ADDAD1B" w14:textId="77777777" w:rsidR="00363A1F" w:rsidRDefault="00832053">
            <w:r>
              <w:t>Присоединённая договорная нагрузка</w:t>
            </w:r>
          </w:p>
        </w:tc>
        <w:tc>
          <w:tcPr>
            <w:tcW w:w="0" w:type="auto"/>
            <w:shd w:val="clear" w:color="auto" w:fill="FFFFFF"/>
          </w:tcPr>
          <w:p w14:paraId="6546C371" w14:textId="77777777" w:rsidR="00363A1F" w:rsidRDefault="00832053">
            <w:r>
              <w:t>9,2933 Гкал/ч</w:t>
            </w:r>
          </w:p>
        </w:tc>
      </w:tr>
      <w:tr w:rsidR="00363A1F" w14:paraId="25C095D7" w14:textId="77777777">
        <w:trPr>
          <w:cantSplit/>
        </w:trPr>
        <w:tc>
          <w:tcPr>
            <w:tcW w:w="0" w:type="auto"/>
            <w:shd w:val="clear" w:color="auto" w:fill="F2F2F2"/>
          </w:tcPr>
          <w:p w14:paraId="22954437" w14:textId="77777777" w:rsidR="00363A1F" w:rsidRDefault="00832053">
            <w:r>
              <w:t>Полная максимальная нагрузка 2026 года</w:t>
            </w:r>
          </w:p>
        </w:tc>
        <w:tc>
          <w:tcPr>
            <w:tcW w:w="0" w:type="auto"/>
            <w:shd w:val="clear" w:color="auto" w:fill="FFFFFF"/>
          </w:tcPr>
          <w:p w14:paraId="5366B1D2" w14:textId="77777777" w:rsidR="00363A1F" w:rsidRDefault="00832053">
            <w:r>
              <w:t>19,4397 Гкал/ч</w:t>
            </w:r>
          </w:p>
        </w:tc>
      </w:tr>
      <w:tr w:rsidR="00363A1F" w14:paraId="2A7E461A" w14:textId="77777777">
        <w:trPr>
          <w:cantSplit/>
        </w:trPr>
        <w:tc>
          <w:tcPr>
            <w:tcW w:w="0" w:type="auto"/>
            <w:shd w:val="clear" w:color="auto" w:fill="F2F2F2"/>
          </w:tcPr>
          <w:p w14:paraId="684116B2" w14:textId="77777777" w:rsidR="00363A1F" w:rsidRDefault="00832053">
            <w:r>
              <w:t>Полная максимальная нагрузка 2031 года</w:t>
            </w:r>
          </w:p>
        </w:tc>
        <w:tc>
          <w:tcPr>
            <w:tcW w:w="0" w:type="auto"/>
            <w:shd w:val="clear" w:color="auto" w:fill="FFFFFF"/>
          </w:tcPr>
          <w:p w14:paraId="24109058" w14:textId="77777777" w:rsidR="00363A1F" w:rsidRDefault="00832053">
            <w:r>
              <w:t>19,5027 Гкал/ч</w:t>
            </w:r>
          </w:p>
        </w:tc>
      </w:tr>
      <w:tr w:rsidR="00363A1F" w14:paraId="37054F51" w14:textId="77777777">
        <w:trPr>
          <w:cantSplit/>
        </w:trPr>
        <w:tc>
          <w:tcPr>
            <w:tcW w:w="0" w:type="auto"/>
            <w:shd w:val="clear" w:color="auto" w:fill="F2F2F2"/>
          </w:tcPr>
          <w:p w14:paraId="49542DE2" w14:textId="77777777" w:rsidR="00363A1F" w:rsidRDefault="00832053">
            <w:r>
              <w:t>Полная максимальная нагрузка 2036 года</w:t>
            </w:r>
          </w:p>
        </w:tc>
        <w:tc>
          <w:tcPr>
            <w:tcW w:w="0" w:type="auto"/>
            <w:shd w:val="clear" w:color="auto" w:fill="FFFFFF"/>
          </w:tcPr>
          <w:p w14:paraId="3D711A28" w14:textId="77777777" w:rsidR="00363A1F" w:rsidRDefault="00832053">
            <w:r>
              <w:t>19,5027 Гкал/ч</w:t>
            </w:r>
          </w:p>
        </w:tc>
      </w:tr>
      <w:tr w:rsidR="00363A1F" w14:paraId="255B94D7" w14:textId="77777777">
        <w:trPr>
          <w:cantSplit/>
        </w:trPr>
        <w:tc>
          <w:tcPr>
            <w:tcW w:w="0" w:type="auto"/>
            <w:shd w:val="clear" w:color="auto" w:fill="F2F2F2"/>
          </w:tcPr>
          <w:p w14:paraId="61C0A7A5" w14:textId="77777777" w:rsidR="00363A1F" w:rsidRDefault="00832053">
            <w:r>
              <w:t>Резерв мощности на 2026 год</w:t>
            </w:r>
          </w:p>
        </w:tc>
        <w:tc>
          <w:tcPr>
            <w:tcW w:w="0" w:type="auto"/>
            <w:shd w:val="clear" w:color="auto" w:fill="FFFFFF"/>
          </w:tcPr>
          <w:p w14:paraId="36EC6140" w14:textId="77777777" w:rsidR="00363A1F" w:rsidRDefault="00832053">
            <w:r>
              <w:t>52,5603 Гкал/ч</w:t>
            </w:r>
          </w:p>
        </w:tc>
      </w:tr>
      <w:tr w:rsidR="00363A1F" w14:paraId="6A7905B7" w14:textId="77777777">
        <w:trPr>
          <w:cantSplit/>
        </w:trPr>
        <w:tc>
          <w:tcPr>
            <w:tcW w:w="0" w:type="auto"/>
            <w:shd w:val="clear" w:color="auto" w:fill="F2F2F2"/>
          </w:tcPr>
          <w:p w14:paraId="4569C59C" w14:textId="77777777" w:rsidR="00363A1F" w:rsidRPr="00844B84" w:rsidRDefault="00832053">
            <w:pPr>
              <w:rPr>
                <w:lang w:val="ru-RU"/>
              </w:rPr>
            </w:pPr>
            <w:r w:rsidRPr="00844B84">
              <w:rPr>
                <w:lang w:val="ru-RU"/>
              </w:rPr>
              <w:t>Резерв мощности на расчётный срок</w:t>
            </w:r>
          </w:p>
        </w:tc>
        <w:tc>
          <w:tcPr>
            <w:tcW w:w="0" w:type="auto"/>
            <w:shd w:val="clear" w:color="auto" w:fill="FFFFFF"/>
          </w:tcPr>
          <w:p w14:paraId="05CED2C8" w14:textId="77777777" w:rsidR="00363A1F" w:rsidRDefault="00832053">
            <w:r>
              <w:t>52,4973 Гкал/ч</w:t>
            </w:r>
          </w:p>
        </w:tc>
      </w:tr>
      <w:tr w:rsidR="00363A1F" w14:paraId="0EDBC471" w14:textId="77777777">
        <w:trPr>
          <w:cantSplit/>
        </w:trPr>
        <w:tc>
          <w:tcPr>
            <w:tcW w:w="0" w:type="auto"/>
            <w:shd w:val="clear" w:color="auto" w:fill="F2F2F2"/>
          </w:tcPr>
          <w:p w14:paraId="3FDD2D20" w14:textId="77777777" w:rsidR="00363A1F" w:rsidRDefault="00832053">
            <w:r>
              <w:t>Загрузка оборудования 2026 года</w:t>
            </w:r>
          </w:p>
        </w:tc>
        <w:tc>
          <w:tcPr>
            <w:tcW w:w="0" w:type="auto"/>
            <w:shd w:val="clear" w:color="auto" w:fill="FFFFFF"/>
          </w:tcPr>
          <w:p w14:paraId="2318F0D4" w14:textId="77777777" w:rsidR="00363A1F" w:rsidRDefault="00832053">
            <w:r>
              <w:t>27,00 %</w:t>
            </w:r>
          </w:p>
        </w:tc>
      </w:tr>
      <w:tr w:rsidR="00363A1F" w14:paraId="5224D1B1" w14:textId="77777777">
        <w:trPr>
          <w:cantSplit/>
        </w:trPr>
        <w:tc>
          <w:tcPr>
            <w:tcW w:w="0" w:type="auto"/>
            <w:shd w:val="clear" w:color="auto" w:fill="F2F2F2"/>
          </w:tcPr>
          <w:p w14:paraId="200BEB36" w14:textId="77777777" w:rsidR="00363A1F" w:rsidRDefault="00832053">
            <w:r>
              <w:t>Действующих котлоагрегатов</w:t>
            </w:r>
          </w:p>
        </w:tc>
        <w:tc>
          <w:tcPr>
            <w:tcW w:w="0" w:type="auto"/>
            <w:shd w:val="clear" w:color="auto" w:fill="FFFFFF"/>
          </w:tcPr>
          <w:p w14:paraId="044B2706" w14:textId="77777777" w:rsidR="00363A1F" w:rsidRDefault="00832053">
            <w:r>
              <w:t>5 ед.</w:t>
            </w:r>
          </w:p>
        </w:tc>
      </w:tr>
      <w:tr w:rsidR="00363A1F" w14:paraId="5EDED629" w14:textId="77777777">
        <w:trPr>
          <w:cantSplit/>
        </w:trPr>
        <w:tc>
          <w:tcPr>
            <w:tcW w:w="0" w:type="auto"/>
            <w:shd w:val="clear" w:color="auto" w:fill="F2F2F2"/>
          </w:tcPr>
          <w:p w14:paraId="698D5C33" w14:textId="77777777" w:rsidR="00363A1F" w:rsidRDefault="00832053">
            <w:r>
              <w:t>Вид топлива</w:t>
            </w:r>
          </w:p>
        </w:tc>
        <w:tc>
          <w:tcPr>
            <w:tcW w:w="0" w:type="auto"/>
            <w:shd w:val="clear" w:color="auto" w:fill="FFFFFF"/>
          </w:tcPr>
          <w:p w14:paraId="6F16F5C1" w14:textId="77777777" w:rsidR="00363A1F" w:rsidRDefault="00832053">
            <w:r>
              <w:t>каменный уголь</w:t>
            </w:r>
          </w:p>
        </w:tc>
      </w:tr>
      <w:tr w:rsidR="00363A1F" w14:paraId="21222B50" w14:textId="77777777">
        <w:trPr>
          <w:cantSplit/>
        </w:trPr>
        <w:tc>
          <w:tcPr>
            <w:tcW w:w="0" w:type="auto"/>
            <w:shd w:val="clear" w:color="auto" w:fill="F2F2F2"/>
          </w:tcPr>
          <w:p w14:paraId="25CAD636" w14:textId="77777777" w:rsidR="00363A1F" w:rsidRDefault="00832053">
            <w:r>
              <w:t>Тепловая сеть</w:t>
            </w:r>
          </w:p>
        </w:tc>
        <w:tc>
          <w:tcPr>
            <w:tcW w:w="0" w:type="auto"/>
            <w:shd w:val="clear" w:color="auto" w:fill="FFFFFF"/>
          </w:tcPr>
          <w:p w14:paraId="71889DFF" w14:textId="77777777" w:rsidR="00363A1F" w:rsidRDefault="00832053">
            <w:r>
              <w:t>двухтрубная</w:t>
            </w:r>
          </w:p>
        </w:tc>
      </w:tr>
      <w:tr w:rsidR="00363A1F" w14:paraId="56860522" w14:textId="77777777">
        <w:trPr>
          <w:cantSplit/>
        </w:trPr>
        <w:tc>
          <w:tcPr>
            <w:tcW w:w="0" w:type="auto"/>
            <w:shd w:val="clear" w:color="auto" w:fill="F2F2F2"/>
          </w:tcPr>
          <w:p w14:paraId="36E4504A" w14:textId="77777777" w:rsidR="00363A1F" w:rsidRDefault="00832053">
            <w:r>
              <w:t>Схема приготовления горячей воды</w:t>
            </w:r>
          </w:p>
        </w:tc>
        <w:tc>
          <w:tcPr>
            <w:tcW w:w="0" w:type="auto"/>
            <w:shd w:val="clear" w:color="auto" w:fill="FFFFFF"/>
          </w:tcPr>
          <w:p w14:paraId="6FE8F182" w14:textId="77777777" w:rsidR="00363A1F" w:rsidRDefault="00832053">
            <w:r>
              <w:t>Открытая, двухтрубная</w:t>
            </w:r>
          </w:p>
        </w:tc>
      </w:tr>
      <w:tr w:rsidR="00363A1F" w14:paraId="3533F6DE" w14:textId="77777777">
        <w:trPr>
          <w:cantSplit/>
        </w:trPr>
        <w:tc>
          <w:tcPr>
            <w:tcW w:w="0" w:type="auto"/>
            <w:shd w:val="clear" w:color="auto" w:fill="F2F2F2"/>
          </w:tcPr>
          <w:p w14:paraId="6E7FBB65" w14:textId="77777777" w:rsidR="00363A1F" w:rsidRDefault="00832053">
            <w:r>
              <w:t>Температурный график</w:t>
            </w:r>
          </w:p>
        </w:tc>
        <w:tc>
          <w:tcPr>
            <w:tcW w:w="0" w:type="auto"/>
            <w:shd w:val="clear" w:color="auto" w:fill="FFFFFF"/>
          </w:tcPr>
          <w:p w14:paraId="35450DEC" w14:textId="77777777" w:rsidR="00363A1F" w:rsidRDefault="00832053">
            <w:r>
              <w:t>130/65 °C</w:t>
            </w:r>
          </w:p>
        </w:tc>
      </w:tr>
      <w:tr w:rsidR="00363A1F" w14:paraId="36571781" w14:textId="77777777">
        <w:trPr>
          <w:cantSplit/>
        </w:trPr>
        <w:tc>
          <w:tcPr>
            <w:tcW w:w="0" w:type="auto"/>
            <w:shd w:val="clear" w:color="auto" w:fill="F2F2F2"/>
          </w:tcPr>
          <w:p w14:paraId="25927E36" w14:textId="77777777" w:rsidR="00363A1F" w:rsidRDefault="00832053">
            <w:r>
              <w:t>Нагрузка горячего водоснабжения</w:t>
            </w:r>
          </w:p>
        </w:tc>
        <w:tc>
          <w:tcPr>
            <w:tcW w:w="0" w:type="auto"/>
            <w:shd w:val="clear" w:color="auto" w:fill="FFFFFF"/>
          </w:tcPr>
          <w:p w14:paraId="0000B61D" w14:textId="77777777" w:rsidR="00363A1F" w:rsidRDefault="00832053">
            <w:r>
              <w:t>1,0530 Гкал/ч</w:t>
            </w:r>
          </w:p>
        </w:tc>
      </w:tr>
      <w:tr w:rsidR="00363A1F" w14:paraId="169BEBC8" w14:textId="77777777">
        <w:trPr>
          <w:cantSplit/>
        </w:trPr>
        <w:tc>
          <w:tcPr>
            <w:tcW w:w="0" w:type="auto"/>
            <w:shd w:val="clear" w:color="auto" w:fill="F2F2F2"/>
          </w:tcPr>
          <w:p w14:paraId="462D86B5" w14:textId="77777777" w:rsidR="00363A1F" w:rsidRDefault="00832053">
            <w:r>
              <w:t>Производительность водоподготовительной установки</w:t>
            </w:r>
          </w:p>
        </w:tc>
        <w:tc>
          <w:tcPr>
            <w:tcW w:w="0" w:type="auto"/>
            <w:shd w:val="clear" w:color="auto" w:fill="FFFFFF"/>
          </w:tcPr>
          <w:p w14:paraId="5B95A305" w14:textId="77777777" w:rsidR="00363A1F" w:rsidRDefault="00832053">
            <w:r>
              <w:t>40,0 т/ч</w:t>
            </w:r>
          </w:p>
        </w:tc>
      </w:tr>
      <w:tr w:rsidR="00363A1F" w14:paraId="069CF85D" w14:textId="77777777">
        <w:trPr>
          <w:cantSplit/>
        </w:trPr>
        <w:tc>
          <w:tcPr>
            <w:tcW w:w="0" w:type="auto"/>
            <w:shd w:val="clear" w:color="auto" w:fill="F2F2F2"/>
          </w:tcPr>
          <w:p w14:paraId="76B11FE2" w14:textId="77777777" w:rsidR="00363A1F" w:rsidRDefault="00832053">
            <w:r>
              <w:t>Подпитка тепловой сети 2026 года</w:t>
            </w:r>
          </w:p>
        </w:tc>
        <w:tc>
          <w:tcPr>
            <w:tcW w:w="0" w:type="auto"/>
            <w:shd w:val="clear" w:color="auto" w:fill="FFFFFF"/>
          </w:tcPr>
          <w:p w14:paraId="04212534" w14:textId="77777777" w:rsidR="00363A1F" w:rsidRDefault="00832053">
            <w:r>
              <w:t>12,917 т/ч</w:t>
            </w:r>
          </w:p>
        </w:tc>
      </w:tr>
      <w:tr w:rsidR="00363A1F" w:rsidRPr="004D1FEB" w14:paraId="507EF0C4" w14:textId="77777777">
        <w:trPr>
          <w:cantSplit/>
        </w:trPr>
        <w:tc>
          <w:tcPr>
            <w:tcW w:w="0" w:type="auto"/>
            <w:shd w:val="clear" w:color="auto" w:fill="F2F2F2"/>
          </w:tcPr>
          <w:p w14:paraId="4EF0AB4D" w14:textId="77777777" w:rsidR="00363A1F" w:rsidRDefault="00832053">
            <w:r>
              <w:t>Решение на расчётный срок</w:t>
            </w:r>
          </w:p>
        </w:tc>
        <w:tc>
          <w:tcPr>
            <w:tcW w:w="0" w:type="auto"/>
            <w:shd w:val="clear" w:color="auto" w:fill="FFFFFF"/>
          </w:tcPr>
          <w:p w14:paraId="01E88690" w14:textId="77777777" w:rsidR="00363A1F" w:rsidRPr="00844B84" w:rsidRDefault="00832053">
            <w:pPr>
              <w:rPr>
                <w:lang w:val="ru-RU"/>
              </w:rPr>
            </w:pPr>
            <w:r w:rsidRPr="00844B84">
              <w:rPr>
                <w:lang w:val="ru-RU"/>
              </w:rPr>
              <w:t>перевод на природный газ; перевод горячего водоснабжения на закрытую схему</w:t>
            </w:r>
          </w:p>
        </w:tc>
      </w:tr>
    </w:tbl>
    <w:p w14:paraId="30E780B9" w14:textId="77777777" w:rsidR="00363A1F" w:rsidRPr="005731F7" w:rsidRDefault="00832053">
      <w:pPr>
        <w:pStyle w:val="31"/>
        <w:rPr>
          <w:sz w:val="28"/>
          <w:szCs w:val="28"/>
        </w:rPr>
      </w:pPr>
      <w:r w:rsidRPr="005731F7">
        <w:rPr>
          <w:sz w:val="28"/>
          <w:szCs w:val="28"/>
        </w:rPr>
        <w:t>2.10.8. УПК № 8 «Мундыбаш»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557"/>
        <w:gridCol w:w="5932"/>
      </w:tblGrid>
      <w:tr w:rsidR="00363A1F" w14:paraId="7D77DD52" w14:textId="77777777">
        <w:trPr>
          <w:cantSplit/>
          <w:tblHeader/>
        </w:trPr>
        <w:tc>
          <w:tcPr>
            <w:tcW w:w="0" w:type="auto"/>
            <w:shd w:val="clear" w:color="auto" w:fill="E2F0D9"/>
          </w:tcPr>
          <w:p w14:paraId="3C420ACE" w14:textId="77777777" w:rsidR="00363A1F" w:rsidRDefault="00832053">
            <w:pPr>
              <w:jc w:val="center"/>
            </w:pPr>
            <w:r>
              <w:rPr>
                <w:b/>
              </w:rPr>
              <w:t>Характеристика</w:t>
            </w:r>
          </w:p>
        </w:tc>
        <w:tc>
          <w:tcPr>
            <w:tcW w:w="0" w:type="auto"/>
            <w:shd w:val="clear" w:color="auto" w:fill="E2F0D9"/>
          </w:tcPr>
          <w:p w14:paraId="4CA55342" w14:textId="77777777" w:rsidR="00363A1F" w:rsidRDefault="00832053">
            <w:pPr>
              <w:jc w:val="center"/>
            </w:pPr>
            <w:r>
              <w:rPr>
                <w:b/>
              </w:rPr>
              <w:t>Значение</w:t>
            </w:r>
          </w:p>
        </w:tc>
      </w:tr>
      <w:tr w:rsidR="00363A1F" w14:paraId="0EC1673A" w14:textId="77777777">
        <w:trPr>
          <w:cantSplit/>
        </w:trPr>
        <w:tc>
          <w:tcPr>
            <w:tcW w:w="0" w:type="auto"/>
            <w:shd w:val="clear" w:color="auto" w:fill="F2F2F2"/>
          </w:tcPr>
          <w:p w14:paraId="7A728487" w14:textId="77777777" w:rsidR="00363A1F" w:rsidRDefault="00832053">
            <w:r>
              <w:t>Территория и зона теплоснабжения</w:t>
            </w:r>
          </w:p>
        </w:tc>
        <w:tc>
          <w:tcPr>
            <w:tcW w:w="0" w:type="auto"/>
            <w:shd w:val="clear" w:color="auto" w:fill="FFFFFF"/>
          </w:tcPr>
          <w:p w14:paraId="1653250F" w14:textId="77777777" w:rsidR="00363A1F" w:rsidRDefault="00832053">
            <w:r>
              <w:t>пгт Мундыбаш, зона Z-04</w:t>
            </w:r>
          </w:p>
        </w:tc>
      </w:tr>
      <w:tr w:rsidR="00363A1F" w14:paraId="3F7A2027" w14:textId="77777777">
        <w:trPr>
          <w:cantSplit/>
        </w:trPr>
        <w:tc>
          <w:tcPr>
            <w:tcW w:w="0" w:type="auto"/>
            <w:shd w:val="clear" w:color="auto" w:fill="F2F2F2"/>
          </w:tcPr>
          <w:p w14:paraId="2CA1C715" w14:textId="77777777" w:rsidR="00363A1F" w:rsidRDefault="00832053">
            <w:r>
              <w:t>Установленная мощность</w:t>
            </w:r>
          </w:p>
        </w:tc>
        <w:tc>
          <w:tcPr>
            <w:tcW w:w="0" w:type="auto"/>
            <w:shd w:val="clear" w:color="auto" w:fill="FFFFFF"/>
          </w:tcPr>
          <w:p w14:paraId="555F2E25" w14:textId="77777777" w:rsidR="00363A1F" w:rsidRDefault="00832053">
            <w:r>
              <w:t>36,00 Гкал/ч</w:t>
            </w:r>
          </w:p>
        </w:tc>
      </w:tr>
      <w:tr w:rsidR="00363A1F" w14:paraId="2B986130" w14:textId="77777777">
        <w:trPr>
          <w:cantSplit/>
        </w:trPr>
        <w:tc>
          <w:tcPr>
            <w:tcW w:w="0" w:type="auto"/>
            <w:shd w:val="clear" w:color="auto" w:fill="F2F2F2"/>
          </w:tcPr>
          <w:p w14:paraId="4B30426C" w14:textId="77777777" w:rsidR="00363A1F" w:rsidRDefault="00832053">
            <w:r>
              <w:t>Располагаемая мощность</w:t>
            </w:r>
          </w:p>
        </w:tc>
        <w:tc>
          <w:tcPr>
            <w:tcW w:w="0" w:type="auto"/>
            <w:shd w:val="clear" w:color="auto" w:fill="FFFFFF"/>
          </w:tcPr>
          <w:p w14:paraId="1571034D" w14:textId="77777777" w:rsidR="00363A1F" w:rsidRDefault="00832053">
            <w:r>
              <w:t>36,00 Гкал/ч</w:t>
            </w:r>
          </w:p>
        </w:tc>
      </w:tr>
      <w:tr w:rsidR="00363A1F" w14:paraId="6196FC51" w14:textId="77777777">
        <w:trPr>
          <w:cantSplit/>
        </w:trPr>
        <w:tc>
          <w:tcPr>
            <w:tcW w:w="0" w:type="auto"/>
            <w:shd w:val="clear" w:color="auto" w:fill="F2F2F2"/>
          </w:tcPr>
          <w:p w14:paraId="0FD53B78" w14:textId="77777777" w:rsidR="00363A1F" w:rsidRDefault="00832053">
            <w:r>
              <w:t>Присоединённая договорная нагрузка</w:t>
            </w:r>
          </w:p>
        </w:tc>
        <w:tc>
          <w:tcPr>
            <w:tcW w:w="0" w:type="auto"/>
            <w:shd w:val="clear" w:color="auto" w:fill="FFFFFF"/>
          </w:tcPr>
          <w:p w14:paraId="02571395" w14:textId="77777777" w:rsidR="00363A1F" w:rsidRDefault="00832053">
            <w:r>
              <w:t>8,5759 Гкал/ч</w:t>
            </w:r>
          </w:p>
        </w:tc>
      </w:tr>
      <w:tr w:rsidR="00363A1F" w14:paraId="7549CA1A" w14:textId="77777777">
        <w:trPr>
          <w:cantSplit/>
        </w:trPr>
        <w:tc>
          <w:tcPr>
            <w:tcW w:w="0" w:type="auto"/>
            <w:shd w:val="clear" w:color="auto" w:fill="F2F2F2"/>
          </w:tcPr>
          <w:p w14:paraId="785A8A50" w14:textId="77777777" w:rsidR="00363A1F" w:rsidRDefault="00832053">
            <w:r>
              <w:t>Полная максимальная нагрузка 2026 года</w:t>
            </w:r>
          </w:p>
        </w:tc>
        <w:tc>
          <w:tcPr>
            <w:tcW w:w="0" w:type="auto"/>
            <w:shd w:val="clear" w:color="auto" w:fill="FFFFFF"/>
          </w:tcPr>
          <w:p w14:paraId="44791C91" w14:textId="77777777" w:rsidR="00363A1F" w:rsidRDefault="00832053">
            <w:r>
              <w:t>20,2475 Гкал/ч</w:t>
            </w:r>
          </w:p>
        </w:tc>
      </w:tr>
      <w:tr w:rsidR="00363A1F" w14:paraId="41FEF7E0" w14:textId="77777777">
        <w:trPr>
          <w:cantSplit/>
        </w:trPr>
        <w:tc>
          <w:tcPr>
            <w:tcW w:w="0" w:type="auto"/>
            <w:shd w:val="clear" w:color="auto" w:fill="F2F2F2"/>
          </w:tcPr>
          <w:p w14:paraId="2ADB4913" w14:textId="77777777" w:rsidR="00363A1F" w:rsidRDefault="00832053">
            <w:r>
              <w:t>Полная максимальная нагрузка 2031 года</w:t>
            </w:r>
          </w:p>
        </w:tc>
        <w:tc>
          <w:tcPr>
            <w:tcW w:w="0" w:type="auto"/>
            <w:shd w:val="clear" w:color="auto" w:fill="FFFFFF"/>
          </w:tcPr>
          <w:p w14:paraId="398F1AAB" w14:textId="77777777" w:rsidR="00363A1F" w:rsidRDefault="00832053">
            <w:r>
              <w:t>20,2475 Гкал/ч</w:t>
            </w:r>
          </w:p>
        </w:tc>
      </w:tr>
      <w:tr w:rsidR="00363A1F" w14:paraId="58A7D7A5" w14:textId="77777777">
        <w:trPr>
          <w:cantSplit/>
        </w:trPr>
        <w:tc>
          <w:tcPr>
            <w:tcW w:w="0" w:type="auto"/>
            <w:shd w:val="clear" w:color="auto" w:fill="F2F2F2"/>
          </w:tcPr>
          <w:p w14:paraId="6D781979" w14:textId="77777777" w:rsidR="00363A1F" w:rsidRDefault="00832053">
            <w:r>
              <w:t>Полная максимальная нагрузка 2036 года</w:t>
            </w:r>
          </w:p>
        </w:tc>
        <w:tc>
          <w:tcPr>
            <w:tcW w:w="0" w:type="auto"/>
            <w:shd w:val="clear" w:color="auto" w:fill="FFFFFF"/>
          </w:tcPr>
          <w:p w14:paraId="337633A4" w14:textId="77777777" w:rsidR="00363A1F" w:rsidRDefault="00832053">
            <w:r>
              <w:t>20,2475 Гкал/ч</w:t>
            </w:r>
          </w:p>
        </w:tc>
      </w:tr>
      <w:tr w:rsidR="00363A1F" w14:paraId="4E214BD4" w14:textId="77777777">
        <w:trPr>
          <w:cantSplit/>
        </w:trPr>
        <w:tc>
          <w:tcPr>
            <w:tcW w:w="0" w:type="auto"/>
            <w:shd w:val="clear" w:color="auto" w:fill="F2F2F2"/>
          </w:tcPr>
          <w:p w14:paraId="3A08B034" w14:textId="77777777" w:rsidR="00363A1F" w:rsidRDefault="00832053">
            <w:r>
              <w:t>Резерв мощности на 2026 год</w:t>
            </w:r>
          </w:p>
        </w:tc>
        <w:tc>
          <w:tcPr>
            <w:tcW w:w="0" w:type="auto"/>
            <w:shd w:val="clear" w:color="auto" w:fill="FFFFFF"/>
          </w:tcPr>
          <w:p w14:paraId="7A5C9DDE" w14:textId="77777777" w:rsidR="00363A1F" w:rsidRDefault="00832053">
            <w:r>
              <w:t>15,7525 Гкал/ч</w:t>
            </w:r>
          </w:p>
        </w:tc>
      </w:tr>
      <w:tr w:rsidR="00363A1F" w14:paraId="6B479B88" w14:textId="77777777">
        <w:trPr>
          <w:cantSplit/>
        </w:trPr>
        <w:tc>
          <w:tcPr>
            <w:tcW w:w="0" w:type="auto"/>
            <w:shd w:val="clear" w:color="auto" w:fill="F2F2F2"/>
          </w:tcPr>
          <w:p w14:paraId="6E66D95B" w14:textId="77777777" w:rsidR="00363A1F" w:rsidRPr="00844B84" w:rsidRDefault="00832053">
            <w:pPr>
              <w:rPr>
                <w:lang w:val="ru-RU"/>
              </w:rPr>
            </w:pPr>
            <w:r w:rsidRPr="00844B84">
              <w:rPr>
                <w:lang w:val="ru-RU"/>
              </w:rPr>
              <w:t>Резерв мощности на расчётный срок</w:t>
            </w:r>
          </w:p>
        </w:tc>
        <w:tc>
          <w:tcPr>
            <w:tcW w:w="0" w:type="auto"/>
            <w:shd w:val="clear" w:color="auto" w:fill="FFFFFF"/>
          </w:tcPr>
          <w:p w14:paraId="7AAD73FD" w14:textId="77777777" w:rsidR="00363A1F" w:rsidRDefault="00832053">
            <w:r>
              <w:t>15,7525 Гкал/ч</w:t>
            </w:r>
          </w:p>
        </w:tc>
      </w:tr>
      <w:tr w:rsidR="00363A1F" w14:paraId="00486889" w14:textId="77777777">
        <w:trPr>
          <w:cantSplit/>
        </w:trPr>
        <w:tc>
          <w:tcPr>
            <w:tcW w:w="0" w:type="auto"/>
            <w:shd w:val="clear" w:color="auto" w:fill="F2F2F2"/>
          </w:tcPr>
          <w:p w14:paraId="35269C87" w14:textId="77777777" w:rsidR="00363A1F" w:rsidRDefault="00832053">
            <w:r>
              <w:t>Загрузка оборудования 2026 года</w:t>
            </w:r>
          </w:p>
        </w:tc>
        <w:tc>
          <w:tcPr>
            <w:tcW w:w="0" w:type="auto"/>
            <w:shd w:val="clear" w:color="auto" w:fill="FFFFFF"/>
          </w:tcPr>
          <w:p w14:paraId="254FC514" w14:textId="77777777" w:rsidR="00363A1F" w:rsidRDefault="00832053">
            <w:r>
              <w:t>56,24 %</w:t>
            </w:r>
          </w:p>
        </w:tc>
      </w:tr>
      <w:tr w:rsidR="00363A1F" w14:paraId="5D7AE041" w14:textId="77777777">
        <w:trPr>
          <w:cantSplit/>
        </w:trPr>
        <w:tc>
          <w:tcPr>
            <w:tcW w:w="0" w:type="auto"/>
            <w:shd w:val="clear" w:color="auto" w:fill="F2F2F2"/>
          </w:tcPr>
          <w:p w14:paraId="74DF0232" w14:textId="77777777" w:rsidR="00363A1F" w:rsidRDefault="00832053">
            <w:r>
              <w:t>Действующих котлоагрегатов</w:t>
            </w:r>
          </w:p>
        </w:tc>
        <w:tc>
          <w:tcPr>
            <w:tcW w:w="0" w:type="auto"/>
            <w:shd w:val="clear" w:color="auto" w:fill="FFFFFF"/>
          </w:tcPr>
          <w:p w14:paraId="2A641B5F" w14:textId="77777777" w:rsidR="00363A1F" w:rsidRDefault="00832053">
            <w:r>
              <w:t>5 ед.</w:t>
            </w:r>
          </w:p>
        </w:tc>
      </w:tr>
      <w:tr w:rsidR="00363A1F" w14:paraId="0DAAB893" w14:textId="77777777">
        <w:trPr>
          <w:cantSplit/>
        </w:trPr>
        <w:tc>
          <w:tcPr>
            <w:tcW w:w="0" w:type="auto"/>
            <w:shd w:val="clear" w:color="auto" w:fill="F2F2F2"/>
          </w:tcPr>
          <w:p w14:paraId="4DFA0829" w14:textId="77777777" w:rsidR="00363A1F" w:rsidRDefault="00832053">
            <w:r>
              <w:t>Вид топлива</w:t>
            </w:r>
          </w:p>
        </w:tc>
        <w:tc>
          <w:tcPr>
            <w:tcW w:w="0" w:type="auto"/>
            <w:shd w:val="clear" w:color="auto" w:fill="FFFFFF"/>
          </w:tcPr>
          <w:p w14:paraId="0C17F1FA" w14:textId="77777777" w:rsidR="00363A1F" w:rsidRDefault="00832053">
            <w:r>
              <w:t>каменный уголь</w:t>
            </w:r>
          </w:p>
        </w:tc>
      </w:tr>
      <w:tr w:rsidR="00363A1F" w14:paraId="556B8388" w14:textId="77777777">
        <w:trPr>
          <w:cantSplit/>
        </w:trPr>
        <w:tc>
          <w:tcPr>
            <w:tcW w:w="0" w:type="auto"/>
            <w:shd w:val="clear" w:color="auto" w:fill="F2F2F2"/>
          </w:tcPr>
          <w:p w14:paraId="69778E15" w14:textId="77777777" w:rsidR="00363A1F" w:rsidRDefault="00832053">
            <w:r>
              <w:t>Тепловая сеть</w:t>
            </w:r>
          </w:p>
        </w:tc>
        <w:tc>
          <w:tcPr>
            <w:tcW w:w="0" w:type="auto"/>
            <w:shd w:val="clear" w:color="auto" w:fill="FFFFFF"/>
          </w:tcPr>
          <w:p w14:paraId="2A929BB0" w14:textId="77777777" w:rsidR="00363A1F" w:rsidRDefault="00832053">
            <w:r>
              <w:t>двухтрубная</w:t>
            </w:r>
          </w:p>
        </w:tc>
      </w:tr>
      <w:tr w:rsidR="00363A1F" w:rsidRPr="00275118" w14:paraId="2D49714B" w14:textId="77777777">
        <w:trPr>
          <w:cantSplit/>
        </w:trPr>
        <w:tc>
          <w:tcPr>
            <w:tcW w:w="0" w:type="auto"/>
            <w:shd w:val="clear" w:color="auto" w:fill="F2F2F2"/>
          </w:tcPr>
          <w:p w14:paraId="18A1D505" w14:textId="77777777" w:rsidR="00363A1F" w:rsidRDefault="00832053">
            <w:r>
              <w:t>Схема приготовления горячей воды</w:t>
            </w:r>
          </w:p>
        </w:tc>
        <w:tc>
          <w:tcPr>
            <w:tcW w:w="0" w:type="auto"/>
            <w:shd w:val="clear" w:color="auto" w:fill="FFFFFF"/>
          </w:tcPr>
          <w:p w14:paraId="1375E7C7" w14:textId="77777777" w:rsidR="00363A1F" w:rsidRPr="00844B84" w:rsidRDefault="00832053">
            <w:pPr>
              <w:rPr>
                <w:lang w:val="ru-RU"/>
              </w:rPr>
            </w:pPr>
            <w:r w:rsidRPr="00844B84">
              <w:rPr>
                <w:lang w:val="ru-RU"/>
              </w:rPr>
              <w:t>Смешанная по способу ГВС (открытая и закрытая по отдельным бойлерным);</w:t>
            </w:r>
          </w:p>
        </w:tc>
      </w:tr>
      <w:tr w:rsidR="00363A1F" w14:paraId="5E2B88DE" w14:textId="77777777">
        <w:trPr>
          <w:cantSplit/>
        </w:trPr>
        <w:tc>
          <w:tcPr>
            <w:tcW w:w="0" w:type="auto"/>
            <w:shd w:val="clear" w:color="auto" w:fill="F2F2F2"/>
          </w:tcPr>
          <w:p w14:paraId="758C2654" w14:textId="77777777" w:rsidR="00363A1F" w:rsidRDefault="00832053">
            <w:r>
              <w:t>Температурный график</w:t>
            </w:r>
          </w:p>
        </w:tc>
        <w:tc>
          <w:tcPr>
            <w:tcW w:w="0" w:type="auto"/>
            <w:shd w:val="clear" w:color="auto" w:fill="FFFFFF"/>
          </w:tcPr>
          <w:p w14:paraId="1CA76DC9" w14:textId="77777777" w:rsidR="00363A1F" w:rsidRDefault="00832053">
            <w:r>
              <w:t>95/70 °C</w:t>
            </w:r>
          </w:p>
        </w:tc>
      </w:tr>
      <w:tr w:rsidR="00363A1F" w14:paraId="33895C91" w14:textId="77777777">
        <w:trPr>
          <w:cantSplit/>
        </w:trPr>
        <w:tc>
          <w:tcPr>
            <w:tcW w:w="0" w:type="auto"/>
            <w:shd w:val="clear" w:color="auto" w:fill="F2F2F2"/>
          </w:tcPr>
          <w:p w14:paraId="472E861D" w14:textId="77777777" w:rsidR="00363A1F" w:rsidRDefault="00832053">
            <w:r>
              <w:t>Нагрузка горячего водоснабжения</w:t>
            </w:r>
          </w:p>
        </w:tc>
        <w:tc>
          <w:tcPr>
            <w:tcW w:w="0" w:type="auto"/>
            <w:shd w:val="clear" w:color="auto" w:fill="FFFFFF"/>
          </w:tcPr>
          <w:p w14:paraId="5EDBDBBA" w14:textId="77777777" w:rsidR="00363A1F" w:rsidRDefault="00832053">
            <w:r>
              <w:t>0,8190 Гкал/ч</w:t>
            </w:r>
          </w:p>
        </w:tc>
      </w:tr>
      <w:tr w:rsidR="00363A1F" w14:paraId="2A28F432" w14:textId="77777777">
        <w:trPr>
          <w:cantSplit/>
        </w:trPr>
        <w:tc>
          <w:tcPr>
            <w:tcW w:w="0" w:type="auto"/>
            <w:shd w:val="clear" w:color="auto" w:fill="F2F2F2"/>
          </w:tcPr>
          <w:p w14:paraId="37B0F307" w14:textId="77777777" w:rsidR="00363A1F" w:rsidRDefault="00832053">
            <w:r>
              <w:t>Производительность водоподготовительной установки</w:t>
            </w:r>
          </w:p>
        </w:tc>
        <w:tc>
          <w:tcPr>
            <w:tcW w:w="0" w:type="auto"/>
            <w:shd w:val="clear" w:color="auto" w:fill="FFFFFF"/>
          </w:tcPr>
          <w:p w14:paraId="1A6830E8" w14:textId="77777777" w:rsidR="00363A1F" w:rsidRDefault="00832053">
            <w:r>
              <w:t>60,0 т/ч</w:t>
            </w:r>
          </w:p>
        </w:tc>
      </w:tr>
      <w:tr w:rsidR="00363A1F" w14:paraId="5E6B540C" w14:textId="77777777">
        <w:trPr>
          <w:cantSplit/>
        </w:trPr>
        <w:tc>
          <w:tcPr>
            <w:tcW w:w="0" w:type="auto"/>
            <w:shd w:val="clear" w:color="auto" w:fill="F2F2F2"/>
          </w:tcPr>
          <w:p w14:paraId="002CF9AF" w14:textId="77777777" w:rsidR="00363A1F" w:rsidRDefault="00832053">
            <w:r>
              <w:t>Подпитка тепловой сети 2026 года</w:t>
            </w:r>
          </w:p>
        </w:tc>
        <w:tc>
          <w:tcPr>
            <w:tcW w:w="0" w:type="auto"/>
            <w:shd w:val="clear" w:color="auto" w:fill="FFFFFF"/>
          </w:tcPr>
          <w:p w14:paraId="5873680B" w14:textId="77777777" w:rsidR="00363A1F" w:rsidRDefault="00832053">
            <w:r>
              <w:t>7,925 т/ч</w:t>
            </w:r>
          </w:p>
        </w:tc>
      </w:tr>
      <w:tr w:rsidR="00363A1F" w:rsidRPr="004D1FEB" w14:paraId="0A2D4ED7" w14:textId="77777777">
        <w:trPr>
          <w:cantSplit/>
        </w:trPr>
        <w:tc>
          <w:tcPr>
            <w:tcW w:w="0" w:type="auto"/>
            <w:shd w:val="clear" w:color="auto" w:fill="F2F2F2"/>
          </w:tcPr>
          <w:p w14:paraId="568447B8" w14:textId="77777777" w:rsidR="00363A1F" w:rsidRDefault="00832053">
            <w:r>
              <w:t>Решение на расчётный срок</w:t>
            </w:r>
          </w:p>
        </w:tc>
        <w:tc>
          <w:tcPr>
            <w:tcW w:w="0" w:type="auto"/>
            <w:shd w:val="clear" w:color="auto" w:fill="FFFFFF"/>
          </w:tcPr>
          <w:p w14:paraId="2BC0453F" w14:textId="77777777" w:rsidR="00363A1F" w:rsidRPr="00844B84" w:rsidRDefault="00832053">
            <w:pPr>
              <w:rPr>
                <w:lang w:val="ru-RU"/>
              </w:rPr>
            </w:pPr>
            <w:r w:rsidRPr="00844B84">
              <w:rPr>
                <w:lang w:val="ru-RU"/>
              </w:rPr>
              <w:t>перевод на природный газ; перевод горячего водоснабжения на закрытую схему</w:t>
            </w:r>
          </w:p>
        </w:tc>
      </w:tr>
    </w:tbl>
    <w:p w14:paraId="0736567D" w14:textId="77777777" w:rsidR="00363A1F" w:rsidRPr="005731F7" w:rsidRDefault="00832053">
      <w:pPr>
        <w:pStyle w:val="31"/>
        <w:rPr>
          <w:sz w:val="28"/>
          <w:szCs w:val="28"/>
        </w:rPr>
      </w:pPr>
      <w:r w:rsidRPr="005731F7">
        <w:rPr>
          <w:sz w:val="28"/>
          <w:szCs w:val="28"/>
        </w:rPr>
        <w:t>2.10.9. УПК № 10 «Темир-Тау»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84"/>
        <w:gridCol w:w="6005"/>
      </w:tblGrid>
      <w:tr w:rsidR="00363A1F" w14:paraId="7F735414" w14:textId="77777777">
        <w:trPr>
          <w:cantSplit/>
          <w:tblHeader/>
        </w:trPr>
        <w:tc>
          <w:tcPr>
            <w:tcW w:w="0" w:type="auto"/>
            <w:shd w:val="clear" w:color="auto" w:fill="E2F0D9"/>
          </w:tcPr>
          <w:p w14:paraId="4AA0BEB8" w14:textId="77777777" w:rsidR="00363A1F" w:rsidRDefault="00832053">
            <w:pPr>
              <w:jc w:val="center"/>
            </w:pPr>
            <w:r>
              <w:rPr>
                <w:b/>
              </w:rPr>
              <w:t>Характеристика</w:t>
            </w:r>
          </w:p>
        </w:tc>
        <w:tc>
          <w:tcPr>
            <w:tcW w:w="0" w:type="auto"/>
            <w:shd w:val="clear" w:color="auto" w:fill="E2F0D9"/>
          </w:tcPr>
          <w:p w14:paraId="13C1735C" w14:textId="77777777" w:rsidR="00363A1F" w:rsidRDefault="00832053">
            <w:pPr>
              <w:jc w:val="center"/>
            </w:pPr>
            <w:r>
              <w:rPr>
                <w:b/>
              </w:rPr>
              <w:t>Значение</w:t>
            </w:r>
          </w:p>
        </w:tc>
      </w:tr>
      <w:tr w:rsidR="00363A1F" w14:paraId="6774AAA1" w14:textId="77777777">
        <w:trPr>
          <w:cantSplit/>
        </w:trPr>
        <w:tc>
          <w:tcPr>
            <w:tcW w:w="0" w:type="auto"/>
            <w:shd w:val="clear" w:color="auto" w:fill="F2F2F2"/>
          </w:tcPr>
          <w:p w14:paraId="066D844C" w14:textId="77777777" w:rsidR="00363A1F" w:rsidRDefault="00832053">
            <w:r>
              <w:t>Территория и зона теплоснабжения</w:t>
            </w:r>
          </w:p>
        </w:tc>
        <w:tc>
          <w:tcPr>
            <w:tcW w:w="0" w:type="auto"/>
            <w:shd w:val="clear" w:color="auto" w:fill="FFFFFF"/>
          </w:tcPr>
          <w:p w14:paraId="327902FE" w14:textId="77777777" w:rsidR="00363A1F" w:rsidRDefault="00832053">
            <w:r>
              <w:t>пгт Темиртау, зона Z-05</w:t>
            </w:r>
          </w:p>
        </w:tc>
      </w:tr>
      <w:tr w:rsidR="00363A1F" w14:paraId="3A8159CF" w14:textId="77777777">
        <w:trPr>
          <w:cantSplit/>
        </w:trPr>
        <w:tc>
          <w:tcPr>
            <w:tcW w:w="0" w:type="auto"/>
            <w:shd w:val="clear" w:color="auto" w:fill="F2F2F2"/>
          </w:tcPr>
          <w:p w14:paraId="01C2D2F6" w14:textId="77777777" w:rsidR="00363A1F" w:rsidRDefault="00832053">
            <w:r>
              <w:t>Установленная мощность</w:t>
            </w:r>
          </w:p>
        </w:tc>
        <w:tc>
          <w:tcPr>
            <w:tcW w:w="0" w:type="auto"/>
            <w:shd w:val="clear" w:color="auto" w:fill="FFFFFF"/>
          </w:tcPr>
          <w:p w14:paraId="2A23CD22" w14:textId="77777777" w:rsidR="00363A1F" w:rsidRDefault="00832053">
            <w:r>
              <w:t>33,60 Гкал/ч</w:t>
            </w:r>
          </w:p>
        </w:tc>
      </w:tr>
      <w:tr w:rsidR="00363A1F" w14:paraId="7D1DE8F2" w14:textId="77777777">
        <w:trPr>
          <w:cantSplit/>
        </w:trPr>
        <w:tc>
          <w:tcPr>
            <w:tcW w:w="0" w:type="auto"/>
            <w:shd w:val="clear" w:color="auto" w:fill="F2F2F2"/>
          </w:tcPr>
          <w:p w14:paraId="0F5F3D7C" w14:textId="77777777" w:rsidR="00363A1F" w:rsidRDefault="00832053">
            <w:r>
              <w:t>Располагаемая мощность</w:t>
            </w:r>
          </w:p>
        </w:tc>
        <w:tc>
          <w:tcPr>
            <w:tcW w:w="0" w:type="auto"/>
            <w:shd w:val="clear" w:color="auto" w:fill="FFFFFF"/>
          </w:tcPr>
          <w:p w14:paraId="53C66502" w14:textId="77777777" w:rsidR="00363A1F" w:rsidRDefault="00832053">
            <w:r>
              <w:t>33,60 Гкал/ч</w:t>
            </w:r>
          </w:p>
        </w:tc>
      </w:tr>
      <w:tr w:rsidR="00363A1F" w14:paraId="0DDD284B" w14:textId="77777777">
        <w:trPr>
          <w:cantSplit/>
        </w:trPr>
        <w:tc>
          <w:tcPr>
            <w:tcW w:w="0" w:type="auto"/>
            <w:shd w:val="clear" w:color="auto" w:fill="F2F2F2"/>
          </w:tcPr>
          <w:p w14:paraId="7F7E8957" w14:textId="77777777" w:rsidR="00363A1F" w:rsidRDefault="00832053">
            <w:r>
              <w:t>Присоединённая договорная нагрузка</w:t>
            </w:r>
          </w:p>
        </w:tc>
        <w:tc>
          <w:tcPr>
            <w:tcW w:w="0" w:type="auto"/>
            <w:shd w:val="clear" w:color="auto" w:fill="FFFFFF"/>
          </w:tcPr>
          <w:p w14:paraId="3467D182" w14:textId="77777777" w:rsidR="00363A1F" w:rsidRDefault="00832053">
            <w:r>
              <w:t>6,5755 Гкал/ч</w:t>
            </w:r>
          </w:p>
        </w:tc>
      </w:tr>
      <w:tr w:rsidR="00363A1F" w14:paraId="48940841" w14:textId="77777777">
        <w:trPr>
          <w:cantSplit/>
        </w:trPr>
        <w:tc>
          <w:tcPr>
            <w:tcW w:w="0" w:type="auto"/>
            <w:shd w:val="clear" w:color="auto" w:fill="F2F2F2"/>
          </w:tcPr>
          <w:p w14:paraId="785F8455" w14:textId="77777777" w:rsidR="00363A1F" w:rsidRDefault="00832053">
            <w:r>
              <w:t>Полная максимальная нагрузка 2026 года</w:t>
            </w:r>
          </w:p>
        </w:tc>
        <w:tc>
          <w:tcPr>
            <w:tcW w:w="0" w:type="auto"/>
            <w:shd w:val="clear" w:color="auto" w:fill="FFFFFF"/>
          </w:tcPr>
          <w:p w14:paraId="0364AED6" w14:textId="77777777" w:rsidR="00363A1F" w:rsidRDefault="00832053">
            <w:r>
              <w:t>8,6985 Гкал/ч</w:t>
            </w:r>
          </w:p>
        </w:tc>
      </w:tr>
      <w:tr w:rsidR="00363A1F" w14:paraId="4A5B670D" w14:textId="77777777">
        <w:trPr>
          <w:cantSplit/>
        </w:trPr>
        <w:tc>
          <w:tcPr>
            <w:tcW w:w="0" w:type="auto"/>
            <w:shd w:val="clear" w:color="auto" w:fill="F2F2F2"/>
          </w:tcPr>
          <w:p w14:paraId="720D8E83" w14:textId="77777777" w:rsidR="00363A1F" w:rsidRDefault="00832053">
            <w:r>
              <w:t>Полная максимальная нагрузка 2031 года</w:t>
            </w:r>
          </w:p>
        </w:tc>
        <w:tc>
          <w:tcPr>
            <w:tcW w:w="0" w:type="auto"/>
            <w:shd w:val="clear" w:color="auto" w:fill="FFFFFF"/>
          </w:tcPr>
          <w:p w14:paraId="0D211CD2" w14:textId="77777777" w:rsidR="00363A1F" w:rsidRDefault="00832053">
            <w:r>
              <w:t>8,6985 Гкал/ч</w:t>
            </w:r>
          </w:p>
        </w:tc>
      </w:tr>
      <w:tr w:rsidR="00363A1F" w14:paraId="4DE2FBCB" w14:textId="77777777">
        <w:trPr>
          <w:cantSplit/>
        </w:trPr>
        <w:tc>
          <w:tcPr>
            <w:tcW w:w="0" w:type="auto"/>
            <w:shd w:val="clear" w:color="auto" w:fill="F2F2F2"/>
          </w:tcPr>
          <w:p w14:paraId="2F8D317E" w14:textId="77777777" w:rsidR="00363A1F" w:rsidRDefault="00832053">
            <w:r>
              <w:t>Полная максимальная нагрузка 2036 года</w:t>
            </w:r>
          </w:p>
        </w:tc>
        <w:tc>
          <w:tcPr>
            <w:tcW w:w="0" w:type="auto"/>
            <w:shd w:val="clear" w:color="auto" w:fill="FFFFFF"/>
          </w:tcPr>
          <w:p w14:paraId="56B08B75" w14:textId="77777777" w:rsidR="00363A1F" w:rsidRDefault="00832053">
            <w:r>
              <w:t>8,6985 Гкал/ч</w:t>
            </w:r>
          </w:p>
        </w:tc>
      </w:tr>
      <w:tr w:rsidR="00363A1F" w14:paraId="036AF9E6" w14:textId="77777777">
        <w:trPr>
          <w:cantSplit/>
        </w:trPr>
        <w:tc>
          <w:tcPr>
            <w:tcW w:w="0" w:type="auto"/>
            <w:shd w:val="clear" w:color="auto" w:fill="F2F2F2"/>
          </w:tcPr>
          <w:p w14:paraId="17E270FE" w14:textId="77777777" w:rsidR="00363A1F" w:rsidRDefault="00832053">
            <w:r>
              <w:t>Резерв мощности на 2026 год</w:t>
            </w:r>
          </w:p>
        </w:tc>
        <w:tc>
          <w:tcPr>
            <w:tcW w:w="0" w:type="auto"/>
            <w:shd w:val="clear" w:color="auto" w:fill="FFFFFF"/>
          </w:tcPr>
          <w:p w14:paraId="6515765F" w14:textId="77777777" w:rsidR="00363A1F" w:rsidRDefault="00832053">
            <w:r>
              <w:t>24,9015 Гкал/ч</w:t>
            </w:r>
          </w:p>
        </w:tc>
      </w:tr>
      <w:tr w:rsidR="00363A1F" w14:paraId="0867805E" w14:textId="77777777">
        <w:trPr>
          <w:cantSplit/>
        </w:trPr>
        <w:tc>
          <w:tcPr>
            <w:tcW w:w="0" w:type="auto"/>
            <w:shd w:val="clear" w:color="auto" w:fill="F2F2F2"/>
          </w:tcPr>
          <w:p w14:paraId="3A01A8CC" w14:textId="77777777" w:rsidR="00363A1F" w:rsidRPr="00844B84" w:rsidRDefault="00832053">
            <w:pPr>
              <w:rPr>
                <w:lang w:val="ru-RU"/>
              </w:rPr>
            </w:pPr>
            <w:r w:rsidRPr="00844B84">
              <w:rPr>
                <w:lang w:val="ru-RU"/>
              </w:rPr>
              <w:t>Резерв мощности на расчётный срок</w:t>
            </w:r>
          </w:p>
        </w:tc>
        <w:tc>
          <w:tcPr>
            <w:tcW w:w="0" w:type="auto"/>
            <w:shd w:val="clear" w:color="auto" w:fill="FFFFFF"/>
          </w:tcPr>
          <w:p w14:paraId="6CB57572" w14:textId="77777777" w:rsidR="00363A1F" w:rsidRDefault="00832053">
            <w:r>
              <w:t>24,9015 Гкал/ч</w:t>
            </w:r>
          </w:p>
        </w:tc>
      </w:tr>
      <w:tr w:rsidR="00363A1F" w14:paraId="031C6440" w14:textId="77777777">
        <w:trPr>
          <w:cantSplit/>
        </w:trPr>
        <w:tc>
          <w:tcPr>
            <w:tcW w:w="0" w:type="auto"/>
            <w:shd w:val="clear" w:color="auto" w:fill="F2F2F2"/>
          </w:tcPr>
          <w:p w14:paraId="05B443A2" w14:textId="77777777" w:rsidR="00363A1F" w:rsidRDefault="00832053">
            <w:r>
              <w:t>Загрузка оборудования 2026 года</w:t>
            </w:r>
          </w:p>
        </w:tc>
        <w:tc>
          <w:tcPr>
            <w:tcW w:w="0" w:type="auto"/>
            <w:shd w:val="clear" w:color="auto" w:fill="FFFFFF"/>
          </w:tcPr>
          <w:p w14:paraId="6F935B24" w14:textId="77777777" w:rsidR="00363A1F" w:rsidRDefault="00832053">
            <w:r>
              <w:t>25,89 %</w:t>
            </w:r>
          </w:p>
        </w:tc>
      </w:tr>
      <w:tr w:rsidR="00363A1F" w14:paraId="04673696" w14:textId="77777777">
        <w:trPr>
          <w:cantSplit/>
        </w:trPr>
        <w:tc>
          <w:tcPr>
            <w:tcW w:w="0" w:type="auto"/>
            <w:shd w:val="clear" w:color="auto" w:fill="F2F2F2"/>
          </w:tcPr>
          <w:p w14:paraId="733E9B93" w14:textId="77777777" w:rsidR="00363A1F" w:rsidRDefault="00832053">
            <w:r>
              <w:t>Действующих котлоагрегатов</w:t>
            </w:r>
          </w:p>
        </w:tc>
        <w:tc>
          <w:tcPr>
            <w:tcW w:w="0" w:type="auto"/>
            <w:shd w:val="clear" w:color="auto" w:fill="FFFFFF"/>
          </w:tcPr>
          <w:p w14:paraId="43E35CAD" w14:textId="77777777" w:rsidR="00363A1F" w:rsidRDefault="00832053">
            <w:r>
              <w:t>3 ед.</w:t>
            </w:r>
          </w:p>
        </w:tc>
      </w:tr>
      <w:tr w:rsidR="00363A1F" w14:paraId="3E5B0395" w14:textId="77777777">
        <w:trPr>
          <w:cantSplit/>
        </w:trPr>
        <w:tc>
          <w:tcPr>
            <w:tcW w:w="0" w:type="auto"/>
            <w:shd w:val="clear" w:color="auto" w:fill="F2F2F2"/>
          </w:tcPr>
          <w:p w14:paraId="06A5D4E3" w14:textId="77777777" w:rsidR="00363A1F" w:rsidRDefault="00832053">
            <w:r>
              <w:t>Вид топлива</w:t>
            </w:r>
          </w:p>
        </w:tc>
        <w:tc>
          <w:tcPr>
            <w:tcW w:w="0" w:type="auto"/>
            <w:shd w:val="clear" w:color="auto" w:fill="FFFFFF"/>
          </w:tcPr>
          <w:p w14:paraId="22E4CB61" w14:textId="77777777" w:rsidR="00363A1F" w:rsidRDefault="00832053">
            <w:r>
              <w:t>каменный уголь</w:t>
            </w:r>
          </w:p>
        </w:tc>
      </w:tr>
      <w:tr w:rsidR="00363A1F" w14:paraId="08BD0378" w14:textId="77777777">
        <w:trPr>
          <w:cantSplit/>
        </w:trPr>
        <w:tc>
          <w:tcPr>
            <w:tcW w:w="0" w:type="auto"/>
            <w:shd w:val="clear" w:color="auto" w:fill="F2F2F2"/>
          </w:tcPr>
          <w:p w14:paraId="44A53F93" w14:textId="77777777" w:rsidR="00363A1F" w:rsidRDefault="00832053">
            <w:r>
              <w:t>Тепловая сеть</w:t>
            </w:r>
          </w:p>
        </w:tc>
        <w:tc>
          <w:tcPr>
            <w:tcW w:w="0" w:type="auto"/>
            <w:shd w:val="clear" w:color="auto" w:fill="FFFFFF"/>
          </w:tcPr>
          <w:p w14:paraId="1284B915" w14:textId="77777777" w:rsidR="00363A1F" w:rsidRDefault="00832053">
            <w:r>
              <w:t>двухтрубная</w:t>
            </w:r>
          </w:p>
        </w:tc>
      </w:tr>
      <w:tr w:rsidR="00363A1F" w14:paraId="44D01D56" w14:textId="77777777">
        <w:trPr>
          <w:cantSplit/>
        </w:trPr>
        <w:tc>
          <w:tcPr>
            <w:tcW w:w="0" w:type="auto"/>
            <w:shd w:val="clear" w:color="auto" w:fill="F2F2F2"/>
          </w:tcPr>
          <w:p w14:paraId="563AC5D8" w14:textId="77777777" w:rsidR="00363A1F" w:rsidRDefault="00832053">
            <w:r>
              <w:t>Схема приготовления горячей воды</w:t>
            </w:r>
          </w:p>
        </w:tc>
        <w:tc>
          <w:tcPr>
            <w:tcW w:w="0" w:type="auto"/>
            <w:shd w:val="clear" w:color="auto" w:fill="FFFFFF"/>
          </w:tcPr>
          <w:p w14:paraId="27C4D29A" w14:textId="77777777" w:rsidR="00363A1F" w:rsidRDefault="00832053">
            <w:r>
              <w:t>Открытая, двухтрубная</w:t>
            </w:r>
          </w:p>
        </w:tc>
      </w:tr>
      <w:tr w:rsidR="00363A1F" w14:paraId="3443C2F3" w14:textId="77777777">
        <w:trPr>
          <w:cantSplit/>
        </w:trPr>
        <w:tc>
          <w:tcPr>
            <w:tcW w:w="0" w:type="auto"/>
            <w:shd w:val="clear" w:color="auto" w:fill="F2F2F2"/>
          </w:tcPr>
          <w:p w14:paraId="7F023957" w14:textId="77777777" w:rsidR="00363A1F" w:rsidRDefault="00832053">
            <w:r>
              <w:t>Температурный график</w:t>
            </w:r>
          </w:p>
        </w:tc>
        <w:tc>
          <w:tcPr>
            <w:tcW w:w="0" w:type="auto"/>
            <w:shd w:val="clear" w:color="auto" w:fill="FFFFFF"/>
          </w:tcPr>
          <w:p w14:paraId="135EBB4A" w14:textId="77777777" w:rsidR="00363A1F" w:rsidRDefault="00832053">
            <w:r>
              <w:t>95/70 °C</w:t>
            </w:r>
          </w:p>
        </w:tc>
      </w:tr>
      <w:tr w:rsidR="00363A1F" w14:paraId="014BD45B" w14:textId="77777777">
        <w:trPr>
          <w:cantSplit/>
        </w:trPr>
        <w:tc>
          <w:tcPr>
            <w:tcW w:w="0" w:type="auto"/>
            <w:shd w:val="clear" w:color="auto" w:fill="F2F2F2"/>
          </w:tcPr>
          <w:p w14:paraId="269ABF8B" w14:textId="77777777" w:rsidR="00363A1F" w:rsidRDefault="00832053">
            <w:r>
              <w:t>Нагрузка горячего водоснабжения</w:t>
            </w:r>
          </w:p>
        </w:tc>
        <w:tc>
          <w:tcPr>
            <w:tcW w:w="0" w:type="auto"/>
            <w:shd w:val="clear" w:color="auto" w:fill="FFFFFF"/>
          </w:tcPr>
          <w:p w14:paraId="19B2F41E" w14:textId="77777777" w:rsidR="00363A1F" w:rsidRDefault="00832053">
            <w:r>
              <w:t>0,2569 Гкал/ч</w:t>
            </w:r>
          </w:p>
        </w:tc>
      </w:tr>
      <w:tr w:rsidR="00363A1F" w:rsidRPr="004D1FEB" w14:paraId="74370176" w14:textId="77777777">
        <w:trPr>
          <w:cantSplit/>
        </w:trPr>
        <w:tc>
          <w:tcPr>
            <w:tcW w:w="0" w:type="auto"/>
            <w:shd w:val="clear" w:color="auto" w:fill="F2F2F2"/>
          </w:tcPr>
          <w:p w14:paraId="551E560A" w14:textId="77777777" w:rsidR="00363A1F" w:rsidRDefault="00832053">
            <w:r>
              <w:t>Производительность водоподготовительной установки</w:t>
            </w:r>
          </w:p>
        </w:tc>
        <w:tc>
          <w:tcPr>
            <w:tcW w:w="0" w:type="auto"/>
            <w:shd w:val="clear" w:color="auto" w:fill="FFFFFF"/>
          </w:tcPr>
          <w:p w14:paraId="07D79335" w14:textId="77777777" w:rsidR="00363A1F" w:rsidRPr="00844B84" w:rsidRDefault="00832053">
            <w:pPr>
              <w:rPr>
                <w:lang w:val="ru-RU"/>
              </w:rPr>
            </w:pPr>
            <w:r w:rsidRPr="00844B84">
              <w:rPr>
                <w:lang w:val="ru-RU"/>
              </w:rPr>
              <w:t>нулевая заявленная производительность; технология подлежит уточнению</w:t>
            </w:r>
          </w:p>
        </w:tc>
      </w:tr>
      <w:tr w:rsidR="00363A1F" w14:paraId="47B7826B" w14:textId="77777777">
        <w:trPr>
          <w:cantSplit/>
        </w:trPr>
        <w:tc>
          <w:tcPr>
            <w:tcW w:w="0" w:type="auto"/>
            <w:shd w:val="clear" w:color="auto" w:fill="F2F2F2"/>
          </w:tcPr>
          <w:p w14:paraId="7D400852" w14:textId="77777777" w:rsidR="00363A1F" w:rsidRDefault="00832053">
            <w:r>
              <w:t>Подпитка тепловой сети 2026 года</w:t>
            </w:r>
          </w:p>
        </w:tc>
        <w:tc>
          <w:tcPr>
            <w:tcW w:w="0" w:type="auto"/>
            <w:shd w:val="clear" w:color="auto" w:fill="FFFFFF"/>
          </w:tcPr>
          <w:p w14:paraId="1C8C26C1" w14:textId="77777777" w:rsidR="00363A1F" w:rsidRDefault="00832053">
            <w:r>
              <w:t>4,052 т/ч</w:t>
            </w:r>
          </w:p>
        </w:tc>
      </w:tr>
      <w:tr w:rsidR="00363A1F" w:rsidRPr="004D1FEB" w14:paraId="06B46FEC" w14:textId="77777777">
        <w:trPr>
          <w:cantSplit/>
        </w:trPr>
        <w:tc>
          <w:tcPr>
            <w:tcW w:w="0" w:type="auto"/>
            <w:shd w:val="clear" w:color="auto" w:fill="F2F2F2"/>
          </w:tcPr>
          <w:p w14:paraId="66132793" w14:textId="77777777" w:rsidR="00363A1F" w:rsidRDefault="00832053">
            <w:r>
              <w:t>Решение на расчётный срок</w:t>
            </w:r>
          </w:p>
        </w:tc>
        <w:tc>
          <w:tcPr>
            <w:tcW w:w="0" w:type="auto"/>
            <w:shd w:val="clear" w:color="auto" w:fill="FFFFFF"/>
          </w:tcPr>
          <w:p w14:paraId="07E2110A" w14:textId="77777777" w:rsidR="00363A1F" w:rsidRPr="00844B84" w:rsidRDefault="00832053">
            <w:pPr>
              <w:rPr>
                <w:lang w:val="ru-RU"/>
              </w:rPr>
            </w:pPr>
            <w:r w:rsidRPr="00844B84">
              <w:rPr>
                <w:lang w:val="ru-RU"/>
              </w:rPr>
              <w:t>перевод на природный газ; перевод горячего водоснабжения на закрытую схему</w:t>
            </w:r>
          </w:p>
        </w:tc>
      </w:tr>
    </w:tbl>
    <w:p w14:paraId="5336688E" w14:textId="77777777" w:rsidR="00363A1F" w:rsidRPr="005731F7" w:rsidRDefault="00832053">
      <w:pPr>
        <w:pStyle w:val="31"/>
        <w:rPr>
          <w:sz w:val="28"/>
          <w:szCs w:val="28"/>
        </w:rPr>
      </w:pPr>
      <w:r w:rsidRPr="005731F7">
        <w:rPr>
          <w:sz w:val="28"/>
          <w:szCs w:val="28"/>
        </w:rPr>
        <w:t>2.10.10. УПК № 3 «Спасск»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84"/>
        <w:gridCol w:w="6005"/>
      </w:tblGrid>
      <w:tr w:rsidR="00363A1F" w14:paraId="54538C6A" w14:textId="77777777">
        <w:trPr>
          <w:cantSplit/>
          <w:tblHeader/>
        </w:trPr>
        <w:tc>
          <w:tcPr>
            <w:tcW w:w="0" w:type="auto"/>
            <w:shd w:val="clear" w:color="auto" w:fill="E2F0D9"/>
          </w:tcPr>
          <w:p w14:paraId="6955F5C9" w14:textId="77777777" w:rsidR="00363A1F" w:rsidRDefault="00832053">
            <w:pPr>
              <w:jc w:val="center"/>
            </w:pPr>
            <w:r>
              <w:rPr>
                <w:b/>
              </w:rPr>
              <w:t>Характеристика</w:t>
            </w:r>
          </w:p>
        </w:tc>
        <w:tc>
          <w:tcPr>
            <w:tcW w:w="0" w:type="auto"/>
            <w:shd w:val="clear" w:color="auto" w:fill="E2F0D9"/>
          </w:tcPr>
          <w:p w14:paraId="21C316EF" w14:textId="77777777" w:rsidR="00363A1F" w:rsidRDefault="00832053">
            <w:pPr>
              <w:jc w:val="center"/>
            </w:pPr>
            <w:r>
              <w:rPr>
                <w:b/>
              </w:rPr>
              <w:t>Значение</w:t>
            </w:r>
          </w:p>
        </w:tc>
      </w:tr>
      <w:tr w:rsidR="00363A1F" w14:paraId="78503A79" w14:textId="77777777">
        <w:trPr>
          <w:cantSplit/>
        </w:trPr>
        <w:tc>
          <w:tcPr>
            <w:tcW w:w="0" w:type="auto"/>
            <w:shd w:val="clear" w:color="auto" w:fill="F2F2F2"/>
          </w:tcPr>
          <w:p w14:paraId="243EA430" w14:textId="77777777" w:rsidR="00363A1F" w:rsidRDefault="00832053">
            <w:r>
              <w:t>Территория и зона теплоснабжения</w:t>
            </w:r>
          </w:p>
        </w:tc>
        <w:tc>
          <w:tcPr>
            <w:tcW w:w="0" w:type="auto"/>
            <w:shd w:val="clear" w:color="auto" w:fill="FFFFFF"/>
          </w:tcPr>
          <w:p w14:paraId="122D8B93" w14:textId="77777777" w:rsidR="00363A1F" w:rsidRDefault="00832053">
            <w:r>
              <w:t>пгт Спасск, зона Z-09</w:t>
            </w:r>
          </w:p>
        </w:tc>
      </w:tr>
      <w:tr w:rsidR="00363A1F" w14:paraId="37D1665C" w14:textId="77777777">
        <w:trPr>
          <w:cantSplit/>
        </w:trPr>
        <w:tc>
          <w:tcPr>
            <w:tcW w:w="0" w:type="auto"/>
            <w:shd w:val="clear" w:color="auto" w:fill="F2F2F2"/>
          </w:tcPr>
          <w:p w14:paraId="38E03D60" w14:textId="77777777" w:rsidR="00363A1F" w:rsidRDefault="00832053">
            <w:r>
              <w:t>Установленная мощность</w:t>
            </w:r>
          </w:p>
        </w:tc>
        <w:tc>
          <w:tcPr>
            <w:tcW w:w="0" w:type="auto"/>
            <w:shd w:val="clear" w:color="auto" w:fill="FFFFFF"/>
          </w:tcPr>
          <w:p w14:paraId="0D9F6AD0" w14:textId="77777777" w:rsidR="00363A1F" w:rsidRDefault="00832053">
            <w:r>
              <w:t>5,37 Гкал/ч</w:t>
            </w:r>
          </w:p>
        </w:tc>
      </w:tr>
      <w:tr w:rsidR="00363A1F" w14:paraId="5E7C2F31" w14:textId="77777777">
        <w:trPr>
          <w:cantSplit/>
        </w:trPr>
        <w:tc>
          <w:tcPr>
            <w:tcW w:w="0" w:type="auto"/>
            <w:shd w:val="clear" w:color="auto" w:fill="F2F2F2"/>
          </w:tcPr>
          <w:p w14:paraId="7750A51F" w14:textId="77777777" w:rsidR="00363A1F" w:rsidRDefault="00832053">
            <w:r>
              <w:t>Располагаемая мощность</w:t>
            </w:r>
          </w:p>
        </w:tc>
        <w:tc>
          <w:tcPr>
            <w:tcW w:w="0" w:type="auto"/>
            <w:shd w:val="clear" w:color="auto" w:fill="FFFFFF"/>
          </w:tcPr>
          <w:p w14:paraId="6BDB7DF6" w14:textId="77777777" w:rsidR="00363A1F" w:rsidRDefault="00832053">
            <w:r>
              <w:t>5,37 Гкал/ч</w:t>
            </w:r>
          </w:p>
        </w:tc>
      </w:tr>
      <w:tr w:rsidR="00363A1F" w14:paraId="31575715" w14:textId="77777777">
        <w:trPr>
          <w:cantSplit/>
        </w:trPr>
        <w:tc>
          <w:tcPr>
            <w:tcW w:w="0" w:type="auto"/>
            <w:shd w:val="clear" w:color="auto" w:fill="F2F2F2"/>
          </w:tcPr>
          <w:p w14:paraId="5D2B4922" w14:textId="77777777" w:rsidR="00363A1F" w:rsidRDefault="00832053">
            <w:r>
              <w:t>Присоединённая договорная нагрузка</w:t>
            </w:r>
          </w:p>
        </w:tc>
        <w:tc>
          <w:tcPr>
            <w:tcW w:w="0" w:type="auto"/>
            <w:shd w:val="clear" w:color="auto" w:fill="FFFFFF"/>
          </w:tcPr>
          <w:p w14:paraId="60A1917D" w14:textId="77777777" w:rsidR="00363A1F" w:rsidRDefault="00832053">
            <w:r>
              <w:t>1,1314 Гкал/ч</w:t>
            </w:r>
          </w:p>
        </w:tc>
      </w:tr>
      <w:tr w:rsidR="00363A1F" w14:paraId="28429F4C" w14:textId="77777777">
        <w:trPr>
          <w:cantSplit/>
        </w:trPr>
        <w:tc>
          <w:tcPr>
            <w:tcW w:w="0" w:type="auto"/>
            <w:shd w:val="clear" w:color="auto" w:fill="F2F2F2"/>
          </w:tcPr>
          <w:p w14:paraId="7EB47EF7" w14:textId="77777777" w:rsidR="00363A1F" w:rsidRDefault="00832053">
            <w:r>
              <w:t>Полная максимальная нагрузка 2026 года</w:t>
            </w:r>
          </w:p>
        </w:tc>
        <w:tc>
          <w:tcPr>
            <w:tcW w:w="0" w:type="auto"/>
            <w:shd w:val="clear" w:color="auto" w:fill="FFFFFF"/>
          </w:tcPr>
          <w:p w14:paraId="6D77CEBA" w14:textId="77777777" w:rsidR="00363A1F" w:rsidRDefault="00832053">
            <w:r>
              <w:t>1,8761 Гкал/ч</w:t>
            </w:r>
          </w:p>
        </w:tc>
      </w:tr>
      <w:tr w:rsidR="00363A1F" w14:paraId="6887E587" w14:textId="77777777">
        <w:trPr>
          <w:cantSplit/>
        </w:trPr>
        <w:tc>
          <w:tcPr>
            <w:tcW w:w="0" w:type="auto"/>
            <w:shd w:val="clear" w:color="auto" w:fill="F2F2F2"/>
          </w:tcPr>
          <w:p w14:paraId="1EE5E57A" w14:textId="77777777" w:rsidR="00363A1F" w:rsidRDefault="00832053">
            <w:r>
              <w:t>Полная максимальная нагрузка 2031 года</w:t>
            </w:r>
          </w:p>
        </w:tc>
        <w:tc>
          <w:tcPr>
            <w:tcW w:w="0" w:type="auto"/>
            <w:shd w:val="clear" w:color="auto" w:fill="FFFFFF"/>
          </w:tcPr>
          <w:p w14:paraId="74A13C01" w14:textId="77777777" w:rsidR="00363A1F" w:rsidRDefault="00832053">
            <w:r>
              <w:t>1,8831 Гкал/ч</w:t>
            </w:r>
          </w:p>
        </w:tc>
      </w:tr>
      <w:tr w:rsidR="00363A1F" w14:paraId="0041270C" w14:textId="77777777">
        <w:trPr>
          <w:cantSplit/>
        </w:trPr>
        <w:tc>
          <w:tcPr>
            <w:tcW w:w="0" w:type="auto"/>
            <w:shd w:val="clear" w:color="auto" w:fill="F2F2F2"/>
          </w:tcPr>
          <w:p w14:paraId="407D4CED" w14:textId="77777777" w:rsidR="00363A1F" w:rsidRDefault="00832053">
            <w:r>
              <w:t>Полная максимальная нагрузка 2036 года</w:t>
            </w:r>
          </w:p>
        </w:tc>
        <w:tc>
          <w:tcPr>
            <w:tcW w:w="0" w:type="auto"/>
            <w:shd w:val="clear" w:color="auto" w:fill="FFFFFF"/>
          </w:tcPr>
          <w:p w14:paraId="21FCF49E" w14:textId="77777777" w:rsidR="00363A1F" w:rsidRDefault="00832053">
            <w:r>
              <w:t>1,8831 Гкал/ч</w:t>
            </w:r>
          </w:p>
        </w:tc>
      </w:tr>
      <w:tr w:rsidR="00363A1F" w14:paraId="07D03ED4" w14:textId="77777777">
        <w:trPr>
          <w:cantSplit/>
        </w:trPr>
        <w:tc>
          <w:tcPr>
            <w:tcW w:w="0" w:type="auto"/>
            <w:shd w:val="clear" w:color="auto" w:fill="F2F2F2"/>
          </w:tcPr>
          <w:p w14:paraId="5E839C13" w14:textId="77777777" w:rsidR="00363A1F" w:rsidRDefault="00832053">
            <w:r>
              <w:t>Резерв мощности на 2026 год</w:t>
            </w:r>
          </w:p>
        </w:tc>
        <w:tc>
          <w:tcPr>
            <w:tcW w:w="0" w:type="auto"/>
            <w:shd w:val="clear" w:color="auto" w:fill="FFFFFF"/>
          </w:tcPr>
          <w:p w14:paraId="7A075EE4" w14:textId="77777777" w:rsidR="00363A1F" w:rsidRDefault="00832053">
            <w:r>
              <w:t>3,4939 Гкал/ч</w:t>
            </w:r>
          </w:p>
        </w:tc>
      </w:tr>
      <w:tr w:rsidR="00363A1F" w14:paraId="44B4EF7C" w14:textId="77777777">
        <w:trPr>
          <w:cantSplit/>
        </w:trPr>
        <w:tc>
          <w:tcPr>
            <w:tcW w:w="0" w:type="auto"/>
            <w:shd w:val="clear" w:color="auto" w:fill="F2F2F2"/>
          </w:tcPr>
          <w:p w14:paraId="5B06F101" w14:textId="77777777" w:rsidR="00363A1F" w:rsidRPr="00844B84" w:rsidRDefault="00832053">
            <w:pPr>
              <w:rPr>
                <w:lang w:val="ru-RU"/>
              </w:rPr>
            </w:pPr>
            <w:r w:rsidRPr="00844B84">
              <w:rPr>
                <w:lang w:val="ru-RU"/>
              </w:rPr>
              <w:t>Резерв мощности на расчётный срок</w:t>
            </w:r>
          </w:p>
        </w:tc>
        <w:tc>
          <w:tcPr>
            <w:tcW w:w="0" w:type="auto"/>
            <w:shd w:val="clear" w:color="auto" w:fill="FFFFFF"/>
          </w:tcPr>
          <w:p w14:paraId="345890BA" w14:textId="77777777" w:rsidR="00363A1F" w:rsidRDefault="00832053">
            <w:r>
              <w:t>3,4869 Гкал/ч</w:t>
            </w:r>
          </w:p>
        </w:tc>
      </w:tr>
      <w:tr w:rsidR="00363A1F" w14:paraId="55770C91" w14:textId="77777777">
        <w:trPr>
          <w:cantSplit/>
        </w:trPr>
        <w:tc>
          <w:tcPr>
            <w:tcW w:w="0" w:type="auto"/>
            <w:shd w:val="clear" w:color="auto" w:fill="F2F2F2"/>
          </w:tcPr>
          <w:p w14:paraId="6C543F90" w14:textId="77777777" w:rsidR="00363A1F" w:rsidRDefault="00832053">
            <w:r>
              <w:t>Загрузка оборудования 2026 года</w:t>
            </w:r>
          </w:p>
        </w:tc>
        <w:tc>
          <w:tcPr>
            <w:tcW w:w="0" w:type="auto"/>
            <w:shd w:val="clear" w:color="auto" w:fill="FFFFFF"/>
          </w:tcPr>
          <w:p w14:paraId="77175725" w14:textId="77777777" w:rsidR="00363A1F" w:rsidRDefault="00832053">
            <w:r>
              <w:t>34,94 %</w:t>
            </w:r>
          </w:p>
        </w:tc>
      </w:tr>
      <w:tr w:rsidR="00363A1F" w14:paraId="203A4827" w14:textId="77777777">
        <w:trPr>
          <w:cantSplit/>
        </w:trPr>
        <w:tc>
          <w:tcPr>
            <w:tcW w:w="0" w:type="auto"/>
            <w:shd w:val="clear" w:color="auto" w:fill="F2F2F2"/>
          </w:tcPr>
          <w:p w14:paraId="532A06B1" w14:textId="77777777" w:rsidR="00363A1F" w:rsidRDefault="00832053">
            <w:r>
              <w:t>Действующих котлоагрегатов</w:t>
            </w:r>
          </w:p>
        </w:tc>
        <w:tc>
          <w:tcPr>
            <w:tcW w:w="0" w:type="auto"/>
            <w:shd w:val="clear" w:color="auto" w:fill="FFFFFF"/>
          </w:tcPr>
          <w:p w14:paraId="0E4FA359" w14:textId="77777777" w:rsidR="00363A1F" w:rsidRDefault="00832053">
            <w:r>
              <w:t>5 ед.</w:t>
            </w:r>
          </w:p>
        </w:tc>
      </w:tr>
      <w:tr w:rsidR="00363A1F" w14:paraId="5BC5EB96" w14:textId="77777777">
        <w:trPr>
          <w:cantSplit/>
        </w:trPr>
        <w:tc>
          <w:tcPr>
            <w:tcW w:w="0" w:type="auto"/>
            <w:shd w:val="clear" w:color="auto" w:fill="F2F2F2"/>
          </w:tcPr>
          <w:p w14:paraId="76EECA32" w14:textId="77777777" w:rsidR="00363A1F" w:rsidRDefault="00832053">
            <w:r>
              <w:t>Вид топлива</w:t>
            </w:r>
          </w:p>
        </w:tc>
        <w:tc>
          <w:tcPr>
            <w:tcW w:w="0" w:type="auto"/>
            <w:shd w:val="clear" w:color="auto" w:fill="FFFFFF"/>
          </w:tcPr>
          <w:p w14:paraId="41CFCBB0" w14:textId="77777777" w:rsidR="00363A1F" w:rsidRDefault="00832053">
            <w:r>
              <w:t>каменный уголь</w:t>
            </w:r>
          </w:p>
        </w:tc>
      </w:tr>
      <w:tr w:rsidR="00363A1F" w14:paraId="66F46BCC" w14:textId="77777777">
        <w:trPr>
          <w:cantSplit/>
        </w:trPr>
        <w:tc>
          <w:tcPr>
            <w:tcW w:w="0" w:type="auto"/>
            <w:shd w:val="clear" w:color="auto" w:fill="F2F2F2"/>
          </w:tcPr>
          <w:p w14:paraId="52EBD2BA" w14:textId="77777777" w:rsidR="00363A1F" w:rsidRDefault="00832053">
            <w:r>
              <w:t>Тепловая сеть</w:t>
            </w:r>
          </w:p>
        </w:tc>
        <w:tc>
          <w:tcPr>
            <w:tcW w:w="0" w:type="auto"/>
            <w:shd w:val="clear" w:color="auto" w:fill="FFFFFF"/>
          </w:tcPr>
          <w:p w14:paraId="3BFFFF5D" w14:textId="77777777" w:rsidR="00363A1F" w:rsidRDefault="00832053">
            <w:r>
              <w:t>двухтрубная</w:t>
            </w:r>
          </w:p>
        </w:tc>
      </w:tr>
      <w:tr w:rsidR="00363A1F" w14:paraId="3168E87F" w14:textId="77777777">
        <w:trPr>
          <w:cantSplit/>
        </w:trPr>
        <w:tc>
          <w:tcPr>
            <w:tcW w:w="0" w:type="auto"/>
            <w:shd w:val="clear" w:color="auto" w:fill="F2F2F2"/>
          </w:tcPr>
          <w:p w14:paraId="49D86938" w14:textId="77777777" w:rsidR="00363A1F" w:rsidRDefault="00832053">
            <w:r>
              <w:t>Схема приготовления горячей воды</w:t>
            </w:r>
          </w:p>
        </w:tc>
        <w:tc>
          <w:tcPr>
            <w:tcW w:w="0" w:type="auto"/>
            <w:shd w:val="clear" w:color="auto" w:fill="FFFFFF"/>
          </w:tcPr>
          <w:p w14:paraId="0E4969B4" w14:textId="77777777" w:rsidR="00363A1F" w:rsidRDefault="00832053">
            <w:r>
              <w:t>Открытая, двухтрубная</w:t>
            </w:r>
          </w:p>
        </w:tc>
      </w:tr>
      <w:tr w:rsidR="00363A1F" w14:paraId="772F622B" w14:textId="77777777">
        <w:trPr>
          <w:cantSplit/>
        </w:trPr>
        <w:tc>
          <w:tcPr>
            <w:tcW w:w="0" w:type="auto"/>
            <w:shd w:val="clear" w:color="auto" w:fill="F2F2F2"/>
          </w:tcPr>
          <w:p w14:paraId="20AC1C44" w14:textId="77777777" w:rsidR="00363A1F" w:rsidRDefault="00832053">
            <w:r>
              <w:t>Температурный график</w:t>
            </w:r>
          </w:p>
        </w:tc>
        <w:tc>
          <w:tcPr>
            <w:tcW w:w="0" w:type="auto"/>
            <w:shd w:val="clear" w:color="auto" w:fill="FFFFFF"/>
          </w:tcPr>
          <w:p w14:paraId="05C5252A" w14:textId="77777777" w:rsidR="00363A1F" w:rsidRDefault="00832053">
            <w:r>
              <w:t>95/70 °C</w:t>
            </w:r>
          </w:p>
        </w:tc>
      </w:tr>
      <w:tr w:rsidR="00363A1F" w14:paraId="4C677584" w14:textId="77777777">
        <w:trPr>
          <w:cantSplit/>
        </w:trPr>
        <w:tc>
          <w:tcPr>
            <w:tcW w:w="0" w:type="auto"/>
            <w:shd w:val="clear" w:color="auto" w:fill="F2F2F2"/>
          </w:tcPr>
          <w:p w14:paraId="6FD60860" w14:textId="77777777" w:rsidR="00363A1F" w:rsidRDefault="00832053">
            <w:r>
              <w:t>Нагрузка горячего водоснабжения</w:t>
            </w:r>
          </w:p>
        </w:tc>
        <w:tc>
          <w:tcPr>
            <w:tcW w:w="0" w:type="auto"/>
            <w:shd w:val="clear" w:color="auto" w:fill="FFFFFF"/>
          </w:tcPr>
          <w:p w14:paraId="010C355A" w14:textId="77777777" w:rsidR="00363A1F" w:rsidRDefault="00832053">
            <w:r>
              <w:t>0,0400 Гкал/ч</w:t>
            </w:r>
          </w:p>
        </w:tc>
      </w:tr>
      <w:tr w:rsidR="00363A1F" w:rsidRPr="004D1FEB" w14:paraId="3CE2C96F" w14:textId="77777777">
        <w:trPr>
          <w:cantSplit/>
        </w:trPr>
        <w:tc>
          <w:tcPr>
            <w:tcW w:w="0" w:type="auto"/>
            <w:shd w:val="clear" w:color="auto" w:fill="F2F2F2"/>
          </w:tcPr>
          <w:p w14:paraId="38142F28" w14:textId="77777777" w:rsidR="00363A1F" w:rsidRDefault="00832053">
            <w:r>
              <w:t>Производительность водоподготовительной установки</w:t>
            </w:r>
          </w:p>
        </w:tc>
        <w:tc>
          <w:tcPr>
            <w:tcW w:w="0" w:type="auto"/>
            <w:shd w:val="clear" w:color="auto" w:fill="FFFFFF"/>
          </w:tcPr>
          <w:p w14:paraId="7961ED8A" w14:textId="77777777" w:rsidR="00363A1F" w:rsidRPr="00844B84" w:rsidRDefault="00832053">
            <w:pPr>
              <w:rPr>
                <w:lang w:val="ru-RU"/>
              </w:rPr>
            </w:pPr>
            <w:r w:rsidRPr="00844B84">
              <w:rPr>
                <w:lang w:val="ru-RU"/>
              </w:rPr>
              <w:t>нулевая заявленная производительность; технология подлежит уточнению</w:t>
            </w:r>
          </w:p>
        </w:tc>
      </w:tr>
      <w:tr w:rsidR="00363A1F" w14:paraId="50D77FD9" w14:textId="77777777">
        <w:trPr>
          <w:cantSplit/>
        </w:trPr>
        <w:tc>
          <w:tcPr>
            <w:tcW w:w="0" w:type="auto"/>
            <w:shd w:val="clear" w:color="auto" w:fill="F2F2F2"/>
          </w:tcPr>
          <w:p w14:paraId="63567C5E" w14:textId="77777777" w:rsidR="00363A1F" w:rsidRDefault="00832053">
            <w:r>
              <w:t>Подпитка тепловой сети 2026 года</w:t>
            </w:r>
          </w:p>
        </w:tc>
        <w:tc>
          <w:tcPr>
            <w:tcW w:w="0" w:type="auto"/>
            <w:shd w:val="clear" w:color="auto" w:fill="FFFFFF"/>
          </w:tcPr>
          <w:p w14:paraId="07EE0236" w14:textId="77777777" w:rsidR="00363A1F" w:rsidRDefault="00832053">
            <w:r>
              <w:t>0,428 т/ч</w:t>
            </w:r>
          </w:p>
        </w:tc>
      </w:tr>
      <w:tr w:rsidR="00363A1F" w:rsidRPr="004D1FEB" w14:paraId="3647A6F3" w14:textId="77777777">
        <w:trPr>
          <w:cantSplit/>
        </w:trPr>
        <w:tc>
          <w:tcPr>
            <w:tcW w:w="0" w:type="auto"/>
            <w:shd w:val="clear" w:color="auto" w:fill="F2F2F2"/>
          </w:tcPr>
          <w:p w14:paraId="76508471" w14:textId="77777777" w:rsidR="00363A1F" w:rsidRDefault="00832053">
            <w:r>
              <w:t>Решение на расчётный срок</w:t>
            </w:r>
          </w:p>
        </w:tc>
        <w:tc>
          <w:tcPr>
            <w:tcW w:w="0" w:type="auto"/>
            <w:shd w:val="clear" w:color="auto" w:fill="FFFFFF"/>
          </w:tcPr>
          <w:p w14:paraId="09F5D060" w14:textId="77777777" w:rsidR="00363A1F" w:rsidRPr="00844B84" w:rsidRDefault="00832053">
            <w:pPr>
              <w:rPr>
                <w:lang w:val="ru-RU"/>
              </w:rPr>
            </w:pPr>
            <w:r w:rsidRPr="00844B84">
              <w:rPr>
                <w:lang w:val="ru-RU"/>
              </w:rPr>
              <w:t>перевод на природный газ; перевод горячего водоснабжения на закрытую схему</w:t>
            </w:r>
          </w:p>
        </w:tc>
      </w:tr>
    </w:tbl>
    <w:p w14:paraId="75DC9B54" w14:textId="77777777" w:rsidR="006E7A08" w:rsidRPr="001D7D92" w:rsidRDefault="00267E76">
      <w:pPr>
        <w:pStyle w:val="21"/>
        <w:rPr>
          <w:lang w:val="ru-RU"/>
        </w:rPr>
      </w:pPr>
      <w:bookmarkStart w:id="25" w:name="_Toc238017224"/>
      <w:r w:rsidRPr="001D7D92">
        <w:rPr>
          <w:lang w:val="ru-RU"/>
        </w:rPr>
        <w:t>2.11. Зоны теплоснабжения</w:t>
      </w:r>
      <w:bookmarkEnd w:id="25"/>
    </w:p>
    <w:p w14:paraId="2B3FEAAA" w14:textId="77777777" w:rsidR="006E7A08" w:rsidRPr="001D7D92" w:rsidRDefault="00267E76">
      <w:pPr>
        <w:ind w:firstLine="709"/>
        <w:jc w:val="both"/>
        <w:rPr>
          <w:lang w:val="ru-RU"/>
        </w:rPr>
      </w:pPr>
      <w:r w:rsidRPr="001D7D92">
        <w:rPr>
          <w:lang w:val="ru-RU"/>
        </w:rPr>
        <w:t>Зоны действия источников тепловой энергии не пересекаются: каждый населённый пункт обеспечивается собственным источником либо, в случае г. Таштагол, несколькими источниками с раздельными зонами. Технологических связей между зонами нет, поэтому перераспределение нагрузки между источниками без строительства новых сетей невозможно.</w:t>
      </w:r>
    </w:p>
    <w:p w14:paraId="4E1A4D0E" w14:textId="77777777" w:rsidR="006E7A08" w:rsidRPr="001D7D92" w:rsidRDefault="00267E76">
      <w:pPr>
        <w:ind w:firstLine="709"/>
        <w:jc w:val="both"/>
        <w:rPr>
          <w:lang w:val="ru-RU"/>
        </w:rPr>
      </w:pPr>
      <w:r w:rsidRPr="001D7D92">
        <w:rPr>
          <w:lang w:val="ru-RU"/>
        </w:rPr>
        <w:t>Схемой принимается сохранение существующих границ зон. Расширение зоны предусматривается только в пгт Шерегеш в связи с застройкой туристско-рекреационной территории.</w:t>
      </w:r>
    </w:p>
    <w:p w14:paraId="620AEEFF" w14:textId="77777777" w:rsidR="006E7A08" w:rsidRPr="001D7D92" w:rsidRDefault="00267E76">
      <w:pPr>
        <w:keepNext/>
        <w:keepLines/>
        <w:rPr>
          <w:lang w:val="ru-RU"/>
        </w:rPr>
      </w:pPr>
      <w:r w:rsidRPr="001D7D92">
        <w:rPr>
          <w:b/>
          <w:lang w:val="ru-RU"/>
        </w:rPr>
        <w:t>Таблица 2.9 — Существующие и перспективные зоны теплоснабжения (лист «Таблица 2.1» расчётной книги)</w:t>
      </w:r>
    </w:p>
    <w:tbl>
      <w:tblPr>
        <w:tblStyle w:val="aff0"/>
        <w:tblW w:w="5000" w:type="pct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87"/>
        <w:gridCol w:w="3565"/>
        <w:gridCol w:w="1787"/>
        <w:gridCol w:w="2278"/>
        <w:gridCol w:w="1862"/>
      </w:tblGrid>
      <w:tr w:rsidR="006E7A08" w:rsidRPr="004D1FEB" w14:paraId="4C0DC451" w14:textId="77777777">
        <w:trPr>
          <w:cantSplit/>
          <w:tblHeader/>
          <w:jc w:val="center"/>
        </w:trPr>
        <w:tc>
          <w:tcPr>
            <w:tcW w:w="0" w:type="auto"/>
            <w:vMerge w:val="restart"/>
            <w:shd w:val="clear" w:color="auto" w:fill="E2F0D9"/>
            <w:vAlign w:val="center"/>
          </w:tcPr>
          <w:p w14:paraId="587F8F77" w14:textId="77777777" w:rsidR="006E7A08" w:rsidRDefault="00267E76">
            <w:pPr>
              <w:jc w:val="center"/>
            </w:pPr>
            <w:r>
              <w:rPr>
                <w:b/>
              </w:rPr>
              <w:t>№ пп</w:t>
            </w:r>
          </w:p>
        </w:tc>
        <w:tc>
          <w:tcPr>
            <w:tcW w:w="0" w:type="auto"/>
            <w:vMerge w:val="restart"/>
            <w:shd w:val="clear" w:color="auto" w:fill="E2F0D9"/>
            <w:vAlign w:val="center"/>
          </w:tcPr>
          <w:p w14:paraId="30AFB879" w14:textId="77777777" w:rsidR="006E7A08" w:rsidRPr="001D7D92" w:rsidRDefault="00267E76">
            <w:pPr>
              <w:jc w:val="center"/>
              <w:rPr>
                <w:lang w:val="ru-RU"/>
              </w:rPr>
            </w:pPr>
            <w:r w:rsidRPr="001D7D92">
              <w:rPr>
                <w:b/>
                <w:lang w:val="ru-RU"/>
              </w:rPr>
              <w:t>Населённый пункт / источник тепловой энергии</w:t>
            </w:r>
          </w:p>
        </w:tc>
        <w:tc>
          <w:tcPr>
            <w:tcW w:w="0" w:type="auto"/>
            <w:gridSpan w:val="3"/>
            <w:shd w:val="clear" w:color="auto" w:fill="E2F0D9"/>
            <w:vAlign w:val="center"/>
          </w:tcPr>
          <w:p w14:paraId="6044D78A" w14:textId="77777777" w:rsidR="006E7A08" w:rsidRPr="001D7D92" w:rsidRDefault="00267E76">
            <w:pPr>
              <w:jc w:val="center"/>
              <w:rPr>
                <w:lang w:val="ru-RU"/>
              </w:rPr>
            </w:pPr>
            <w:r w:rsidRPr="001D7D92">
              <w:rPr>
                <w:b/>
                <w:lang w:val="ru-RU"/>
              </w:rPr>
              <w:t>Площадь застройки в границах поселения</w:t>
            </w:r>
          </w:p>
        </w:tc>
      </w:tr>
      <w:tr w:rsidR="006E7A08" w14:paraId="21AAFEE4" w14:textId="77777777">
        <w:trPr>
          <w:cantSplit/>
          <w:tblHeader/>
          <w:jc w:val="center"/>
        </w:trPr>
        <w:tc>
          <w:tcPr>
            <w:tcW w:w="0" w:type="auto"/>
            <w:vMerge/>
            <w:shd w:val="clear" w:color="auto" w:fill="E2F0D9"/>
            <w:vAlign w:val="center"/>
          </w:tcPr>
          <w:p w14:paraId="47312294" w14:textId="77777777" w:rsidR="006E7A08" w:rsidRPr="001D7D92" w:rsidRDefault="006E7A08">
            <w:pPr>
              <w:jc w:val="center"/>
              <w:rPr>
                <w:lang w:val="ru-RU"/>
              </w:rPr>
            </w:pPr>
          </w:p>
        </w:tc>
        <w:tc>
          <w:tcPr>
            <w:tcW w:w="0" w:type="auto"/>
            <w:vMerge/>
            <w:shd w:val="clear" w:color="auto" w:fill="E2F0D9"/>
            <w:vAlign w:val="center"/>
          </w:tcPr>
          <w:p w14:paraId="430868B9" w14:textId="77777777" w:rsidR="006E7A08" w:rsidRPr="001D7D92" w:rsidRDefault="006E7A08">
            <w:pPr>
              <w:jc w:val="center"/>
              <w:rPr>
                <w:lang w:val="ru-RU"/>
              </w:rPr>
            </w:pPr>
          </w:p>
        </w:tc>
        <w:tc>
          <w:tcPr>
            <w:tcW w:w="0" w:type="auto"/>
            <w:vMerge w:val="restart"/>
            <w:shd w:val="clear" w:color="auto" w:fill="E2F0D9"/>
            <w:vAlign w:val="center"/>
          </w:tcPr>
          <w:p w14:paraId="34A65CB2" w14:textId="77777777" w:rsidR="006E7A08" w:rsidRDefault="00267E76">
            <w:pPr>
              <w:jc w:val="center"/>
            </w:pPr>
            <w:r>
              <w:rPr>
                <w:b/>
              </w:rPr>
              <w:t>Общая, км²</w:t>
            </w:r>
          </w:p>
        </w:tc>
        <w:tc>
          <w:tcPr>
            <w:tcW w:w="0" w:type="auto"/>
            <w:gridSpan w:val="2"/>
            <w:shd w:val="clear" w:color="auto" w:fill="E2F0D9"/>
            <w:vAlign w:val="center"/>
          </w:tcPr>
          <w:p w14:paraId="6D3EEA2F" w14:textId="77777777" w:rsidR="006E7A08" w:rsidRDefault="00267E76">
            <w:pPr>
              <w:jc w:val="center"/>
            </w:pPr>
            <w:r>
              <w:rPr>
                <w:b/>
              </w:rPr>
              <w:t>Обеспеченная централизованным теплоснабжением</w:t>
            </w:r>
          </w:p>
        </w:tc>
      </w:tr>
      <w:tr w:rsidR="006E7A08" w14:paraId="630A2981" w14:textId="77777777">
        <w:trPr>
          <w:cantSplit/>
          <w:tblHeader/>
          <w:jc w:val="center"/>
        </w:trPr>
        <w:tc>
          <w:tcPr>
            <w:tcW w:w="0" w:type="auto"/>
            <w:vMerge/>
            <w:shd w:val="clear" w:color="auto" w:fill="E2F0D9"/>
            <w:vAlign w:val="center"/>
          </w:tcPr>
          <w:p w14:paraId="3801475F" w14:textId="77777777" w:rsidR="006E7A08" w:rsidRDefault="006E7A08">
            <w:pPr>
              <w:jc w:val="center"/>
            </w:pPr>
          </w:p>
        </w:tc>
        <w:tc>
          <w:tcPr>
            <w:tcW w:w="0" w:type="auto"/>
            <w:vMerge/>
            <w:shd w:val="clear" w:color="auto" w:fill="E2F0D9"/>
            <w:vAlign w:val="center"/>
          </w:tcPr>
          <w:p w14:paraId="241BD97C" w14:textId="77777777" w:rsidR="006E7A08" w:rsidRDefault="006E7A08">
            <w:pPr>
              <w:jc w:val="center"/>
            </w:pPr>
          </w:p>
        </w:tc>
        <w:tc>
          <w:tcPr>
            <w:tcW w:w="0" w:type="auto"/>
            <w:vMerge/>
            <w:shd w:val="clear" w:color="auto" w:fill="E2F0D9"/>
            <w:vAlign w:val="center"/>
          </w:tcPr>
          <w:p w14:paraId="5B7338F2" w14:textId="77777777" w:rsidR="006E7A08" w:rsidRDefault="006E7A08">
            <w:pPr>
              <w:jc w:val="center"/>
            </w:pPr>
          </w:p>
        </w:tc>
        <w:tc>
          <w:tcPr>
            <w:tcW w:w="0" w:type="auto"/>
            <w:shd w:val="clear" w:color="auto" w:fill="E2F0D9"/>
            <w:vAlign w:val="center"/>
          </w:tcPr>
          <w:p w14:paraId="6E5C8004" w14:textId="77777777" w:rsidR="006E7A08" w:rsidRDefault="00267E76">
            <w:pPr>
              <w:jc w:val="center"/>
            </w:pPr>
            <w:r>
              <w:rPr>
                <w:b/>
              </w:rPr>
              <w:t>км²</w:t>
            </w:r>
          </w:p>
        </w:tc>
        <w:tc>
          <w:tcPr>
            <w:tcW w:w="0" w:type="auto"/>
            <w:shd w:val="clear" w:color="auto" w:fill="E2F0D9"/>
            <w:vAlign w:val="center"/>
          </w:tcPr>
          <w:p w14:paraId="6DA80D11" w14:textId="77777777" w:rsidR="006E7A08" w:rsidRDefault="00267E76">
            <w:pPr>
              <w:jc w:val="center"/>
            </w:pPr>
            <w:r>
              <w:rPr>
                <w:b/>
              </w:rPr>
              <w:t>%</w:t>
            </w:r>
          </w:p>
        </w:tc>
      </w:tr>
      <w:tr w:rsidR="006E7A08" w14:paraId="75D6A83D" w14:textId="77777777">
        <w:trPr>
          <w:cantSplit/>
          <w:tblHeader/>
          <w:jc w:val="center"/>
        </w:trPr>
        <w:tc>
          <w:tcPr>
            <w:tcW w:w="0" w:type="auto"/>
            <w:shd w:val="clear" w:color="auto" w:fill="F2F2F2"/>
            <w:vAlign w:val="center"/>
          </w:tcPr>
          <w:p w14:paraId="17E71C19" w14:textId="77777777" w:rsidR="006E7A08" w:rsidRDefault="00267E76">
            <w:pPr>
              <w:jc w:val="center"/>
            </w:pPr>
            <w:r>
              <w:t>1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182DA395" w14:textId="77777777" w:rsidR="006E7A08" w:rsidRDefault="00267E76">
            <w:pPr>
              <w:jc w:val="center"/>
            </w:pPr>
            <w:r>
              <w:t>2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29E93CF5" w14:textId="77777777" w:rsidR="006E7A08" w:rsidRDefault="00267E76">
            <w:pPr>
              <w:jc w:val="center"/>
            </w:pPr>
            <w:r>
              <w:t>3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73D454D3" w14:textId="77777777" w:rsidR="006E7A08" w:rsidRDefault="00267E76">
            <w:pPr>
              <w:jc w:val="center"/>
            </w:pPr>
            <w:r>
              <w:t>4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33C709FB" w14:textId="77777777" w:rsidR="006E7A08" w:rsidRDefault="00267E76">
            <w:pPr>
              <w:jc w:val="center"/>
            </w:pPr>
            <w:r>
              <w:t>5</w:t>
            </w:r>
          </w:p>
        </w:tc>
      </w:tr>
      <w:tr w:rsidR="006E7A08" w14:paraId="3D89CACB" w14:textId="77777777">
        <w:trPr>
          <w:cantSplit/>
          <w:jc w:val="center"/>
        </w:trPr>
        <w:tc>
          <w:tcPr>
            <w:tcW w:w="0" w:type="auto"/>
          </w:tcPr>
          <w:p w14:paraId="470125FE" w14:textId="77777777" w:rsidR="006E7A08" w:rsidRDefault="00267E76">
            <w:pPr>
              <w:jc w:val="center"/>
            </w:pPr>
            <w:r>
              <w:t>1</w:t>
            </w:r>
          </w:p>
        </w:tc>
        <w:tc>
          <w:tcPr>
            <w:tcW w:w="0" w:type="auto"/>
          </w:tcPr>
          <w:p w14:paraId="121B689A" w14:textId="77777777" w:rsidR="006E7A08" w:rsidRDefault="00267E76">
            <w:r>
              <w:t>г. Таштагол</w:t>
            </w:r>
          </w:p>
        </w:tc>
        <w:tc>
          <w:tcPr>
            <w:tcW w:w="0" w:type="auto"/>
          </w:tcPr>
          <w:p w14:paraId="4088A1EE" w14:textId="77777777" w:rsidR="006E7A08" w:rsidRDefault="00267E76">
            <w:pPr>
              <w:jc w:val="center"/>
            </w:pPr>
            <w:r>
              <w:t>89,150</w:t>
            </w:r>
          </w:p>
        </w:tc>
        <w:tc>
          <w:tcPr>
            <w:tcW w:w="0" w:type="auto"/>
          </w:tcPr>
          <w:p w14:paraId="54B8F3F6" w14:textId="77777777" w:rsidR="006E7A08" w:rsidRDefault="00267E76">
            <w:pPr>
              <w:jc w:val="center"/>
            </w:pPr>
            <w:r>
              <w:t>1,558</w:t>
            </w:r>
          </w:p>
        </w:tc>
        <w:tc>
          <w:tcPr>
            <w:tcW w:w="0" w:type="auto"/>
          </w:tcPr>
          <w:p w14:paraId="56740FAA" w14:textId="77777777" w:rsidR="006E7A08" w:rsidRDefault="00267E76">
            <w:pPr>
              <w:jc w:val="center"/>
            </w:pPr>
            <w:r>
              <w:t>1,75</w:t>
            </w:r>
          </w:p>
        </w:tc>
      </w:tr>
      <w:tr w:rsidR="006E7A08" w14:paraId="25AAC5D7" w14:textId="77777777">
        <w:trPr>
          <w:cantSplit/>
          <w:jc w:val="center"/>
        </w:trPr>
        <w:tc>
          <w:tcPr>
            <w:tcW w:w="0" w:type="auto"/>
          </w:tcPr>
          <w:p w14:paraId="6A35A602" w14:textId="77777777" w:rsidR="006E7A08" w:rsidRDefault="00267E76">
            <w:r>
              <w:t>1.1</w:t>
            </w:r>
          </w:p>
        </w:tc>
        <w:tc>
          <w:tcPr>
            <w:tcW w:w="0" w:type="auto"/>
          </w:tcPr>
          <w:p w14:paraId="272E99E2" w14:textId="77777777" w:rsidR="006E7A08" w:rsidRDefault="00267E76">
            <w:r>
              <w:t>УПК № 1</w:t>
            </w:r>
          </w:p>
        </w:tc>
        <w:tc>
          <w:tcPr>
            <w:tcW w:w="0" w:type="auto"/>
          </w:tcPr>
          <w:p w14:paraId="41D22FF2" w14:textId="77777777" w:rsidR="006E7A08" w:rsidRDefault="006E7A08"/>
        </w:tc>
        <w:tc>
          <w:tcPr>
            <w:tcW w:w="0" w:type="auto"/>
          </w:tcPr>
          <w:p w14:paraId="37861D46" w14:textId="77777777" w:rsidR="006E7A08" w:rsidRDefault="00267E76">
            <w:pPr>
              <w:jc w:val="center"/>
            </w:pPr>
            <w:r>
              <w:t>1,234</w:t>
            </w:r>
          </w:p>
        </w:tc>
        <w:tc>
          <w:tcPr>
            <w:tcW w:w="0" w:type="auto"/>
          </w:tcPr>
          <w:p w14:paraId="2F1DCF69" w14:textId="77777777" w:rsidR="006E7A08" w:rsidRDefault="00267E76">
            <w:pPr>
              <w:jc w:val="center"/>
            </w:pPr>
            <w:r>
              <w:t>1,38</w:t>
            </w:r>
          </w:p>
        </w:tc>
      </w:tr>
      <w:tr w:rsidR="006E7A08" w14:paraId="2654C23E" w14:textId="77777777">
        <w:trPr>
          <w:cantSplit/>
          <w:jc w:val="center"/>
        </w:trPr>
        <w:tc>
          <w:tcPr>
            <w:tcW w:w="0" w:type="auto"/>
          </w:tcPr>
          <w:p w14:paraId="237482A7" w14:textId="77777777" w:rsidR="006E7A08" w:rsidRDefault="00267E76">
            <w:r>
              <w:t>1.2</w:t>
            </w:r>
          </w:p>
        </w:tc>
        <w:tc>
          <w:tcPr>
            <w:tcW w:w="0" w:type="auto"/>
          </w:tcPr>
          <w:p w14:paraId="47C50753" w14:textId="77777777" w:rsidR="006E7A08" w:rsidRDefault="00267E76">
            <w:r>
              <w:t>УПК № 2 Шалым</w:t>
            </w:r>
          </w:p>
        </w:tc>
        <w:tc>
          <w:tcPr>
            <w:tcW w:w="0" w:type="auto"/>
          </w:tcPr>
          <w:p w14:paraId="6CB6E001" w14:textId="77777777" w:rsidR="006E7A08" w:rsidRDefault="006E7A08"/>
        </w:tc>
        <w:tc>
          <w:tcPr>
            <w:tcW w:w="0" w:type="auto"/>
          </w:tcPr>
          <w:p w14:paraId="3EBC72EF" w14:textId="77777777" w:rsidR="006E7A08" w:rsidRDefault="00267E76">
            <w:pPr>
              <w:jc w:val="center"/>
            </w:pPr>
            <w:r>
              <w:t>0,182</w:t>
            </w:r>
          </w:p>
        </w:tc>
        <w:tc>
          <w:tcPr>
            <w:tcW w:w="0" w:type="auto"/>
          </w:tcPr>
          <w:p w14:paraId="5E921C4E" w14:textId="77777777" w:rsidR="006E7A08" w:rsidRDefault="00267E76">
            <w:pPr>
              <w:jc w:val="center"/>
            </w:pPr>
            <w:r>
              <w:t>0,20</w:t>
            </w:r>
          </w:p>
        </w:tc>
      </w:tr>
      <w:tr w:rsidR="006E7A08" w14:paraId="278B3B82" w14:textId="77777777">
        <w:trPr>
          <w:cantSplit/>
          <w:jc w:val="center"/>
        </w:trPr>
        <w:tc>
          <w:tcPr>
            <w:tcW w:w="0" w:type="auto"/>
          </w:tcPr>
          <w:p w14:paraId="1CAC7933" w14:textId="77777777" w:rsidR="006E7A08" w:rsidRDefault="00267E76">
            <w:r>
              <w:t>1.3</w:t>
            </w:r>
          </w:p>
        </w:tc>
        <w:tc>
          <w:tcPr>
            <w:tcW w:w="0" w:type="auto"/>
          </w:tcPr>
          <w:p w14:paraId="1FB2679B" w14:textId="77777777" w:rsidR="006E7A08" w:rsidRDefault="00267E76">
            <w:r>
              <w:t>УПК № 2 ЦМК</w:t>
            </w:r>
          </w:p>
        </w:tc>
        <w:tc>
          <w:tcPr>
            <w:tcW w:w="0" w:type="auto"/>
          </w:tcPr>
          <w:p w14:paraId="1A3D6321" w14:textId="77777777" w:rsidR="006E7A08" w:rsidRDefault="006E7A08"/>
        </w:tc>
        <w:tc>
          <w:tcPr>
            <w:tcW w:w="0" w:type="auto"/>
          </w:tcPr>
          <w:p w14:paraId="401096D8" w14:textId="77777777" w:rsidR="006E7A08" w:rsidRDefault="00267E76">
            <w:pPr>
              <w:jc w:val="center"/>
            </w:pPr>
            <w:r>
              <w:t>0,097</w:t>
            </w:r>
          </w:p>
        </w:tc>
        <w:tc>
          <w:tcPr>
            <w:tcW w:w="0" w:type="auto"/>
          </w:tcPr>
          <w:p w14:paraId="5777BC9A" w14:textId="77777777" w:rsidR="006E7A08" w:rsidRDefault="00267E76">
            <w:pPr>
              <w:jc w:val="center"/>
            </w:pPr>
            <w:r>
              <w:t>0,11</w:t>
            </w:r>
          </w:p>
        </w:tc>
      </w:tr>
      <w:tr w:rsidR="006E7A08" w14:paraId="67A94080" w14:textId="77777777">
        <w:trPr>
          <w:cantSplit/>
          <w:jc w:val="center"/>
        </w:trPr>
        <w:tc>
          <w:tcPr>
            <w:tcW w:w="0" w:type="auto"/>
          </w:tcPr>
          <w:p w14:paraId="2376C2B8" w14:textId="77777777" w:rsidR="006E7A08" w:rsidRDefault="00267E76">
            <w:r>
              <w:t>1.4</w:t>
            </w:r>
          </w:p>
        </w:tc>
        <w:tc>
          <w:tcPr>
            <w:tcW w:w="0" w:type="auto"/>
          </w:tcPr>
          <w:p w14:paraId="1E18D42E" w14:textId="77777777" w:rsidR="006E7A08" w:rsidRDefault="00267E76">
            <w:r>
              <w:t>УПК № 9 ГРЭ</w:t>
            </w:r>
          </w:p>
        </w:tc>
        <w:tc>
          <w:tcPr>
            <w:tcW w:w="0" w:type="auto"/>
          </w:tcPr>
          <w:p w14:paraId="39909931" w14:textId="77777777" w:rsidR="006E7A08" w:rsidRDefault="006E7A08"/>
        </w:tc>
        <w:tc>
          <w:tcPr>
            <w:tcW w:w="0" w:type="auto"/>
          </w:tcPr>
          <w:p w14:paraId="7B51B447" w14:textId="77777777" w:rsidR="006E7A08" w:rsidRDefault="00267E76">
            <w:pPr>
              <w:jc w:val="center"/>
            </w:pPr>
            <w:r>
              <w:t>0,045</w:t>
            </w:r>
          </w:p>
        </w:tc>
        <w:tc>
          <w:tcPr>
            <w:tcW w:w="0" w:type="auto"/>
          </w:tcPr>
          <w:p w14:paraId="087E12F0" w14:textId="77777777" w:rsidR="006E7A08" w:rsidRDefault="00267E76">
            <w:pPr>
              <w:jc w:val="center"/>
            </w:pPr>
            <w:r>
              <w:t>0,05</w:t>
            </w:r>
          </w:p>
        </w:tc>
      </w:tr>
      <w:tr w:rsidR="006E7A08" w14:paraId="1146C520" w14:textId="77777777">
        <w:trPr>
          <w:cantSplit/>
          <w:jc w:val="center"/>
        </w:trPr>
        <w:tc>
          <w:tcPr>
            <w:tcW w:w="0" w:type="auto"/>
          </w:tcPr>
          <w:p w14:paraId="631C5AFF" w14:textId="77777777" w:rsidR="006E7A08" w:rsidRDefault="00267E76">
            <w:pPr>
              <w:jc w:val="center"/>
            </w:pPr>
            <w:r>
              <w:t>2</w:t>
            </w:r>
          </w:p>
        </w:tc>
        <w:tc>
          <w:tcPr>
            <w:tcW w:w="0" w:type="auto"/>
          </w:tcPr>
          <w:p w14:paraId="51DBC313" w14:textId="77777777" w:rsidR="006E7A08" w:rsidRDefault="00267E76">
            <w:r>
              <w:t>пгт Шерегеш</w:t>
            </w:r>
          </w:p>
        </w:tc>
        <w:tc>
          <w:tcPr>
            <w:tcW w:w="0" w:type="auto"/>
          </w:tcPr>
          <w:p w14:paraId="76D792F4" w14:textId="77777777" w:rsidR="006E7A08" w:rsidRDefault="00267E76">
            <w:pPr>
              <w:jc w:val="center"/>
            </w:pPr>
            <w:r>
              <w:t>62,823</w:t>
            </w:r>
          </w:p>
        </w:tc>
        <w:tc>
          <w:tcPr>
            <w:tcW w:w="0" w:type="auto"/>
          </w:tcPr>
          <w:p w14:paraId="472D9FCA" w14:textId="77777777" w:rsidR="006E7A08" w:rsidRDefault="00267E76">
            <w:pPr>
              <w:jc w:val="center"/>
            </w:pPr>
            <w:r>
              <w:t>0,900</w:t>
            </w:r>
          </w:p>
        </w:tc>
        <w:tc>
          <w:tcPr>
            <w:tcW w:w="0" w:type="auto"/>
          </w:tcPr>
          <w:p w14:paraId="3C57D9AE" w14:textId="77777777" w:rsidR="006E7A08" w:rsidRDefault="00267E76">
            <w:pPr>
              <w:jc w:val="center"/>
            </w:pPr>
            <w:r>
              <w:t>1,43</w:t>
            </w:r>
          </w:p>
        </w:tc>
      </w:tr>
      <w:tr w:rsidR="006E7A08" w14:paraId="3C7A51D9" w14:textId="77777777">
        <w:trPr>
          <w:cantSplit/>
          <w:jc w:val="center"/>
        </w:trPr>
        <w:tc>
          <w:tcPr>
            <w:tcW w:w="0" w:type="auto"/>
          </w:tcPr>
          <w:p w14:paraId="63051917" w14:textId="77777777" w:rsidR="006E7A08" w:rsidRDefault="00267E76">
            <w:r>
              <w:t>2.1</w:t>
            </w:r>
          </w:p>
        </w:tc>
        <w:tc>
          <w:tcPr>
            <w:tcW w:w="0" w:type="auto"/>
          </w:tcPr>
          <w:p w14:paraId="55A07799" w14:textId="77777777" w:rsidR="006E7A08" w:rsidRDefault="00267E76">
            <w:r>
              <w:t>УПК № 5 Новый Шерегеш</w:t>
            </w:r>
          </w:p>
        </w:tc>
        <w:tc>
          <w:tcPr>
            <w:tcW w:w="0" w:type="auto"/>
          </w:tcPr>
          <w:p w14:paraId="0819062C" w14:textId="77777777" w:rsidR="006E7A08" w:rsidRDefault="006E7A08"/>
        </w:tc>
        <w:tc>
          <w:tcPr>
            <w:tcW w:w="0" w:type="auto"/>
          </w:tcPr>
          <w:p w14:paraId="430E7471" w14:textId="77777777" w:rsidR="006E7A08" w:rsidRDefault="00267E76">
            <w:pPr>
              <w:jc w:val="center"/>
            </w:pPr>
            <w:r>
              <w:t>0,774</w:t>
            </w:r>
          </w:p>
        </w:tc>
        <w:tc>
          <w:tcPr>
            <w:tcW w:w="0" w:type="auto"/>
          </w:tcPr>
          <w:p w14:paraId="1C95DE35" w14:textId="77777777" w:rsidR="006E7A08" w:rsidRDefault="00267E76">
            <w:pPr>
              <w:jc w:val="center"/>
            </w:pPr>
            <w:r>
              <w:t>1,23</w:t>
            </w:r>
          </w:p>
        </w:tc>
      </w:tr>
      <w:tr w:rsidR="006E7A08" w14:paraId="629CFD12" w14:textId="77777777">
        <w:trPr>
          <w:cantSplit/>
          <w:jc w:val="center"/>
        </w:trPr>
        <w:tc>
          <w:tcPr>
            <w:tcW w:w="0" w:type="auto"/>
          </w:tcPr>
          <w:p w14:paraId="3BA2CD52" w14:textId="77777777" w:rsidR="006E7A08" w:rsidRDefault="00267E76">
            <w:r>
              <w:t>2.2</w:t>
            </w:r>
          </w:p>
        </w:tc>
        <w:tc>
          <w:tcPr>
            <w:tcW w:w="0" w:type="auto"/>
          </w:tcPr>
          <w:p w14:paraId="6FAB944F" w14:textId="77777777" w:rsidR="006E7A08" w:rsidRDefault="00267E76">
            <w:r>
              <w:t>УПК № 6 Старый Шерегеш</w:t>
            </w:r>
          </w:p>
        </w:tc>
        <w:tc>
          <w:tcPr>
            <w:tcW w:w="0" w:type="auto"/>
          </w:tcPr>
          <w:p w14:paraId="24658C84" w14:textId="77777777" w:rsidR="006E7A08" w:rsidRDefault="006E7A08"/>
        </w:tc>
        <w:tc>
          <w:tcPr>
            <w:tcW w:w="0" w:type="auto"/>
          </w:tcPr>
          <w:p w14:paraId="66CC7A7E" w14:textId="77777777" w:rsidR="006E7A08" w:rsidRDefault="00267E76">
            <w:pPr>
              <w:jc w:val="center"/>
            </w:pPr>
            <w:r>
              <w:t>0,126</w:t>
            </w:r>
          </w:p>
        </w:tc>
        <w:tc>
          <w:tcPr>
            <w:tcW w:w="0" w:type="auto"/>
          </w:tcPr>
          <w:p w14:paraId="4D842C1C" w14:textId="77777777" w:rsidR="006E7A08" w:rsidRDefault="00267E76">
            <w:pPr>
              <w:jc w:val="center"/>
            </w:pPr>
            <w:r>
              <w:t>0,20</w:t>
            </w:r>
          </w:p>
        </w:tc>
      </w:tr>
      <w:tr w:rsidR="006E7A08" w14:paraId="3F64A9FD" w14:textId="77777777">
        <w:trPr>
          <w:cantSplit/>
          <w:jc w:val="center"/>
        </w:trPr>
        <w:tc>
          <w:tcPr>
            <w:tcW w:w="0" w:type="auto"/>
          </w:tcPr>
          <w:p w14:paraId="3BA57FA5" w14:textId="77777777" w:rsidR="006E7A08" w:rsidRDefault="00267E76">
            <w:pPr>
              <w:jc w:val="center"/>
            </w:pPr>
            <w:r>
              <w:t>3</w:t>
            </w:r>
          </w:p>
        </w:tc>
        <w:tc>
          <w:tcPr>
            <w:tcW w:w="0" w:type="auto"/>
          </w:tcPr>
          <w:p w14:paraId="571EAA31" w14:textId="77777777" w:rsidR="006E7A08" w:rsidRDefault="00267E76">
            <w:r>
              <w:t>пгт Каз</w:t>
            </w:r>
          </w:p>
        </w:tc>
        <w:tc>
          <w:tcPr>
            <w:tcW w:w="0" w:type="auto"/>
          </w:tcPr>
          <w:p w14:paraId="4E73FE0E" w14:textId="77777777" w:rsidR="006E7A08" w:rsidRDefault="00267E76">
            <w:pPr>
              <w:jc w:val="center"/>
            </w:pPr>
            <w:r>
              <w:t>13,880</w:t>
            </w:r>
          </w:p>
        </w:tc>
        <w:tc>
          <w:tcPr>
            <w:tcW w:w="0" w:type="auto"/>
          </w:tcPr>
          <w:p w14:paraId="52E63A46" w14:textId="77777777" w:rsidR="006E7A08" w:rsidRDefault="00267E76">
            <w:pPr>
              <w:jc w:val="center"/>
            </w:pPr>
            <w:r>
              <w:t>0,424</w:t>
            </w:r>
          </w:p>
        </w:tc>
        <w:tc>
          <w:tcPr>
            <w:tcW w:w="0" w:type="auto"/>
          </w:tcPr>
          <w:p w14:paraId="65566B71" w14:textId="77777777" w:rsidR="006E7A08" w:rsidRDefault="00267E76">
            <w:pPr>
              <w:jc w:val="center"/>
            </w:pPr>
            <w:r>
              <w:t>3,05</w:t>
            </w:r>
          </w:p>
        </w:tc>
      </w:tr>
      <w:tr w:rsidR="006E7A08" w14:paraId="04C9B1D7" w14:textId="77777777">
        <w:trPr>
          <w:cantSplit/>
          <w:jc w:val="center"/>
        </w:trPr>
        <w:tc>
          <w:tcPr>
            <w:tcW w:w="0" w:type="auto"/>
          </w:tcPr>
          <w:p w14:paraId="13DA23E2" w14:textId="77777777" w:rsidR="006E7A08" w:rsidRDefault="00267E76">
            <w:r>
              <w:t>3.1</w:t>
            </w:r>
          </w:p>
        </w:tc>
        <w:tc>
          <w:tcPr>
            <w:tcW w:w="0" w:type="auto"/>
          </w:tcPr>
          <w:p w14:paraId="329F47D4" w14:textId="77777777" w:rsidR="006E7A08" w:rsidRDefault="00267E76">
            <w:r>
              <w:t>УПК № 7 Каз</w:t>
            </w:r>
          </w:p>
        </w:tc>
        <w:tc>
          <w:tcPr>
            <w:tcW w:w="0" w:type="auto"/>
          </w:tcPr>
          <w:p w14:paraId="239368BC" w14:textId="77777777" w:rsidR="006E7A08" w:rsidRDefault="006E7A08"/>
        </w:tc>
        <w:tc>
          <w:tcPr>
            <w:tcW w:w="0" w:type="auto"/>
          </w:tcPr>
          <w:p w14:paraId="6925AA2B" w14:textId="77777777" w:rsidR="006E7A08" w:rsidRDefault="00267E76">
            <w:pPr>
              <w:jc w:val="center"/>
            </w:pPr>
            <w:r>
              <w:t>0,424</w:t>
            </w:r>
          </w:p>
        </w:tc>
        <w:tc>
          <w:tcPr>
            <w:tcW w:w="0" w:type="auto"/>
          </w:tcPr>
          <w:p w14:paraId="64FE2476" w14:textId="77777777" w:rsidR="006E7A08" w:rsidRDefault="00267E76">
            <w:pPr>
              <w:jc w:val="center"/>
            </w:pPr>
            <w:r>
              <w:t>3,05</w:t>
            </w:r>
          </w:p>
        </w:tc>
      </w:tr>
      <w:tr w:rsidR="006E7A08" w14:paraId="2DBB117B" w14:textId="77777777">
        <w:trPr>
          <w:cantSplit/>
          <w:jc w:val="center"/>
        </w:trPr>
        <w:tc>
          <w:tcPr>
            <w:tcW w:w="0" w:type="auto"/>
          </w:tcPr>
          <w:p w14:paraId="48B838F5" w14:textId="77777777" w:rsidR="006E7A08" w:rsidRDefault="00267E76">
            <w:pPr>
              <w:jc w:val="center"/>
            </w:pPr>
            <w:r>
              <w:t>4</w:t>
            </w:r>
          </w:p>
        </w:tc>
        <w:tc>
          <w:tcPr>
            <w:tcW w:w="0" w:type="auto"/>
          </w:tcPr>
          <w:p w14:paraId="5E6DDD27" w14:textId="77777777" w:rsidR="006E7A08" w:rsidRDefault="00267E76">
            <w:r>
              <w:t>пгт Мундыбаш</w:t>
            </w:r>
          </w:p>
        </w:tc>
        <w:tc>
          <w:tcPr>
            <w:tcW w:w="0" w:type="auto"/>
          </w:tcPr>
          <w:p w14:paraId="37CA0C51" w14:textId="77777777" w:rsidR="006E7A08" w:rsidRDefault="00267E76">
            <w:pPr>
              <w:jc w:val="center"/>
            </w:pPr>
            <w:r>
              <w:t>25,777</w:t>
            </w:r>
          </w:p>
        </w:tc>
        <w:tc>
          <w:tcPr>
            <w:tcW w:w="0" w:type="auto"/>
          </w:tcPr>
          <w:p w14:paraId="5D474F86" w14:textId="77777777" w:rsidR="006E7A08" w:rsidRDefault="00267E76">
            <w:pPr>
              <w:jc w:val="center"/>
            </w:pPr>
            <w:r>
              <w:t>0,365</w:t>
            </w:r>
          </w:p>
        </w:tc>
        <w:tc>
          <w:tcPr>
            <w:tcW w:w="0" w:type="auto"/>
          </w:tcPr>
          <w:p w14:paraId="13C2A831" w14:textId="77777777" w:rsidR="006E7A08" w:rsidRDefault="00267E76">
            <w:pPr>
              <w:jc w:val="center"/>
            </w:pPr>
            <w:r>
              <w:t>1,41</w:t>
            </w:r>
          </w:p>
        </w:tc>
      </w:tr>
      <w:tr w:rsidR="006E7A08" w14:paraId="33FEE6AD" w14:textId="77777777">
        <w:trPr>
          <w:cantSplit/>
          <w:jc w:val="center"/>
        </w:trPr>
        <w:tc>
          <w:tcPr>
            <w:tcW w:w="0" w:type="auto"/>
          </w:tcPr>
          <w:p w14:paraId="7C9A5F91" w14:textId="77777777" w:rsidR="006E7A08" w:rsidRDefault="00267E76">
            <w:r>
              <w:t>4.1</w:t>
            </w:r>
          </w:p>
        </w:tc>
        <w:tc>
          <w:tcPr>
            <w:tcW w:w="0" w:type="auto"/>
          </w:tcPr>
          <w:p w14:paraId="49512D3E" w14:textId="77777777" w:rsidR="006E7A08" w:rsidRDefault="00267E76">
            <w:r>
              <w:t>УПК № 8 Мундыбаш</w:t>
            </w:r>
          </w:p>
        </w:tc>
        <w:tc>
          <w:tcPr>
            <w:tcW w:w="0" w:type="auto"/>
          </w:tcPr>
          <w:p w14:paraId="4A418F32" w14:textId="77777777" w:rsidR="006E7A08" w:rsidRDefault="006E7A08"/>
        </w:tc>
        <w:tc>
          <w:tcPr>
            <w:tcW w:w="0" w:type="auto"/>
          </w:tcPr>
          <w:p w14:paraId="501F4BAD" w14:textId="77777777" w:rsidR="006E7A08" w:rsidRDefault="00267E76">
            <w:pPr>
              <w:jc w:val="center"/>
            </w:pPr>
            <w:r>
              <w:t>0,365</w:t>
            </w:r>
          </w:p>
        </w:tc>
        <w:tc>
          <w:tcPr>
            <w:tcW w:w="0" w:type="auto"/>
          </w:tcPr>
          <w:p w14:paraId="5BA715DF" w14:textId="77777777" w:rsidR="006E7A08" w:rsidRDefault="00267E76">
            <w:pPr>
              <w:jc w:val="center"/>
            </w:pPr>
            <w:r>
              <w:t>1,41</w:t>
            </w:r>
          </w:p>
        </w:tc>
      </w:tr>
      <w:tr w:rsidR="006E7A08" w14:paraId="469EDC3C" w14:textId="77777777">
        <w:trPr>
          <w:cantSplit/>
          <w:jc w:val="center"/>
        </w:trPr>
        <w:tc>
          <w:tcPr>
            <w:tcW w:w="0" w:type="auto"/>
          </w:tcPr>
          <w:p w14:paraId="54E44C72" w14:textId="77777777" w:rsidR="006E7A08" w:rsidRDefault="00267E76">
            <w:pPr>
              <w:jc w:val="center"/>
            </w:pPr>
            <w:r>
              <w:t>5</w:t>
            </w:r>
          </w:p>
        </w:tc>
        <w:tc>
          <w:tcPr>
            <w:tcW w:w="0" w:type="auto"/>
          </w:tcPr>
          <w:p w14:paraId="555583D6" w14:textId="77777777" w:rsidR="006E7A08" w:rsidRDefault="00267E76">
            <w:r>
              <w:t>пгт Темиртау</w:t>
            </w:r>
          </w:p>
        </w:tc>
        <w:tc>
          <w:tcPr>
            <w:tcW w:w="0" w:type="auto"/>
          </w:tcPr>
          <w:p w14:paraId="4CAF7B17" w14:textId="77777777" w:rsidR="006E7A08" w:rsidRDefault="00267E76">
            <w:pPr>
              <w:jc w:val="center"/>
            </w:pPr>
            <w:r>
              <w:t>14,880</w:t>
            </w:r>
          </w:p>
        </w:tc>
        <w:tc>
          <w:tcPr>
            <w:tcW w:w="0" w:type="auto"/>
          </w:tcPr>
          <w:p w14:paraId="0311ECBD" w14:textId="77777777" w:rsidR="006E7A08" w:rsidRDefault="00267E76">
            <w:pPr>
              <w:jc w:val="center"/>
            </w:pPr>
            <w:r>
              <w:t>0,424</w:t>
            </w:r>
          </w:p>
        </w:tc>
        <w:tc>
          <w:tcPr>
            <w:tcW w:w="0" w:type="auto"/>
          </w:tcPr>
          <w:p w14:paraId="61B3B7CB" w14:textId="77777777" w:rsidR="006E7A08" w:rsidRDefault="00267E76">
            <w:pPr>
              <w:jc w:val="center"/>
            </w:pPr>
            <w:r>
              <w:t>2,85</w:t>
            </w:r>
          </w:p>
        </w:tc>
      </w:tr>
      <w:tr w:rsidR="006E7A08" w14:paraId="5F46F7AA" w14:textId="77777777">
        <w:trPr>
          <w:cantSplit/>
          <w:jc w:val="center"/>
        </w:trPr>
        <w:tc>
          <w:tcPr>
            <w:tcW w:w="0" w:type="auto"/>
          </w:tcPr>
          <w:p w14:paraId="5773D372" w14:textId="77777777" w:rsidR="006E7A08" w:rsidRDefault="00267E76">
            <w:r>
              <w:t>5.1</w:t>
            </w:r>
          </w:p>
        </w:tc>
        <w:tc>
          <w:tcPr>
            <w:tcW w:w="0" w:type="auto"/>
          </w:tcPr>
          <w:p w14:paraId="11839A9A" w14:textId="77777777" w:rsidR="006E7A08" w:rsidRDefault="00267E76">
            <w:r>
              <w:t>УПК № 10 Темир-Тау</w:t>
            </w:r>
          </w:p>
        </w:tc>
        <w:tc>
          <w:tcPr>
            <w:tcW w:w="0" w:type="auto"/>
          </w:tcPr>
          <w:p w14:paraId="00CEC5CA" w14:textId="77777777" w:rsidR="006E7A08" w:rsidRDefault="006E7A08"/>
        </w:tc>
        <w:tc>
          <w:tcPr>
            <w:tcW w:w="0" w:type="auto"/>
          </w:tcPr>
          <w:p w14:paraId="17868092" w14:textId="77777777" w:rsidR="006E7A08" w:rsidRDefault="00267E76">
            <w:pPr>
              <w:jc w:val="center"/>
            </w:pPr>
            <w:r>
              <w:t>0,424</w:t>
            </w:r>
          </w:p>
        </w:tc>
        <w:tc>
          <w:tcPr>
            <w:tcW w:w="0" w:type="auto"/>
          </w:tcPr>
          <w:p w14:paraId="1DFF1EA2" w14:textId="77777777" w:rsidR="006E7A08" w:rsidRDefault="00267E76">
            <w:pPr>
              <w:jc w:val="center"/>
            </w:pPr>
            <w:r>
              <w:t>2,85</w:t>
            </w:r>
          </w:p>
        </w:tc>
      </w:tr>
      <w:tr w:rsidR="006E7A08" w14:paraId="4C1694E1" w14:textId="77777777">
        <w:trPr>
          <w:cantSplit/>
          <w:jc w:val="center"/>
        </w:trPr>
        <w:tc>
          <w:tcPr>
            <w:tcW w:w="0" w:type="auto"/>
          </w:tcPr>
          <w:p w14:paraId="40982FE7" w14:textId="77777777" w:rsidR="006E7A08" w:rsidRDefault="00267E76">
            <w:pPr>
              <w:jc w:val="center"/>
            </w:pPr>
            <w:r>
              <w:t>6</w:t>
            </w:r>
          </w:p>
        </w:tc>
        <w:tc>
          <w:tcPr>
            <w:tcW w:w="0" w:type="auto"/>
          </w:tcPr>
          <w:p w14:paraId="29728BBC" w14:textId="77777777" w:rsidR="006E7A08" w:rsidRDefault="00267E76">
            <w:r>
              <w:t>пгт Спасск</w:t>
            </w:r>
          </w:p>
        </w:tc>
        <w:tc>
          <w:tcPr>
            <w:tcW w:w="0" w:type="auto"/>
          </w:tcPr>
          <w:p w14:paraId="2A676478" w14:textId="77777777" w:rsidR="006E7A08" w:rsidRDefault="00267E76">
            <w:pPr>
              <w:jc w:val="center"/>
            </w:pPr>
            <w:r>
              <w:t>11,725</w:t>
            </w:r>
          </w:p>
        </w:tc>
        <w:tc>
          <w:tcPr>
            <w:tcW w:w="0" w:type="auto"/>
          </w:tcPr>
          <w:p w14:paraId="5B8619C5" w14:textId="77777777" w:rsidR="006E7A08" w:rsidRDefault="00267E76">
            <w:pPr>
              <w:jc w:val="center"/>
            </w:pPr>
            <w:r>
              <w:t>0,004</w:t>
            </w:r>
          </w:p>
        </w:tc>
        <w:tc>
          <w:tcPr>
            <w:tcW w:w="0" w:type="auto"/>
          </w:tcPr>
          <w:p w14:paraId="42979406" w14:textId="77777777" w:rsidR="006E7A08" w:rsidRDefault="00267E76">
            <w:pPr>
              <w:jc w:val="center"/>
            </w:pPr>
            <w:r>
              <w:t>0,03</w:t>
            </w:r>
          </w:p>
        </w:tc>
      </w:tr>
      <w:tr w:rsidR="006E7A08" w14:paraId="251FDF7D" w14:textId="77777777">
        <w:trPr>
          <w:cantSplit/>
          <w:jc w:val="center"/>
        </w:trPr>
        <w:tc>
          <w:tcPr>
            <w:tcW w:w="0" w:type="auto"/>
          </w:tcPr>
          <w:p w14:paraId="195A4865" w14:textId="77777777" w:rsidR="006E7A08" w:rsidRDefault="00267E76">
            <w:r>
              <w:t>6.1</w:t>
            </w:r>
          </w:p>
        </w:tc>
        <w:tc>
          <w:tcPr>
            <w:tcW w:w="0" w:type="auto"/>
          </w:tcPr>
          <w:p w14:paraId="3797F733" w14:textId="77777777" w:rsidR="006E7A08" w:rsidRDefault="00267E76">
            <w:r>
              <w:t>УПК № 3 Спасск</w:t>
            </w:r>
          </w:p>
        </w:tc>
        <w:tc>
          <w:tcPr>
            <w:tcW w:w="0" w:type="auto"/>
          </w:tcPr>
          <w:p w14:paraId="5BF33552" w14:textId="77777777" w:rsidR="006E7A08" w:rsidRDefault="006E7A08"/>
        </w:tc>
        <w:tc>
          <w:tcPr>
            <w:tcW w:w="0" w:type="auto"/>
          </w:tcPr>
          <w:p w14:paraId="1C5163CE" w14:textId="77777777" w:rsidR="006E7A08" w:rsidRDefault="00267E76">
            <w:pPr>
              <w:jc w:val="center"/>
            </w:pPr>
            <w:r>
              <w:t>0,004</w:t>
            </w:r>
          </w:p>
        </w:tc>
        <w:tc>
          <w:tcPr>
            <w:tcW w:w="0" w:type="auto"/>
          </w:tcPr>
          <w:p w14:paraId="796EA794" w14:textId="77777777" w:rsidR="006E7A08" w:rsidRDefault="00267E76">
            <w:pPr>
              <w:jc w:val="center"/>
            </w:pPr>
            <w:r>
              <w:t>0,03</w:t>
            </w:r>
          </w:p>
        </w:tc>
      </w:tr>
      <w:tr w:rsidR="006E7A08" w14:paraId="69EA8BB6" w14:textId="77777777">
        <w:trPr>
          <w:cantSplit/>
          <w:jc w:val="center"/>
        </w:trPr>
        <w:tc>
          <w:tcPr>
            <w:tcW w:w="0" w:type="auto"/>
            <w:shd w:val="clear" w:color="auto" w:fill="DBE5F1"/>
          </w:tcPr>
          <w:p w14:paraId="52CD88AA" w14:textId="77777777" w:rsidR="006E7A08" w:rsidRDefault="00267E76">
            <w:r>
              <w:rPr>
                <w:b/>
              </w:rPr>
              <w:t>ИТОГО</w:t>
            </w:r>
          </w:p>
        </w:tc>
        <w:tc>
          <w:tcPr>
            <w:tcW w:w="0" w:type="auto"/>
            <w:shd w:val="clear" w:color="auto" w:fill="DBE5F1"/>
          </w:tcPr>
          <w:p w14:paraId="3200BBD3" w14:textId="77777777" w:rsidR="006E7A08" w:rsidRDefault="006E7A08"/>
        </w:tc>
        <w:tc>
          <w:tcPr>
            <w:tcW w:w="0" w:type="auto"/>
            <w:shd w:val="clear" w:color="auto" w:fill="DBE5F1"/>
          </w:tcPr>
          <w:p w14:paraId="61324DDD" w14:textId="77777777" w:rsidR="006E7A08" w:rsidRDefault="00267E76">
            <w:pPr>
              <w:jc w:val="center"/>
            </w:pPr>
            <w:r>
              <w:rPr>
                <w:b/>
              </w:rPr>
              <w:t>218,235</w:t>
            </w:r>
          </w:p>
        </w:tc>
        <w:tc>
          <w:tcPr>
            <w:tcW w:w="0" w:type="auto"/>
            <w:shd w:val="clear" w:color="auto" w:fill="DBE5F1"/>
          </w:tcPr>
          <w:p w14:paraId="61E20AAC" w14:textId="77777777" w:rsidR="006E7A08" w:rsidRDefault="00267E76">
            <w:pPr>
              <w:jc w:val="center"/>
            </w:pPr>
            <w:r>
              <w:rPr>
                <w:b/>
              </w:rPr>
              <w:t>3,675</w:t>
            </w:r>
          </w:p>
        </w:tc>
        <w:tc>
          <w:tcPr>
            <w:tcW w:w="0" w:type="auto"/>
            <w:shd w:val="clear" w:color="auto" w:fill="DBE5F1"/>
          </w:tcPr>
          <w:p w14:paraId="37C05E33" w14:textId="77777777" w:rsidR="006E7A08" w:rsidRDefault="00267E76">
            <w:pPr>
              <w:jc w:val="center"/>
            </w:pPr>
            <w:r>
              <w:rPr>
                <w:b/>
              </w:rPr>
              <w:t>1,68</w:t>
            </w:r>
          </w:p>
        </w:tc>
      </w:tr>
    </w:tbl>
    <w:p w14:paraId="65FEC65E" w14:textId="77777777" w:rsidR="006E7A08" w:rsidRPr="001D7D92" w:rsidRDefault="00267E76">
      <w:pPr>
        <w:spacing w:after="0"/>
        <w:ind w:firstLine="709"/>
        <w:jc w:val="both"/>
        <w:rPr>
          <w:lang w:val="ru-RU"/>
        </w:rPr>
      </w:pPr>
      <w:r w:rsidRPr="001D7D92">
        <w:rPr>
          <w:lang w:val="ru-RU"/>
        </w:rPr>
        <w:t>1. Графа 3 приведена по площади территории в границах населённого пункта: г. Таштагол — 8 915 га; пгт Каз — 1 388,03 га; пгт Мундыбаш — 2 577,7 га; пгт Темиртау — 1 488,0 га; пгт Спасск — 1 172,45 га. Площадь застройки в границах поселения является территориальной величиной и между источниками не распределяется.</w:t>
      </w:r>
    </w:p>
    <w:p w14:paraId="7A0CEAA6" w14:textId="77777777" w:rsidR="006E7A08" w:rsidRPr="001D7D92" w:rsidRDefault="00267E76">
      <w:pPr>
        <w:spacing w:after="0"/>
        <w:ind w:firstLine="709"/>
        <w:jc w:val="both"/>
        <w:rPr>
          <w:lang w:val="ru-RU"/>
        </w:rPr>
      </w:pPr>
      <w:r w:rsidRPr="001D7D92">
        <w:rPr>
          <w:lang w:val="ru-RU"/>
        </w:rPr>
        <w:t>2. Площадь пгт Шерегеш 62,8230 км² вычислена по каталогу координат границ населённого пункта (МСК-42) из состава сведений, предусмотренных пунктом 3.1 статьи 19 Градостроительного кодекса Российской Федерации, к генеральному плану поселения.</w:t>
      </w:r>
    </w:p>
    <w:p w14:paraId="5C92CEB9" w14:textId="77777777" w:rsidR="006E7A08" w:rsidRPr="001D7D92" w:rsidRDefault="00267E76">
      <w:pPr>
        <w:spacing w:after="0"/>
        <w:ind w:firstLine="709"/>
        <w:jc w:val="both"/>
        <w:rPr>
          <w:lang w:val="ru-RU"/>
        </w:rPr>
      </w:pPr>
      <w:r w:rsidRPr="001D7D92">
        <w:rPr>
          <w:lang w:val="ru-RU"/>
        </w:rPr>
        <w:t>3. Графа 4 приводится по каждому источнику тепловой энергии отдельно и вычисляется по площадям зон действия источников (лист «Таблица 1.9» расчётной книги). Строка населённого пункта содержит сумму зон действия расположенных в нём источников.</w:t>
      </w:r>
    </w:p>
    <w:p w14:paraId="0711891F" w14:textId="77777777" w:rsidR="006E7A08" w:rsidRPr="001D7D92" w:rsidRDefault="00267E76">
      <w:pPr>
        <w:spacing w:after="0"/>
        <w:ind w:firstLine="709"/>
        <w:jc w:val="both"/>
        <w:rPr>
          <w:lang w:val="ru-RU"/>
        </w:rPr>
      </w:pPr>
      <w:r w:rsidRPr="001D7D92">
        <w:rPr>
          <w:lang w:val="ru-RU"/>
        </w:rPr>
        <w:t>4. Графа 5 показывает долю площади зоны действия источника в площади территории соответствующего населённого пункта.</w:t>
      </w:r>
    </w:p>
    <w:p w14:paraId="46C60BAE" w14:textId="77777777" w:rsidR="006E7A08" w:rsidRPr="001D7D92" w:rsidRDefault="006E7A08">
      <w:pPr>
        <w:rPr>
          <w:lang w:val="ru-RU"/>
        </w:rPr>
      </w:pPr>
    </w:p>
    <w:p w14:paraId="36BAEC80" w14:textId="77777777" w:rsidR="00194F39" w:rsidRPr="005731F7" w:rsidRDefault="003D0394">
      <w:pPr>
        <w:pStyle w:val="31"/>
        <w:rPr>
          <w:sz w:val="28"/>
          <w:szCs w:val="28"/>
          <w:lang w:val="ru-RU"/>
        </w:rPr>
      </w:pPr>
      <w:r w:rsidRPr="005731F7">
        <w:rPr>
          <w:sz w:val="28"/>
          <w:szCs w:val="28"/>
          <w:lang w:val="ru-RU"/>
        </w:rPr>
        <w:t>2.11.1. Утверждаемые зоны действия источников</w:t>
      </w:r>
    </w:p>
    <w:p w14:paraId="3C0FBF9E" w14:textId="77777777" w:rsidR="00194F39" w:rsidRPr="005731F7" w:rsidRDefault="003D0394">
      <w:pPr>
        <w:rPr>
          <w:b/>
          <w:bCs/>
          <w:lang w:val="ru-RU"/>
        </w:rPr>
      </w:pPr>
      <w:r w:rsidRPr="005731F7">
        <w:rPr>
          <w:b/>
          <w:bCs/>
          <w:lang w:val="ru-RU"/>
        </w:rPr>
        <w:t>Таблица 2.10 — Зоны действия источников тепловой энергии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0"/>
        <w:gridCol w:w="1923"/>
        <w:gridCol w:w="1484"/>
        <w:gridCol w:w="2285"/>
        <w:gridCol w:w="2396"/>
        <w:gridCol w:w="1781"/>
      </w:tblGrid>
      <w:tr w:rsidR="00194F39" w14:paraId="46769363" w14:textId="77777777">
        <w:trPr>
          <w:cantSplit/>
          <w:tblHeader/>
        </w:trPr>
        <w:tc>
          <w:tcPr>
            <w:tcW w:w="0" w:type="auto"/>
            <w:shd w:val="clear" w:color="auto" w:fill="E2F0D9"/>
          </w:tcPr>
          <w:p w14:paraId="4336F76D" w14:textId="77777777" w:rsidR="00194F39" w:rsidRDefault="003D0394">
            <w:pPr>
              <w:jc w:val="center"/>
            </w:pPr>
            <w:r>
              <w:rPr>
                <w:b/>
              </w:rPr>
              <w:t>Зона</w:t>
            </w:r>
          </w:p>
        </w:tc>
        <w:tc>
          <w:tcPr>
            <w:tcW w:w="0" w:type="auto"/>
            <w:shd w:val="clear" w:color="auto" w:fill="E2F0D9"/>
          </w:tcPr>
          <w:p w14:paraId="2EBEE112" w14:textId="77777777" w:rsidR="00194F39" w:rsidRDefault="003D0394">
            <w:pPr>
              <w:jc w:val="center"/>
            </w:pPr>
            <w:r>
              <w:rPr>
                <w:b/>
              </w:rPr>
              <w:t>Источник</w:t>
            </w:r>
          </w:p>
        </w:tc>
        <w:tc>
          <w:tcPr>
            <w:tcW w:w="0" w:type="auto"/>
            <w:shd w:val="clear" w:color="auto" w:fill="E2F0D9"/>
          </w:tcPr>
          <w:p w14:paraId="6BCD4C86" w14:textId="77777777" w:rsidR="00194F39" w:rsidRDefault="003D0394">
            <w:pPr>
              <w:jc w:val="center"/>
            </w:pPr>
            <w:r>
              <w:rPr>
                <w:b/>
              </w:rPr>
              <w:t>Территория</w:t>
            </w:r>
          </w:p>
        </w:tc>
        <w:tc>
          <w:tcPr>
            <w:tcW w:w="0" w:type="auto"/>
            <w:shd w:val="clear" w:color="auto" w:fill="E2F0D9"/>
          </w:tcPr>
          <w:p w14:paraId="3DFD9A7B" w14:textId="77777777" w:rsidR="00194F39" w:rsidRDefault="003D0394">
            <w:pPr>
              <w:jc w:val="center"/>
            </w:pPr>
            <w:r>
              <w:rPr>
                <w:b/>
              </w:rPr>
              <w:t>Установленная мощность, Гкал/ч</w:t>
            </w:r>
          </w:p>
        </w:tc>
        <w:tc>
          <w:tcPr>
            <w:tcW w:w="0" w:type="auto"/>
            <w:shd w:val="clear" w:color="auto" w:fill="E2F0D9"/>
          </w:tcPr>
          <w:p w14:paraId="451C2671" w14:textId="77777777" w:rsidR="00194F39" w:rsidRPr="00844B84" w:rsidRDefault="003D0394">
            <w:pPr>
              <w:jc w:val="center"/>
              <w:rPr>
                <w:lang w:val="ru-RU"/>
              </w:rPr>
            </w:pPr>
            <w:r w:rsidRPr="00844B84">
              <w:rPr>
                <w:b/>
                <w:lang w:val="ru-RU"/>
              </w:rPr>
              <w:t>Полная максимальная нагрузка, Гкал/ч</w:t>
            </w:r>
          </w:p>
        </w:tc>
        <w:tc>
          <w:tcPr>
            <w:tcW w:w="0" w:type="auto"/>
            <w:shd w:val="clear" w:color="auto" w:fill="E2F0D9"/>
          </w:tcPr>
          <w:p w14:paraId="63FB9B02" w14:textId="77777777" w:rsidR="00194F39" w:rsidRDefault="003D0394">
            <w:pPr>
              <w:jc w:val="center"/>
            </w:pPr>
            <w:r>
              <w:rPr>
                <w:b/>
              </w:rPr>
              <w:t>Решение по границам зоны</w:t>
            </w:r>
          </w:p>
        </w:tc>
      </w:tr>
      <w:tr w:rsidR="00194F39" w14:paraId="63CE68B2" w14:textId="77777777">
        <w:trPr>
          <w:cantSplit/>
        </w:trPr>
        <w:tc>
          <w:tcPr>
            <w:tcW w:w="0" w:type="auto"/>
            <w:shd w:val="clear" w:color="auto" w:fill="F2F2F2"/>
          </w:tcPr>
          <w:p w14:paraId="4E0119E0" w14:textId="77777777" w:rsidR="00194F39" w:rsidRDefault="003D0394">
            <w:r>
              <w:t>Z-01</w:t>
            </w:r>
          </w:p>
        </w:tc>
        <w:tc>
          <w:tcPr>
            <w:tcW w:w="0" w:type="auto"/>
            <w:shd w:val="clear" w:color="auto" w:fill="FFFFFF"/>
          </w:tcPr>
          <w:p w14:paraId="1B4A8935" w14:textId="77777777" w:rsidR="00194F39" w:rsidRDefault="003D0394">
            <w:r>
              <w:t>УПК № 1 «Таштагол»</w:t>
            </w:r>
          </w:p>
        </w:tc>
        <w:tc>
          <w:tcPr>
            <w:tcW w:w="0" w:type="auto"/>
            <w:shd w:val="clear" w:color="auto" w:fill="FFFFFF"/>
          </w:tcPr>
          <w:p w14:paraId="157E8023" w14:textId="77777777" w:rsidR="00194F39" w:rsidRDefault="003D0394">
            <w:r>
              <w:t>г. Таштагол</w:t>
            </w:r>
          </w:p>
        </w:tc>
        <w:tc>
          <w:tcPr>
            <w:tcW w:w="0" w:type="auto"/>
            <w:shd w:val="clear" w:color="auto" w:fill="FFFFFF"/>
          </w:tcPr>
          <w:p w14:paraId="310675F0" w14:textId="77777777" w:rsidR="00194F39" w:rsidRDefault="003D0394">
            <w:r>
              <w:t>150,00</w:t>
            </w:r>
          </w:p>
        </w:tc>
        <w:tc>
          <w:tcPr>
            <w:tcW w:w="0" w:type="auto"/>
            <w:shd w:val="clear" w:color="auto" w:fill="FFFFFF"/>
          </w:tcPr>
          <w:p w14:paraId="5FE74D01" w14:textId="77777777" w:rsidR="00194F39" w:rsidRDefault="003D0394">
            <w:r>
              <w:t>93,0532</w:t>
            </w:r>
          </w:p>
        </w:tc>
        <w:tc>
          <w:tcPr>
            <w:tcW w:w="0" w:type="auto"/>
            <w:shd w:val="clear" w:color="auto" w:fill="FFFFFF"/>
          </w:tcPr>
          <w:p w14:paraId="478210E1" w14:textId="77777777" w:rsidR="00194F39" w:rsidRDefault="003D0394">
            <w:r>
              <w:t>сохраняется</w:t>
            </w:r>
          </w:p>
        </w:tc>
      </w:tr>
      <w:tr w:rsidR="00194F39" w14:paraId="4D126D2C" w14:textId="77777777">
        <w:trPr>
          <w:cantSplit/>
        </w:trPr>
        <w:tc>
          <w:tcPr>
            <w:tcW w:w="0" w:type="auto"/>
            <w:shd w:val="clear" w:color="auto" w:fill="F2F2F2"/>
          </w:tcPr>
          <w:p w14:paraId="00935028" w14:textId="77777777" w:rsidR="00194F39" w:rsidRDefault="003D0394">
            <w:r>
              <w:t>Z-07</w:t>
            </w:r>
          </w:p>
        </w:tc>
        <w:tc>
          <w:tcPr>
            <w:tcW w:w="0" w:type="auto"/>
            <w:shd w:val="clear" w:color="auto" w:fill="FFFFFF"/>
          </w:tcPr>
          <w:p w14:paraId="2E76B9B1" w14:textId="77777777" w:rsidR="00194F39" w:rsidRDefault="003D0394">
            <w:r>
              <w:t>УПК № 2 «Шалым»</w:t>
            </w:r>
          </w:p>
        </w:tc>
        <w:tc>
          <w:tcPr>
            <w:tcW w:w="0" w:type="auto"/>
            <w:shd w:val="clear" w:color="auto" w:fill="FFFFFF"/>
          </w:tcPr>
          <w:p w14:paraId="1BBE86C2" w14:textId="77777777" w:rsidR="00194F39" w:rsidRDefault="003D0394">
            <w:r>
              <w:t>г. Таштагол</w:t>
            </w:r>
          </w:p>
        </w:tc>
        <w:tc>
          <w:tcPr>
            <w:tcW w:w="0" w:type="auto"/>
            <w:shd w:val="clear" w:color="auto" w:fill="FFFFFF"/>
          </w:tcPr>
          <w:p w14:paraId="77447C14" w14:textId="77777777" w:rsidR="00194F39" w:rsidRDefault="003D0394">
            <w:r>
              <w:t>17,00</w:t>
            </w:r>
          </w:p>
        </w:tc>
        <w:tc>
          <w:tcPr>
            <w:tcW w:w="0" w:type="auto"/>
            <w:shd w:val="clear" w:color="auto" w:fill="FFFFFF"/>
          </w:tcPr>
          <w:p w14:paraId="19590B49" w14:textId="77777777" w:rsidR="00194F39" w:rsidRDefault="003D0394">
            <w:r>
              <w:t>5,8602</w:t>
            </w:r>
          </w:p>
        </w:tc>
        <w:tc>
          <w:tcPr>
            <w:tcW w:w="0" w:type="auto"/>
            <w:shd w:val="clear" w:color="auto" w:fill="FFFFFF"/>
          </w:tcPr>
          <w:p w14:paraId="08129CB4" w14:textId="77777777" w:rsidR="00194F39" w:rsidRDefault="003D0394">
            <w:r>
              <w:t>сохраняется</w:t>
            </w:r>
          </w:p>
        </w:tc>
      </w:tr>
      <w:tr w:rsidR="00194F39" w14:paraId="487607C7" w14:textId="77777777">
        <w:trPr>
          <w:cantSplit/>
        </w:trPr>
        <w:tc>
          <w:tcPr>
            <w:tcW w:w="0" w:type="auto"/>
            <w:shd w:val="clear" w:color="auto" w:fill="F2F2F2"/>
          </w:tcPr>
          <w:p w14:paraId="56F30B46" w14:textId="77777777" w:rsidR="00194F39" w:rsidRDefault="003D0394">
            <w:r>
              <w:t>Z-08</w:t>
            </w:r>
          </w:p>
        </w:tc>
        <w:tc>
          <w:tcPr>
            <w:tcW w:w="0" w:type="auto"/>
            <w:shd w:val="clear" w:color="auto" w:fill="FFFFFF"/>
          </w:tcPr>
          <w:p w14:paraId="4504518C" w14:textId="77777777" w:rsidR="00194F39" w:rsidRDefault="003D0394">
            <w:r>
              <w:t>УПК № 2 «ЦМК»</w:t>
            </w:r>
          </w:p>
        </w:tc>
        <w:tc>
          <w:tcPr>
            <w:tcW w:w="0" w:type="auto"/>
            <w:shd w:val="clear" w:color="auto" w:fill="FFFFFF"/>
          </w:tcPr>
          <w:p w14:paraId="51B94EE3" w14:textId="77777777" w:rsidR="00194F39" w:rsidRDefault="003D0394">
            <w:r>
              <w:t>г. Таштагол</w:t>
            </w:r>
          </w:p>
        </w:tc>
        <w:tc>
          <w:tcPr>
            <w:tcW w:w="0" w:type="auto"/>
            <w:shd w:val="clear" w:color="auto" w:fill="FFFFFF"/>
          </w:tcPr>
          <w:p w14:paraId="4D142AF0" w14:textId="77777777" w:rsidR="00194F39" w:rsidRDefault="003D0394">
            <w:r>
              <w:t>10,20</w:t>
            </w:r>
          </w:p>
        </w:tc>
        <w:tc>
          <w:tcPr>
            <w:tcW w:w="0" w:type="auto"/>
            <w:shd w:val="clear" w:color="auto" w:fill="FFFFFF"/>
          </w:tcPr>
          <w:p w14:paraId="19C0162D" w14:textId="77777777" w:rsidR="00194F39" w:rsidRDefault="003D0394">
            <w:r>
              <w:t>3,7051</w:t>
            </w:r>
          </w:p>
        </w:tc>
        <w:tc>
          <w:tcPr>
            <w:tcW w:w="0" w:type="auto"/>
            <w:shd w:val="clear" w:color="auto" w:fill="FFFFFF"/>
          </w:tcPr>
          <w:p w14:paraId="791F7FC8" w14:textId="77777777" w:rsidR="00194F39" w:rsidRDefault="003D0394">
            <w:r>
              <w:t>сохраняется</w:t>
            </w:r>
          </w:p>
        </w:tc>
      </w:tr>
      <w:tr w:rsidR="00194F39" w14:paraId="5C26C1F4" w14:textId="77777777">
        <w:trPr>
          <w:cantSplit/>
        </w:trPr>
        <w:tc>
          <w:tcPr>
            <w:tcW w:w="0" w:type="auto"/>
            <w:shd w:val="clear" w:color="auto" w:fill="F2F2F2"/>
          </w:tcPr>
          <w:p w14:paraId="73153B53" w14:textId="77777777" w:rsidR="00194F39" w:rsidRDefault="003D0394">
            <w:r>
              <w:t>Z-10</w:t>
            </w:r>
          </w:p>
        </w:tc>
        <w:tc>
          <w:tcPr>
            <w:tcW w:w="0" w:type="auto"/>
            <w:shd w:val="clear" w:color="auto" w:fill="FFFFFF"/>
          </w:tcPr>
          <w:p w14:paraId="1091DDC9" w14:textId="77777777" w:rsidR="00194F39" w:rsidRDefault="003D0394">
            <w:r>
              <w:t>УПК № 9 «ГРЭ»</w:t>
            </w:r>
          </w:p>
        </w:tc>
        <w:tc>
          <w:tcPr>
            <w:tcW w:w="0" w:type="auto"/>
            <w:shd w:val="clear" w:color="auto" w:fill="FFFFFF"/>
          </w:tcPr>
          <w:p w14:paraId="46F61A99" w14:textId="77777777" w:rsidR="00194F39" w:rsidRDefault="003D0394">
            <w:r>
              <w:t>г. Таштагол</w:t>
            </w:r>
          </w:p>
        </w:tc>
        <w:tc>
          <w:tcPr>
            <w:tcW w:w="0" w:type="auto"/>
            <w:shd w:val="clear" w:color="auto" w:fill="FFFFFF"/>
          </w:tcPr>
          <w:p w14:paraId="6A672A5C" w14:textId="77777777" w:rsidR="00194F39" w:rsidRDefault="003D0394">
            <w:r>
              <w:t>4,50</w:t>
            </w:r>
          </w:p>
        </w:tc>
        <w:tc>
          <w:tcPr>
            <w:tcW w:w="0" w:type="auto"/>
            <w:shd w:val="clear" w:color="auto" w:fill="FFFFFF"/>
          </w:tcPr>
          <w:p w14:paraId="12D0EFE7" w14:textId="77777777" w:rsidR="00194F39" w:rsidRDefault="003D0394">
            <w:r>
              <w:t>1,3330</w:t>
            </w:r>
          </w:p>
        </w:tc>
        <w:tc>
          <w:tcPr>
            <w:tcW w:w="0" w:type="auto"/>
            <w:shd w:val="clear" w:color="auto" w:fill="FFFFFF"/>
          </w:tcPr>
          <w:p w14:paraId="74903AA5" w14:textId="77777777" w:rsidR="00194F39" w:rsidRDefault="003D0394">
            <w:r>
              <w:t>сохраняется</w:t>
            </w:r>
          </w:p>
        </w:tc>
      </w:tr>
      <w:tr w:rsidR="00194F39" w14:paraId="7C5F3A0D" w14:textId="77777777">
        <w:trPr>
          <w:cantSplit/>
        </w:trPr>
        <w:tc>
          <w:tcPr>
            <w:tcW w:w="0" w:type="auto"/>
            <w:shd w:val="clear" w:color="auto" w:fill="F2F2F2"/>
          </w:tcPr>
          <w:p w14:paraId="55EB8AC7" w14:textId="77777777" w:rsidR="00194F39" w:rsidRDefault="003D0394">
            <w:r>
              <w:t>Z-02</w:t>
            </w:r>
          </w:p>
        </w:tc>
        <w:tc>
          <w:tcPr>
            <w:tcW w:w="0" w:type="auto"/>
            <w:shd w:val="clear" w:color="auto" w:fill="FFFFFF"/>
          </w:tcPr>
          <w:p w14:paraId="4837C5AA" w14:textId="77777777" w:rsidR="00194F39" w:rsidRDefault="003D0394">
            <w:r>
              <w:t>УПК № 5 «Новый Шерегеш»</w:t>
            </w:r>
          </w:p>
        </w:tc>
        <w:tc>
          <w:tcPr>
            <w:tcW w:w="0" w:type="auto"/>
            <w:shd w:val="clear" w:color="auto" w:fill="FFFFFF"/>
          </w:tcPr>
          <w:p w14:paraId="1EA6EEA4" w14:textId="77777777" w:rsidR="00194F39" w:rsidRDefault="003D0394">
            <w:r>
              <w:t>пгт Шерегеш</w:t>
            </w:r>
          </w:p>
        </w:tc>
        <w:tc>
          <w:tcPr>
            <w:tcW w:w="0" w:type="auto"/>
            <w:shd w:val="clear" w:color="auto" w:fill="FFFFFF"/>
          </w:tcPr>
          <w:p w14:paraId="051DC1EE" w14:textId="77777777" w:rsidR="00194F39" w:rsidRDefault="003D0394">
            <w:r>
              <w:t>114,00</w:t>
            </w:r>
          </w:p>
        </w:tc>
        <w:tc>
          <w:tcPr>
            <w:tcW w:w="0" w:type="auto"/>
            <w:shd w:val="clear" w:color="auto" w:fill="FFFFFF"/>
          </w:tcPr>
          <w:p w14:paraId="61A56B5A" w14:textId="77777777" w:rsidR="00194F39" w:rsidRDefault="003D0394">
            <w:r>
              <w:t>68,6123</w:t>
            </w:r>
          </w:p>
        </w:tc>
        <w:tc>
          <w:tcPr>
            <w:tcW w:w="0" w:type="auto"/>
            <w:shd w:val="clear" w:color="auto" w:fill="FFFFFF"/>
          </w:tcPr>
          <w:p w14:paraId="221435C3" w14:textId="77777777" w:rsidR="00194F39" w:rsidRDefault="003D0394">
            <w:r>
              <w:t>сохраняется</w:t>
            </w:r>
          </w:p>
        </w:tc>
      </w:tr>
      <w:tr w:rsidR="00194F39" w14:paraId="49D16421" w14:textId="77777777">
        <w:trPr>
          <w:cantSplit/>
        </w:trPr>
        <w:tc>
          <w:tcPr>
            <w:tcW w:w="0" w:type="auto"/>
            <w:shd w:val="clear" w:color="auto" w:fill="F2F2F2"/>
          </w:tcPr>
          <w:p w14:paraId="6C42F81C" w14:textId="77777777" w:rsidR="00194F39" w:rsidRDefault="003D0394">
            <w:r>
              <w:t>Z-06</w:t>
            </w:r>
          </w:p>
        </w:tc>
        <w:tc>
          <w:tcPr>
            <w:tcW w:w="0" w:type="auto"/>
            <w:shd w:val="clear" w:color="auto" w:fill="FFFFFF"/>
          </w:tcPr>
          <w:p w14:paraId="60353FE2" w14:textId="77777777" w:rsidR="00194F39" w:rsidRDefault="003D0394">
            <w:r>
              <w:t>УПК № 6 «Старый Шерегеш»</w:t>
            </w:r>
          </w:p>
        </w:tc>
        <w:tc>
          <w:tcPr>
            <w:tcW w:w="0" w:type="auto"/>
            <w:shd w:val="clear" w:color="auto" w:fill="FFFFFF"/>
          </w:tcPr>
          <w:p w14:paraId="75E0A8B9" w14:textId="77777777" w:rsidR="00194F39" w:rsidRDefault="003D0394">
            <w:r>
              <w:t>пгт Шерегеш</w:t>
            </w:r>
          </w:p>
        </w:tc>
        <w:tc>
          <w:tcPr>
            <w:tcW w:w="0" w:type="auto"/>
            <w:shd w:val="clear" w:color="auto" w:fill="FFFFFF"/>
          </w:tcPr>
          <w:p w14:paraId="46B5C96D" w14:textId="77777777" w:rsidR="00194F39" w:rsidRDefault="003D0394">
            <w:r>
              <w:t>24,00</w:t>
            </w:r>
          </w:p>
        </w:tc>
        <w:tc>
          <w:tcPr>
            <w:tcW w:w="0" w:type="auto"/>
            <w:shd w:val="clear" w:color="auto" w:fill="FFFFFF"/>
          </w:tcPr>
          <w:p w14:paraId="46FD3D21" w14:textId="77777777" w:rsidR="00194F39" w:rsidRDefault="003D0394">
            <w:r>
              <w:t>4,6696</w:t>
            </w:r>
          </w:p>
        </w:tc>
        <w:tc>
          <w:tcPr>
            <w:tcW w:w="0" w:type="auto"/>
            <w:shd w:val="clear" w:color="auto" w:fill="FFFFFF"/>
          </w:tcPr>
          <w:p w14:paraId="7C1EEF5B" w14:textId="77777777" w:rsidR="00194F39" w:rsidRDefault="003D0394">
            <w:r>
              <w:t>сохраняется</w:t>
            </w:r>
          </w:p>
        </w:tc>
      </w:tr>
      <w:tr w:rsidR="00194F39" w14:paraId="66FCC5B0" w14:textId="77777777">
        <w:trPr>
          <w:cantSplit/>
        </w:trPr>
        <w:tc>
          <w:tcPr>
            <w:tcW w:w="0" w:type="auto"/>
            <w:shd w:val="clear" w:color="auto" w:fill="F2F2F2"/>
          </w:tcPr>
          <w:p w14:paraId="00FB1963" w14:textId="77777777" w:rsidR="00194F39" w:rsidRDefault="003D0394">
            <w:r>
              <w:t>Z-03</w:t>
            </w:r>
          </w:p>
        </w:tc>
        <w:tc>
          <w:tcPr>
            <w:tcW w:w="0" w:type="auto"/>
            <w:shd w:val="clear" w:color="auto" w:fill="FFFFFF"/>
          </w:tcPr>
          <w:p w14:paraId="3C09A4CF" w14:textId="77777777" w:rsidR="00194F39" w:rsidRDefault="003D0394">
            <w:r>
              <w:t>УПК № 7 «Каз»</w:t>
            </w:r>
          </w:p>
        </w:tc>
        <w:tc>
          <w:tcPr>
            <w:tcW w:w="0" w:type="auto"/>
            <w:shd w:val="clear" w:color="auto" w:fill="FFFFFF"/>
          </w:tcPr>
          <w:p w14:paraId="59047BBB" w14:textId="77777777" w:rsidR="00194F39" w:rsidRDefault="003D0394">
            <w:r>
              <w:t>пгт Каз</w:t>
            </w:r>
          </w:p>
        </w:tc>
        <w:tc>
          <w:tcPr>
            <w:tcW w:w="0" w:type="auto"/>
            <w:shd w:val="clear" w:color="auto" w:fill="FFFFFF"/>
          </w:tcPr>
          <w:p w14:paraId="1C0B94C5" w14:textId="77777777" w:rsidR="00194F39" w:rsidRDefault="003D0394">
            <w:r>
              <w:t>72,00</w:t>
            </w:r>
          </w:p>
        </w:tc>
        <w:tc>
          <w:tcPr>
            <w:tcW w:w="0" w:type="auto"/>
            <w:shd w:val="clear" w:color="auto" w:fill="FFFFFF"/>
          </w:tcPr>
          <w:p w14:paraId="03570942" w14:textId="77777777" w:rsidR="00194F39" w:rsidRDefault="003D0394">
            <w:r>
              <w:t>19,4397</w:t>
            </w:r>
          </w:p>
        </w:tc>
        <w:tc>
          <w:tcPr>
            <w:tcW w:w="0" w:type="auto"/>
            <w:shd w:val="clear" w:color="auto" w:fill="FFFFFF"/>
          </w:tcPr>
          <w:p w14:paraId="3D0AEB97" w14:textId="77777777" w:rsidR="00194F39" w:rsidRDefault="003D0394">
            <w:r>
              <w:t>сохраняется</w:t>
            </w:r>
          </w:p>
        </w:tc>
      </w:tr>
      <w:tr w:rsidR="00194F39" w14:paraId="65829C89" w14:textId="77777777">
        <w:trPr>
          <w:cantSplit/>
        </w:trPr>
        <w:tc>
          <w:tcPr>
            <w:tcW w:w="0" w:type="auto"/>
            <w:shd w:val="clear" w:color="auto" w:fill="F2F2F2"/>
          </w:tcPr>
          <w:p w14:paraId="0A38D5DF" w14:textId="77777777" w:rsidR="00194F39" w:rsidRDefault="003D0394">
            <w:r>
              <w:t>Z-04</w:t>
            </w:r>
          </w:p>
        </w:tc>
        <w:tc>
          <w:tcPr>
            <w:tcW w:w="0" w:type="auto"/>
            <w:shd w:val="clear" w:color="auto" w:fill="FFFFFF"/>
          </w:tcPr>
          <w:p w14:paraId="417172D3" w14:textId="77777777" w:rsidR="00194F39" w:rsidRDefault="003D0394">
            <w:r>
              <w:t>УПК № 8 «Мундыбаш»</w:t>
            </w:r>
          </w:p>
        </w:tc>
        <w:tc>
          <w:tcPr>
            <w:tcW w:w="0" w:type="auto"/>
            <w:shd w:val="clear" w:color="auto" w:fill="FFFFFF"/>
          </w:tcPr>
          <w:p w14:paraId="384EE5F0" w14:textId="77777777" w:rsidR="00194F39" w:rsidRDefault="003D0394">
            <w:r>
              <w:t>пгт Мундыбаш</w:t>
            </w:r>
          </w:p>
        </w:tc>
        <w:tc>
          <w:tcPr>
            <w:tcW w:w="0" w:type="auto"/>
            <w:shd w:val="clear" w:color="auto" w:fill="FFFFFF"/>
          </w:tcPr>
          <w:p w14:paraId="45D8077F" w14:textId="77777777" w:rsidR="00194F39" w:rsidRDefault="003D0394">
            <w:r>
              <w:t>36,00</w:t>
            </w:r>
          </w:p>
        </w:tc>
        <w:tc>
          <w:tcPr>
            <w:tcW w:w="0" w:type="auto"/>
            <w:shd w:val="clear" w:color="auto" w:fill="FFFFFF"/>
          </w:tcPr>
          <w:p w14:paraId="0BA46EC7" w14:textId="77777777" w:rsidR="00194F39" w:rsidRDefault="003D0394">
            <w:r>
              <w:t>20,2475</w:t>
            </w:r>
          </w:p>
        </w:tc>
        <w:tc>
          <w:tcPr>
            <w:tcW w:w="0" w:type="auto"/>
            <w:shd w:val="clear" w:color="auto" w:fill="FFFFFF"/>
          </w:tcPr>
          <w:p w14:paraId="3E3A8164" w14:textId="77777777" w:rsidR="00194F39" w:rsidRDefault="003D0394">
            <w:r>
              <w:t>сохраняется</w:t>
            </w:r>
          </w:p>
        </w:tc>
      </w:tr>
      <w:tr w:rsidR="00194F39" w14:paraId="758DC68F" w14:textId="77777777">
        <w:trPr>
          <w:cantSplit/>
        </w:trPr>
        <w:tc>
          <w:tcPr>
            <w:tcW w:w="0" w:type="auto"/>
            <w:shd w:val="clear" w:color="auto" w:fill="F2F2F2"/>
          </w:tcPr>
          <w:p w14:paraId="5EBC3159" w14:textId="77777777" w:rsidR="00194F39" w:rsidRDefault="003D0394">
            <w:r>
              <w:t>Z-05</w:t>
            </w:r>
          </w:p>
        </w:tc>
        <w:tc>
          <w:tcPr>
            <w:tcW w:w="0" w:type="auto"/>
            <w:shd w:val="clear" w:color="auto" w:fill="FFFFFF"/>
          </w:tcPr>
          <w:p w14:paraId="74BE0DA7" w14:textId="77777777" w:rsidR="00194F39" w:rsidRDefault="003D0394">
            <w:r>
              <w:t>УПК № 10 «Темир-Тау»</w:t>
            </w:r>
          </w:p>
        </w:tc>
        <w:tc>
          <w:tcPr>
            <w:tcW w:w="0" w:type="auto"/>
            <w:shd w:val="clear" w:color="auto" w:fill="FFFFFF"/>
          </w:tcPr>
          <w:p w14:paraId="3A1EB635" w14:textId="77777777" w:rsidR="00194F39" w:rsidRDefault="003D0394">
            <w:r>
              <w:t>пгт Темиртау</w:t>
            </w:r>
          </w:p>
        </w:tc>
        <w:tc>
          <w:tcPr>
            <w:tcW w:w="0" w:type="auto"/>
            <w:shd w:val="clear" w:color="auto" w:fill="FFFFFF"/>
          </w:tcPr>
          <w:p w14:paraId="4740D084" w14:textId="77777777" w:rsidR="00194F39" w:rsidRDefault="003D0394">
            <w:r>
              <w:t>33,60</w:t>
            </w:r>
          </w:p>
        </w:tc>
        <w:tc>
          <w:tcPr>
            <w:tcW w:w="0" w:type="auto"/>
            <w:shd w:val="clear" w:color="auto" w:fill="FFFFFF"/>
          </w:tcPr>
          <w:p w14:paraId="1C8C39D0" w14:textId="77777777" w:rsidR="00194F39" w:rsidRDefault="003D0394">
            <w:r>
              <w:t>8,6985</w:t>
            </w:r>
          </w:p>
        </w:tc>
        <w:tc>
          <w:tcPr>
            <w:tcW w:w="0" w:type="auto"/>
            <w:shd w:val="clear" w:color="auto" w:fill="FFFFFF"/>
          </w:tcPr>
          <w:p w14:paraId="4A929C94" w14:textId="77777777" w:rsidR="00194F39" w:rsidRDefault="003D0394">
            <w:r>
              <w:t>сохраняется</w:t>
            </w:r>
          </w:p>
        </w:tc>
      </w:tr>
      <w:tr w:rsidR="00194F39" w14:paraId="5060E692" w14:textId="77777777">
        <w:trPr>
          <w:cantSplit/>
        </w:trPr>
        <w:tc>
          <w:tcPr>
            <w:tcW w:w="0" w:type="auto"/>
            <w:shd w:val="clear" w:color="auto" w:fill="F2F2F2"/>
          </w:tcPr>
          <w:p w14:paraId="5B075242" w14:textId="77777777" w:rsidR="00194F39" w:rsidRDefault="003D0394">
            <w:r>
              <w:t>Z-09</w:t>
            </w:r>
          </w:p>
        </w:tc>
        <w:tc>
          <w:tcPr>
            <w:tcW w:w="0" w:type="auto"/>
            <w:shd w:val="clear" w:color="auto" w:fill="FFFFFF"/>
          </w:tcPr>
          <w:p w14:paraId="42EBA6FC" w14:textId="77777777" w:rsidR="00194F39" w:rsidRDefault="003D0394">
            <w:r>
              <w:t>УПК № 3 «Спасск»</w:t>
            </w:r>
          </w:p>
        </w:tc>
        <w:tc>
          <w:tcPr>
            <w:tcW w:w="0" w:type="auto"/>
            <w:shd w:val="clear" w:color="auto" w:fill="FFFFFF"/>
          </w:tcPr>
          <w:p w14:paraId="6571F8CC" w14:textId="77777777" w:rsidR="00194F39" w:rsidRDefault="003D0394">
            <w:r>
              <w:t>пгт Спасск</w:t>
            </w:r>
          </w:p>
        </w:tc>
        <w:tc>
          <w:tcPr>
            <w:tcW w:w="0" w:type="auto"/>
            <w:shd w:val="clear" w:color="auto" w:fill="FFFFFF"/>
          </w:tcPr>
          <w:p w14:paraId="60628F7C" w14:textId="77777777" w:rsidR="00194F39" w:rsidRDefault="003D0394">
            <w:r>
              <w:t>5,37</w:t>
            </w:r>
          </w:p>
        </w:tc>
        <w:tc>
          <w:tcPr>
            <w:tcW w:w="0" w:type="auto"/>
            <w:shd w:val="clear" w:color="auto" w:fill="FFFFFF"/>
          </w:tcPr>
          <w:p w14:paraId="40277F09" w14:textId="77777777" w:rsidR="00194F39" w:rsidRDefault="003D0394">
            <w:r>
              <w:t>1,8761</w:t>
            </w:r>
          </w:p>
        </w:tc>
        <w:tc>
          <w:tcPr>
            <w:tcW w:w="0" w:type="auto"/>
            <w:shd w:val="clear" w:color="auto" w:fill="FFFFFF"/>
          </w:tcPr>
          <w:p w14:paraId="464140D4" w14:textId="77777777" w:rsidR="00194F39" w:rsidRDefault="003D0394">
            <w:r>
              <w:t>сохраняется</w:t>
            </w:r>
          </w:p>
        </w:tc>
      </w:tr>
    </w:tbl>
    <w:p w14:paraId="307A5BE9" w14:textId="77777777" w:rsidR="00194F39" w:rsidRPr="00844B84" w:rsidRDefault="003D0394">
      <w:pPr>
        <w:rPr>
          <w:lang w:val="ru-RU"/>
        </w:rPr>
      </w:pPr>
      <w:r w:rsidRPr="00844B84">
        <w:rPr>
          <w:lang w:val="ru-RU"/>
        </w:rPr>
        <w:t>Утверждается сохранение существующих границ зон действия источников. Расширение зоны предусматривается только в посёлке Шерегеш в связи с застройкой туристско-рекреационной территории.</w:t>
      </w:r>
    </w:p>
    <w:p w14:paraId="6124D08F" w14:textId="77777777" w:rsidR="006C72FB" w:rsidRPr="005731F7" w:rsidRDefault="0084102B">
      <w:pPr>
        <w:pStyle w:val="31"/>
        <w:rPr>
          <w:sz w:val="28"/>
          <w:szCs w:val="28"/>
          <w:lang w:val="ru-RU"/>
        </w:rPr>
      </w:pPr>
      <w:r w:rsidRPr="005731F7">
        <w:rPr>
          <w:sz w:val="28"/>
          <w:szCs w:val="28"/>
          <w:lang w:val="ru-RU"/>
        </w:rPr>
        <w:t>2.11.2. Утверждаемые характеристики зон действия источников по территориям</w:t>
      </w:r>
    </w:p>
    <w:p w14:paraId="5C61F2C3" w14:textId="77777777" w:rsidR="006C72FB" w:rsidRPr="00844B84" w:rsidRDefault="0084102B">
      <w:pPr>
        <w:rPr>
          <w:lang w:val="ru-RU"/>
        </w:rPr>
      </w:pPr>
      <w:r w:rsidRPr="00844B84">
        <w:rPr>
          <w:lang w:val="ru-RU"/>
        </w:rPr>
        <w:t>Утверждается десять зон действия источников тепловой энергии. Межисточниковых связей в границах округа не выявлено, вследствие чего зона действия источника совпадает с зоной действия соответствующей системы теплоснабжения и балансы зон поисточниковыми балансами не подменяются.</w:t>
      </w:r>
    </w:p>
    <w:p w14:paraId="34AB0380" w14:textId="77777777" w:rsidR="00D2184C" w:rsidRPr="00844B84" w:rsidRDefault="00D2184C">
      <w:pPr>
        <w:rPr>
          <w:lang w:val="ru-RU"/>
        </w:rPr>
        <w:sectPr w:rsidR="00D2184C" w:rsidRPr="00844B84" w:rsidSect="00034616">
          <w:footerReference w:type="default" r:id="rId12"/>
          <w:pgSz w:w="11906" w:h="16838"/>
          <w:pgMar w:top="850" w:right="567" w:bottom="850" w:left="85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14:paraId="1FB2051E" w14:textId="77777777" w:rsidR="006C72FB" w:rsidRPr="005731F7" w:rsidRDefault="0084102B">
      <w:pPr>
        <w:rPr>
          <w:b/>
          <w:bCs/>
          <w:lang w:val="ru-RU"/>
        </w:rPr>
      </w:pPr>
      <w:r w:rsidRPr="005731F7">
        <w:rPr>
          <w:b/>
          <w:bCs/>
          <w:lang w:val="ru-RU"/>
        </w:rPr>
        <w:t>Таблица 2.11 — Зоны действия источников тепловой энергии по территориям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69"/>
        <w:gridCol w:w="2125"/>
        <w:gridCol w:w="1513"/>
        <w:gridCol w:w="2528"/>
        <w:gridCol w:w="2630"/>
        <w:gridCol w:w="2928"/>
        <w:gridCol w:w="2928"/>
      </w:tblGrid>
      <w:tr w:rsidR="006C72FB" w:rsidRPr="004D1FEB" w14:paraId="46C194C5" w14:textId="77777777">
        <w:trPr>
          <w:cantSplit/>
          <w:tblHeader/>
        </w:trPr>
        <w:tc>
          <w:tcPr>
            <w:tcW w:w="0" w:type="auto"/>
            <w:shd w:val="clear" w:color="auto" w:fill="E2F0D9"/>
          </w:tcPr>
          <w:p w14:paraId="0B7B0B8B" w14:textId="77777777" w:rsidR="006C72FB" w:rsidRDefault="0084102B">
            <w:pPr>
              <w:jc w:val="center"/>
            </w:pPr>
            <w:r>
              <w:rPr>
                <w:b/>
              </w:rPr>
              <w:t>Зона</w:t>
            </w:r>
          </w:p>
        </w:tc>
        <w:tc>
          <w:tcPr>
            <w:tcW w:w="0" w:type="auto"/>
            <w:shd w:val="clear" w:color="auto" w:fill="E2F0D9"/>
          </w:tcPr>
          <w:p w14:paraId="0A769D74" w14:textId="77777777" w:rsidR="006C72FB" w:rsidRDefault="0084102B">
            <w:pPr>
              <w:jc w:val="center"/>
            </w:pPr>
            <w:r>
              <w:rPr>
                <w:b/>
              </w:rPr>
              <w:t>Источник</w:t>
            </w:r>
          </w:p>
        </w:tc>
        <w:tc>
          <w:tcPr>
            <w:tcW w:w="0" w:type="auto"/>
            <w:shd w:val="clear" w:color="auto" w:fill="E2F0D9"/>
          </w:tcPr>
          <w:p w14:paraId="03832956" w14:textId="77777777" w:rsidR="006C72FB" w:rsidRDefault="0084102B">
            <w:pPr>
              <w:jc w:val="center"/>
            </w:pPr>
            <w:r>
              <w:rPr>
                <w:b/>
              </w:rPr>
              <w:t>Территория</w:t>
            </w:r>
          </w:p>
        </w:tc>
        <w:tc>
          <w:tcPr>
            <w:tcW w:w="0" w:type="auto"/>
            <w:shd w:val="clear" w:color="auto" w:fill="E2F0D9"/>
          </w:tcPr>
          <w:p w14:paraId="59D57293" w14:textId="77777777" w:rsidR="006C72FB" w:rsidRDefault="0084102B">
            <w:pPr>
              <w:jc w:val="center"/>
            </w:pPr>
            <w:r>
              <w:rPr>
                <w:b/>
              </w:rPr>
              <w:t>Установленная мощность, Гкал/ч</w:t>
            </w:r>
          </w:p>
        </w:tc>
        <w:tc>
          <w:tcPr>
            <w:tcW w:w="0" w:type="auto"/>
            <w:shd w:val="clear" w:color="auto" w:fill="E2F0D9"/>
          </w:tcPr>
          <w:p w14:paraId="6C99634A" w14:textId="77777777" w:rsidR="006C72FB" w:rsidRDefault="0084102B">
            <w:pPr>
              <w:jc w:val="center"/>
            </w:pPr>
            <w:r>
              <w:rPr>
                <w:b/>
              </w:rPr>
              <w:t>Присоединённая нагрузка, Гкал/ч</w:t>
            </w:r>
          </w:p>
        </w:tc>
        <w:tc>
          <w:tcPr>
            <w:tcW w:w="0" w:type="auto"/>
            <w:shd w:val="clear" w:color="auto" w:fill="E2F0D9"/>
          </w:tcPr>
          <w:p w14:paraId="538311AE" w14:textId="77777777" w:rsidR="006C72FB" w:rsidRPr="00844B84" w:rsidRDefault="0084102B">
            <w:pPr>
              <w:jc w:val="center"/>
              <w:rPr>
                <w:lang w:val="ru-RU"/>
              </w:rPr>
            </w:pPr>
            <w:r w:rsidRPr="00844B84">
              <w:rPr>
                <w:b/>
                <w:lang w:val="ru-RU"/>
              </w:rPr>
              <w:t>Полная максимальная нагрузка 2026, Гкал/ч</w:t>
            </w:r>
          </w:p>
        </w:tc>
        <w:tc>
          <w:tcPr>
            <w:tcW w:w="0" w:type="auto"/>
            <w:shd w:val="clear" w:color="auto" w:fill="E2F0D9"/>
          </w:tcPr>
          <w:p w14:paraId="664A2D88" w14:textId="77777777" w:rsidR="006C72FB" w:rsidRPr="00844B84" w:rsidRDefault="0084102B">
            <w:pPr>
              <w:jc w:val="center"/>
              <w:rPr>
                <w:lang w:val="ru-RU"/>
              </w:rPr>
            </w:pPr>
            <w:r w:rsidRPr="00844B84">
              <w:rPr>
                <w:b/>
                <w:lang w:val="ru-RU"/>
              </w:rPr>
              <w:t>Полная максимальная нагрузка 2036, Гкал/ч</w:t>
            </w:r>
          </w:p>
        </w:tc>
      </w:tr>
      <w:tr w:rsidR="006C72FB" w14:paraId="184F70B5" w14:textId="77777777">
        <w:trPr>
          <w:cantSplit/>
        </w:trPr>
        <w:tc>
          <w:tcPr>
            <w:tcW w:w="0" w:type="auto"/>
            <w:shd w:val="clear" w:color="auto" w:fill="F2F2F2"/>
          </w:tcPr>
          <w:p w14:paraId="0B7525A8" w14:textId="77777777" w:rsidR="006C72FB" w:rsidRDefault="0084102B">
            <w:r>
              <w:t>Z-01</w:t>
            </w:r>
          </w:p>
        </w:tc>
        <w:tc>
          <w:tcPr>
            <w:tcW w:w="0" w:type="auto"/>
            <w:shd w:val="clear" w:color="auto" w:fill="FFFFFF"/>
          </w:tcPr>
          <w:p w14:paraId="28325A93" w14:textId="77777777" w:rsidR="006C72FB" w:rsidRDefault="0084102B">
            <w:r>
              <w:t>УПК № 1 «Таштагол»</w:t>
            </w:r>
          </w:p>
        </w:tc>
        <w:tc>
          <w:tcPr>
            <w:tcW w:w="0" w:type="auto"/>
            <w:shd w:val="clear" w:color="auto" w:fill="FFFFFF"/>
          </w:tcPr>
          <w:p w14:paraId="2EC98A40" w14:textId="77777777" w:rsidR="006C72FB" w:rsidRDefault="0084102B">
            <w:r>
              <w:t>г. Таштагол</w:t>
            </w:r>
          </w:p>
        </w:tc>
        <w:tc>
          <w:tcPr>
            <w:tcW w:w="0" w:type="auto"/>
            <w:shd w:val="clear" w:color="auto" w:fill="FFFFFF"/>
          </w:tcPr>
          <w:p w14:paraId="04C992B8" w14:textId="77777777" w:rsidR="006C72FB" w:rsidRDefault="0084102B">
            <w:r>
              <w:t>150,00</w:t>
            </w:r>
          </w:p>
        </w:tc>
        <w:tc>
          <w:tcPr>
            <w:tcW w:w="0" w:type="auto"/>
            <w:shd w:val="clear" w:color="auto" w:fill="FFFFFF"/>
          </w:tcPr>
          <w:p w14:paraId="440E4BAD" w14:textId="77777777" w:rsidR="006C72FB" w:rsidRDefault="0084102B">
            <w:r>
              <w:t>70,2235</w:t>
            </w:r>
          </w:p>
        </w:tc>
        <w:tc>
          <w:tcPr>
            <w:tcW w:w="0" w:type="auto"/>
            <w:shd w:val="clear" w:color="auto" w:fill="FFFFFF"/>
          </w:tcPr>
          <w:p w14:paraId="7379F37A" w14:textId="77777777" w:rsidR="006C72FB" w:rsidRDefault="0084102B">
            <w:r>
              <w:t>93,0532</w:t>
            </w:r>
          </w:p>
        </w:tc>
        <w:tc>
          <w:tcPr>
            <w:tcW w:w="0" w:type="auto"/>
            <w:shd w:val="clear" w:color="auto" w:fill="FFFFFF"/>
          </w:tcPr>
          <w:p w14:paraId="287E820A" w14:textId="77777777" w:rsidR="006C72FB" w:rsidRDefault="0084102B">
            <w:r>
              <w:t>93,2042</w:t>
            </w:r>
          </w:p>
        </w:tc>
      </w:tr>
      <w:tr w:rsidR="006C72FB" w14:paraId="7CC1ED1B" w14:textId="77777777">
        <w:trPr>
          <w:cantSplit/>
        </w:trPr>
        <w:tc>
          <w:tcPr>
            <w:tcW w:w="0" w:type="auto"/>
            <w:shd w:val="clear" w:color="auto" w:fill="F2F2F2"/>
          </w:tcPr>
          <w:p w14:paraId="3AA396A3" w14:textId="77777777" w:rsidR="006C72FB" w:rsidRDefault="0084102B">
            <w:r>
              <w:t>Z-07</w:t>
            </w:r>
          </w:p>
        </w:tc>
        <w:tc>
          <w:tcPr>
            <w:tcW w:w="0" w:type="auto"/>
            <w:shd w:val="clear" w:color="auto" w:fill="FFFFFF"/>
          </w:tcPr>
          <w:p w14:paraId="30D6BE9C" w14:textId="77777777" w:rsidR="006C72FB" w:rsidRDefault="0084102B">
            <w:r>
              <w:t>УПК № 2 «Шалым»</w:t>
            </w:r>
          </w:p>
        </w:tc>
        <w:tc>
          <w:tcPr>
            <w:tcW w:w="0" w:type="auto"/>
            <w:shd w:val="clear" w:color="auto" w:fill="FFFFFF"/>
          </w:tcPr>
          <w:p w14:paraId="395B46E1" w14:textId="77777777" w:rsidR="006C72FB" w:rsidRDefault="0084102B">
            <w:r>
              <w:t>г. Таштагол</w:t>
            </w:r>
          </w:p>
        </w:tc>
        <w:tc>
          <w:tcPr>
            <w:tcW w:w="0" w:type="auto"/>
            <w:shd w:val="clear" w:color="auto" w:fill="FFFFFF"/>
          </w:tcPr>
          <w:p w14:paraId="7DBB0844" w14:textId="77777777" w:rsidR="006C72FB" w:rsidRDefault="0084102B">
            <w:r>
              <w:t>17,00</w:t>
            </w:r>
          </w:p>
        </w:tc>
        <w:tc>
          <w:tcPr>
            <w:tcW w:w="0" w:type="auto"/>
            <w:shd w:val="clear" w:color="auto" w:fill="FFFFFF"/>
          </w:tcPr>
          <w:p w14:paraId="0B391370" w14:textId="77777777" w:rsidR="006C72FB" w:rsidRDefault="0084102B">
            <w:r>
              <w:t>3,6279</w:t>
            </w:r>
          </w:p>
        </w:tc>
        <w:tc>
          <w:tcPr>
            <w:tcW w:w="0" w:type="auto"/>
            <w:shd w:val="clear" w:color="auto" w:fill="FFFFFF"/>
          </w:tcPr>
          <w:p w14:paraId="27AB778C" w14:textId="77777777" w:rsidR="006C72FB" w:rsidRDefault="0084102B">
            <w:r>
              <w:t>5,8602</w:t>
            </w:r>
          </w:p>
        </w:tc>
        <w:tc>
          <w:tcPr>
            <w:tcW w:w="0" w:type="auto"/>
            <w:shd w:val="clear" w:color="auto" w:fill="FFFFFF"/>
          </w:tcPr>
          <w:p w14:paraId="7815F0C0" w14:textId="77777777" w:rsidR="006C72FB" w:rsidRDefault="0084102B">
            <w:r>
              <w:t>5,8602</w:t>
            </w:r>
          </w:p>
        </w:tc>
      </w:tr>
      <w:tr w:rsidR="006C72FB" w14:paraId="266C0FED" w14:textId="77777777">
        <w:trPr>
          <w:cantSplit/>
        </w:trPr>
        <w:tc>
          <w:tcPr>
            <w:tcW w:w="0" w:type="auto"/>
            <w:shd w:val="clear" w:color="auto" w:fill="F2F2F2"/>
          </w:tcPr>
          <w:p w14:paraId="36B232A6" w14:textId="77777777" w:rsidR="006C72FB" w:rsidRDefault="0084102B">
            <w:r>
              <w:t>Z-08</w:t>
            </w:r>
          </w:p>
        </w:tc>
        <w:tc>
          <w:tcPr>
            <w:tcW w:w="0" w:type="auto"/>
            <w:shd w:val="clear" w:color="auto" w:fill="FFFFFF"/>
          </w:tcPr>
          <w:p w14:paraId="6D4DDE4C" w14:textId="77777777" w:rsidR="006C72FB" w:rsidRDefault="0084102B">
            <w:r>
              <w:t>УПК № 2 «ЦМК»</w:t>
            </w:r>
          </w:p>
        </w:tc>
        <w:tc>
          <w:tcPr>
            <w:tcW w:w="0" w:type="auto"/>
            <w:shd w:val="clear" w:color="auto" w:fill="FFFFFF"/>
          </w:tcPr>
          <w:p w14:paraId="5F55FB33" w14:textId="77777777" w:rsidR="006C72FB" w:rsidRDefault="0084102B">
            <w:r>
              <w:t>г. Таштагол</w:t>
            </w:r>
          </w:p>
        </w:tc>
        <w:tc>
          <w:tcPr>
            <w:tcW w:w="0" w:type="auto"/>
            <w:shd w:val="clear" w:color="auto" w:fill="FFFFFF"/>
          </w:tcPr>
          <w:p w14:paraId="0092BB75" w14:textId="77777777" w:rsidR="006C72FB" w:rsidRDefault="0084102B">
            <w:r>
              <w:t>10,20</w:t>
            </w:r>
          </w:p>
        </w:tc>
        <w:tc>
          <w:tcPr>
            <w:tcW w:w="0" w:type="auto"/>
            <w:shd w:val="clear" w:color="auto" w:fill="FFFFFF"/>
          </w:tcPr>
          <w:p w14:paraId="182E2883" w14:textId="77777777" w:rsidR="006C72FB" w:rsidRDefault="0084102B">
            <w:r>
              <w:t>2,2233</w:t>
            </w:r>
          </w:p>
        </w:tc>
        <w:tc>
          <w:tcPr>
            <w:tcW w:w="0" w:type="auto"/>
            <w:shd w:val="clear" w:color="auto" w:fill="FFFFFF"/>
          </w:tcPr>
          <w:p w14:paraId="3DD4D520" w14:textId="77777777" w:rsidR="006C72FB" w:rsidRDefault="0084102B">
            <w:r>
              <w:t>3,7051</w:t>
            </w:r>
          </w:p>
        </w:tc>
        <w:tc>
          <w:tcPr>
            <w:tcW w:w="0" w:type="auto"/>
            <w:shd w:val="clear" w:color="auto" w:fill="FFFFFF"/>
          </w:tcPr>
          <w:p w14:paraId="2901000F" w14:textId="77777777" w:rsidR="006C72FB" w:rsidRDefault="0084102B">
            <w:r>
              <w:t>4,2361</w:t>
            </w:r>
          </w:p>
        </w:tc>
      </w:tr>
      <w:tr w:rsidR="006C72FB" w14:paraId="17043100" w14:textId="77777777">
        <w:trPr>
          <w:cantSplit/>
        </w:trPr>
        <w:tc>
          <w:tcPr>
            <w:tcW w:w="0" w:type="auto"/>
            <w:shd w:val="clear" w:color="auto" w:fill="F2F2F2"/>
          </w:tcPr>
          <w:p w14:paraId="1AABADB9" w14:textId="77777777" w:rsidR="006C72FB" w:rsidRDefault="0084102B">
            <w:r>
              <w:t>Z-10</w:t>
            </w:r>
          </w:p>
        </w:tc>
        <w:tc>
          <w:tcPr>
            <w:tcW w:w="0" w:type="auto"/>
            <w:shd w:val="clear" w:color="auto" w:fill="FFFFFF"/>
          </w:tcPr>
          <w:p w14:paraId="473455A4" w14:textId="77777777" w:rsidR="006C72FB" w:rsidRDefault="0084102B">
            <w:r>
              <w:t>УПК № 9 «ГРЭ»</w:t>
            </w:r>
          </w:p>
        </w:tc>
        <w:tc>
          <w:tcPr>
            <w:tcW w:w="0" w:type="auto"/>
            <w:shd w:val="clear" w:color="auto" w:fill="FFFFFF"/>
          </w:tcPr>
          <w:p w14:paraId="3DC660B3" w14:textId="77777777" w:rsidR="006C72FB" w:rsidRDefault="0084102B">
            <w:r>
              <w:t>г. Таштагол</w:t>
            </w:r>
          </w:p>
        </w:tc>
        <w:tc>
          <w:tcPr>
            <w:tcW w:w="0" w:type="auto"/>
            <w:shd w:val="clear" w:color="auto" w:fill="FFFFFF"/>
          </w:tcPr>
          <w:p w14:paraId="7E7890FC" w14:textId="77777777" w:rsidR="006C72FB" w:rsidRDefault="0084102B">
            <w:r>
              <w:t>4,50</w:t>
            </w:r>
          </w:p>
        </w:tc>
        <w:tc>
          <w:tcPr>
            <w:tcW w:w="0" w:type="auto"/>
            <w:shd w:val="clear" w:color="auto" w:fill="FFFFFF"/>
          </w:tcPr>
          <w:p w14:paraId="725F0B34" w14:textId="77777777" w:rsidR="006C72FB" w:rsidRDefault="0084102B">
            <w:r>
              <w:t>0,5624</w:t>
            </w:r>
          </w:p>
        </w:tc>
        <w:tc>
          <w:tcPr>
            <w:tcW w:w="0" w:type="auto"/>
            <w:shd w:val="clear" w:color="auto" w:fill="FFFFFF"/>
          </w:tcPr>
          <w:p w14:paraId="433DCD3D" w14:textId="77777777" w:rsidR="006C72FB" w:rsidRDefault="0084102B">
            <w:r>
              <w:t>1,3330</w:t>
            </w:r>
          </w:p>
        </w:tc>
        <w:tc>
          <w:tcPr>
            <w:tcW w:w="0" w:type="auto"/>
            <w:shd w:val="clear" w:color="auto" w:fill="FFFFFF"/>
          </w:tcPr>
          <w:p w14:paraId="34F78709" w14:textId="77777777" w:rsidR="006C72FB" w:rsidRDefault="0084102B">
            <w:r>
              <w:t>1,3330</w:t>
            </w:r>
          </w:p>
        </w:tc>
      </w:tr>
      <w:tr w:rsidR="006C72FB" w14:paraId="50585D6A" w14:textId="77777777">
        <w:trPr>
          <w:cantSplit/>
        </w:trPr>
        <w:tc>
          <w:tcPr>
            <w:tcW w:w="0" w:type="auto"/>
            <w:shd w:val="clear" w:color="auto" w:fill="F2F2F2"/>
          </w:tcPr>
          <w:p w14:paraId="16D8807B" w14:textId="77777777" w:rsidR="006C72FB" w:rsidRDefault="0084102B">
            <w:r>
              <w:t>Z-02</w:t>
            </w:r>
          </w:p>
        </w:tc>
        <w:tc>
          <w:tcPr>
            <w:tcW w:w="0" w:type="auto"/>
            <w:shd w:val="clear" w:color="auto" w:fill="FFFFFF"/>
          </w:tcPr>
          <w:p w14:paraId="0AC599FF" w14:textId="77777777" w:rsidR="006C72FB" w:rsidRDefault="0084102B">
            <w:r>
              <w:t>УПК № 5 «Новый Шерегеш»</w:t>
            </w:r>
          </w:p>
        </w:tc>
        <w:tc>
          <w:tcPr>
            <w:tcW w:w="0" w:type="auto"/>
            <w:shd w:val="clear" w:color="auto" w:fill="FFFFFF"/>
          </w:tcPr>
          <w:p w14:paraId="59B17EA9" w14:textId="77777777" w:rsidR="006C72FB" w:rsidRDefault="0084102B">
            <w:r>
              <w:t>пгт Шерегеш</w:t>
            </w:r>
          </w:p>
        </w:tc>
        <w:tc>
          <w:tcPr>
            <w:tcW w:w="0" w:type="auto"/>
            <w:shd w:val="clear" w:color="auto" w:fill="FFFFFF"/>
          </w:tcPr>
          <w:p w14:paraId="09550DFD" w14:textId="77777777" w:rsidR="006C72FB" w:rsidRDefault="0084102B">
            <w:r>
              <w:t>114,00</w:t>
            </w:r>
          </w:p>
        </w:tc>
        <w:tc>
          <w:tcPr>
            <w:tcW w:w="0" w:type="auto"/>
            <w:shd w:val="clear" w:color="auto" w:fill="FFFFFF"/>
          </w:tcPr>
          <w:p w14:paraId="1F06484D" w14:textId="77777777" w:rsidR="006C72FB" w:rsidRDefault="0084102B">
            <w:r>
              <w:t>42,6992</w:t>
            </w:r>
          </w:p>
        </w:tc>
        <w:tc>
          <w:tcPr>
            <w:tcW w:w="0" w:type="auto"/>
            <w:shd w:val="clear" w:color="auto" w:fill="FFFFFF"/>
          </w:tcPr>
          <w:p w14:paraId="4F107DF3" w14:textId="77777777" w:rsidR="006C72FB" w:rsidRDefault="0084102B">
            <w:r>
              <w:t>68,6123</w:t>
            </w:r>
          </w:p>
        </w:tc>
        <w:tc>
          <w:tcPr>
            <w:tcW w:w="0" w:type="auto"/>
            <w:shd w:val="clear" w:color="auto" w:fill="FFFFFF"/>
          </w:tcPr>
          <w:p w14:paraId="46BCB429" w14:textId="77777777" w:rsidR="006C72FB" w:rsidRDefault="0084102B">
            <w:r>
              <w:t>114,4463</w:t>
            </w:r>
          </w:p>
        </w:tc>
      </w:tr>
      <w:tr w:rsidR="006C72FB" w14:paraId="652B7840" w14:textId="77777777">
        <w:trPr>
          <w:cantSplit/>
        </w:trPr>
        <w:tc>
          <w:tcPr>
            <w:tcW w:w="0" w:type="auto"/>
            <w:shd w:val="clear" w:color="auto" w:fill="F2F2F2"/>
          </w:tcPr>
          <w:p w14:paraId="69048126" w14:textId="77777777" w:rsidR="006C72FB" w:rsidRDefault="0084102B">
            <w:r>
              <w:t>Z-06</w:t>
            </w:r>
          </w:p>
        </w:tc>
        <w:tc>
          <w:tcPr>
            <w:tcW w:w="0" w:type="auto"/>
            <w:shd w:val="clear" w:color="auto" w:fill="FFFFFF"/>
          </w:tcPr>
          <w:p w14:paraId="6CDB803E" w14:textId="77777777" w:rsidR="006C72FB" w:rsidRDefault="0084102B">
            <w:r>
              <w:t>УПК № 6 «Старый Шерегеш»</w:t>
            </w:r>
          </w:p>
        </w:tc>
        <w:tc>
          <w:tcPr>
            <w:tcW w:w="0" w:type="auto"/>
            <w:shd w:val="clear" w:color="auto" w:fill="FFFFFF"/>
          </w:tcPr>
          <w:p w14:paraId="3BD3CAE0" w14:textId="77777777" w:rsidR="006C72FB" w:rsidRDefault="0084102B">
            <w:r>
              <w:t>пгт Шерегеш</w:t>
            </w:r>
          </w:p>
        </w:tc>
        <w:tc>
          <w:tcPr>
            <w:tcW w:w="0" w:type="auto"/>
            <w:shd w:val="clear" w:color="auto" w:fill="FFFFFF"/>
          </w:tcPr>
          <w:p w14:paraId="471AD30F" w14:textId="77777777" w:rsidR="006C72FB" w:rsidRDefault="0084102B">
            <w:r>
              <w:t>24,00</w:t>
            </w:r>
          </w:p>
        </w:tc>
        <w:tc>
          <w:tcPr>
            <w:tcW w:w="0" w:type="auto"/>
            <w:shd w:val="clear" w:color="auto" w:fill="FFFFFF"/>
          </w:tcPr>
          <w:p w14:paraId="6B1FBE90" w14:textId="77777777" w:rsidR="006C72FB" w:rsidRDefault="0084102B">
            <w:r>
              <w:t>2,7972</w:t>
            </w:r>
          </w:p>
        </w:tc>
        <w:tc>
          <w:tcPr>
            <w:tcW w:w="0" w:type="auto"/>
            <w:shd w:val="clear" w:color="auto" w:fill="FFFFFF"/>
          </w:tcPr>
          <w:p w14:paraId="3BDE8B88" w14:textId="77777777" w:rsidR="006C72FB" w:rsidRDefault="0084102B">
            <w:r>
              <w:t>4,6696</w:t>
            </w:r>
          </w:p>
        </w:tc>
        <w:tc>
          <w:tcPr>
            <w:tcW w:w="0" w:type="auto"/>
            <w:shd w:val="clear" w:color="auto" w:fill="FFFFFF"/>
          </w:tcPr>
          <w:p w14:paraId="639BA590" w14:textId="77777777" w:rsidR="006C72FB" w:rsidRDefault="0084102B">
            <w:r>
              <w:t>4,8196</w:t>
            </w:r>
          </w:p>
        </w:tc>
      </w:tr>
      <w:tr w:rsidR="006C72FB" w14:paraId="4400A41D" w14:textId="77777777">
        <w:trPr>
          <w:cantSplit/>
        </w:trPr>
        <w:tc>
          <w:tcPr>
            <w:tcW w:w="0" w:type="auto"/>
            <w:shd w:val="clear" w:color="auto" w:fill="F2F2F2"/>
          </w:tcPr>
          <w:p w14:paraId="4FB12184" w14:textId="77777777" w:rsidR="006C72FB" w:rsidRDefault="0084102B">
            <w:r>
              <w:t>Z-03</w:t>
            </w:r>
          </w:p>
        </w:tc>
        <w:tc>
          <w:tcPr>
            <w:tcW w:w="0" w:type="auto"/>
            <w:shd w:val="clear" w:color="auto" w:fill="FFFFFF"/>
          </w:tcPr>
          <w:p w14:paraId="595F9EDE" w14:textId="77777777" w:rsidR="006C72FB" w:rsidRDefault="0084102B">
            <w:r>
              <w:t>УПК № 7 «Каз»</w:t>
            </w:r>
          </w:p>
        </w:tc>
        <w:tc>
          <w:tcPr>
            <w:tcW w:w="0" w:type="auto"/>
            <w:shd w:val="clear" w:color="auto" w:fill="FFFFFF"/>
          </w:tcPr>
          <w:p w14:paraId="445E834A" w14:textId="77777777" w:rsidR="006C72FB" w:rsidRDefault="0084102B">
            <w:r>
              <w:t>пгт Каз</w:t>
            </w:r>
          </w:p>
        </w:tc>
        <w:tc>
          <w:tcPr>
            <w:tcW w:w="0" w:type="auto"/>
            <w:shd w:val="clear" w:color="auto" w:fill="FFFFFF"/>
          </w:tcPr>
          <w:p w14:paraId="78DF8326" w14:textId="77777777" w:rsidR="006C72FB" w:rsidRDefault="0084102B">
            <w:r>
              <w:t>72,00</w:t>
            </w:r>
          </w:p>
        </w:tc>
        <w:tc>
          <w:tcPr>
            <w:tcW w:w="0" w:type="auto"/>
            <w:shd w:val="clear" w:color="auto" w:fill="FFFFFF"/>
          </w:tcPr>
          <w:p w14:paraId="31B73DC5" w14:textId="77777777" w:rsidR="006C72FB" w:rsidRDefault="0084102B">
            <w:r>
              <w:t>9,2933</w:t>
            </w:r>
          </w:p>
        </w:tc>
        <w:tc>
          <w:tcPr>
            <w:tcW w:w="0" w:type="auto"/>
            <w:shd w:val="clear" w:color="auto" w:fill="FFFFFF"/>
          </w:tcPr>
          <w:p w14:paraId="5DC976DF" w14:textId="77777777" w:rsidR="006C72FB" w:rsidRDefault="0084102B">
            <w:r>
              <w:t>19,4397</w:t>
            </w:r>
          </w:p>
        </w:tc>
        <w:tc>
          <w:tcPr>
            <w:tcW w:w="0" w:type="auto"/>
            <w:shd w:val="clear" w:color="auto" w:fill="FFFFFF"/>
          </w:tcPr>
          <w:p w14:paraId="14E22DB8" w14:textId="77777777" w:rsidR="006C72FB" w:rsidRDefault="0084102B">
            <w:r>
              <w:t>19,5027</w:t>
            </w:r>
          </w:p>
        </w:tc>
      </w:tr>
      <w:tr w:rsidR="006C72FB" w14:paraId="219A79EE" w14:textId="77777777">
        <w:trPr>
          <w:cantSplit/>
        </w:trPr>
        <w:tc>
          <w:tcPr>
            <w:tcW w:w="0" w:type="auto"/>
            <w:shd w:val="clear" w:color="auto" w:fill="F2F2F2"/>
          </w:tcPr>
          <w:p w14:paraId="67A4D62F" w14:textId="77777777" w:rsidR="006C72FB" w:rsidRDefault="0084102B">
            <w:r>
              <w:t>Z-04</w:t>
            </w:r>
          </w:p>
        </w:tc>
        <w:tc>
          <w:tcPr>
            <w:tcW w:w="0" w:type="auto"/>
            <w:shd w:val="clear" w:color="auto" w:fill="FFFFFF"/>
          </w:tcPr>
          <w:p w14:paraId="39B9A743" w14:textId="77777777" w:rsidR="006C72FB" w:rsidRDefault="0084102B">
            <w:r>
              <w:t>УПК № 8 «Мундыбаш»</w:t>
            </w:r>
          </w:p>
        </w:tc>
        <w:tc>
          <w:tcPr>
            <w:tcW w:w="0" w:type="auto"/>
            <w:shd w:val="clear" w:color="auto" w:fill="FFFFFF"/>
          </w:tcPr>
          <w:p w14:paraId="2252752E" w14:textId="77777777" w:rsidR="006C72FB" w:rsidRDefault="0084102B">
            <w:r>
              <w:t>пгт Мундыбаш</w:t>
            </w:r>
          </w:p>
        </w:tc>
        <w:tc>
          <w:tcPr>
            <w:tcW w:w="0" w:type="auto"/>
            <w:shd w:val="clear" w:color="auto" w:fill="FFFFFF"/>
          </w:tcPr>
          <w:p w14:paraId="50663642" w14:textId="77777777" w:rsidR="006C72FB" w:rsidRDefault="0084102B">
            <w:r>
              <w:t>36,00</w:t>
            </w:r>
          </w:p>
        </w:tc>
        <w:tc>
          <w:tcPr>
            <w:tcW w:w="0" w:type="auto"/>
            <w:shd w:val="clear" w:color="auto" w:fill="FFFFFF"/>
          </w:tcPr>
          <w:p w14:paraId="7C3C65ED" w14:textId="77777777" w:rsidR="006C72FB" w:rsidRDefault="0084102B">
            <w:r>
              <w:t>8,5759</w:t>
            </w:r>
          </w:p>
        </w:tc>
        <w:tc>
          <w:tcPr>
            <w:tcW w:w="0" w:type="auto"/>
            <w:shd w:val="clear" w:color="auto" w:fill="FFFFFF"/>
          </w:tcPr>
          <w:p w14:paraId="341F4124" w14:textId="77777777" w:rsidR="006C72FB" w:rsidRDefault="0084102B">
            <w:r>
              <w:t>20,2475</w:t>
            </w:r>
          </w:p>
        </w:tc>
        <w:tc>
          <w:tcPr>
            <w:tcW w:w="0" w:type="auto"/>
            <w:shd w:val="clear" w:color="auto" w:fill="FFFFFF"/>
          </w:tcPr>
          <w:p w14:paraId="2E12C84A" w14:textId="77777777" w:rsidR="006C72FB" w:rsidRDefault="0084102B">
            <w:r>
              <w:t>20,2475</w:t>
            </w:r>
          </w:p>
        </w:tc>
      </w:tr>
      <w:tr w:rsidR="006C72FB" w14:paraId="634CF9DD" w14:textId="77777777">
        <w:trPr>
          <w:cantSplit/>
        </w:trPr>
        <w:tc>
          <w:tcPr>
            <w:tcW w:w="0" w:type="auto"/>
            <w:shd w:val="clear" w:color="auto" w:fill="F2F2F2"/>
          </w:tcPr>
          <w:p w14:paraId="3E445808" w14:textId="77777777" w:rsidR="006C72FB" w:rsidRDefault="0084102B">
            <w:r>
              <w:t>Z-05</w:t>
            </w:r>
          </w:p>
        </w:tc>
        <w:tc>
          <w:tcPr>
            <w:tcW w:w="0" w:type="auto"/>
            <w:shd w:val="clear" w:color="auto" w:fill="FFFFFF"/>
          </w:tcPr>
          <w:p w14:paraId="5EF20A10" w14:textId="77777777" w:rsidR="006C72FB" w:rsidRDefault="0084102B">
            <w:r>
              <w:t>УПК № 10 «Темир-Тау»</w:t>
            </w:r>
          </w:p>
        </w:tc>
        <w:tc>
          <w:tcPr>
            <w:tcW w:w="0" w:type="auto"/>
            <w:shd w:val="clear" w:color="auto" w:fill="FFFFFF"/>
          </w:tcPr>
          <w:p w14:paraId="0678FBE1" w14:textId="77777777" w:rsidR="006C72FB" w:rsidRDefault="0084102B">
            <w:r>
              <w:t>пгт Темиртау</w:t>
            </w:r>
          </w:p>
        </w:tc>
        <w:tc>
          <w:tcPr>
            <w:tcW w:w="0" w:type="auto"/>
            <w:shd w:val="clear" w:color="auto" w:fill="FFFFFF"/>
          </w:tcPr>
          <w:p w14:paraId="6A63A813" w14:textId="77777777" w:rsidR="006C72FB" w:rsidRDefault="0084102B">
            <w:r>
              <w:t>33,60</w:t>
            </w:r>
          </w:p>
        </w:tc>
        <w:tc>
          <w:tcPr>
            <w:tcW w:w="0" w:type="auto"/>
            <w:shd w:val="clear" w:color="auto" w:fill="FFFFFF"/>
          </w:tcPr>
          <w:p w14:paraId="0C33C9BB" w14:textId="77777777" w:rsidR="006C72FB" w:rsidRDefault="0084102B">
            <w:r>
              <w:t>6,5755</w:t>
            </w:r>
          </w:p>
        </w:tc>
        <w:tc>
          <w:tcPr>
            <w:tcW w:w="0" w:type="auto"/>
            <w:shd w:val="clear" w:color="auto" w:fill="FFFFFF"/>
          </w:tcPr>
          <w:p w14:paraId="39CEC2D5" w14:textId="77777777" w:rsidR="006C72FB" w:rsidRDefault="0084102B">
            <w:r>
              <w:t>8,6985</w:t>
            </w:r>
          </w:p>
        </w:tc>
        <w:tc>
          <w:tcPr>
            <w:tcW w:w="0" w:type="auto"/>
            <w:shd w:val="clear" w:color="auto" w:fill="FFFFFF"/>
          </w:tcPr>
          <w:p w14:paraId="4C152C30" w14:textId="77777777" w:rsidR="006C72FB" w:rsidRDefault="0084102B">
            <w:r>
              <w:t>8,6985</w:t>
            </w:r>
          </w:p>
        </w:tc>
      </w:tr>
      <w:tr w:rsidR="006C72FB" w14:paraId="775A9243" w14:textId="77777777">
        <w:trPr>
          <w:cantSplit/>
        </w:trPr>
        <w:tc>
          <w:tcPr>
            <w:tcW w:w="0" w:type="auto"/>
            <w:shd w:val="clear" w:color="auto" w:fill="F2F2F2"/>
          </w:tcPr>
          <w:p w14:paraId="1B1A779E" w14:textId="77777777" w:rsidR="006C72FB" w:rsidRDefault="0084102B">
            <w:r>
              <w:t>Z-09</w:t>
            </w:r>
          </w:p>
        </w:tc>
        <w:tc>
          <w:tcPr>
            <w:tcW w:w="0" w:type="auto"/>
            <w:shd w:val="clear" w:color="auto" w:fill="FFFFFF"/>
          </w:tcPr>
          <w:p w14:paraId="616BA431" w14:textId="77777777" w:rsidR="006C72FB" w:rsidRDefault="0084102B">
            <w:r>
              <w:t>УПК № 3 «Спасск»</w:t>
            </w:r>
          </w:p>
        </w:tc>
        <w:tc>
          <w:tcPr>
            <w:tcW w:w="0" w:type="auto"/>
            <w:shd w:val="clear" w:color="auto" w:fill="FFFFFF"/>
          </w:tcPr>
          <w:p w14:paraId="7986C3B0" w14:textId="77777777" w:rsidR="006C72FB" w:rsidRDefault="0084102B">
            <w:r>
              <w:t>пгт Спасск</w:t>
            </w:r>
          </w:p>
        </w:tc>
        <w:tc>
          <w:tcPr>
            <w:tcW w:w="0" w:type="auto"/>
            <w:shd w:val="clear" w:color="auto" w:fill="FFFFFF"/>
          </w:tcPr>
          <w:p w14:paraId="420E399D" w14:textId="77777777" w:rsidR="006C72FB" w:rsidRDefault="0084102B">
            <w:r>
              <w:t>5,37</w:t>
            </w:r>
          </w:p>
        </w:tc>
        <w:tc>
          <w:tcPr>
            <w:tcW w:w="0" w:type="auto"/>
            <w:shd w:val="clear" w:color="auto" w:fill="FFFFFF"/>
          </w:tcPr>
          <w:p w14:paraId="36C50D7C" w14:textId="77777777" w:rsidR="006C72FB" w:rsidRDefault="0084102B">
            <w:r>
              <w:t>1,1314</w:t>
            </w:r>
          </w:p>
        </w:tc>
        <w:tc>
          <w:tcPr>
            <w:tcW w:w="0" w:type="auto"/>
            <w:shd w:val="clear" w:color="auto" w:fill="FFFFFF"/>
          </w:tcPr>
          <w:p w14:paraId="40A31288" w14:textId="77777777" w:rsidR="006C72FB" w:rsidRDefault="0084102B">
            <w:r>
              <w:t>1,8761</w:t>
            </w:r>
          </w:p>
        </w:tc>
        <w:tc>
          <w:tcPr>
            <w:tcW w:w="0" w:type="auto"/>
            <w:shd w:val="clear" w:color="auto" w:fill="FFFFFF"/>
          </w:tcPr>
          <w:p w14:paraId="4B0AC5FF" w14:textId="77777777" w:rsidR="006C72FB" w:rsidRDefault="0084102B">
            <w:r>
              <w:t>1,8831</w:t>
            </w:r>
          </w:p>
        </w:tc>
      </w:tr>
      <w:tr w:rsidR="006C72FB" w14:paraId="091DC95A" w14:textId="77777777">
        <w:trPr>
          <w:cantSplit/>
        </w:trPr>
        <w:tc>
          <w:tcPr>
            <w:tcW w:w="0" w:type="auto"/>
            <w:shd w:val="clear" w:color="auto" w:fill="DBE5F1"/>
          </w:tcPr>
          <w:p w14:paraId="68AA113E" w14:textId="77777777" w:rsidR="006C72FB" w:rsidRDefault="0084102B">
            <w:r>
              <w:rPr>
                <w:b/>
              </w:rPr>
              <w:t>Итого</w:t>
            </w:r>
          </w:p>
        </w:tc>
        <w:tc>
          <w:tcPr>
            <w:tcW w:w="0" w:type="auto"/>
            <w:shd w:val="clear" w:color="auto" w:fill="DBE5F1"/>
          </w:tcPr>
          <w:p w14:paraId="5F646FEE" w14:textId="77777777" w:rsidR="006C72FB" w:rsidRDefault="0084102B">
            <w:r>
              <w:rPr>
                <w:b/>
              </w:rPr>
              <w:t>10 источников</w:t>
            </w:r>
          </w:p>
        </w:tc>
        <w:tc>
          <w:tcPr>
            <w:tcW w:w="0" w:type="auto"/>
            <w:shd w:val="clear" w:color="auto" w:fill="DBE5F1"/>
          </w:tcPr>
          <w:p w14:paraId="2B26F9B2" w14:textId="77777777" w:rsidR="006C72FB" w:rsidRDefault="0084102B">
            <w:r>
              <w:rPr>
                <w:b/>
              </w:rPr>
              <w:t>6 территорий</w:t>
            </w:r>
          </w:p>
        </w:tc>
        <w:tc>
          <w:tcPr>
            <w:tcW w:w="0" w:type="auto"/>
            <w:shd w:val="clear" w:color="auto" w:fill="DBE5F1"/>
          </w:tcPr>
          <w:p w14:paraId="1145DB49" w14:textId="77777777" w:rsidR="006C72FB" w:rsidRDefault="0084102B">
            <w:r>
              <w:rPr>
                <w:b/>
              </w:rPr>
              <w:t>466,67</w:t>
            </w:r>
          </w:p>
        </w:tc>
        <w:tc>
          <w:tcPr>
            <w:tcW w:w="0" w:type="auto"/>
            <w:shd w:val="clear" w:color="auto" w:fill="DBE5F1"/>
          </w:tcPr>
          <w:p w14:paraId="3FFA4D25" w14:textId="77777777" w:rsidR="006C72FB" w:rsidRDefault="0084102B">
            <w:r>
              <w:rPr>
                <w:b/>
              </w:rPr>
              <w:t>147,7096</w:t>
            </w:r>
          </w:p>
        </w:tc>
        <w:tc>
          <w:tcPr>
            <w:tcW w:w="0" w:type="auto"/>
            <w:shd w:val="clear" w:color="auto" w:fill="DBE5F1"/>
          </w:tcPr>
          <w:p w14:paraId="006E652E" w14:textId="77777777" w:rsidR="006C72FB" w:rsidRDefault="0084102B">
            <w:r>
              <w:rPr>
                <w:b/>
              </w:rPr>
              <w:t>227,4952</w:t>
            </w:r>
          </w:p>
        </w:tc>
        <w:tc>
          <w:tcPr>
            <w:tcW w:w="0" w:type="auto"/>
            <w:shd w:val="clear" w:color="auto" w:fill="DBE5F1"/>
          </w:tcPr>
          <w:p w14:paraId="262C35EF" w14:textId="77777777" w:rsidR="006C72FB" w:rsidRDefault="0084102B">
            <w:r>
              <w:rPr>
                <w:b/>
              </w:rPr>
              <w:t>274,2312</w:t>
            </w:r>
          </w:p>
        </w:tc>
      </w:tr>
    </w:tbl>
    <w:p w14:paraId="56C23129" w14:textId="77777777" w:rsidR="00D2184C" w:rsidRDefault="00D2184C">
      <w:pPr>
        <w:sectPr w:rsidR="00D2184C" w:rsidSect="00034616">
          <w:footerReference w:type="default" r:id="rId13"/>
          <w:pgSz w:w="16838" w:h="11906" w:orient="landscape"/>
          <w:pgMar w:top="850" w:right="567" w:bottom="850" w:left="85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14:paraId="72E4E193" w14:textId="77777777" w:rsidR="00AD64D8" w:rsidRPr="00844B84" w:rsidRDefault="004F5CC8">
      <w:pPr>
        <w:spacing w:after="80"/>
        <w:jc w:val="both"/>
        <w:rPr>
          <w:lang w:val="ru-RU"/>
        </w:rPr>
      </w:pPr>
      <w:r w:rsidRPr="00844B84">
        <w:rPr>
          <w:lang w:val="ru-RU"/>
        </w:rPr>
        <w:t>Балансы тепловой мощности утверждаются по каждому источнику тепловой энергии в границах его системы теплоснабжения. Расчётное обоснование приведено в обосновывающих материалах; настоящий раздел содержит утверждаемые величины.</w:t>
      </w:r>
    </w:p>
    <w:p w14:paraId="51AEA74F" w14:textId="77777777" w:rsidR="00AD64D8" w:rsidRPr="005731F7" w:rsidRDefault="004F5CC8">
      <w:pPr>
        <w:pStyle w:val="21"/>
        <w:rPr>
          <w:lang w:val="ru-RU"/>
        </w:rPr>
      </w:pPr>
      <w:bookmarkStart w:id="26" w:name="_Toc238017225"/>
      <w:r w:rsidRPr="005731F7">
        <w:rPr>
          <w:lang w:val="ru-RU"/>
        </w:rPr>
        <w:t>2.12. Утверждаемые балансы по источникам</w:t>
      </w:r>
      <w:bookmarkEnd w:id="26"/>
    </w:p>
    <w:p w14:paraId="3455528C" w14:textId="77777777" w:rsidR="00AD64D8" w:rsidRPr="00844B84" w:rsidRDefault="004F5CC8">
      <w:pPr>
        <w:keepNext/>
        <w:spacing w:before="160"/>
        <w:rPr>
          <w:lang w:val="ru-RU"/>
        </w:rPr>
      </w:pPr>
      <w:r w:rsidRPr="00844B84">
        <w:rPr>
          <w:b/>
          <w:lang w:val="ru-RU"/>
        </w:rPr>
        <w:t>Таблица 2.12 — Располагаемая мощность и полная максимальная нагрузка, Гкал/ч</w:t>
      </w: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11"/>
        <w:gridCol w:w="1981"/>
        <w:gridCol w:w="2209"/>
        <w:gridCol w:w="2357"/>
        <w:gridCol w:w="1086"/>
        <w:gridCol w:w="1235"/>
      </w:tblGrid>
      <w:tr w:rsidR="00AD64D8" w14:paraId="2BD736F5" w14:textId="77777777">
        <w:trPr>
          <w:cantSplit/>
          <w:tblHeader/>
          <w:jc w:val="center"/>
        </w:trPr>
        <w:tc>
          <w:tcPr>
            <w:tcW w:w="0" w:type="auto"/>
            <w:shd w:val="clear" w:color="auto" w:fill="E2F0D9"/>
          </w:tcPr>
          <w:p w14:paraId="484C9E53" w14:textId="77777777" w:rsidR="00AD64D8" w:rsidRDefault="004F5CC8">
            <w:pPr>
              <w:jc w:val="center"/>
            </w:pPr>
            <w:r>
              <w:rPr>
                <w:b/>
              </w:rPr>
              <w:t>Источник</w:t>
            </w:r>
          </w:p>
        </w:tc>
        <w:tc>
          <w:tcPr>
            <w:tcW w:w="0" w:type="auto"/>
            <w:shd w:val="clear" w:color="auto" w:fill="E2F0D9"/>
          </w:tcPr>
          <w:p w14:paraId="3E62AB59" w14:textId="77777777" w:rsidR="00AD64D8" w:rsidRDefault="004F5CC8">
            <w:pPr>
              <w:jc w:val="center"/>
            </w:pPr>
            <w:r>
              <w:rPr>
                <w:b/>
              </w:rPr>
              <w:t>Располагаемая мощность</w:t>
            </w:r>
          </w:p>
        </w:tc>
        <w:tc>
          <w:tcPr>
            <w:tcW w:w="0" w:type="auto"/>
            <w:shd w:val="clear" w:color="auto" w:fill="E2F0D9"/>
          </w:tcPr>
          <w:p w14:paraId="6A543CF6" w14:textId="77777777" w:rsidR="00AD64D8" w:rsidRDefault="004F5CC8">
            <w:pPr>
              <w:jc w:val="center"/>
            </w:pPr>
            <w:r>
              <w:rPr>
                <w:b/>
              </w:rPr>
              <w:t>Полная максимальная нагрузка 2026</w:t>
            </w:r>
          </w:p>
        </w:tc>
        <w:tc>
          <w:tcPr>
            <w:tcW w:w="0" w:type="auto"/>
            <w:shd w:val="clear" w:color="auto" w:fill="E2F0D9"/>
          </w:tcPr>
          <w:p w14:paraId="3CB39C15" w14:textId="77777777" w:rsidR="00AD64D8" w:rsidRDefault="004F5CC8">
            <w:pPr>
              <w:jc w:val="center"/>
            </w:pPr>
            <w:r>
              <w:rPr>
                <w:b/>
              </w:rPr>
              <w:t>Полная максимальная нагрузка 2031 и 2036</w:t>
            </w:r>
          </w:p>
        </w:tc>
        <w:tc>
          <w:tcPr>
            <w:tcW w:w="0" w:type="auto"/>
            <w:shd w:val="clear" w:color="auto" w:fill="E2F0D9"/>
          </w:tcPr>
          <w:p w14:paraId="5177AEFD" w14:textId="77777777" w:rsidR="00AD64D8" w:rsidRDefault="004F5CC8">
            <w:pPr>
              <w:jc w:val="center"/>
            </w:pPr>
            <w:r>
              <w:rPr>
                <w:b/>
              </w:rPr>
              <w:t>Резерв 2026</w:t>
            </w:r>
          </w:p>
        </w:tc>
        <w:tc>
          <w:tcPr>
            <w:tcW w:w="0" w:type="auto"/>
            <w:shd w:val="clear" w:color="auto" w:fill="E2F0D9"/>
          </w:tcPr>
          <w:p w14:paraId="7781062F" w14:textId="77777777" w:rsidR="00AD64D8" w:rsidRDefault="004F5CC8">
            <w:pPr>
              <w:jc w:val="center"/>
            </w:pPr>
            <w:r>
              <w:rPr>
                <w:b/>
              </w:rPr>
              <w:t>Резерв 2031 и 2036</w:t>
            </w:r>
          </w:p>
        </w:tc>
      </w:tr>
      <w:tr w:rsidR="00AD64D8" w14:paraId="47B34172" w14:textId="77777777">
        <w:trPr>
          <w:cantSplit/>
          <w:jc w:val="center"/>
        </w:trPr>
        <w:tc>
          <w:tcPr>
            <w:tcW w:w="0" w:type="auto"/>
          </w:tcPr>
          <w:p w14:paraId="7A640E78" w14:textId="77777777" w:rsidR="00AD64D8" w:rsidRDefault="004F5CC8">
            <w:r>
              <w:t>УПК № 1 Таштагол</w:t>
            </w:r>
          </w:p>
        </w:tc>
        <w:tc>
          <w:tcPr>
            <w:tcW w:w="0" w:type="auto"/>
          </w:tcPr>
          <w:p w14:paraId="6B8C1E02" w14:textId="77777777" w:rsidR="00AD64D8" w:rsidRDefault="004F5CC8">
            <w:pPr>
              <w:jc w:val="center"/>
            </w:pPr>
            <w:r>
              <w:t>150,00</w:t>
            </w:r>
          </w:p>
        </w:tc>
        <w:tc>
          <w:tcPr>
            <w:tcW w:w="0" w:type="auto"/>
          </w:tcPr>
          <w:p w14:paraId="79681BD9" w14:textId="77777777" w:rsidR="00AD64D8" w:rsidRDefault="004F5CC8">
            <w:pPr>
              <w:jc w:val="center"/>
            </w:pPr>
            <w:r>
              <w:t>93,0532</w:t>
            </w:r>
          </w:p>
        </w:tc>
        <w:tc>
          <w:tcPr>
            <w:tcW w:w="0" w:type="auto"/>
          </w:tcPr>
          <w:p w14:paraId="2A014E0B" w14:textId="77777777" w:rsidR="00AD64D8" w:rsidRDefault="004F5CC8">
            <w:pPr>
              <w:jc w:val="center"/>
            </w:pPr>
            <w:r>
              <w:t>93,2042</w:t>
            </w:r>
          </w:p>
        </w:tc>
        <w:tc>
          <w:tcPr>
            <w:tcW w:w="0" w:type="auto"/>
          </w:tcPr>
          <w:p w14:paraId="0F1BB95E" w14:textId="77777777" w:rsidR="00AD64D8" w:rsidRDefault="004F5CC8">
            <w:pPr>
              <w:jc w:val="center"/>
            </w:pPr>
            <w:r>
              <w:t>56,9468</w:t>
            </w:r>
          </w:p>
        </w:tc>
        <w:tc>
          <w:tcPr>
            <w:tcW w:w="0" w:type="auto"/>
          </w:tcPr>
          <w:p w14:paraId="35A2F58F" w14:textId="77777777" w:rsidR="00AD64D8" w:rsidRDefault="004F5CC8">
            <w:pPr>
              <w:jc w:val="center"/>
            </w:pPr>
            <w:r>
              <w:t>56,7958</w:t>
            </w:r>
          </w:p>
        </w:tc>
      </w:tr>
      <w:tr w:rsidR="00AD64D8" w14:paraId="13D485C7" w14:textId="77777777">
        <w:trPr>
          <w:cantSplit/>
          <w:jc w:val="center"/>
        </w:trPr>
        <w:tc>
          <w:tcPr>
            <w:tcW w:w="0" w:type="auto"/>
          </w:tcPr>
          <w:p w14:paraId="42E28BBB" w14:textId="77777777" w:rsidR="00AD64D8" w:rsidRDefault="004F5CC8">
            <w:r>
              <w:t>УПК № 2 Шалым</w:t>
            </w:r>
          </w:p>
        </w:tc>
        <w:tc>
          <w:tcPr>
            <w:tcW w:w="0" w:type="auto"/>
          </w:tcPr>
          <w:p w14:paraId="08174C32" w14:textId="77777777" w:rsidR="00AD64D8" w:rsidRDefault="004F5CC8">
            <w:pPr>
              <w:jc w:val="center"/>
            </w:pPr>
            <w:r>
              <w:t>17,00</w:t>
            </w:r>
          </w:p>
        </w:tc>
        <w:tc>
          <w:tcPr>
            <w:tcW w:w="0" w:type="auto"/>
          </w:tcPr>
          <w:p w14:paraId="00D2C3AE" w14:textId="77777777" w:rsidR="00AD64D8" w:rsidRDefault="004F5CC8">
            <w:pPr>
              <w:jc w:val="center"/>
            </w:pPr>
            <w:r>
              <w:t>5,8602</w:t>
            </w:r>
          </w:p>
        </w:tc>
        <w:tc>
          <w:tcPr>
            <w:tcW w:w="0" w:type="auto"/>
          </w:tcPr>
          <w:p w14:paraId="30A98F74" w14:textId="77777777" w:rsidR="00AD64D8" w:rsidRDefault="004F5CC8">
            <w:pPr>
              <w:jc w:val="center"/>
            </w:pPr>
            <w:r>
              <w:t>5,8602</w:t>
            </w:r>
          </w:p>
        </w:tc>
        <w:tc>
          <w:tcPr>
            <w:tcW w:w="0" w:type="auto"/>
          </w:tcPr>
          <w:p w14:paraId="73F1132E" w14:textId="77777777" w:rsidR="00AD64D8" w:rsidRDefault="004F5CC8">
            <w:pPr>
              <w:jc w:val="center"/>
            </w:pPr>
            <w:r>
              <w:t>11,1398</w:t>
            </w:r>
          </w:p>
        </w:tc>
        <w:tc>
          <w:tcPr>
            <w:tcW w:w="0" w:type="auto"/>
          </w:tcPr>
          <w:p w14:paraId="0279C057" w14:textId="77777777" w:rsidR="00AD64D8" w:rsidRDefault="004F5CC8">
            <w:pPr>
              <w:jc w:val="center"/>
            </w:pPr>
            <w:r>
              <w:t>11,1398</w:t>
            </w:r>
          </w:p>
        </w:tc>
      </w:tr>
      <w:tr w:rsidR="00AD64D8" w14:paraId="4D80D2B0" w14:textId="77777777">
        <w:trPr>
          <w:cantSplit/>
          <w:jc w:val="center"/>
        </w:trPr>
        <w:tc>
          <w:tcPr>
            <w:tcW w:w="0" w:type="auto"/>
          </w:tcPr>
          <w:p w14:paraId="5B1CD14D" w14:textId="77777777" w:rsidR="00AD64D8" w:rsidRDefault="004F5CC8">
            <w:r>
              <w:t>УПК № 2 ЦМК</w:t>
            </w:r>
          </w:p>
        </w:tc>
        <w:tc>
          <w:tcPr>
            <w:tcW w:w="0" w:type="auto"/>
          </w:tcPr>
          <w:p w14:paraId="7B9655AE" w14:textId="77777777" w:rsidR="00AD64D8" w:rsidRDefault="004F5CC8">
            <w:pPr>
              <w:jc w:val="center"/>
            </w:pPr>
            <w:r>
              <w:t>10,20</w:t>
            </w:r>
          </w:p>
        </w:tc>
        <w:tc>
          <w:tcPr>
            <w:tcW w:w="0" w:type="auto"/>
          </w:tcPr>
          <w:p w14:paraId="5161E4D4" w14:textId="77777777" w:rsidR="00AD64D8" w:rsidRDefault="004F5CC8">
            <w:pPr>
              <w:jc w:val="center"/>
            </w:pPr>
            <w:r>
              <w:t>3,7051</w:t>
            </w:r>
          </w:p>
        </w:tc>
        <w:tc>
          <w:tcPr>
            <w:tcW w:w="0" w:type="auto"/>
          </w:tcPr>
          <w:p w14:paraId="33947328" w14:textId="77777777" w:rsidR="00AD64D8" w:rsidRDefault="004F5CC8">
            <w:pPr>
              <w:jc w:val="center"/>
            </w:pPr>
            <w:r>
              <w:t>4,2361</w:t>
            </w:r>
          </w:p>
        </w:tc>
        <w:tc>
          <w:tcPr>
            <w:tcW w:w="0" w:type="auto"/>
          </w:tcPr>
          <w:p w14:paraId="61128CB6" w14:textId="77777777" w:rsidR="00AD64D8" w:rsidRDefault="004F5CC8">
            <w:pPr>
              <w:jc w:val="center"/>
            </w:pPr>
            <w:r>
              <w:t>6,4949</w:t>
            </w:r>
          </w:p>
        </w:tc>
        <w:tc>
          <w:tcPr>
            <w:tcW w:w="0" w:type="auto"/>
          </w:tcPr>
          <w:p w14:paraId="1FAD1163" w14:textId="77777777" w:rsidR="00AD64D8" w:rsidRDefault="004F5CC8">
            <w:pPr>
              <w:jc w:val="center"/>
            </w:pPr>
            <w:r>
              <w:t>5,9639</w:t>
            </w:r>
          </w:p>
        </w:tc>
      </w:tr>
      <w:tr w:rsidR="00AD64D8" w14:paraId="3AF465C8" w14:textId="77777777">
        <w:trPr>
          <w:cantSplit/>
          <w:jc w:val="center"/>
        </w:trPr>
        <w:tc>
          <w:tcPr>
            <w:tcW w:w="0" w:type="auto"/>
          </w:tcPr>
          <w:p w14:paraId="621F8DF7" w14:textId="77777777" w:rsidR="00AD64D8" w:rsidRDefault="004F5CC8">
            <w:r>
              <w:t>УПК № 9 ГРЭ</w:t>
            </w:r>
          </w:p>
        </w:tc>
        <w:tc>
          <w:tcPr>
            <w:tcW w:w="0" w:type="auto"/>
          </w:tcPr>
          <w:p w14:paraId="6F962960" w14:textId="77777777" w:rsidR="00AD64D8" w:rsidRDefault="004F5CC8">
            <w:pPr>
              <w:jc w:val="center"/>
            </w:pPr>
            <w:r>
              <w:t>4,50</w:t>
            </w:r>
          </w:p>
        </w:tc>
        <w:tc>
          <w:tcPr>
            <w:tcW w:w="0" w:type="auto"/>
          </w:tcPr>
          <w:p w14:paraId="6EBE303F" w14:textId="77777777" w:rsidR="00AD64D8" w:rsidRDefault="004F5CC8">
            <w:pPr>
              <w:jc w:val="center"/>
            </w:pPr>
            <w:r>
              <w:t>1,3330</w:t>
            </w:r>
          </w:p>
        </w:tc>
        <w:tc>
          <w:tcPr>
            <w:tcW w:w="0" w:type="auto"/>
          </w:tcPr>
          <w:p w14:paraId="114DE224" w14:textId="77777777" w:rsidR="00AD64D8" w:rsidRDefault="004F5CC8">
            <w:pPr>
              <w:jc w:val="center"/>
            </w:pPr>
            <w:r>
              <w:t>1,3330</w:t>
            </w:r>
          </w:p>
        </w:tc>
        <w:tc>
          <w:tcPr>
            <w:tcW w:w="0" w:type="auto"/>
          </w:tcPr>
          <w:p w14:paraId="73E93F4A" w14:textId="77777777" w:rsidR="00AD64D8" w:rsidRDefault="004F5CC8">
            <w:pPr>
              <w:jc w:val="center"/>
            </w:pPr>
            <w:r>
              <w:t>3,1670</w:t>
            </w:r>
          </w:p>
        </w:tc>
        <w:tc>
          <w:tcPr>
            <w:tcW w:w="0" w:type="auto"/>
          </w:tcPr>
          <w:p w14:paraId="562DED45" w14:textId="77777777" w:rsidR="00AD64D8" w:rsidRDefault="004F5CC8">
            <w:pPr>
              <w:jc w:val="center"/>
            </w:pPr>
            <w:r>
              <w:t>3,1670</w:t>
            </w:r>
          </w:p>
        </w:tc>
      </w:tr>
      <w:tr w:rsidR="00AD64D8" w14:paraId="2FD686B9" w14:textId="77777777">
        <w:trPr>
          <w:cantSplit/>
          <w:jc w:val="center"/>
        </w:trPr>
        <w:tc>
          <w:tcPr>
            <w:tcW w:w="0" w:type="auto"/>
          </w:tcPr>
          <w:p w14:paraId="4CF16AD8" w14:textId="77777777" w:rsidR="00AD64D8" w:rsidRDefault="004F5CC8">
            <w:r>
              <w:t>УПК № 5 Новый Шерегеш</w:t>
            </w:r>
          </w:p>
        </w:tc>
        <w:tc>
          <w:tcPr>
            <w:tcW w:w="0" w:type="auto"/>
          </w:tcPr>
          <w:p w14:paraId="649CBB5B" w14:textId="77777777" w:rsidR="00AD64D8" w:rsidRDefault="004F5CC8">
            <w:pPr>
              <w:jc w:val="center"/>
            </w:pPr>
            <w:r>
              <w:t>114,00</w:t>
            </w:r>
          </w:p>
        </w:tc>
        <w:tc>
          <w:tcPr>
            <w:tcW w:w="0" w:type="auto"/>
          </w:tcPr>
          <w:p w14:paraId="6BCC788F" w14:textId="77777777" w:rsidR="00AD64D8" w:rsidRDefault="004F5CC8">
            <w:pPr>
              <w:jc w:val="center"/>
            </w:pPr>
            <w:r>
              <w:t>68,6123</w:t>
            </w:r>
          </w:p>
        </w:tc>
        <w:tc>
          <w:tcPr>
            <w:tcW w:w="0" w:type="auto"/>
          </w:tcPr>
          <w:p w14:paraId="1E39F25F" w14:textId="77777777" w:rsidR="00AD64D8" w:rsidRDefault="004F5CC8">
            <w:pPr>
              <w:jc w:val="center"/>
            </w:pPr>
            <w:r>
              <w:t>114,4463</w:t>
            </w:r>
          </w:p>
        </w:tc>
        <w:tc>
          <w:tcPr>
            <w:tcW w:w="0" w:type="auto"/>
          </w:tcPr>
          <w:p w14:paraId="3013FA0F" w14:textId="77777777" w:rsidR="00AD64D8" w:rsidRDefault="004F5CC8">
            <w:pPr>
              <w:jc w:val="center"/>
            </w:pPr>
            <w:r>
              <w:t>45,3877</w:t>
            </w:r>
          </w:p>
        </w:tc>
        <w:tc>
          <w:tcPr>
            <w:tcW w:w="0" w:type="auto"/>
          </w:tcPr>
          <w:p w14:paraId="096CD93C" w14:textId="77777777" w:rsidR="00AD64D8" w:rsidRDefault="004F5CC8">
            <w:pPr>
              <w:jc w:val="center"/>
            </w:pPr>
            <w:r>
              <w:t>−0,4463</w:t>
            </w:r>
          </w:p>
        </w:tc>
      </w:tr>
      <w:tr w:rsidR="00AD64D8" w14:paraId="1556D8C4" w14:textId="77777777">
        <w:trPr>
          <w:cantSplit/>
          <w:jc w:val="center"/>
        </w:trPr>
        <w:tc>
          <w:tcPr>
            <w:tcW w:w="0" w:type="auto"/>
          </w:tcPr>
          <w:p w14:paraId="53FB3C53" w14:textId="77777777" w:rsidR="00AD64D8" w:rsidRDefault="004F5CC8">
            <w:r>
              <w:t>УПК № 6 Старый Шерегеш</w:t>
            </w:r>
          </w:p>
        </w:tc>
        <w:tc>
          <w:tcPr>
            <w:tcW w:w="0" w:type="auto"/>
          </w:tcPr>
          <w:p w14:paraId="6846232D" w14:textId="77777777" w:rsidR="00AD64D8" w:rsidRDefault="004F5CC8">
            <w:pPr>
              <w:jc w:val="center"/>
            </w:pPr>
            <w:r>
              <w:t>24,00</w:t>
            </w:r>
          </w:p>
        </w:tc>
        <w:tc>
          <w:tcPr>
            <w:tcW w:w="0" w:type="auto"/>
          </w:tcPr>
          <w:p w14:paraId="65C06C2F" w14:textId="77777777" w:rsidR="00AD64D8" w:rsidRDefault="004F5CC8">
            <w:pPr>
              <w:jc w:val="center"/>
            </w:pPr>
            <w:r>
              <w:t>4,6696</w:t>
            </w:r>
          </w:p>
        </w:tc>
        <w:tc>
          <w:tcPr>
            <w:tcW w:w="0" w:type="auto"/>
          </w:tcPr>
          <w:p w14:paraId="22032410" w14:textId="77777777" w:rsidR="00AD64D8" w:rsidRDefault="004F5CC8">
            <w:pPr>
              <w:jc w:val="center"/>
            </w:pPr>
            <w:r>
              <w:t>4,8196</w:t>
            </w:r>
          </w:p>
        </w:tc>
        <w:tc>
          <w:tcPr>
            <w:tcW w:w="0" w:type="auto"/>
          </w:tcPr>
          <w:p w14:paraId="6D8B3D3F" w14:textId="77777777" w:rsidR="00AD64D8" w:rsidRDefault="004F5CC8">
            <w:pPr>
              <w:jc w:val="center"/>
            </w:pPr>
            <w:r>
              <w:t>19,3304</w:t>
            </w:r>
          </w:p>
        </w:tc>
        <w:tc>
          <w:tcPr>
            <w:tcW w:w="0" w:type="auto"/>
          </w:tcPr>
          <w:p w14:paraId="11B98603" w14:textId="77777777" w:rsidR="00AD64D8" w:rsidRDefault="004F5CC8">
            <w:pPr>
              <w:jc w:val="center"/>
            </w:pPr>
            <w:r>
              <w:t>19,1804</w:t>
            </w:r>
          </w:p>
        </w:tc>
      </w:tr>
      <w:tr w:rsidR="00AD64D8" w14:paraId="52962FFE" w14:textId="77777777">
        <w:trPr>
          <w:cantSplit/>
          <w:jc w:val="center"/>
        </w:trPr>
        <w:tc>
          <w:tcPr>
            <w:tcW w:w="0" w:type="auto"/>
          </w:tcPr>
          <w:p w14:paraId="3FC6891B" w14:textId="77777777" w:rsidR="00AD64D8" w:rsidRDefault="004F5CC8">
            <w:r>
              <w:t>УПК № 7 Каз</w:t>
            </w:r>
          </w:p>
        </w:tc>
        <w:tc>
          <w:tcPr>
            <w:tcW w:w="0" w:type="auto"/>
          </w:tcPr>
          <w:p w14:paraId="3E86A999" w14:textId="77777777" w:rsidR="00AD64D8" w:rsidRDefault="004F5CC8">
            <w:pPr>
              <w:jc w:val="center"/>
            </w:pPr>
            <w:r>
              <w:t>72,00</w:t>
            </w:r>
          </w:p>
        </w:tc>
        <w:tc>
          <w:tcPr>
            <w:tcW w:w="0" w:type="auto"/>
          </w:tcPr>
          <w:p w14:paraId="4F2535C9" w14:textId="77777777" w:rsidR="00AD64D8" w:rsidRDefault="004F5CC8">
            <w:pPr>
              <w:jc w:val="center"/>
            </w:pPr>
            <w:r>
              <w:t>19,4397</w:t>
            </w:r>
          </w:p>
        </w:tc>
        <w:tc>
          <w:tcPr>
            <w:tcW w:w="0" w:type="auto"/>
          </w:tcPr>
          <w:p w14:paraId="618D4CBD" w14:textId="77777777" w:rsidR="00AD64D8" w:rsidRDefault="004F5CC8">
            <w:pPr>
              <w:jc w:val="center"/>
            </w:pPr>
            <w:r>
              <w:t>19,5027</w:t>
            </w:r>
          </w:p>
        </w:tc>
        <w:tc>
          <w:tcPr>
            <w:tcW w:w="0" w:type="auto"/>
          </w:tcPr>
          <w:p w14:paraId="04C5DE02" w14:textId="77777777" w:rsidR="00AD64D8" w:rsidRDefault="004F5CC8">
            <w:pPr>
              <w:jc w:val="center"/>
            </w:pPr>
            <w:r>
              <w:t>52,5603</w:t>
            </w:r>
          </w:p>
        </w:tc>
        <w:tc>
          <w:tcPr>
            <w:tcW w:w="0" w:type="auto"/>
          </w:tcPr>
          <w:p w14:paraId="35E2A30E" w14:textId="77777777" w:rsidR="00AD64D8" w:rsidRDefault="004F5CC8">
            <w:pPr>
              <w:jc w:val="center"/>
            </w:pPr>
            <w:r>
              <w:t>52,4973</w:t>
            </w:r>
          </w:p>
        </w:tc>
      </w:tr>
      <w:tr w:rsidR="00AD64D8" w14:paraId="22AA577E" w14:textId="77777777">
        <w:trPr>
          <w:cantSplit/>
          <w:jc w:val="center"/>
        </w:trPr>
        <w:tc>
          <w:tcPr>
            <w:tcW w:w="0" w:type="auto"/>
          </w:tcPr>
          <w:p w14:paraId="66BC104B" w14:textId="77777777" w:rsidR="00AD64D8" w:rsidRDefault="004F5CC8">
            <w:r>
              <w:t>УПК № 8 Мундыбаш</w:t>
            </w:r>
          </w:p>
        </w:tc>
        <w:tc>
          <w:tcPr>
            <w:tcW w:w="0" w:type="auto"/>
          </w:tcPr>
          <w:p w14:paraId="57C9F219" w14:textId="77777777" w:rsidR="00AD64D8" w:rsidRDefault="004F5CC8">
            <w:pPr>
              <w:jc w:val="center"/>
            </w:pPr>
            <w:r>
              <w:t>36,00</w:t>
            </w:r>
          </w:p>
        </w:tc>
        <w:tc>
          <w:tcPr>
            <w:tcW w:w="0" w:type="auto"/>
          </w:tcPr>
          <w:p w14:paraId="795995A6" w14:textId="77777777" w:rsidR="00AD64D8" w:rsidRDefault="004F5CC8">
            <w:pPr>
              <w:jc w:val="center"/>
            </w:pPr>
            <w:r>
              <w:t>20,2475</w:t>
            </w:r>
          </w:p>
        </w:tc>
        <w:tc>
          <w:tcPr>
            <w:tcW w:w="0" w:type="auto"/>
          </w:tcPr>
          <w:p w14:paraId="7CCF0912" w14:textId="77777777" w:rsidR="00AD64D8" w:rsidRDefault="004F5CC8">
            <w:pPr>
              <w:jc w:val="center"/>
            </w:pPr>
            <w:r>
              <w:t>20,2475</w:t>
            </w:r>
          </w:p>
        </w:tc>
        <w:tc>
          <w:tcPr>
            <w:tcW w:w="0" w:type="auto"/>
          </w:tcPr>
          <w:p w14:paraId="2D9BFCD7" w14:textId="77777777" w:rsidR="00AD64D8" w:rsidRDefault="004F5CC8">
            <w:pPr>
              <w:jc w:val="center"/>
            </w:pPr>
            <w:r>
              <w:t>15,7525</w:t>
            </w:r>
          </w:p>
        </w:tc>
        <w:tc>
          <w:tcPr>
            <w:tcW w:w="0" w:type="auto"/>
          </w:tcPr>
          <w:p w14:paraId="543F7CFA" w14:textId="77777777" w:rsidR="00AD64D8" w:rsidRDefault="004F5CC8">
            <w:pPr>
              <w:jc w:val="center"/>
            </w:pPr>
            <w:r>
              <w:t>15,7525</w:t>
            </w:r>
          </w:p>
        </w:tc>
      </w:tr>
      <w:tr w:rsidR="00AD64D8" w14:paraId="6ECB3285" w14:textId="77777777">
        <w:trPr>
          <w:cantSplit/>
          <w:jc w:val="center"/>
        </w:trPr>
        <w:tc>
          <w:tcPr>
            <w:tcW w:w="0" w:type="auto"/>
          </w:tcPr>
          <w:p w14:paraId="7BEB39FD" w14:textId="77777777" w:rsidR="00AD64D8" w:rsidRDefault="004F5CC8">
            <w:r>
              <w:t>УПК № 10 Темир-Тау</w:t>
            </w:r>
          </w:p>
        </w:tc>
        <w:tc>
          <w:tcPr>
            <w:tcW w:w="0" w:type="auto"/>
          </w:tcPr>
          <w:p w14:paraId="0A1C881D" w14:textId="77777777" w:rsidR="00AD64D8" w:rsidRDefault="004F5CC8">
            <w:pPr>
              <w:jc w:val="center"/>
            </w:pPr>
            <w:r>
              <w:t>33,60</w:t>
            </w:r>
          </w:p>
        </w:tc>
        <w:tc>
          <w:tcPr>
            <w:tcW w:w="0" w:type="auto"/>
          </w:tcPr>
          <w:p w14:paraId="039E74EA" w14:textId="77777777" w:rsidR="00AD64D8" w:rsidRDefault="004F5CC8">
            <w:pPr>
              <w:jc w:val="center"/>
            </w:pPr>
            <w:r>
              <w:t>8,6985</w:t>
            </w:r>
          </w:p>
        </w:tc>
        <w:tc>
          <w:tcPr>
            <w:tcW w:w="0" w:type="auto"/>
          </w:tcPr>
          <w:p w14:paraId="70F7E735" w14:textId="77777777" w:rsidR="00AD64D8" w:rsidRDefault="004F5CC8">
            <w:pPr>
              <w:jc w:val="center"/>
            </w:pPr>
            <w:r>
              <w:t>8,6985</w:t>
            </w:r>
          </w:p>
        </w:tc>
        <w:tc>
          <w:tcPr>
            <w:tcW w:w="0" w:type="auto"/>
          </w:tcPr>
          <w:p w14:paraId="716DD0EA" w14:textId="77777777" w:rsidR="00AD64D8" w:rsidRDefault="004F5CC8">
            <w:pPr>
              <w:jc w:val="center"/>
            </w:pPr>
            <w:r>
              <w:t>24,9015</w:t>
            </w:r>
          </w:p>
        </w:tc>
        <w:tc>
          <w:tcPr>
            <w:tcW w:w="0" w:type="auto"/>
          </w:tcPr>
          <w:p w14:paraId="1CF49A2B" w14:textId="77777777" w:rsidR="00AD64D8" w:rsidRDefault="004F5CC8">
            <w:pPr>
              <w:jc w:val="center"/>
            </w:pPr>
            <w:r>
              <w:t>24,9015</w:t>
            </w:r>
          </w:p>
        </w:tc>
      </w:tr>
      <w:tr w:rsidR="00AD64D8" w14:paraId="7AA3034F" w14:textId="77777777">
        <w:trPr>
          <w:cantSplit/>
          <w:jc w:val="center"/>
        </w:trPr>
        <w:tc>
          <w:tcPr>
            <w:tcW w:w="0" w:type="auto"/>
          </w:tcPr>
          <w:p w14:paraId="045DFC6D" w14:textId="77777777" w:rsidR="00AD64D8" w:rsidRDefault="004F5CC8">
            <w:r>
              <w:t>УПК № 3 Спасск</w:t>
            </w:r>
          </w:p>
        </w:tc>
        <w:tc>
          <w:tcPr>
            <w:tcW w:w="0" w:type="auto"/>
          </w:tcPr>
          <w:p w14:paraId="24A9887D" w14:textId="77777777" w:rsidR="00AD64D8" w:rsidRDefault="004F5CC8">
            <w:pPr>
              <w:jc w:val="center"/>
            </w:pPr>
            <w:r>
              <w:t>5,37</w:t>
            </w:r>
          </w:p>
        </w:tc>
        <w:tc>
          <w:tcPr>
            <w:tcW w:w="0" w:type="auto"/>
          </w:tcPr>
          <w:p w14:paraId="16E5E14E" w14:textId="77777777" w:rsidR="00AD64D8" w:rsidRDefault="004F5CC8">
            <w:pPr>
              <w:jc w:val="center"/>
            </w:pPr>
            <w:r>
              <w:t>1,8761</w:t>
            </w:r>
          </w:p>
        </w:tc>
        <w:tc>
          <w:tcPr>
            <w:tcW w:w="0" w:type="auto"/>
          </w:tcPr>
          <w:p w14:paraId="0C01222A" w14:textId="77777777" w:rsidR="00AD64D8" w:rsidRDefault="004F5CC8">
            <w:pPr>
              <w:jc w:val="center"/>
            </w:pPr>
            <w:r>
              <w:t>1,8831</w:t>
            </w:r>
          </w:p>
        </w:tc>
        <w:tc>
          <w:tcPr>
            <w:tcW w:w="0" w:type="auto"/>
          </w:tcPr>
          <w:p w14:paraId="22885AE9" w14:textId="77777777" w:rsidR="00AD64D8" w:rsidRDefault="004F5CC8">
            <w:pPr>
              <w:jc w:val="center"/>
            </w:pPr>
            <w:r>
              <w:t>3,4939</w:t>
            </w:r>
          </w:p>
        </w:tc>
        <w:tc>
          <w:tcPr>
            <w:tcW w:w="0" w:type="auto"/>
          </w:tcPr>
          <w:p w14:paraId="64145237" w14:textId="77777777" w:rsidR="00AD64D8" w:rsidRDefault="004F5CC8">
            <w:pPr>
              <w:jc w:val="center"/>
            </w:pPr>
            <w:r>
              <w:t>3,4869</w:t>
            </w:r>
          </w:p>
        </w:tc>
      </w:tr>
      <w:tr w:rsidR="00AD64D8" w14:paraId="4F32B199" w14:textId="77777777">
        <w:trPr>
          <w:cantSplit/>
          <w:jc w:val="center"/>
        </w:trPr>
        <w:tc>
          <w:tcPr>
            <w:tcW w:w="0" w:type="auto"/>
            <w:shd w:val="clear" w:color="auto" w:fill="DBE5F1"/>
          </w:tcPr>
          <w:p w14:paraId="5AC2ED27" w14:textId="77777777" w:rsidR="00AD64D8" w:rsidRDefault="004F5CC8">
            <w:r>
              <w:rPr>
                <w:b/>
              </w:rPr>
              <w:t>Итого</w:t>
            </w:r>
          </w:p>
        </w:tc>
        <w:tc>
          <w:tcPr>
            <w:tcW w:w="0" w:type="auto"/>
            <w:shd w:val="clear" w:color="auto" w:fill="DBE5F1"/>
          </w:tcPr>
          <w:p w14:paraId="0310C9F6" w14:textId="77777777" w:rsidR="00AD64D8" w:rsidRDefault="004F5CC8">
            <w:pPr>
              <w:jc w:val="center"/>
            </w:pPr>
            <w:r>
              <w:rPr>
                <w:b/>
              </w:rPr>
              <w:t>466,67</w:t>
            </w:r>
          </w:p>
        </w:tc>
        <w:tc>
          <w:tcPr>
            <w:tcW w:w="0" w:type="auto"/>
            <w:shd w:val="clear" w:color="auto" w:fill="DBE5F1"/>
          </w:tcPr>
          <w:p w14:paraId="36209F36" w14:textId="77777777" w:rsidR="00AD64D8" w:rsidRDefault="004F5CC8">
            <w:pPr>
              <w:jc w:val="center"/>
            </w:pPr>
            <w:r>
              <w:rPr>
                <w:b/>
              </w:rPr>
              <w:t>227,4952</w:t>
            </w:r>
          </w:p>
        </w:tc>
        <w:tc>
          <w:tcPr>
            <w:tcW w:w="0" w:type="auto"/>
            <w:shd w:val="clear" w:color="auto" w:fill="DBE5F1"/>
          </w:tcPr>
          <w:p w14:paraId="1C88A0FB" w14:textId="77777777" w:rsidR="00AD64D8" w:rsidRDefault="004F5CC8">
            <w:pPr>
              <w:jc w:val="center"/>
            </w:pPr>
            <w:r>
              <w:rPr>
                <w:b/>
              </w:rPr>
              <w:t>274,2312</w:t>
            </w:r>
          </w:p>
        </w:tc>
        <w:tc>
          <w:tcPr>
            <w:tcW w:w="0" w:type="auto"/>
            <w:shd w:val="clear" w:color="auto" w:fill="DBE5F1"/>
          </w:tcPr>
          <w:p w14:paraId="409476CE" w14:textId="77777777" w:rsidR="00AD64D8" w:rsidRDefault="004F5CC8">
            <w:pPr>
              <w:jc w:val="center"/>
            </w:pPr>
            <w:r>
              <w:rPr>
                <w:b/>
              </w:rPr>
              <w:t>239,1748</w:t>
            </w:r>
          </w:p>
        </w:tc>
        <w:tc>
          <w:tcPr>
            <w:tcW w:w="0" w:type="auto"/>
            <w:shd w:val="clear" w:color="auto" w:fill="DBE5F1"/>
          </w:tcPr>
          <w:p w14:paraId="1A9E8A77" w14:textId="77777777" w:rsidR="00AD64D8" w:rsidRDefault="004F5CC8">
            <w:pPr>
              <w:jc w:val="center"/>
            </w:pPr>
            <w:r>
              <w:rPr>
                <w:b/>
              </w:rPr>
              <w:t>192,4388</w:t>
            </w:r>
          </w:p>
        </w:tc>
      </w:tr>
    </w:tbl>
    <w:p w14:paraId="66D42787" w14:textId="77777777" w:rsidR="00AD64D8" w:rsidRDefault="00AD64D8">
      <w:pPr>
        <w:spacing w:after="40"/>
      </w:pPr>
    </w:p>
    <w:p w14:paraId="73FD43ED" w14:textId="77777777" w:rsidR="00AD64D8" w:rsidRPr="00844B84" w:rsidRDefault="004F5CC8">
      <w:pPr>
        <w:spacing w:after="80"/>
        <w:jc w:val="both"/>
        <w:rPr>
          <w:lang w:val="ru-RU"/>
        </w:rPr>
      </w:pPr>
      <w:r w:rsidRPr="00844B84">
        <w:rPr>
          <w:lang w:val="ru-RU"/>
        </w:rPr>
        <w:t>Располагаемая мощность принимается равной установленной: подтверждённых технических ограничений мощности источники не раскрыли. Равенство величин тождеством понятий не является и подлежит пересмотру при поступлении подтверждённого ограничения.</w:t>
      </w:r>
    </w:p>
    <w:p w14:paraId="5623CBCA" w14:textId="77777777" w:rsidR="00AD64D8" w:rsidRPr="005731F7" w:rsidRDefault="004F5CC8">
      <w:pPr>
        <w:pStyle w:val="21"/>
        <w:rPr>
          <w:lang w:val="ru-RU"/>
        </w:rPr>
      </w:pPr>
      <w:bookmarkStart w:id="27" w:name="_Toc238017226"/>
      <w:r w:rsidRPr="005731F7">
        <w:rPr>
          <w:lang w:val="ru-RU"/>
        </w:rPr>
        <w:t>2.13. Резерв мощности для подключения потребителей</w:t>
      </w:r>
      <w:bookmarkEnd w:id="27"/>
    </w:p>
    <w:p w14:paraId="364DE56A" w14:textId="77777777" w:rsidR="00AD64D8" w:rsidRPr="00844B84" w:rsidRDefault="004F5CC8">
      <w:pPr>
        <w:spacing w:after="80"/>
        <w:jc w:val="both"/>
        <w:rPr>
          <w:lang w:val="ru-RU"/>
        </w:rPr>
      </w:pPr>
      <w:r w:rsidRPr="00844B84">
        <w:rPr>
          <w:lang w:val="ru-RU"/>
        </w:rPr>
        <w:t>Резерв мощности, доступный для подключения новых потребителей, определяется по присоединённой нагрузке и на 2026 год составляет 318,9604 Гкал/ч при присоединённой нагрузке 147,7096 Гкал/ч и загрузке мощности 31,65 процента.</w:t>
      </w:r>
    </w:p>
    <w:p w14:paraId="6566F5F6" w14:textId="77777777" w:rsidR="00AD64D8" w:rsidRPr="005731F7" w:rsidRDefault="004F5CC8">
      <w:pPr>
        <w:pStyle w:val="21"/>
        <w:rPr>
          <w:lang w:val="ru-RU"/>
        </w:rPr>
      </w:pPr>
      <w:bookmarkStart w:id="28" w:name="_Toc238017227"/>
      <w:r w:rsidRPr="005731F7">
        <w:rPr>
          <w:lang w:val="ru-RU"/>
        </w:rPr>
        <w:t>2.14. Утверждаемые выводы</w:t>
      </w:r>
      <w:bookmarkEnd w:id="28"/>
    </w:p>
    <w:p w14:paraId="39F6D222" w14:textId="77777777" w:rsidR="00AD64D8" w:rsidRPr="00844B84" w:rsidRDefault="004F5CC8">
      <w:pPr>
        <w:keepNext/>
        <w:spacing w:before="160"/>
        <w:rPr>
          <w:lang w:val="ru-RU"/>
        </w:rPr>
      </w:pPr>
      <w:r w:rsidRPr="00844B84">
        <w:rPr>
          <w:b/>
          <w:lang w:val="ru-RU"/>
        </w:rPr>
        <w:t>Таблица 2.13 — Выводы по системам теплоснабжения</w:t>
      </w: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067"/>
        <w:gridCol w:w="7412"/>
      </w:tblGrid>
      <w:tr w:rsidR="00AD64D8" w:rsidRPr="004D1FEB" w14:paraId="7CBBA2CA" w14:textId="77777777">
        <w:trPr>
          <w:cantSplit/>
          <w:tblHeader/>
          <w:jc w:val="center"/>
        </w:trPr>
        <w:tc>
          <w:tcPr>
            <w:tcW w:w="0" w:type="auto"/>
            <w:shd w:val="clear" w:color="auto" w:fill="E2F0D9"/>
          </w:tcPr>
          <w:p w14:paraId="4CE82E2E" w14:textId="77777777" w:rsidR="00AD64D8" w:rsidRDefault="004F5CC8">
            <w:pPr>
              <w:jc w:val="center"/>
            </w:pPr>
            <w:r>
              <w:rPr>
                <w:b/>
              </w:rPr>
              <w:t>Система</w:t>
            </w:r>
          </w:p>
        </w:tc>
        <w:tc>
          <w:tcPr>
            <w:tcW w:w="0" w:type="auto"/>
            <w:shd w:val="clear" w:color="auto" w:fill="E2F0D9"/>
          </w:tcPr>
          <w:p w14:paraId="02406DA9" w14:textId="77777777" w:rsidR="00AD64D8" w:rsidRPr="00844B84" w:rsidRDefault="004F5CC8">
            <w:pPr>
              <w:jc w:val="center"/>
              <w:rPr>
                <w:lang w:val="ru-RU"/>
              </w:rPr>
            </w:pPr>
            <w:r w:rsidRPr="00844B84">
              <w:rPr>
                <w:b/>
                <w:lang w:val="ru-RU"/>
              </w:rPr>
              <w:t>Вывод по балансу мощности на расчётный срок</w:t>
            </w:r>
          </w:p>
        </w:tc>
      </w:tr>
      <w:tr w:rsidR="00AD64D8" w:rsidRPr="004D1FEB" w14:paraId="179D432A" w14:textId="77777777">
        <w:trPr>
          <w:cantSplit/>
          <w:jc w:val="center"/>
        </w:trPr>
        <w:tc>
          <w:tcPr>
            <w:tcW w:w="0" w:type="auto"/>
          </w:tcPr>
          <w:p w14:paraId="45611AA4" w14:textId="77777777" w:rsidR="00AD64D8" w:rsidRDefault="004F5CC8">
            <w:r>
              <w:t>УПК № 1 «Таштагол»</w:t>
            </w:r>
          </w:p>
        </w:tc>
        <w:tc>
          <w:tcPr>
            <w:tcW w:w="0" w:type="auto"/>
          </w:tcPr>
          <w:p w14:paraId="3947EEB4" w14:textId="77777777" w:rsidR="00AD64D8" w:rsidRPr="00844B84" w:rsidRDefault="004F5CC8">
            <w:pPr>
              <w:jc w:val="center"/>
              <w:rPr>
                <w:lang w:val="ru-RU"/>
              </w:rPr>
            </w:pPr>
            <w:r w:rsidRPr="00844B84">
              <w:rPr>
                <w:lang w:val="ru-RU"/>
              </w:rPr>
              <w:t>резерв 56,7958 Гкал/ч; ограничений развития нет</w:t>
            </w:r>
          </w:p>
        </w:tc>
      </w:tr>
      <w:tr w:rsidR="00AD64D8" w:rsidRPr="004D1FEB" w14:paraId="41F16154" w14:textId="77777777">
        <w:trPr>
          <w:cantSplit/>
          <w:jc w:val="center"/>
        </w:trPr>
        <w:tc>
          <w:tcPr>
            <w:tcW w:w="0" w:type="auto"/>
          </w:tcPr>
          <w:p w14:paraId="07265896" w14:textId="77777777" w:rsidR="00AD64D8" w:rsidRDefault="004F5CC8">
            <w:r>
              <w:t>УПК № 2 «Шалым»</w:t>
            </w:r>
          </w:p>
        </w:tc>
        <w:tc>
          <w:tcPr>
            <w:tcW w:w="0" w:type="auto"/>
          </w:tcPr>
          <w:p w14:paraId="65211A0D" w14:textId="77777777" w:rsidR="00AD64D8" w:rsidRPr="00844B84" w:rsidRDefault="004F5CC8">
            <w:pPr>
              <w:jc w:val="center"/>
              <w:rPr>
                <w:lang w:val="ru-RU"/>
              </w:rPr>
            </w:pPr>
            <w:r w:rsidRPr="00844B84">
              <w:rPr>
                <w:lang w:val="ru-RU"/>
              </w:rPr>
              <w:t>резерв 11,1398 Гкал/ч; ограничений развития нет</w:t>
            </w:r>
          </w:p>
        </w:tc>
      </w:tr>
      <w:tr w:rsidR="00AD64D8" w:rsidRPr="004D1FEB" w14:paraId="63C5527F" w14:textId="77777777">
        <w:trPr>
          <w:cantSplit/>
          <w:jc w:val="center"/>
        </w:trPr>
        <w:tc>
          <w:tcPr>
            <w:tcW w:w="0" w:type="auto"/>
          </w:tcPr>
          <w:p w14:paraId="642FAFFA" w14:textId="77777777" w:rsidR="00AD64D8" w:rsidRDefault="004F5CC8">
            <w:r>
              <w:t>УПК № 2 «ЦМК»</w:t>
            </w:r>
          </w:p>
        </w:tc>
        <w:tc>
          <w:tcPr>
            <w:tcW w:w="0" w:type="auto"/>
          </w:tcPr>
          <w:p w14:paraId="147EE935" w14:textId="77777777" w:rsidR="00AD64D8" w:rsidRPr="00844B84" w:rsidRDefault="004F5CC8">
            <w:pPr>
              <w:jc w:val="center"/>
              <w:rPr>
                <w:lang w:val="ru-RU"/>
              </w:rPr>
            </w:pPr>
            <w:r w:rsidRPr="00844B84">
              <w:rPr>
                <w:lang w:val="ru-RU"/>
              </w:rPr>
              <w:t>резерв 5,9639 Гкал/ч; ограничений развития нет</w:t>
            </w:r>
          </w:p>
        </w:tc>
      </w:tr>
      <w:tr w:rsidR="00AD64D8" w:rsidRPr="004D1FEB" w14:paraId="75A36BF9" w14:textId="77777777">
        <w:trPr>
          <w:cantSplit/>
          <w:jc w:val="center"/>
        </w:trPr>
        <w:tc>
          <w:tcPr>
            <w:tcW w:w="0" w:type="auto"/>
          </w:tcPr>
          <w:p w14:paraId="23FAAD7A" w14:textId="77777777" w:rsidR="00AD64D8" w:rsidRDefault="004F5CC8">
            <w:r>
              <w:t>УПК № 9 «ГРЭ»</w:t>
            </w:r>
          </w:p>
        </w:tc>
        <w:tc>
          <w:tcPr>
            <w:tcW w:w="0" w:type="auto"/>
          </w:tcPr>
          <w:p w14:paraId="62DDE4E7" w14:textId="77777777" w:rsidR="00AD64D8" w:rsidRPr="00844B84" w:rsidRDefault="004F5CC8">
            <w:pPr>
              <w:jc w:val="center"/>
              <w:rPr>
                <w:lang w:val="ru-RU"/>
              </w:rPr>
            </w:pPr>
            <w:r w:rsidRPr="00844B84">
              <w:rPr>
                <w:lang w:val="ru-RU"/>
              </w:rPr>
              <w:t>резерв 3,1670 Гкал/ч; ограничений развития нет</w:t>
            </w:r>
          </w:p>
        </w:tc>
      </w:tr>
      <w:tr w:rsidR="00AD64D8" w:rsidRPr="004D1FEB" w14:paraId="48A1FD94" w14:textId="77777777">
        <w:trPr>
          <w:cantSplit/>
          <w:jc w:val="center"/>
        </w:trPr>
        <w:tc>
          <w:tcPr>
            <w:tcW w:w="0" w:type="auto"/>
          </w:tcPr>
          <w:p w14:paraId="19722B8A" w14:textId="77777777" w:rsidR="00AD64D8" w:rsidRDefault="004F5CC8">
            <w:r>
              <w:t>УПК № 5 «Новый Шерегеш»</w:t>
            </w:r>
          </w:p>
        </w:tc>
        <w:tc>
          <w:tcPr>
            <w:tcW w:w="0" w:type="auto"/>
          </w:tcPr>
          <w:p w14:paraId="4BFD1F2E" w14:textId="77777777" w:rsidR="00AD64D8" w:rsidRPr="00844B84" w:rsidRDefault="004F5CC8">
            <w:pPr>
              <w:jc w:val="center"/>
              <w:rPr>
                <w:lang w:val="ru-RU"/>
              </w:rPr>
            </w:pPr>
            <w:r w:rsidRPr="00844B84">
              <w:rPr>
                <w:lang w:val="ru-RU"/>
              </w:rPr>
              <w:t>свободный резерв на расчётный срок отсутствует; загрузка 100,39 процента</w:t>
            </w:r>
          </w:p>
        </w:tc>
      </w:tr>
      <w:tr w:rsidR="00AD64D8" w:rsidRPr="004D1FEB" w14:paraId="06F7D09C" w14:textId="77777777">
        <w:trPr>
          <w:cantSplit/>
          <w:jc w:val="center"/>
        </w:trPr>
        <w:tc>
          <w:tcPr>
            <w:tcW w:w="0" w:type="auto"/>
          </w:tcPr>
          <w:p w14:paraId="0989F6C1" w14:textId="77777777" w:rsidR="00AD64D8" w:rsidRDefault="004F5CC8">
            <w:r>
              <w:t>УПК № 6 «Старый Шерегеш»</w:t>
            </w:r>
          </w:p>
        </w:tc>
        <w:tc>
          <w:tcPr>
            <w:tcW w:w="0" w:type="auto"/>
          </w:tcPr>
          <w:p w14:paraId="0CCBF161" w14:textId="77777777" w:rsidR="00AD64D8" w:rsidRPr="00844B84" w:rsidRDefault="004F5CC8">
            <w:pPr>
              <w:jc w:val="center"/>
              <w:rPr>
                <w:lang w:val="ru-RU"/>
              </w:rPr>
            </w:pPr>
            <w:r w:rsidRPr="00844B84">
              <w:rPr>
                <w:lang w:val="ru-RU"/>
              </w:rPr>
              <w:t>резерв 19,1804 Гкал/ч; ограничений развития нет</w:t>
            </w:r>
          </w:p>
        </w:tc>
      </w:tr>
      <w:tr w:rsidR="00AD64D8" w:rsidRPr="004D1FEB" w14:paraId="13DCF6E8" w14:textId="77777777">
        <w:trPr>
          <w:cantSplit/>
          <w:jc w:val="center"/>
        </w:trPr>
        <w:tc>
          <w:tcPr>
            <w:tcW w:w="0" w:type="auto"/>
          </w:tcPr>
          <w:p w14:paraId="6C0AB741" w14:textId="77777777" w:rsidR="00AD64D8" w:rsidRDefault="004F5CC8">
            <w:r>
              <w:t>УПК № 7 «Каз»</w:t>
            </w:r>
          </w:p>
        </w:tc>
        <w:tc>
          <w:tcPr>
            <w:tcW w:w="0" w:type="auto"/>
          </w:tcPr>
          <w:p w14:paraId="7225167F" w14:textId="77777777" w:rsidR="00AD64D8" w:rsidRPr="00844B84" w:rsidRDefault="004F5CC8">
            <w:pPr>
              <w:jc w:val="center"/>
              <w:rPr>
                <w:lang w:val="ru-RU"/>
              </w:rPr>
            </w:pPr>
            <w:r w:rsidRPr="00844B84">
              <w:rPr>
                <w:lang w:val="ru-RU"/>
              </w:rPr>
              <w:t>резерв 52,4973 Гкал/ч; ограничений развития нет</w:t>
            </w:r>
          </w:p>
        </w:tc>
      </w:tr>
      <w:tr w:rsidR="00AD64D8" w:rsidRPr="004D1FEB" w14:paraId="7B05336B" w14:textId="77777777">
        <w:trPr>
          <w:cantSplit/>
          <w:jc w:val="center"/>
        </w:trPr>
        <w:tc>
          <w:tcPr>
            <w:tcW w:w="0" w:type="auto"/>
          </w:tcPr>
          <w:p w14:paraId="1EF8E3FF" w14:textId="77777777" w:rsidR="00AD64D8" w:rsidRDefault="004F5CC8">
            <w:r>
              <w:t>УПК № 8 «Мундыбаш»</w:t>
            </w:r>
          </w:p>
        </w:tc>
        <w:tc>
          <w:tcPr>
            <w:tcW w:w="0" w:type="auto"/>
          </w:tcPr>
          <w:p w14:paraId="4D4F6C93" w14:textId="77777777" w:rsidR="00AD64D8" w:rsidRPr="00844B84" w:rsidRDefault="004F5CC8">
            <w:pPr>
              <w:jc w:val="center"/>
              <w:rPr>
                <w:lang w:val="ru-RU"/>
              </w:rPr>
            </w:pPr>
            <w:r w:rsidRPr="00844B84">
              <w:rPr>
                <w:lang w:val="ru-RU"/>
              </w:rPr>
              <w:t>резерв 15,7525 Гкал/ч; ограничений развития нет</w:t>
            </w:r>
          </w:p>
        </w:tc>
      </w:tr>
      <w:tr w:rsidR="00AD64D8" w:rsidRPr="004D1FEB" w14:paraId="0E7BB993" w14:textId="77777777">
        <w:trPr>
          <w:cantSplit/>
          <w:jc w:val="center"/>
        </w:trPr>
        <w:tc>
          <w:tcPr>
            <w:tcW w:w="0" w:type="auto"/>
          </w:tcPr>
          <w:p w14:paraId="11927EEB" w14:textId="77777777" w:rsidR="00AD64D8" w:rsidRDefault="004F5CC8">
            <w:r>
              <w:t>УПК № 10 «Темир-Тау»</w:t>
            </w:r>
          </w:p>
        </w:tc>
        <w:tc>
          <w:tcPr>
            <w:tcW w:w="0" w:type="auto"/>
          </w:tcPr>
          <w:p w14:paraId="3C1BB857" w14:textId="77777777" w:rsidR="00AD64D8" w:rsidRPr="00844B84" w:rsidRDefault="004F5CC8">
            <w:pPr>
              <w:jc w:val="center"/>
              <w:rPr>
                <w:lang w:val="ru-RU"/>
              </w:rPr>
            </w:pPr>
            <w:r w:rsidRPr="00844B84">
              <w:rPr>
                <w:lang w:val="ru-RU"/>
              </w:rPr>
              <w:t>резерв 24,9015 Гкал/ч; ограничений развития нет</w:t>
            </w:r>
          </w:p>
        </w:tc>
      </w:tr>
      <w:tr w:rsidR="00AD64D8" w:rsidRPr="004D1FEB" w14:paraId="4D8B1FC2" w14:textId="77777777">
        <w:trPr>
          <w:cantSplit/>
          <w:jc w:val="center"/>
        </w:trPr>
        <w:tc>
          <w:tcPr>
            <w:tcW w:w="0" w:type="auto"/>
          </w:tcPr>
          <w:p w14:paraId="3B8AF952" w14:textId="77777777" w:rsidR="00AD64D8" w:rsidRDefault="004F5CC8">
            <w:r>
              <w:t>УПК № 3 «Спасск»</w:t>
            </w:r>
          </w:p>
        </w:tc>
        <w:tc>
          <w:tcPr>
            <w:tcW w:w="0" w:type="auto"/>
          </w:tcPr>
          <w:p w14:paraId="5D8B8C1D" w14:textId="77777777" w:rsidR="00AD64D8" w:rsidRPr="00844B84" w:rsidRDefault="004F5CC8">
            <w:pPr>
              <w:jc w:val="center"/>
              <w:rPr>
                <w:lang w:val="ru-RU"/>
              </w:rPr>
            </w:pPr>
            <w:r w:rsidRPr="00844B84">
              <w:rPr>
                <w:lang w:val="ru-RU"/>
              </w:rPr>
              <w:t>резерв 3,4869 Гкал/ч; ограничений развития нет</w:t>
            </w:r>
          </w:p>
        </w:tc>
      </w:tr>
    </w:tbl>
    <w:p w14:paraId="6D4E2C8A" w14:textId="77777777" w:rsidR="00AD64D8" w:rsidRPr="00844B84" w:rsidRDefault="00AD64D8">
      <w:pPr>
        <w:spacing w:after="40"/>
        <w:rPr>
          <w:lang w:val="ru-RU"/>
        </w:rPr>
      </w:pPr>
    </w:p>
    <w:p w14:paraId="6B0FACE1" w14:textId="77777777" w:rsidR="00AD64D8" w:rsidRPr="00844B84" w:rsidRDefault="004F5CC8">
      <w:pPr>
        <w:spacing w:after="80"/>
        <w:jc w:val="both"/>
        <w:rPr>
          <w:lang w:val="ru-RU"/>
        </w:rPr>
      </w:pPr>
      <w:r w:rsidRPr="00844B84">
        <w:rPr>
          <w:lang w:val="ru-RU"/>
        </w:rPr>
        <w:t>По девяти системам из десяти мощностных ограничений развития на расчётный срок нет. По системе УПК № 5 «Новый Шерегеш» свободный резерв на расчётный срок отсутствует; решение по источнику принимается разделом предложений по источникам тепловой энергии и на одной величине небаланса 0,4463 Гкал/ч не основывается.</w:t>
      </w:r>
    </w:p>
    <w:p w14:paraId="53683297" w14:textId="77777777" w:rsidR="00AD64D8" w:rsidRPr="00844B84" w:rsidRDefault="004F5CC8">
      <w:pPr>
        <w:spacing w:after="80"/>
        <w:jc w:val="both"/>
        <w:rPr>
          <w:lang w:val="ru-RU"/>
        </w:rPr>
      </w:pPr>
      <w:r w:rsidRPr="00844B84">
        <w:rPr>
          <w:lang w:val="ru-RU"/>
        </w:rPr>
        <w:t>Установленная мощность УПК № 10 «Темир-Тау» принята равной 33,60 Гкал/ч. Альтернативное значение 33,93 Гкал/ч изменяет итог по округу на 0,33 Гкал/ч и ни одного утверждаемого вывода не меняет.</w:t>
      </w:r>
    </w:p>
    <w:p w14:paraId="5F69B8A0" w14:textId="77777777" w:rsidR="00363A1F" w:rsidRPr="00844B84" w:rsidRDefault="00832053">
      <w:pPr>
        <w:pStyle w:val="21"/>
        <w:rPr>
          <w:lang w:val="ru-RU"/>
        </w:rPr>
      </w:pPr>
      <w:bookmarkStart w:id="29" w:name="_Toc238017228"/>
      <w:r w:rsidRPr="00844B84">
        <w:rPr>
          <w:lang w:val="ru-RU"/>
        </w:rPr>
        <w:t>2.15. Балансы тепловой мощности по источникам</w:t>
      </w:r>
      <w:bookmarkEnd w:id="29"/>
    </w:p>
    <w:p w14:paraId="75DCAFEF" w14:textId="77777777" w:rsidR="00363A1F" w:rsidRPr="005731F7" w:rsidRDefault="00832053">
      <w:pPr>
        <w:rPr>
          <w:b/>
          <w:bCs/>
          <w:lang w:val="ru-RU"/>
        </w:rPr>
      </w:pPr>
      <w:r w:rsidRPr="005731F7">
        <w:rPr>
          <w:b/>
          <w:bCs/>
          <w:lang w:val="ru-RU"/>
        </w:rPr>
        <w:t>Таблица 2.14 — Баланс тепловой мощности на 2026 год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91"/>
        <w:gridCol w:w="2125"/>
        <w:gridCol w:w="2083"/>
        <w:gridCol w:w="2175"/>
        <w:gridCol w:w="1127"/>
        <w:gridCol w:w="1188"/>
      </w:tblGrid>
      <w:tr w:rsidR="00363A1F" w14:paraId="7B40917F" w14:textId="77777777">
        <w:trPr>
          <w:cantSplit/>
          <w:tblHeader/>
        </w:trPr>
        <w:tc>
          <w:tcPr>
            <w:tcW w:w="0" w:type="auto"/>
            <w:shd w:val="clear" w:color="auto" w:fill="E2F0D9"/>
          </w:tcPr>
          <w:p w14:paraId="2E564D8D" w14:textId="77777777" w:rsidR="00363A1F" w:rsidRDefault="00832053">
            <w:pPr>
              <w:jc w:val="center"/>
            </w:pPr>
            <w:r>
              <w:rPr>
                <w:b/>
              </w:rPr>
              <w:t>Источник</w:t>
            </w:r>
          </w:p>
        </w:tc>
        <w:tc>
          <w:tcPr>
            <w:tcW w:w="0" w:type="auto"/>
            <w:shd w:val="clear" w:color="auto" w:fill="E2F0D9"/>
          </w:tcPr>
          <w:p w14:paraId="3FE9D916" w14:textId="77777777" w:rsidR="00363A1F" w:rsidRDefault="00832053">
            <w:pPr>
              <w:jc w:val="center"/>
            </w:pPr>
            <w:r>
              <w:rPr>
                <w:b/>
              </w:rPr>
              <w:t>Установленная мощность, Гкал/ч</w:t>
            </w:r>
          </w:p>
        </w:tc>
        <w:tc>
          <w:tcPr>
            <w:tcW w:w="0" w:type="auto"/>
            <w:shd w:val="clear" w:color="auto" w:fill="E2F0D9"/>
          </w:tcPr>
          <w:p w14:paraId="093A0A0C" w14:textId="77777777" w:rsidR="00363A1F" w:rsidRDefault="00832053">
            <w:pPr>
              <w:jc w:val="center"/>
            </w:pPr>
            <w:r>
              <w:rPr>
                <w:b/>
              </w:rPr>
              <w:t>Располагаемая мощность, Гкал/ч</w:t>
            </w:r>
          </w:p>
        </w:tc>
        <w:tc>
          <w:tcPr>
            <w:tcW w:w="0" w:type="auto"/>
            <w:shd w:val="clear" w:color="auto" w:fill="E2F0D9"/>
          </w:tcPr>
          <w:p w14:paraId="12A014CD" w14:textId="77777777" w:rsidR="00363A1F" w:rsidRPr="00844B84" w:rsidRDefault="00832053">
            <w:pPr>
              <w:jc w:val="center"/>
              <w:rPr>
                <w:lang w:val="ru-RU"/>
              </w:rPr>
            </w:pPr>
            <w:r w:rsidRPr="00844B84">
              <w:rPr>
                <w:b/>
                <w:lang w:val="ru-RU"/>
              </w:rPr>
              <w:t>Полная максимальная нагрузка, Гкал/ч</w:t>
            </w:r>
          </w:p>
        </w:tc>
        <w:tc>
          <w:tcPr>
            <w:tcW w:w="0" w:type="auto"/>
            <w:shd w:val="clear" w:color="auto" w:fill="E2F0D9"/>
          </w:tcPr>
          <w:p w14:paraId="224AB6EB" w14:textId="77777777" w:rsidR="00363A1F" w:rsidRDefault="00832053">
            <w:pPr>
              <w:jc w:val="center"/>
            </w:pPr>
            <w:r>
              <w:rPr>
                <w:b/>
              </w:rPr>
              <w:t>Резерв, Гкал/ч</w:t>
            </w:r>
          </w:p>
        </w:tc>
        <w:tc>
          <w:tcPr>
            <w:tcW w:w="0" w:type="auto"/>
            <w:shd w:val="clear" w:color="auto" w:fill="E2F0D9"/>
          </w:tcPr>
          <w:p w14:paraId="275822EC" w14:textId="77777777" w:rsidR="00363A1F" w:rsidRDefault="00832053">
            <w:pPr>
              <w:jc w:val="center"/>
            </w:pPr>
            <w:r>
              <w:rPr>
                <w:b/>
              </w:rPr>
              <w:t>Загрузка, %</w:t>
            </w:r>
          </w:p>
        </w:tc>
      </w:tr>
      <w:tr w:rsidR="00363A1F" w14:paraId="3B9FE8D1" w14:textId="77777777">
        <w:trPr>
          <w:cantSplit/>
        </w:trPr>
        <w:tc>
          <w:tcPr>
            <w:tcW w:w="0" w:type="auto"/>
            <w:shd w:val="clear" w:color="auto" w:fill="F2F2F2"/>
          </w:tcPr>
          <w:p w14:paraId="771AA633" w14:textId="77777777" w:rsidR="00363A1F" w:rsidRDefault="00832053">
            <w:r>
              <w:t>УПК № 1 «Таштагол»</w:t>
            </w:r>
          </w:p>
        </w:tc>
        <w:tc>
          <w:tcPr>
            <w:tcW w:w="0" w:type="auto"/>
            <w:shd w:val="clear" w:color="auto" w:fill="FFFFFF"/>
          </w:tcPr>
          <w:p w14:paraId="5466F67A" w14:textId="77777777" w:rsidR="00363A1F" w:rsidRDefault="00832053">
            <w:r>
              <w:t>150,00</w:t>
            </w:r>
          </w:p>
        </w:tc>
        <w:tc>
          <w:tcPr>
            <w:tcW w:w="0" w:type="auto"/>
            <w:shd w:val="clear" w:color="auto" w:fill="FFFFFF"/>
          </w:tcPr>
          <w:p w14:paraId="0D0A7B38" w14:textId="77777777" w:rsidR="00363A1F" w:rsidRDefault="00832053">
            <w:r>
              <w:t>150,00</w:t>
            </w:r>
          </w:p>
        </w:tc>
        <w:tc>
          <w:tcPr>
            <w:tcW w:w="0" w:type="auto"/>
            <w:shd w:val="clear" w:color="auto" w:fill="FFFFFF"/>
          </w:tcPr>
          <w:p w14:paraId="6625BF1A" w14:textId="77777777" w:rsidR="00363A1F" w:rsidRDefault="00832053">
            <w:r>
              <w:t>93,0532</w:t>
            </w:r>
          </w:p>
        </w:tc>
        <w:tc>
          <w:tcPr>
            <w:tcW w:w="0" w:type="auto"/>
            <w:shd w:val="clear" w:color="auto" w:fill="FFFFFF"/>
          </w:tcPr>
          <w:p w14:paraId="51212548" w14:textId="77777777" w:rsidR="00363A1F" w:rsidRDefault="00832053">
            <w:r>
              <w:t>56,9468</w:t>
            </w:r>
          </w:p>
        </w:tc>
        <w:tc>
          <w:tcPr>
            <w:tcW w:w="0" w:type="auto"/>
            <w:shd w:val="clear" w:color="auto" w:fill="FFFFFF"/>
          </w:tcPr>
          <w:p w14:paraId="7FA01704" w14:textId="77777777" w:rsidR="00363A1F" w:rsidRDefault="00832053">
            <w:r>
              <w:t>62,04</w:t>
            </w:r>
          </w:p>
        </w:tc>
      </w:tr>
      <w:tr w:rsidR="00363A1F" w14:paraId="7D2BACEB" w14:textId="77777777">
        <w:trPr>
          <w:cantSplit/>
        </w:trPr>
        <w:tc>
          <w:tcPr>
            <w:tcW w:w="0" w:type="auto"/>
            <w:shd w:val="clear" w:color="auto" w:fill="F2F2F2"/>
          </w:tcPr>
          <w:p w14:paraId="00B37737" w14:textId="77777777" w:rsidR="00363A1F" w:rsidRDefault="00832053">
            <w:r>
              <w:t>УПК № 2 «Шалым»</w:t>
            </w:r>
          </w:p>
        </w:tc>
        <w:tc>
          <w:tcPr>
            <w:tcW w:w="0" w:type="auto"/>
            <w:shd w:val="clear" w:color="auto" w:fill="FFFFFF"/>
          </w:tcPr>
          <w:p w14:paraId="7FF131EC" w14:textId="77777777" w:rsidR="00363A1F" w:rsidRDefault="00832053">
            <w:r>
              <w:t>17,00</w:t>
            </w:r>
          </w:p>
        </w:tc>
        <w:tc>
          <w:tcPr>
            <w:tcW w:w="0" w:type="auto"/>
            <w:shd w:val="clear" w:color="auto" w:fill="FFFFFF"/>
          </w:tcPr>
          <w:p w14:paraId="63152CBC" w14:textId="77777777" w:rsidR="00363A1F" w:rsidRDefault="00832053">
            <w:r>
              <w:t>17,00</w:t>
            </w:r>
          </w:p>
        </w:tc>
        <w:tc>
          <w:tcPr>
            <w:tcW w:w="0" w:type="auto"/>
            <w:shd w:val="clear" w:color="auto" w:fill="FFFFFF"/>
          </w:tcPr>
          <w:p w14:paraId="3E62135F" w14:textId="77777777" w:rsidR="00363A1F" w:rsidRDefault="00832053">
            <w:r>
              <w:t>5,8602</w:t>
            </w:r>
          </w:p>
        </w:tc>
        <w:tc>
          <w:tcPr>
            <w:tcW w:w="0" w:type="auto"/>
            <w:shd w:val="clear" w:color="auto" w:fill="FFFFFF"/>
          </w:tcPr>
          <w:p w14:paraId="538DECA4" w14:textId="77777777" w:rsidR="00363A1F" w:rsidRDefault="00832053">
            <w:r>
              <w:t>11,1398</w:t>
            </w:r>
          </w:p>
        </w:tc>
        <w:tc>
          <w:tcPr>
            <w:tcW w:w="0" w:type="auto"/>
            <w:shd w:val="clear" w:color="auto" w:fill="FFFFFF"/>
          </w:tcPr>
          <w:p w14:paraId="06BC3436" w14:textId="77777777" w:rsidR="00363A1F" w:rsidRDefault="00832053">
            <w:r>
              <w:t>34,47</w:t>
            </w:r>
          </w:p>
        </w:tc>
      </w:tr>
      <w:tr w:rsidR="00363A1F" w14:paraId="33740867" w14:textId="77777777">
        <w:trPr>
          <w:cantSplit/>
        </w:trPr>
        <w:tc>
          <w:tcPr>
            <w:tcW w:w="0" w:type="auto"/>
            <w:shd w:val="clear" w:color="auto" w:fill="F2F2F2"/>
          </w:tcPr>
          <w:p w14:paraId="0F95A125" w14:textId="77777777" w:rsidR="00363A1F" w:rsidRDefault="00832053">
            <w:r>
              <w:t>УПК № 2 «ЦМК»</w:t>
            </w:r>
          </w:p>
        </w:tc>
        <w:tc>
          <w:tcPr>
            <w:tcW w:w="0" w:type="auto"/>
            <w:shd w:val="clear" w:color="auto" w:fill="FFFFFF"/>
          </w:tcPr>
          <w:p w14:paraId="7A53BFF6" w14:textId="77777777" w:rsidR="00363A1F" w:rsidRDefault="00832053">
            <w:r>
              <w:t>10,20</w:t>
            </w:r>
          </w:p>
        </w:tc>
        <w:tc>
          <w:tcPr>
            <w:tcW w:w="0" w:type="auto"/>
            <w:shd w:val="clear" w:color="auto" w:fill="FFFFFF"/>
          </w:tcPr>
          <w:p w14:paraId="79F8310E" w14:textId="77777777" w:rsidR="00363A1F" w:rsidRDefault="00832053">
            <w:r>
              <w:t>10,20</w:t>
            </w:r>
          </w:p>
        </w:tc>
        <w:tc>
          <w:tcPr>
            <w:tcW w:w="0" w:type="auto"/>
            <w:shd w:val="clear" w:color="auto" w:fill="FFFFFF"/>
          </w:tcPr>
          <w:p w14:paraId="417EED7B" w14:textId="77777777" w:rsidR="00363A1F" w:rsidRDefault="00832053">
            <w:r>
              <w:t>3,7051</w:t>
            </w:r>
          </w:p>
        </w:tc>
        <w:tc>
          <w:tcPr>
            <w:tcW w:w="0" w:type="auto"/>
            <w:shd w:val="clear" w:color="auto" w:fill="FFFFFF"/>
          </w:tcPr>
          <w:p w14:paraId="3D696A37" w14:textId="77777777" w:rsidR="00363A1F" w:rsidRDefault="00832053">
            <w:r>
              <w:t>6,4949</w:t>
            </w:r>
          </w:p>
        </w:tc>
        <w:tc>
          <w:tcPr>
            <w:tcW w:w="0" w:type="auto"/>
            <w:shd w:val="clear" w:color="auto" w:fill="FFFFFF"/>
          </w:tcPr>
          <w:p w14:paraId="101C945A" w14:textId="77777777" w:rsidR="00363A1F" w:rsidRDefault="00832053">
            <w:r>
              <w:t>36,32</w:t>
            </w:r>
          </w:p>
        </w:tc>
      </w:tr>
      <w:tr w:rsidR="00363A1F" w14:paraId="27554142" w14:textId="77777777">
        <w:trPr>
          <w:cantSplit/>
        </w:trPr>
        <w:tc>
          <w:tcPr>
            <w:tcW w:w="0" w:type="auto"/>
            <w:shd w:val="clear" w:color="auto" w:fill="F2F2F2"/>
          </w:tcPr>
          <w:p w14:paraId="05732ABE" w14:textId="77777777" w:rsidR="00363A1F" w:rsidRDefault="00832053">
            <w:r>
              <w:t>УПК № 9 «ГРЭ»</w:t>
            </w:r>
          </w:p>
        </w:tc>
        <w:tc>
          <w:tcPr>
            <w:tcW w:w="0" w:type="auto"/>
            <w:shd w:val="clear" w:color="auto" w:fill="FFFFFF"/>
          </w:tcPr>
          <w:p w14:paraId="2E3B6DE7" w14:textId="77777777" w:rsidR="00363A1F" w:rsidRDefault="00832053">
            <w:r>
              <w:t>4,50</w:t>
            </w:r>
          </w:p>
        </w:tc>
        <w:tc>
          <w:tcPr>
            <w:tcW w:w="0" w:type="auto"/>
            <w:shd w:val="clear" w:color="auto" w:fill="FFFFFF"/>
          </w:tcPr>
          <w:p w14:paraId="38F3F735" w14:textId="77777777" w:rsidR="00363A1F" w:rsidRDefault="00832053">
            <w:r>
              <w:t>4,50</w:t>
            </w:r>
          </w:p>
        </w:tc>
        <w:tc>
          <w:tcPr>
            <w:tcW w:w="0" w:type="auto"/>
            <w:shd w:val="clear" w:color="auto" w:fill="FFFFFF"/>
          </w:tcPr>
          <w:p w14:paraId="025F8041" w14:textId="77777777" w:rsidR="00363A1F" w:rsidRDefault="00832053">
            <w:r>
              <w:t>1,3330</w:t>
            </w:r>
          </w:p>
        </w:tc>
        <w:tc>
          <w:tcPr>
            <w:tcW w:w="0" w:type="auto"/>
            <w:shd w:val="clear" w:color="auto" w:fill="FFFFFF"/>
          </w:tcPr>
          <w:p w14:paraId="24C7E27B" w14:textId="77777777" w:rsidR="00363A1F" w:rsidRDefault="00832053">
            <w:r>
              <w:t>3,1670</w:t>
            </w:r>
          </w:p>
        </w:tc>
        <w:tc>
          <w:tcPr>
            <w:tcW w:w="0" w:type="auto"/>
            <w:shd w:val="clear" w:color="auto" w:fill="FFFFFF"/>
          </w:tcPr>
          <w:p w14:paraId="23484A40" w14:textId="77777777" w:rsidR="00363A1F" w:rsidRDefault="00832053">
            <w:r>
              <w:t>29,62</w:t>
            </w:r>
          </w:p>
        </w:tc>
      </w:tr>
      <w:tr w:rsidR="00363A1F" w14:paraId="5A8153AB" w14:textId="77777777">
        <w:trPr>
          <w:cantSplit/>
        </w:trPr>
        <w:tc>
          <w:tcPr>
            <w:tcW w:w="0" w:type="auto"/>
            <w:shd w:val="clear" w:color="auto" w:fill="F2F2F2"/>
          </w:tcPr>
          <w:p w14:paraId="0CB549CF" w14:textId="77777777" w:rsidR="00363A1F" w:rsidRDefault="00832053">
            <w:r>
              <w:t>УПК № 5 «Новый Шерегеш»</w:t>
            </w:r>
          </w:p>
        </w:tc>
        <w:tc>
          <w:tcPr>
            <w:tcW w:w="0" w:type="auto"/>
            <w:shd w:val="clear" w:color="auto" w:fill="FFFFFF"/>
          </w:tcPr>
          <w:p w14:paraId="21DD52F5" w14:textId="77777777" w:rsidR="00363A1F" w:rsidRDefault="00832053">
            <w:r>
              <w:t>114,00</w:t>
            </w:r>
          </w:p>
        </w:tc>
        <w:tc>
          <w:tcPr>
            <w:tcW w:w="0" w:type="auto"/>
            <w:shd w:val="clear" w:color="auto" w:fill="FFFFFF"/>
          </w:tcPr>
          <w:p w14:paraId="42C442CB" w14:textId="77777777" w:rsidR="00363A1F" w:rsidRDefault="00832053">
            <w:r>
              <w:t>114,00</w:t>
            </w:r>
          </w:p>
        </w:tc>
        <w:tc>
          <w:tcPr>
            <w:tcW w:w="0" w:type="auto"/>
            <w:shd w:val="clear" w:color="auto" w:fill="FFFFFF"/>
          </w:tcPr>
          <w:p w14:paraId="7E432BA7" w14:textId="77777777" w:rsidR="00363A1F" w:rsidRDefault="00832053">
            <w:r>
              <w:t>68,6123</w:t>
            </w:r>
          </w:p>
        </w:tc>
        <w:tc>
          <w:tcPr>
            <w:tcW w:w="0" w:type="auto"/>
            <w:shd w:val="clear" w:color="auto" w:fill="FFFFFF"/>
          </w:tcPr>
          <w:p w14:paraId="71EE9190" w14:textId="77777777" w:rsidR="00363A1F" w:rsidRDefault="00832053">
            <w:r>
              <w:t>45,3877</w:t>
            </w:r>
          </w:p>
        </w:tc>
        <w:tc>
          <w:tcPr>
            <w:tcW w:w="0" w:type="auto"/>
            <w:shd w:val="clear" w:color="auto" w:fill="FFFFFF"/>
          </w:tcPr>
          <w:p w14:paraId="685330BB" w14:textId="77777777" w:rsidR="00363A1F" w:rsidRDefault="00832053">
            <w:r>
              <w:t>60,19</w:t>
            </w:r>
          </w:p>
        </w:tc>
      </w:tr>
      <w:tr w:rsidR="00363A1F" w14:paraId="0658F2A7" w14:textId="77777777">
        <w:trPr>
          <w:cantSplit/>
        </w:trPr>
        <w:tc>
          <w:tcPr>
            <w:tcW w:w="0" w:type="auto"/>
            <w:shd w:val="clear" w:color="auto" w:fill="F2F2F2"/>
          </w:tcPr>
          <w:p w14:paraId="2E73A9E1" w14:textId="77777777" w:rsidR="00363A1F" w:rsidRDefault="00832053">
            <w:r>
              <w:t>УПК № 6 «Старый Шерегеш»</w:t>
            </w:r>
          </w:p>
        </w:tc>
        <w:tc>
          <w:tcPr>
            <w:tcW w:w="0" w:type="auto"/>
            <w:shd w:val="clear" w:color="auto" w:fill="FFFFFF"/>
          </w:tcPr>
          <w:p w14:paraId="2648DFA7" w14:textId="77777777" w:rsidR="00363A1F" w:rsidRDefault="00832053">
            <w:r>
              <w:t>24,00</w:t>
            </w:r>
          </w:p>
        </w:tc>
        <w:tc>
          <w:tcPr>
            <w:tcW w:w="0" w:type="auto"/>
            <w:shd w:val="clear" w:color="auto" w:fill="FFFFFF"/>
          </w:tcPr>
          <w:p w14:paraId="54B8C503" w14:textId="77777777" w:rsidR="00363A1F" w:rsidRDefault="00832053">
            <w:r>
              <w:t>24,00</w:t>
            </w:r>
          </w:p>
        </w:tc>
        <w:tc>
          <w:tcPr>
            <w:tcW w:w="0" w:type="auto"/>
            <w:shd w:val="clear" w:color="auto" w:fill="FFFFFF"/>
          </w:tcPr>
          <w:p w14:paraId="4F6AD889" w14:textId="77777777" w:rsidR="00363A1F" w:rsidRDefault="00832053">
            <w:r>
              <w:t>4,6696</w:t>
            </w:r>
          </w:p>
        </w:tc>
        <w:tc>
          <w:tcPr>
            <w:tcW w:w="0" w:type="auto"/>
            <w:shd w:val="clear" w:color="auto" w:fill="FFFFFF"/>
          </w:tcPr>
          <w:p w14:paraId="5101CE72" w14:textId="77777777" w:rsidR="00363A1F" w:rsidRDefault="00832053">
            <w:r>
              <w:t>19,3304</w:t>
            </w:r>
          </w:p>
        </w:tc>
        <w:tc>
          <w:tcPr>
            <w:tcW w:w="0" w:type="auto"/>
            <w:shd w:val="clear" w:color="auto" w:fill="FFFFFF"/>
          </w:tcPr>
          <w:p w14:paraId="4D59BA9D" w14:textId="77777777" w:rsidR="00363A1F" w:rsidRDefault="00832053">
            <w:r>
              <w:t>19,46</w:t>
            </w:r>
          </w:p>
        </w:tc>
      </w:tr>
      <w:tr w:rsidR="00363A1F" w14:paraId="41003303" w14:textId="77777777">
        <w:trPr>
          <w:cantSplit/>
        </w:trPr>
        <w:tc>
          <w:tcPr>
            <w:tcW w:w="0" w:type="auto"/>
            <w:shd w:val="clear" w:color="auto" w:fill="F2F2F2"/>
          </w:tcPr>
          <w:p w14:paraId="1D61AD70" w14:textId="77777777" w:rsidR="00363A1F" w:rsidRDefault="00832053">
            <w:r>
              <w:t>УПК № 7 «Каз»</w:t>
            </w:r>
          </w:p>
        </w:tc>
        <w:tc>
          <w:tcPr>
            <w:tcW w:w="0" w:type="auto"/>
            <w:shd w:val="clear" w:color="auto" w:fill="FFFFFF"/>
          </w:tcPr>
          <w:p w14:paraId="47476114" w14:textId="77777777" w:rsidR="00363A1F" w:rsidRDefault="00832053">
            <w:r>
              <w:t>72,00</w:t>
            </w:r>
          </w:p>
        </w:tc>
        <w:tc>
          <w:tcPr>
            <w:tcW w:w="0" w:type="auto"/>
            <w:shd w:val="clear" w:color="auto" w:fill="FFFFFF"/>
          </w:tcPr>
          <w:p w14:paraId="1864095F" w14:textId="77777777" w:rsidR="00363A1F" w:rsidRDefault="00832053">
            <w:r>
              <w:t>72,00</w:t>
            </w:r>
          </w:p>
        </w:tc>
        <w:tc>
          <w:tcPr>
            <w:tcW w:w="0" w:type="auto"/>
            <w:shd w:val="clear" w:color="auto" w:fill="FFFFFF"/>
          </w:tcPr>
          <w:p w14:paraId="50C83177" w14:textId="77777777" w:rsidR="00363A1F" w:rsidRDefault="00832053">
            <w:r>
              <w:t>19,4397</w:t>
            </w:r>
          </w:p>
        </w:tc>
        <w:tc>
          <w:tcPr>
            <w:tcW w:w="0" w:type="auto"/>
            <w:shd w:val="clear" w:color="auto" w:fill="FFFFFF"/>
          </w:tcPr>
          <w:p w14:paraId="2B1E85A9" w14:textId="77777777" w:rsidR="00363A1F" w:rsidRDefault="00832053">
            <w:r>
              <w:t>52,5603</w:t>
            </w:r>
          </w:p>
        </w:tc>
        <w:tc>
          <w:tcPr>
            <w:tcW w:w="0" w:type="auto"/>
            <w:shd w:val="clear" w:color="auto" w:fill="FFFFFF"/>
          </w:tcPr>
          <w:p w14:paraId="4CFA7FA8" w14:textId="77777777" w:rsidR="00363A1F" w:rsidRDefault="00832053">
            <w:r>
              <w:t>27,00</w:t>
            </w:r>
          </w:p>
        </w:tc>
      </w:tr>
      <w:tr w:rsidR="00363A1F" w14:paraId="27D7D652" w14:textId="77777777">
        <w:trPr>
          <w:cantSplit/>
        </w:trPr>
        <w:tc>
          <w:tcPr>
            <w:tcW w:w="0" w:type="auto"/>
            <w:shd w:val="clear" w:color="auto" w:fill="F2F2F2"/>
          </w:tcPr>
          <w:p w14:paraId="3FB1D1E8" w14:textId="77777777" w:rsidR="00363A1F" w:rsidRDefault="00832053">
            <w:r>
              <w:t>УПК № 8 «Мундыбаш»</w:t>
            </w:r>
          </w:p>
        </w:tc>
        <w:tc>
          <w:tcPr>
            <w:tcW w:w="0" w:type="auto"/>
            <w:shd w:val="clear" w:color="auto" w:fill="FFFFFF"/>
          </w:tcPr>
          <w:p w14:paraId="23CE86A0" w14:textId="77777777" w:rsidR="00363A1F" w:rsidRDefault="00832053">
            <w:r>
              <w:t>36,00</w:t>
            </w:r>
          </w:p>
        </w:tc>
        <w:tc>
          <w:tcPr>
            <w:tcW w:w="0" w:type="auto"/>
            <w:shd w:val="clear" w:color="auto" w:fill="FFFFFF"/>
          </w:tcPr>
          <w:p w14:paraId="450F7DB1" w14:textId="77777777" w:rsidR="00363A1F" w:rsidRDefault="00832053">
            <w:r>
              <w:t>36,00</w:t>
            </w:r>
          </w:p>
        </w:tc>
        <w:tc>
          <w:tcPr>
            <w:tcW w:w="0" w:type="auto"/>
            <w:shd w:val="clear" w:color="auto" w:fill="FFFFFF"/>
          </w:tcPr>
          <w:p w14:paraId="7E55D9C5" w14:textId="77777777" w:rsidR="00363A1F" w:rsidRDefault="00832053">
            <w:r>
              <w:t>20,2475</w:t>
            </w:r>
          </w:p>
        </w:tc>
        <w:tc>
          <w:tcPr>
            <w:tcW w:w="0" w:type="auto"/>
            <w:shd w:val="clear" w:color="auto" w:fill="FFFFFF"/>
          </w:tcPr>
          <w:p w14:paraId="3E905F0A" w14:textId="77777777" w:rsidR="00363A1F" w:rsidRDefault="00832053">
            <w:r>
              <w:t>15,7525</w:t>
            </w:r>
          </w:p>
        </w:tc>
        <w:tc>
          <w:tcPr>
            <w:tcW w:w="0" w:type="auto"/>
            <w:shd w:val="clear" w:color="auto" w:fill="FFFFFF"/>
          </w:tcPr>
          <w:p w14:paraId="439AE1DE" w14:textId="77777777" w:rsidR="00363A1F" w:rsidRDefault="00832053">
            <w:r>
              <w:t>56,24</w:t>
            </w:r>
          </w:p>
        </w:tc>
      </w:tr>
      <w:tr w:rsidR="00363A1F" w14:paraId="46F3762B" w14:textId="77777777">
        <w:trPr>
          <w:cantSplit/>
        </w:trPr>
        <w:tc>
          <w:tcPr>
            <w:tcW w:w="0" w:type="auto"/>
            <w:shd w:val="clear" w:color="auto" w:fill="F2F2F2"/>
          </w:tcPr>
          <w:p w14:paraId="1E45C502" w14:textId="77777777" w:rsidR="00363A1F" w:rsidRDefault="00832053">
            <w:r>
              <w:t>УПК № 10 «Темир-Тау»</w:t>
            </w:r>
          </w:p>
        </w:tc>
        <w:tc>
          <w:tcPr>
            <w:tcW w:w="0" w:type="auto"/>
            <w:shd w:val="clear" w:color="auto" w:fill="FFFFFF"/>
          </w:tcPr>
          <w:p w14:paraId="75A3A08F" w14:textId="77777777" w:rsidR="00363A1F" w:rsidRDefault="00832053">
            <w:r>
              <w:t>33,60</w:t>
            </w:r>
          </w:p>
        </w:tc>
        <w:tc>
          <w:tcPr>
            <w:tcW w:w="0" w:type="auto"/>
            <w:shd w:val="clear" w:color="auto" w:fill="FFFFFF"/>
          </w:tcPr>
          <w:p w14:paraId="21538F0E" w14:textId="77777777" w:rsidR="00363A1F" w:rsidRDefault="00832053">
            <w:r>
              <w:t>33,60</w:t>
            </w:r>
          </w:p>
        </w:tc>
        <w:tc>
          <w:tcPr>
            <w:tcW w:w="0" w:type="auto"/>
            <w:shd w:val="clear" w:color="auto" w:fill="FFFFFF"/>
          </w:tcPr>
          <w:p w14:paraId="1DA3BE5E" w14:textId="77777777" w:rsidR="00363A1F" w:rsidRDefault="00832053">
            <w:r>
              <w:t>8,6985</w:t>
            </w:r>
          </w:p>
        </w:tc>
        <w:tc>
          <w:tcPr>
            <w:tcW w:w="0" w:type="auto"/>
            <w:shd w:val="clear" w:color="auto" w:fill="FFFFFF"/>
          </w:tcPr>
          <w:p w14:paraId="2DCACB0E" w14:textId="77777777" w:rsidR="00363A1F" w:rsidRDefault="00832053">
            <w:r>
              <w:t>24,9015</w:t>
            </w:r>
          </w:p>
        </w:tc>
        <w:tc>
          <w:tcPr>
            <w:tcW w:w="0" w:type="auto"/>
            <w:shd w:val="clear" w:color="auto" w:fill="FFFFFF"/>
          </w:tcPr>
          <w:p w14:paraId="57DCA6AF" w14:textId="77777777" w:rsidR="00363A1F" w:rsidRDefault="00832053">
            <w:r>
              <w:t>25,89</w:t>
            </w:r>
          </w:p>
        </w:tc>
      </w:tr>
      <w:tr w:rsidR="00363A1F" w14:paraId="2DEFDCAC" w14:textId="77777777">
        <w:trPr>
          <w:cantSplit/>
        </w:trPr>
        <w:tc>
          <w:tcPr>
            <w:tcW w:w="0" w:type="auto"/>
            <w:shd w:val="clear" w:color="auto" w:fill="F2F2F2"/>
          </w:tcPr>
          <w:p w14:paraId="05092D5C" w14:textId="77777777" w:rsidR="00363A1F" w:rsidRDefault="00832053">
            <w:r>
              <w:t>УПК № 3 «Спасск»</w:t>
            </w:r>
          </w:p>
        </w:tc>
        <w:tc>
          <w:tcPr>
            <w:tcW w:w="0" w:type="auto"/>
            <w:shd w:val="clear" w:color="auto" w:fill="FFFFFF"/>
          </w:tcPr>
          <w:p w14:paraId="4C1DDED0" w14:textId="77777777" w:rsidR="00363A1F" w:rsidRDefault="00832053">
            <w:r>
              <w:t>5,37</w:t>
            </w:r>
          </w:p>
        </w:tc>
        <w:tc>
          <w:tcPr>
            <w:tcW w:w="0" w:type="auto"/>
            <w:shd w:val="clear" w:color="auto" w:fill="FFFFFF"/>
          </w:tcPr>
          <w:p w14:paraId="30F9BAD7" w14:textId="77777777" w:rsidR="00363A1F" w:rsidRDefault="00832053">
            <w:r>
              <w:t>5,37</w:t>
            </w:r>
          </w:p>
        </w:tc>
        <w:tc>
          <w:tcPr>
            <w:tcW w:w="0" w:type="auto"/>
            <w:shd w:val="clear" w:color="auto" w:fill="FFFFFF"/>
          </w:tcPr>
          <w:p w14:paraId="77818572" w14:textId="77777777" w:rsidR="00363A1F" w:rsidRDefault="00832053">
            <w:r>
              <w:t>1,8761</w:t>
            </w:r>
          </w:p>
        </w:tc>
        <w:tc>
          <w:tcPr>
            <w:tcW w:w="0" w:type="auto"/>
            <w:shd w:val="clear" w:color="auto" w:fill="FFFFFF"/>
          </w:tcPr>
          <w:p w14:paraId="3EE96139" w14:textId="77777777" w:rsidR="00363A1F" w:rsidRDefault="00832053">
            <w:r>
              <w:t>3,4939</w:t>
            </w:r>
          </w:p>
        </w:tc>
        <w:tc>
          <w:tcPr>
            <w:tcW w:w="0" w:type="auto"/>
            <w:shd w:val="clear" w:color="auto" w:fill="FFFFFF"/>
          </w:tcPr>
          <w:p w14:paraId="1A439676" w14:textId="77777777" w:rsidR="00363A1F" w:rsidRDefault="00832053">
            <w:r>
              <w:t>34,94</w:t>
            </w:r>
          </w:p>
        </w:tc>
      </w:tr>
      <w:tr w:rsidR="00363A1F" w14:paraId="0E24F399" w14:textId="77777777">
        <w:trPr>
          <w:cantSplit/>
        </w:trPr>
        <w:tc>
          <w:tcPr>
            <w:tcW w:w="0" w:type="auto"/>
            <w:shd w:val="clear" w:color="auto" w:fill="DBE5F1"/>
          </w:tcPr>
          <w:p w14:paraId="65F187FA" w14:textId="77777777" w:rsidR="00363A1F" w:rsidRDefault="00832053">
            <w:r>
              <w:rPr>
                <w:b/>
              </w:rPr>
              <w:t>Итого</w:t>
            </w:r>
          </w:p>
        </w:tc>
        <w:tc>
          <w:tcPr>
            <w:tcW w:w="0" w:type="auto"/>
            <w:shd w:val="clear" w:color="auto" w:fill="DBE5F1"/>
          </w:tcPr>
          <w:p w14:paraId="7DFA6552" w14:textId="77777777" w:rsidR="00363A1F" w:rsidRDefault="00832053">
            <w:r>
              <w:rPr>
                <w:b/>
              </w:rPr>
              <w:t>466,67</w:t>
            </w:r>
          </w:p>
        </w:tc>
        <w:tc>
          <w:tcPr>
            <w:tcW w:w="0" w:type="auto"/>
            <w:shd w:val="clear" w:color="auto" w:fill="DBE5F1"/>
          </w:tcPr>
          <w:p w14:paraId="0A0E0363" w14:textId="77777777" w:rsidR="00363A1F" w:rsidRDefault="00832053">
            <w:r>
              <w:rPr>
                <w:b/>
              </w:rPr>
              <w:t>466,67</w:t>
            </w:r>
          </w:p>
        </w:tc>
        <w:tc>
          <w:tcPr>
            <w:tcW w:w="0" w:type="auto"/>
            <w:shd w:val="clear" w:color="auto" w:fill="DBE5F1"/>
          </w:tcPr>
          <w:p w14:paraId="56A4A589" w14:textId="77777777" w:rsidR="00363A1F" w:rsidRDefault="00832053">
            <w:r>
              <w:rPr>
                <w:b/>
              </w:rPr>
              <w:t>227,4952</w:t>
            </w:r>
          </w:p>
        </w:tc>
        <w:tc>
          <w:tcPr>
            <w:tcW w:w="0" w:type="auto"/>
            <w:shd w:val="clear" w:color="auto" w:fill="DBE5F1"/>
          </w:tcPr>
          <w:p w14:paraId="056F57EF" w14:textId="77777777" w:rsidR="00363A1F" w:rsidRDefault="00832053">
            <w:r>
              <w:rPr>
                <w:b/>
              </w:rPr>
              <w:t>239,1748</w:t>
            </w:r>
          </w:p>
        </w:tc>
        <w:tc>
          <w:tcPr>
            <w:tcW w:w="0" w:type="auto"/>
            <w:shd w:val="clear" w:color="auto" w:fill="DBE5F1"/>
          </w:tcPr>
          <w:p w14:paraId="1B8D132A" w14:textId="77777777" w:rsidR="00363A1F" w:rsidRDefault="00832053">
            <w:r>
              <w:rPr>
                <w:b/>
              </w:rPr>
              <w:t>—</w:t>
            </w:r>
          </w:p>
        </w:tc>
      </w:tr>
    </w:tbl>
    <w:p w14:paraId="3AA1F70B" w14:textId="77777777" w:rsidR="00363A1F" w:rsidRPr="005731F7" w:rsidRDefault="00832053">
      <w:pPr>
        <w:rPr>
          <w:b/>
          <w:bCs/>
          <w:lang w:val="ru-RU"/>
        </w:rPr>
      </w:pPr>
      <w:r w:rsidRPr="005731F7">
        <w:rPr>
          <w:b/>
          <w:bCs/>
          <w:lang w:val="ru-RU"/>
        </w:rPr>
        <w:t>Таблица 2.15 — Баланс тепловой мощности на 2031 и 2036 годы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46"/>
        <w:gridCol w:w="2029"/>
        <w:gridCol w:w="2174"/>
        <w:gridCol w:w="1183"/>
        <w:gridCol w:w="2174"/>
        <w:gridCol w:w="1183"/>
      </w:tblGrid>
      <w:tr w:rsidR="00363A1F" w14:paraId="3C8117D4" w14:textId="77777777">
        <w:trPr>
          <w:cantSplit/>
          <w:tblHeader/>
        </w:trPr>
        <w:tc>
          <w:tcPr>
            <w:tcW w:w="0" w:type="auto"/>
            <w:shd w:val="clear" w:color="auto" w:fill="E2F0D9"/>
          </w:tcPr>
          <w:p w14:paraId="728F3F41" w14:textId="77777777" w:rsidR="00363A1F" w:rsidRDefault="00832053">
            <w:pPr>
              <w:jc w:val="center"/>
            </w:pPr>
            <w:r>
              <w:rPr>
                <w:b/>
              </w:rPr>
              <w:t>Источник</w:t>
            </w:r>
          </w:p>
        </w:tc>
        <w:tc>
          <w:tcPr>
            <w:tcW w:w="0" w:type="auto"/>
            <w:shd w:val="clear" w:color="auto" w:fill="E2F0D9"/>
          </w:tcPr>
          <w:p w14:paraId="7C7A8DC8" w14:textId="77777777" w:rsidR="00363A1F" w:rsidRDefault="00832053">
            <w:pPr>
              <w:jc w:val="center"/>
            </w:pPr>
            <w:r>
              <w:rPr>
                <w:b/>
              </w:rPr>
              <w:t>Располагаемая мощность, Гкал/ч</w:t>
            </w:r>
          </w:p>
        </w:tc>
        <w:tc>
          <w:tcPr>
            <w:tcW w:w="0" w:type="auto"/>
            <w:shd w:val="clear" w:color="auto" w:fill="E2F0D9"/>
          </w:tcPr>
          <w:p w14:paraId="049E2486" w14:textId="77777777" w:rsidR="00363A1F" w:rsidRPr="00844B84" w:rsidRDefault="00832053">
            <w:pPr>
              <w:jc w:val="center"/>
              <w:rPr>
                <w:lang w:val="ru-RU"/>
              </w:rPr>
            </w:pPr>
            <w:r w:rsidRPr="00844B84">
              <w:rPr>
                <w:b/>
                <w:lang w:val="ru-RU"/>
              </w:rPr>
              <w:t>Полная максимальная нагрузка 2031, Гкал/ч</w:t>
            </w:r>
          </w:p>
        </w:tc>
        <w:tc>
          <w:tcPr>
            <w:tcW w:w="0" w:type="auto"/>
            <w:shd w:val="clear" w:color="auto" w:fill="E2F0D9"/>
          </w:tcPr>
          <w:p w14:paraId="41EBEDB0" w14:textId="77777777" w:rsidR="00363A1F" w:rsidRDefault="00832053">
            <w:pPr>
              <w:jc w:val="center"/>
            </w:pPr>
            <w:r>
              <w:rPr>
                <w:b/>
              </w:rPr>
              <w:t>Резерв 2031, Гкал/ч</w:t>
            </w:r>
          </w:p>
        </w:tc>
        <w:tc>
          <w:tcPr>
            <w:tcW w:w="0" w:type="auto"/>
            <w:shd w:val="clear" w:color="auto" w:fill="E2F0D9"/>
          </w:tcPr>
          <w:p w14:paraId="130A5DF2" w14:textId="77777777" w:rsidR="00363A1F" w:rsidRPr="00844B84" w:rsidRDefault="00832053">
            <w:pPr>
              <w:jc w:val="center"/>
              <w:rPr>
                <w:lang w:val="ru-RU"/>
              </w:rPr>
            </w:pPr>
            <w:r w:rsidRPr="00844B84">
              <w:rPr>
                <w:b/>
                <w:lang w:val="ru-RU"/>
              </w:rPr>
              <w:t>Полная максимальная нагрузка 2036, Гкал/ч</w:t>
            </w:r>
          </w:p>
        </w:tc>
        <w:tc>
          <w:tcPr>
            <w:tcW w:w="0" w:type="auto"/>
            <w:shd w:val="clear" w:color="auto" w:fill="E2F0D9"/>
          </w:tcPr>
          <w:p w14:paraId="0FC2BAB3" w14:textId="77777777" w:rsidR="00363A1F" w:rsidRDefault="00832053">
            <w:pPr>
              <w:jc w:val="center"/>
            </w:pPr>
            <w:r>
              <w:rPr>
                <w:b/>
              </w:rPr>
              <w:t>Резерв 2036, Гкал/ч</w:t>
            </w:r>
          </w:p>
        </w:tc>
      </w:tr>
      <w:tr w:rsidR="00363A1F" w14:paraId="6EC326D3" w14:textId="77777777">
        <w:trPr>
          <w:cantSplit/>
        </w:trPr>
        <w:tc>
          <w:tcPr>
            <w:tcW w:w="0" w:type="auto"/>
            <w:shd w:val="clear" w:color="auto" w:fill="F2F2F2"/>
          </w:tcPr>
          <w:p w14:paraId="3F7BFFB3" w14:textId="77777777" w:rsidR="00363A1F" w:rsidRDefault="00832053">
            <w:r>
              <w:t>УПК № 1 «Таштагол»</w:t>
            </w:r>
          </w:p>
        </w:tc>
        <w:tc>
          <w:tcPr>
            <w:tcW w:w="0" w:type="auto"/>
            <w:shd w:val="clear" w:color="auto" w:fill="FFFFFF"/>
          </w:tcPr>
          <w:p w14:paraId="130D4E25" w14:textId="77777777" w:rsidR="00363A1F" w:rsidRDefault="00832053">
            <w:r>
              <w:t>150,00</w:t>
            </w:r>
          </w:p>
        </w:tc>
        <w:tc>
          <w:tcPr>
            <w:tcW w:w="0" w:type="auto"/>
            <w:shd w:val="clear" w:color="auto" w:fill="FFFFFF"/>
          </w:tcPr>
          <w:p w14:paraId="007BAC4D" w14:textId="77777777" w:rsidR="00363A1F" w:rsidRDefault="00832053">
            <w:r>
              <w:t>93,2042</w:t>
            </w:r>
          </w:p>
        </w:tc>
        <w:tc>
          <w:tcPr>
            <w:tcW w:w="0" w:type="auto"/>
            <w:shd w:val="clear" w:color="auto" w:fill="FFFFFF"/>
          </w:tcPr>
          <w:p w14:paraId="238DA4B2" w14:textId="77777777" w:rsidR="00363A1F" w:rsidRDefault="00832053">
            <w:r>
              <w:t>56,7958</w:t>
            </w:r>
          </w:p>
        </w:tc>
        <w:tc>
          <w:tcPr>
            <w:tcW w:w="0" w:type="auto"/>
            <w:shd w:val="clear" w:color="auto" w:fill="FFFFFF"/>
          </w:tcPr>
          <w:p w14:paraId="0BF40647" w14:textId="77777777" w:rsidR="00363A1F" w:rsidRDefault="00832053">
            <w:r>
              <w:t>93,2042</w:t>
            </w:r>
          </w:p>
        </w:tc>
        <w:tc>
          <w:tcPr>
            <w:tcW w:w="0" w:type="auto"/>
            <w:shd w:val="clear" w:color="auto" w:fill="FFFFFF"/>
          </w:tcPr>
          <w:p w14:paraId="2BA186F5" w14:textId="77777777" w:rsidR="00363A1F" w:rsidRDefault="00832053">
            <w:r>
              <w:t>56,7958</w:t>
            </w:r>
          </w:p>
        </w:tc>
      </w:tr>
      <w:tr w:rsidR="00363A1F" w14:paraId="1F6C20CD" w14:textId="77777777">
        <w:trPr>
          <w:cantSplit/>
        </w:trPr>
        <w:tc>
          <w:tcPr>
            <w:tcW w:w="0" w:type="auto"/>
            <w:shd w:val="clear" w:color="auto" w:fill="F2F2F2"/>
          </w:tcPr>
          <w:p w14:paraId="4FB56F97" w14:textId="77777777" w:rsidR="00363A1F" w:rsidRDefault="00832053">
            <w:r>
              <w:t>УПК № 2 «Шалым»</w:t>
            </w:r>
          </w:p>
        </w:tc>
        <w:tc>
          <w:tcPr>
            <w:tcW w:w="0" w:type="auto"/>
            <w:shd w:val="clear" w:color="auto" w:fill="FFFFFF"/>
          </w:tcPr>
          <w:p w14:paraId="7E86CA8B" w14:textId="77777777" w:rsidR="00363A1F" w:rsidRDefault="00832053">
            <w:r>
              <w:t>17,00</w:t>
            </w:r>
          </w:p>
        </w:tc>
        <w:tc>
          <w:tcPr>
            <w:tcW w:w="0" w:type="auto"/>
            <w:shd w:val="clear" w:color="auto" w:fill="FFFFFF"/>
          </w:tcPr>
          <w:p w14:paraId="14153CC5" w14:textId="77777777" w:rsidR="00363A1F" w:rsidRDefault="00832053">
            <w:r>
              <w:t>5,8602</w:t>
            </w:r>
          </w:p>
        </w:tc>
        <w:tc>
          <w:tcPr>
            <w:tcW w:w="0" w:type="auto"/>
            <w:shd w:val="clear" w:color="auto" w:fill="FFFFFF"/>
          </w:tcPr>
          <w:p w14:paraId="0DC9183A" w14:textId="77777777" w:rsidR="00363A1F" w:rsidRDefault="00832053">
            <w:r>
              <w:t>11,1398</w:t>
            </w:r>
          </w:p>
        </w:tc>
        <w:tc>
          <w:tcPr>
            <w:tcW w:w="0" w:type="auto"/>
            <w:shd w:val="clear" w:color="auto" w:fill="FFFFFF"/>
          </w:tcPr>
          <w:p w14:paraId="76B3278F" w14:textId="77777777" w:rsidR="00363A1F" w:rsidRDefault="00832053">
            <w:r>
              <w:t>5,8602</w:t>
            </w:r>
          </w:p>
        </w:tc>
        <w:tc>
          <w:tcPr>
            <w:tcW w:w="0" w:type="auto"/>
            <w:shd w:val="clear" w:color="auto" w:fill="FFFFFF"/>
          </w:tcPr>
          <w:p w14:paraId="52018585" w14:textId="77777777" w:rsidR="00363A1F" w:rsidRDefault="00832053">
            <w:r>
              <w:t>11,1398</w:t>
            </w:r>
          </w:p>
        </w:tc>
      </w:tr>
      <w:tr w:rsidR="00363A1F" w14:paraId="2DD07BEC" w14:textId="77777777">
        <w:trPr>
          <w:cantSplit/>
        </w:trPr>
        <w:tc>
          <w:tcPr>
            <w:tcW w:w="0" w:type="auto"/>
            <w:shd w:val="clear" w:color="auto" w:fill="F2F2F2"/>
          </w:tcPr>
          <w:p w14:paraId="12331804" w14:textId="77777777" w:rsidR="00363A1F" w:rsidRDefault="00832053">
            <w:r>
              <w:t>УПК № 2 «ЦМК»</w:t>
            </w:r>
          </w:p>
        </w:tc>
        <w:tc>
          <w:tcPr>
            <w:tcW w:w="0" w:type="auto"/>
            <w:shd w:val="clear" w:color="auto" w:fill="FFFFFF"/>
          </w:tcPr>
          <w:p w14:paraId="4D2D0621" w14:textId="77777777" w:rsidR="00363A1F" w:rsidRDefault="00832053">
            <w:r>
              <w:t>10,20</w:t>
            </w:r>
          </w:p>
        </w:tc>
        <w:tc>
          <w:tcPr>
            <w:tcW w:w="0" w:type="auto"/>
            <w:shd w:val="clear" w:color="auto" w:fill="FFFFFF"/>
          </w:tcPr>
          <w:p w14:paraId="5350EE10" w14:textId="77777777" w:rsidR="00363A1F" w:rsidRDefault="00832053">
            <w:r>
              <w:t>4,2361</w:t>
            </w:r>
          </w:p>
        </w:tc>
        <w:tc>
          <w:tcPr>
            <w:tcW w:w="0" w:type="auto"/>
            <w:shd w:val="clear" w:color="auto" w:fill="FFFFFF"/>
          </w:tcPr>
          <w:p w14:paraId="62C9BFFD" w14:textId="77777777" w:rsidR="00363A1F" w:rsidRDefault="00832053">
            <w:r>
              <w:t>5,9639</w:t>
            </w:r>
          </w:p>
        </w:tc>
        <w:tc>
          <w:tcPr>
            <w:tcW w:w="0" w:type="auto"/>
            <w:shd w:val="clear" w:color="auto" w:fill="FFFFFF"/>
          </w:tcPr>
          <w:p w14:paraId="70D7477D" w14:textId="77777777" w:rsidR="00363A1F" w:rsidRDefault="00832053">
            <w:r>
              <w:t>4,2361</w:t>
            </w:r>
          </w:p>
        </w:tc>
        <w:tc>
          <w:tcPr>
            <w:tcW w:w="0" w:type="auto"/>
            <w:shd w:val="clear" w:color="auto" w:fill="FFFFFF"/>
          </w:tcPr>
          <w:p w14:paraId="0DDE8CE9" w14:textId="77777777" w:rsidR="00363A1F" w:rsidRDefault="00832053">
            <w:r>
              <w:t>5,9639</w:t>
            </w:r>
          </w:p>
        </w:tc>
      </w:tr>
      <w:tr w:rsidR="00363A1F" w14:paraId="01B1F91B" w14:textId="77777777">
        <w:trPr>
          <w:cantSplit/>
        </w:trPr>
        <w:tc>
          <w:tcPr>
            <w:tcW w:w="0" w:type="auto"/>
            <w:shd w:val="clear" w:color="auto" w:fill="F2F2F2"/>
          </w:tcPr>
          <w:p w14:paraId="322EC5D5" w14:textId="77777777" w:rsidR="00363A1F" w:rsidRDefault="00832053">
            <w:r>
              <w:t>УПК № 9 «ГРЭ»</w:t>
            </w:r>
          </w:p>
        </w:tc>
        <w:tc>
          <w:tcPr>
            <w:tcW w:w="0" w:type="auto"/>
            <w:shd w:val="clear" w:color="auto" w:fill="FFFFFF"/>
          </w:tcPr>
          <w:p w14:paraId="47683F97" w14:textId="77777777" w:rsidR="00363A1F" w:rsidRDefault="00832053">
            <w:r>
              <w:t>4,50</w:t>
            </w:r>
          </w:p>
        </w:tc>
        <w:tc>
          <w:tcPr>
            <w:tcW w:w="0" w:type="auto"/>
            <w:shd w:val="clear" w:color="auto" w:fill="FFFFFF"/>
          </w:tcPr>
          <w:p w14:paraId="055C5B13" w14:textId="77777777" w:rsidR="00363A1F" w:rsidRDefault="00832053">
            <w:r>
              <w:t>1,3330</w:t>
            </w:r>
          </w:p>
        </w:tc>
        <w:tc>
          <w:tcPr>
            <w:tcW w:w="0" w:type="auto"/>
            <w:shd w:val="clear" w:color="auto" w:fill="FFFFFF"/>
          </w:tcPr>
          <w:p w14:paraId="431EABDD" w14:textId="77777777" w:rsidR="00363A1F" w:rsidRDefault="00832053">
            <w:r>
              <w:t>3,1670</w:t>
            </w:r>
          </w:p>
        </w:tc>
        <w:tc>
          <w:tcPr>
            <w:tcW w:w="0" w:type="auto"/>
            <w:shd w:val="clear" w:color="auto" w:fill="FFFFFF"/>
          </w:tcPr>
          <w:p w14:paraId="0AB40D76" w14:textId="77777777" w:rsidR="00363A1F" w:rsidRDefault="00832053">
            <w:r>
              <w:t>1,3330</w:t>
            </w:r>
          </w:p>
        </w:tc>
        <w:tc>
          <w:tcPr>
            <w:tcW w:w="0" w:type="auto"/>
            <w:shd w:val="clear" w:color="auto" w:fill="FFFFFF"/>
          </w:tcPr>
          <w:p w14:paraId="387528FB" w14:textId="77777777" w:rsidR="00363A1F" w:rsidRDefault="00832053">
            <w:r>
              <w:t>3,1670</w:t>
            </w:r>
          </w:p>
        </w:tc>
      </w:tr>
      <w:tr w:rsidR="00363A1F" w14:paraId="2D48DC42" w14:textId="77777777">
        <w:trPr>
          <w:cantSplit/>
        </w:trPr>
        <w:tc>
          <w:tcPr>
            <w:tcW w:w="0" w:type="auto"/>
            <w:shd w:val="clear" w:color="auto" w:fill="F2F2F2"/>
          </w:tcPr>
          <w:p w14:paraId="23AE4512" w14:textId="77777777" w:rsidR="00363A1F" w:rsidRDefault="00832053">
            <w:r>
              <w:t>УПК № 5 «Новый Шерегеш»</w:t>
            </w:r>
          </w:p>
        </w:tc>
        <w:tc>
          <w:tcPr>
            <w:tcW w:w="0" w:type="auto"/>
            <w:shd w:val="clear" w:color="auto" w:fill="FFFFFF"/>
          </w:tcPr>
          <w:p w14:paraId="6F9C8939" w14:textId="77777777" w:rsidR="00363A1F" w:rsidRDefault="00832053">
            <w:r>
              <w:t>114,00</w:t>
            </w:r>
          </w:p>
        </w:tc>
        <w:tc>
          <w:tcPr>
            <w:tcW w:w="0" w:type="auto"/>
            <w:shd w:val="clear" w:color="auto" w:fill="FFFFFF"/>
          </w:tcPr>
          <w:p w14:paraId="63493DB3" w14:textId="77777777" w:rsidR="00363A1F" w:rsidRDefault="00832053">
            <w:r>
              <w:t>114,4463</w:t>
            </w:r>
          </w:p>
        </w:tc>
        <w:tc>
          <w:tcPr>
            <w:tcW w:w="0" w:type="auto"/>
            <w:shd w:val="clear" w:color="auto" w:fill="FFFFFF"/>
          </w:tcPr>
          <w:p w14:paraId="0BD0EEBF" w14:textId="77777777" w:rsidR="00363A1F" w:rsidRDefault="00832053">
            <w:r>
              <w:t>−0,4463</w:t>
            </w:r>
          </w:p>
        </w:tc>
        <w:tc>
          <w:tcPr>
            <w:tcW w:w="0" w:type="auto"/>
            <w:shd w:val="clear" w:color="auto" w:fill="FFFFFF"/>
          </w:tcPr>
          <w:p w14:paraId="6963CC62" w14:textId="77777777" w:rsidR="00363A1F" w:rsidRDefault="00832053">
            <w:r>
              <w:t>114,4463</w:t>
            </w:r>
          </w:p>
        </w:tc>
        <w:tc>
          <w:tcPr>
            <w:tcW w:w="0" w:type="auto"/>
            <w:shd w:val="clear" w:color="auto" w:fill="FFFFFF"/>
          </w:tcPr>
          <w:p w14:paraId="34A4B1E1" w14:textId="77777777" w:rsidR="00363A1F" w:rsidRDefault="00832053">
            <w:r>
              <w:t>−0,4463</w:t>
            </w:r>
          </w:p>
        </w:tc>
      </w:tr>
      <w:tr w:rsidR="00363A1F" w14:paraId="74B42AED" w14:textId="77777777">
        <w:trPr>
          <w:cantSplit/>
        </w:trPr>
        <w:tc>
          <w:tcPr>
            <w:tcW w:w="0" w:type="auto"/>
            <w:shd w:val="clear" w:color="auto" w:fill="F2F2F2"/>
          </w:tcPr>
          <w:p w14:paraId="5F368972" w14:textId="77777777" w:rsidR="00363A1F" w:rsidRDefault="00832053">
            <w:r>
              <w:t>УПК № 6 «Старый Шерегеш»</w:t>
            </w:r>
          </w:p>
        </w:tc>
        <w:tc>
          <w:tcPr>
            <w:tcW w:w="0" w:type="auto"/>
            <w:shd w:val="clear" w:color="auto" w:fill="FFFFFF"/>
          </w:tcPr>
          <w:p w14:paraId="4A43C077" w14:textId="77777777" w:rsidR="00363A1F" w:rsidRDefault="00832053">
            <w:r>
              <w:t>24,00</w:t>
            </w:r>
          </w:p>
        </w:tc>
        <w:tc>
          <w:tcPr>
            <w:tcW w:w="0" w:type="auto"/>
            <w:shd w:val="clear" w:color="auto" w:fill="FFFFFF"/>
          </w:tcPr>
          <w:p w14:paraId="243B7E35" w14:textId="77777777" w:rsidR="00363A1F" w:rsidRDefault="00832053">
            <w:r>
              <w:t>4,8196</w:t>
            </w:r>
          </w:p>
        </w:tc>
        <w:tc>
          <w:tcPr>
            <w:tcW w:w="0" w:type="auto"/>
            <w:shd w:val="clear" w:color="auto" w:fill="FFFFFF"/>
          </w:tcPr>
          <w:p w14:paraId="19657D17" w14:textId="77777777" w:rsidR="00363A1F" w:rsidRDefault="00832053">
            <w:r>
              <w:t>19,1804</w:t>
            </w:r>
          </w:p>
        </w:tc>
        <w:tc>
          <w:tcPr>
            <w:tcW w:w="0" w:type="auto"/>
            <w:shd w:val="clear" w:color="auto" w:fill="FFFFFF"/>
          </w:tcPr>
          <w:p w14:paraId="657C99EB" w14:textId="77777777" w:rsidR="00363A1F" w:rsidRDefault="00832053">
            <w:r>
              <w:t>4,8196</w:t>
            </w:r>
          </w:p>
        </w:tc>
        <w:tc>
          <w:tcPr>
            <w:tcW w:w="0" w:type="auto"/>
            <w:shd w:val="clear" w:color="auto" w:fill="FFFFFF"/>
          </w:tcPr>
          <w:p w14:paraId="7829BFE8" w14:textId="77777777" w:rsidR="00363A1F" w:rsidRDefault="00832053">
            <w:r>
              <w:t>19,1804</w:t>
            </w:r>
          </w:p>
        </w:tc>
      </w:tr>
      <w:tr w:rsidR="00363A1F" w14:paraId="5F32C41A" w14:textId="77777777">
        <w:trPr>
          <w:cantSplit/>
        </w:trPr>
        <w:tc>
          <w:tcPr>
            <w:tcW w:w="0" w:type="auto"/>
            <w:shd w:val="clear" w:color="auto" w:fill="F2F2F2"/>
          </w:tcPr>
          <w:p w14:paraId="3EDFCBD8" w14:textId="77777777" w:rsidR="00363A1F" w:rsidRDefault="00832053">
            <w:r>
              <w:t>УПК № 7 «Каз»</w:t>
            </w:r>
          </w:p>
        </w:tc>
        <w:tc>
          <w:tcPr>
            <w:tcW w:w="0" w:type="auto"/>
            <w:shd w:val="clear" w:color="auto" w:fill="FFFFFF"/>
          </w:tcPr>
          <w:p w14:paraId="2A9C0027" w14:textId="77777777" w:rsidR="00363A1F" w:rsidRDefault="00832053">
            <w:r>
              <w:t>72,00</w:t>
            </w:r>
          </w:p>
        </w:tc>
        <w:tc>
          <w:tcPr>
            <w:tcW w:w="0" w:type="auto"/>
            <w:shd w:val="clear" w:color="auto" w:fill="FFFFFF"/>
          </w:tcPr>
          <w:p w14:paraId="3DBE941C" w14:textId="77777777" w:rsidR="00363A1F" w:rsidRDefault="00832053">
            <w:r>
              <w:t>19,5027</w:t>
            </w:r>
          </w:p>
        </w:tc>
        <w:tc>
          <w:tcPr>
            <w:tcW w:w="0" w:type="auto"/>
            <w:shd w:val="clear" w:color="auto" w:fill="FFFFFF"/>
          </w:tcPr>
          <w:p w14:paraId="5344DC00" w14:textId="77777777" w:rsidR="00363A1F" w:rsidRDefault="00832053">
            <w:r>
              <w:t>52,4973</w:t>
            </w:r>
          </w:p>
        </w:tc>
        <w:tc>
          <w:tcPr>
            <w:tcW w:w="0" w:type="auto"/>
            <w:shd w:val="clear" w:color="auto" w:fill="FFFFFF"/>
          </w:tcPr>
          <w:p w14:paraId="13B8C013" w14:textId="77777777" w:rsidR="00363A1F" w:rsidRDefault="00832053">
            <w:r>
              <w:t>19,5027</w:t>
            </w:r>
          </w:p>
        </w:tc>
        <w:tc>
          <w:tcPr>
            <w:tcW w:w="0" w:type="auto"/>
            <w:shd w:val="clear" w:color="auto" w:fill="FFFFFF"/>
          </w:tcPr>
          <w:p w14:paraId="31AD44BD" w14:textId="77777777" w:rsidR="00363A1F" w:rsidRDefault="00832053">
            <w:r>
              <w:t>52,4973</w:t>
            </w:r>
          </w:p>
        </w:tc>
      </w:tr>
      <w:tr w:rsidR="00363A1F" w14:paraId="7C2F160C" w14:textId="77777777">
        <w:trPr>
          <w:cantSplit/>
        </w:trPr>
        <w:tc>
          <w:tcPr>
            <w:tcW w:w="0" w:type="auto"/>
            <w:shd w:val="clear" w:color="auto" w:fill="F2F2F2"/>
          </w:tcPr>
          <w:p w14:paraId="3999F130" w14:textId="77777777" w:rsidR="00363A1F" w:rsidRDefault="00832053">
            <w:r>
              <w:t>УПК № 8 «Мундыбаш»</w:t>
            </w:r>
          </w:p>
        </w:tc>
        <w:tc>
          <w:tcPr>
            <w:tcW w:w="0" w:type="auto"/>
            <w:shd w:val="clear" w:color="auto" w:fill="FFFFFF"/>
          </w:tcPr>
          <w:p w14:paraId="61C68CD0" w14:textId="77777777" w:rsidR="00363A1F" w:rsidRDefault="00832053">
            <w:r>
              <w:t>36,00</w:t>
            </w:r>
          </w:p>
        </w:tc>
        <w:tc>
          <w:tcPr>
            <w:tcW w:w="0" w:type="auto"/>
            <w:shd w:val="clear" w:color="auto" w:fill="FFFFFF"/>
          </w:tcPr>
          <w:p w14:paraId="1914E141" w14:textId="77777777" w:rsidR="00363A1F" w:rsidRDefault="00832053">
            <w:r>
              <w:t>20,2475</w:t>
            </w:r>
          </w:p>
        </w:tc>
        <w:tc>
          <w:tcPr>
            <w:tcW w:w="0" w:type="auto"/>
            <w:shd w:val="clear" w:color="auto" w:fill="FFFFFF"/>
          </w:tcPr>
          <w:p w14:paraId="51123E59" w14:textId="77777777" w:rsidR="00363A1F" w:rsidRDefault="00832053">
            <w:r>
              <w:t>15,7525</w:t>
            </w:r>
          </w:p>
        </w:tc>
        <w:tc>
          <w:tcPr>
            <w:tcW w:w="0" w:type="auto"/>
            <w:shd w:val="clear" w:color="auto" w:fill="FFFFFF"/>
          </w:tcPr>
          <w:p w14:paraId="43EEBDF7" w14:textId="77777777" w:rsidR="00363A1F" w:rsidRDefault="00832053">
            <w:r>
              <w:t>20,2475</w:t>
            </w:r>
          </w:p>
        </w:tc>
        <w:tc>
          <w:tcPr>
            <w:tcW w:w="0" w:type="auto"/>
            <w:shd w:val="clear" w:color="auto" w:fill="FFFFFF"/>
          </w:tcPr>
          <w:p w14:paraId="38FA7A35" w14:textId="77777777" w:rsidR="00363A1F" w:rsidRDefault="00832053">
            <w:r>
              <w:t>15,7525</w:t>
            </w:r>
          </w:p>
        </w:tc>
      </w:tr>
      <w:tr w:rsidR="00363A1F" w14:paraId="564FC35D" w14:textId="77777777">
        <w:trPr>
          <w:cantSplit/>
        </w:trPr>
        <w:tc>
          <w:tcPr>
            <w:tcW w:w="0" w:type="auto"/>
            <w:shd w:val="clear" w:color="auto" w:fill="F2F2F2"/>
          </w:tcPr>
          <w:p w14:paraId="356DBF8C" w14:textId="77777777" w:rsidR="00363A1F" w:rsidRDefault="00832053">
            <w:r>
              <w:t>УПК № 10 «Темир-Тау»</w:t>
            </w:r>
          </w:p>
        </w:tc>
        <w:tc>
          <w:tcPr>
            <w:tcW w:w="0" w:type="auto"/>
            <w:shd w:val="clear" w:color="auto" w:fill="FFFFFF"/>
          </w:tcPr>
          <w:p w14:paraId="4E5A3AFF" w14:textId="77777777" w:rsidR="00363A1F" w:rsidRDefault="00832053">
            <w:r>
              <w:t>33,60</w:t>
            </w:r>
          </w:p>
        </w:tc>
        <w:tc>
          <w:tcPr>
            <w:tcW w:w="0" w:type="auto"/>
            <w:shd w:val="clear" w:color="auto" w:fill="FFFFFF"/>
          </w:tcPr>
          <w:p w14:paraId="76961A01" w14:textId="77777777" w:rsidR="00363A1F" w:rsidRDefault="00832053">
            <w:r>
              <w:t>8,6985</w:t>
            </w:r>
          </w:p>
        </w:tc>
        <w:tc>
          <w:tcPr>
            <w:tcW w:w="0" w:type="auto"/>
            <w:shd w:val="clear" w:color="auto" w:fill="FFFFFF"/>
          </w:tcPr>
          <w:p w14:paraId="7770A29A" w14:textId="77777777" w:rsidR="00363A1F" w:rsidRDefault="00832053">
            <w:r>
              <w:t>24,9015</w:t>
            </w:r>
          </w:p>
        </w:tc>
        <w:tc>
          <w:tcPr>
            <w:tcW w:w="0" w:type="auto"/>
            <w:shd w:val="clear" w:color="auto" w:fill="FFFFFF"/>
          </w:tcPr>
          <w:p w14:paraId="371AF318" w14:textId="77777777" w:rsidR="00363A1F" w:rsidRDefault="00832053">
            <w:r>
              <w:t>8,6985</w:t>
            </w:r>
          </w:p>
        </w:tc>
        <w:tc>
          <w:tcPr>
            <w:tcW w:w="0" w:type="auto"/>
            <w:shd w:val="clear" w:color="auto" w:fill="FFFFFF"/>
          </w:tcPr>
          <w:p w14:paraId="1FECB105" w14:textId="77777777" w:rsidR="00363A1F" w:rsidRDefault="00832053">
            <w:r>
              <w:t>24,9015</w:t>
            </w:r>
          </w:p>
        </w:tc>
      </w:tr>
      <w:tr w:rsidR="00363A1F" w14:paraId="38D7AA47" w14:textId="77777777">
        <w:trPr>
          <w:cantSplit/>
        </w:trPr>
        <w:tc>
          <w:tcPr>
            <w:tcW w:w="0" w:type="auto"/>
            <w:shd w:val="clear" w:color="auto" w:fill="F2F2F2"/>
          </w:tcPr>
          <w:p w14:paraId="4D06A99D" w14:textId="77777777" w:rsidR="00363A1F" w:rsidRDefault="00832053">
            <w:r>
              <w:t>УПК № 3 «Спасск»</w:t>
            </w:r>
          </w:p>
        </w:tc>
        <w:tc>
          <w:tcPr>
            <w:tcW w:w="0" w:type="auto"/>
            <w:shd w:val="clear" w:color="auto" w:fill="FFFFFF"/>
          </w:tcPr>
          <w:p w14:paraId="13A5DC48" w14:textId="77777777" w:rsidR="00363A1F" w:rsidRDefault="00832053">
            <w:r>
              <w:t>5,37</w:t>
            </w:r>
          </w:p>
        </w:tc>
        <w:tc>
          <w:tcPr>
            <w:tcW w:w="0" w:type="auto"/>
            <w:shd w:val="clear" w:color="auto" w:fill="FFFFFF"/>
          </w:tcPr>
          <w:p w14:paraId="5D006D61" w14:textId="77777777" w:rsidR="00363A1F" w:rsidRDefault="00832053">
            <w:r>
              <w:t>1,8831</w:t>
            </w:r>
          </w:p>
        </w:tc>
        <w:tc>
          <w:tcPr>
            <w:tcW w:w="0" w:type="auto"/>
            <w:shd w:val="clear" w:color="auto" w:fill="FFFFFF"/>
          </w:tcPr>
          <w:p w14:paraId="7470F70E" w14:textId="77777777" w:rsidR="00363A1F" w:rsidRDefault="00832053">
            <w:r>
              <w:t>3,4869</w:t>
            </w:r>
          </w:p>
        </w:tc>
        <w:tc>
          <w:tcPr>
            <w:tcW w:w="0" w:type="auto"/>
            <w:shd w:val="clear" w:color="auto" w:fill="FFFFFF"/>
          </w:tcPr>
          <w:p w14:paraId="2CC2C59B" w14:textId="77777777" w:rsidR="00363A1F" w:rsidRDefault="00832053">
            <w:r>
              <w:t>1,8831</w:t>
            </w:r>
          </w:p>
        </w:tc>
        <w:tc>
          <w:tcPr>
            <w:tcW w:w="0" w:type="auto"/>
            <w:shd w:val="clear" w:color="auto" w:fill="FFFFFF"/>
          </w:tcPr>
          <w:p w14:paraId="472385FA" w14:textId="77777777" w:rsidR="00363A1F" w:rsidRDefault="00832053">
            <w:r>
              <w:t>3,4869</w:t>
            </w:r>
          </w:p>
        </w:tc>
      </w:tr>
      <w:tr w:rsidR="00363A1F" w14:paraId="2C0E456D" w14:textId="77777777">
        <w:trPr>
          <w:cantSplit/>
        </w:trPr>
        <w:tc>
          <w:tcPr>
            <w:tcW w:w="0" w:type="auto"/>
            <w:shd w:val="clear" w:color="auto" w:fill="DBE5F1"/>
          </w:tcPr>
          <w:p w14:paraId="44AC3332" w14:textId="77777777" w:rsidR="00363A1F" w:rsidRDefault="00832053">
            <w:r>
              <w:rPr>
                <w:b/>
              </w:rPr>
              <w:t>Итого</w:t>
            </w:r>
          </w:p>
        </w:tc>
        <w:tc>
          <w:tcPr>
            <w:tcW w:w="0" w:type="auto"/>
            <w:shd w:val="clear" w:color="auto" w:fill="DBE5F1"/>
          </w:tcPr>
          <w:p w14:paraId="1D34D0FE" w14:textId="77777777" w:rsidR="00363A1F" w:rsidRDefault="00832053">
            <w:r>
              <w:rPr>
                <w:b/>
              </w:rPr>
              <w:t>466,67</w:t>
            </w:r>
          </w:p>
        </w:tc>
        <w:tc>
          <w:tcPr>
            <w:tcW w:w="0" w:type="auto"/>
            <w:shd w:val="clear" w:color="auto" w:fill="DBE5F1"/>
          </w:tcPr>
          <w:p w14:paraId="0E427339" w14:textId="77777777" w:rsidR="00363A1F" w:rsidRDefault="00832053">
            <w:r>
              <w:rPr>
                <w:b/>
              </w:rPr>
              <w:t>274,2312</w:t>
            </w:r>
          </w:p>
        </w:tc>
        <w:tc>
          <w:tcPr>
            <w:tcW w:w="0" w:type="auto"/>
            <w:shd w:val="clear" w:color="auto" w:fill="DBE5F1"/>
          </w:tcPr>
          <w:p w14:paraId="264B081B" w14:textId="77777777" w:rsidR="00363A1F" w:rsidRDefault="00832053">
            <w:r>
              <w:rPr>
                <w:b/>
              </w:rPr>
              <w:t>192,4388</w:t>
            </w:r>
          </w:p>
        </w:tc>
        <w:tc>
          <w:tcPr>
            <w:tcW w:w="0" w:type="auto"/>
            <w:shd w:val="clear" w:color="auto" w:fill="DBE5F1"/>
          </w:tcPr>
          <w:p w14:paraId="2782C8B4" w14:textId="77777777" w:rsidR="00363A1F" w:rsidRDefault="00832053">
            <w:r>
              <w:rPr>
                <w:b/>
              </w:rPr>
              <w:t>274,2312</w:t>
            </w:r>
          </w:p>
        </w:tc>
        <w:tc>
          <w:tcPr>
            <w:tcW w:w="0" w:type="auto"/>
            <w:shd w:val="clear" w:color="auto" w:fill="DBE5F1"/>
          </w:tcPr>
          <w:p w14:paraId="5F5A7383" w14:textId="77777777" w:rsidR="00363A1F" w:rsidRDefault="00832053">
            <w:r>
              <w:rPr>
                <w:b/>
              </w:rPr>
              <w:t>192,4388</w:t>
            </w:r>
          </w:p>
        </w:tc>
      </w:tr>
    </w:tbl>
    <w:p w14:paraId="3A8A4276" w14:textId="77777777" w:rsidR="00363A1F" w:rsidRPr="00844B84" w:rsidRDefault="00832053">
      <w:pPr>
        <w:rPr>
          <w:lang w:val="ru-RU"/>
        </w:rPr>
      </w:pPr>
      <w:r w:rsidRPr="00844B84">
        <w:rPr>
          <w:lang w:val="ru-RU"/>
        </w:rPr>
        <w:t>По девяти источникам из десяти свободный резерв мощности на расчётный срок сохраняется. По источнику УПК № 5 «Новый Шерегеш» свободный резерв на расчётный срок отсутствует.</w:t>
      </w:r>
    </w:p>
    <w:p w14:paraId="652476DE" w14:textId="77777777" w:rsidR="00363A1F" w:rsidRPr="00844B84" w:rsidRDefault="00832053">
      <w:pPr>
        <w:pStyle w:val="21"/>
        <w:rPr>
          <w:lang w:val="ru-RU"/>
        </w:rPr>
      </w:pPr>
      <w:bookmarkStart w:id="30" w:name="_Toc238017229"/>
      <w:r w:rsidRPr="00844B84">
        <w:rPr>
          <w:lang w:val="ru-RU"/>
        </w:rPr>
        <w:t>2.16. Прирост тепловой нагрузки</w:t>
      </w:r>
      <w:bookmarkEnd w:id="30"/>
    </w:p>
    <w:p w14:paraId="42F0FFDC" w14:textId="77777777" w:rsidR="00363A1F" w:rsidRPr="00844B84" w:rsidRDefault="00832053">
      <w:pPr>
        <w:rPr>
          <w:lang w:val="ru-RU"/>
        </w:rPr>
      </w:pPr>
      <w:r w:rsidRPr="00844B84">
        <w:rPr>
          <w:lang w:val="ru-RU"/>
        </w:rPr>
        <w:t>Рост численности населения на расчётном периоде прогнозируется только по посёлку Шерегеш. Прирост полной максимальной тепловой нагрузки относится к шести источникам. Демографический прогноз и баланс тепловой нагрузки являются разными величинами.</w:t>
      </w:r>
    </w:p>
    <w:p w14:paraId="32947343" w14:textId="77777777" w:rsidR="00363A1F" w:rsidRPr="005731F7" w:rsidRDefault="00832053">
      <w:pPr>
        <w:rPr>
          <w:b/>
          <w:bCs/>
          <w:lang w:val="ru-RU"/>
        </w:rPr>
      </w:pPr>
      <w:r w:rsidRPr="005731F7">
        <w:rPr>
          <w:b/>
          <w:bCs/>
          <w:lang w:val="ru-RU"/>
        </w:rPr>
        <w:t>Таблица 2.16 — Прирост полной максимальной нагрузки по источникам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06"/>
        <w:gridCol w:w="2878"/>
        <w:gridCol w:w="2045"/>
        <w:gridCol w:w="2460"/>
      </w:tblGrid>
      <w:tr w:rsidR="00363A1F" w14:paraId="6E18077A" w14:textId="77777777">
        <w:trPr>
          <w:cantSplit/>
          <w:tblHeader/>
        </w:trPr>
        <w:tc>
          <w:tcPr>
            <w:tcW w:w="0" w:type="auto"/>
            <w:shd w:val="clear" w:color="auto" w:fill="E2F0D9"/>
          </w:tcPr>
          <w:p w14:paraId="0416B11A" w14:textId="77777777" w:rsidR="00363A1F" w:rsidRDefault="00832053">
            <w:pPr>
              <w:jc w:val="center"/>
            </w:pPr>
            <w:r>
              <w:rPr>
                <w:b/>
              </w:rPr>
              <w:t>Источник</w:t>
            </w:r>
          </w:p>
        </w:tc>
        <w:tc>
          <w:tcPr>
            <w:tcW w:w="0" w:type="auto"/>
            <w:shd w:val="clear" w:color="auto" w:fill="E2F0D9"/>
          </w:tcPr>
          <w:p w14:paraId="7594EB2A" w14:textId="77777777" w:rsidR="00363A1F" w:rsidRDefault="00832053">
            <w:pPr>
              <w:jc w:val="center"/>
            </w:pPr>
            <w:r>
              <w:rPr>
                <w:b/>
              </w:rPr>
              <w:t>Прирост нагрузки, Гкал/ч</w:t>
            </w:r>
          </w:p>
        </w:tc>
        <w:tc>
          <w:tcPr>
            <w:tcW w:w="0" w:type="auto"/>
            <w:shd w:val="clear" w:color="auto" w:fill="E2F0D9"/>
          </w:tcPr>
          <w:p w14:paraId="6D0E975A" w14:textId="77777777" w:rsidR="00363A1F" w:rsidRDefault="00832053">
            <w:pPr>
              <w:jc w:val="center"/>
            </w:pPr>
            <w:r>
              <w:rPr>
                <w:b/>
              </w:rPr>
              <w:t>Доля прироста, %</w:t>
            </w:r>
          </w:p>
        </w:tc>
        <w:tc>
          <w:tcPr>
            <w:tcW w:w="0" w:type="auto"/>
            <w:shd w:val="clear" w:color="auto" w:fill="E2F0D9"/>
          </w:tcPr>
          <w:p w14:paraId="63D14384" w14:textId="77777777" w:rsidR="00363A1F" w:rsidRDefault="00832053">
            <w:pPr>
              <w:jc w:val="center"/>
            </w:pPr>
            <w:r>
              <w:rPr>
                <w:b/>
              </w:rPr>
              <w:t>Состояние</w:t>
            </w:r>
          </w:p>
        </w:tc>
      </w:tr>
      <w:tr w:rsidR="00363A1F" w14:paraId="7E25F6BE" w14:textId="77777777">
        <w:trPr>
          <w:cantSplit/>
        </w:trPr>
        <w:tc>
          <w:tcPr>
            <w:tcW w:w="0" w:type="auto"/>
            <w:shd w:val="clear" w:color="auto" w:fill="F2F2F2"/>
          </w:tcPr>
          <w:p w14:paraId="2AE3BC12" w14:textId="77777777" w:rsidR="00363A1F" w:rsidRDefault="00832053">
            <w:r>
              <w:t>УПК № 1 «Таштагол»</w:t>
            </w:r>
          </w:p>
        </w:tc>
        <w:tc>
          <w:tcPr>
            <w:tcW w:w="0" w:type="auto"/>
            <w:shd w:val="clear" w:color="auto" w:fill="FFFFFF"/>
          </w:tcPr>
          <w:p w14:paraId="7DB2D5FA" w14:textId="77777777" w:rsidR="00363A1F" w:rsidRDefault="00832053">
            <w:r>
              <w:t>0,1510</w:t>
            </w:r>
          </w:p>
        </w:tc>
        <w:tc>
          <w:tcPr>
            <w:tcW w:w="0" w:type="auto"/>
            <w:shd w:val="clear" w:color="auto" w:fill="FFFFFF"/>
          </w:tcPr>
          <w:p w14:paraId="50C7D70C" w14:textId="77777777" w:rsidR="00363A1F" w:rsidRDefault="00832053">
            <w:r>
              <w:t>0,32</w:t>
            </w:r>
          </w:p>
        </w:tc>
        <w:tc>
          <w:tcPr>
            <w:tcW w:w="0" w:type="auto"/>
            <w:shd w:val="clear" w:color="auto" w:fill="FFFFFF"/>
          </w:tcPr>
          <w:p w14:paraId="1D91D1AF" w14:textId="77777777" w:rsidR="00363A1F" w:rsidRDefault="00832053">
            <w:r>
              <w:t>прирост предусмотрен</w:t>
            </w:r>
          </w:p>
        </w:tc>
      </w:tr>
      <w:tr w:rsidR="00363A1F" w14:paraId="48A8C869" w14:textId="77777777">
        <w:trPr>
          <w:cantSplit/>
        </w:trPr>
        <w:tc>
          <w:tcPr>
            <w:tcW w:w="0" w:type="auto"/>
            <w:shd w:val="clear" w:color="auto" w:fill="F2F2F2"/>
          </w:tcPr>
          <w:p w14:paraId="1177E4DE" w14:textId="77777777" w:rsidR="00363A1F" w:rsidRDefault="00832053">
            <w:r>
              <w:t>УПК № 2 «Шалым»</w:t>
            </w:r>
          </w:p>
        </w:tc>
        <w:tc>
          <w:tcPr>
            <w:tcW w:w="0" w:type="auto"/>
            <w:shd w:val="clear" w:color="auto" w:fill="FFFFFF"/>
          </w:tcPr>
          <w:p w14:paraId="3F93C648" w14:textId="77777777" w:rsidR="00363A1F" w:rsidRDefault="00832053">
            <w:r>
              <w:t>0,0000</w:t>
            </w:r>
          </w:p>
        </w:tc>
        <w:tc>
          <w:tcPr>
            <w:tcW w:w="0" w:type="auto"/>
            <w:shd w:val="clear" w:color="auto" w:fill="FFFFFF"/>
          </w:tcPr>
          <w:p w14:paraId="232A8363" w14:textId="77777777" w:rsidR="00363A1F" w:rsidRDefault="00832053"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30FF2E87" w14:textId="77777777" w:rsidR="00363A1F" w:rsidRDefault="00832053">
            <w:r>
              <w:t>нагрузка не изменяется</w:t>
            </w:r>
          </w:p>
        </w:tc>
      </w:tr>
      <w:tr w:rsidR="00363A1F" w14:paraId="090B2053" w14:textId="77777777">
        <w:trPr>
          <w:cantSplit/>
        </w:trPr>
        <w:tc>
          <w:tcPr>
            <w:tcW w:w="0" w:type="auto"/>
            <w:shd w:val="clear" w:color="auto" w:fill="F2F2F2"/>
          </w:tcPr>
          <w:p w14:paraId="0E1D360B" w14:textId="77777777" w:rsidR="00363A1F" w:rsidRDefault="00832053">
            <w:r>
              <w:t>УПК № 2 «ЦМК»</w:t>
            </w:r>
          </w:p>
        </w:tc>
        <w:tc>
          <w:tcPr>
            <w:tcW w:w="0" w:type="auto"/>
            <w:shd w:val="clear" w:color="auto" w:fill="FFFFFF"/>
          </w:tcPr>
          <w:p w14:paraId="11AF0BEE" w14:textId="77777777" w:rsidR="00363A1F" w:rsidRDefault="00832053">
            <w:r>
              <w:t>0,5310</w:t>
            </w:r>
          </w:p>
        </w:tc>
        <w:tc>
          <w:tcPr>
            <w:tcW w:w="0" w:type="auto"/>
            <w:shd w:val="clear" w:color="auto" w:fill="FFFFFF"/>
          </w:tcPr>
          <w:p w14:paraId="03696B54" w14:textId="77777777" w:rsidR="00363A1F" w:rsidRDefault="00832053">
            <w:r>
              <w:t>1,14</w:t>
            </w:r>
          </w:p>
        </w:tc>
        <w:tc>
          <w:tcPr>
            <w:tcW w:w="0" w:type="auto"/>
            <w:shd w:val="clear" w:color="auto" w:fill="FFFFFF"/>
          </w:tcPr>
          <w:p w14:paraId="7E471C06" w14:textId="77777777" w:rsidR="00363A1F" w:rsidRDefault="00832053">
            <w:r>
              <w:t>прирост предусмотрен</w:t>
            </w:r>
          </w:p>
        </w:tc>
      </w:tr>
      <w:tr w:rsidR="00363A1F" w14:paraId="5FA565B2" w14:textId="77777777">
        <w:trPr>
          <w:cantSplit/>
        </w:trPr>
        <w:tc>
          <w:tcPr>
            <w:tcW w:w="0" w:type="auto"/>
            <w:shd w:val="clear" w:color="auto" w:fill="F2F2F2"/>
          </w:tcPr>
          <w:p w14:paraId="0AE3B34C" w14:textId="77777777" w:rsidR="00363A1F" w:rsidRDefault="00832053">
            <w:r>
              <w:t>УПК № 9 «ГРЭ»</w:t>
            </w:r>
          </w:p>
        </w:tc>
        <w:tc>
          <w:tcPr>
            <w:tcW w:w="0" w:type="auto"/>
            <w:shd w:val="clear" w:color="auto" w:fill="FFFFFF"/>
          </w:tcPr>
          <w:p w14:paraId="5C62255A" w14:textId="77777777" w:rsidR="00363A1F" w:rsidRDefault="00832053">
            <w:r>
              <w:t>0,0000</w:t>
            </w:r>
          </w:p>
        </w:tc>
        <w:tc>
          <w:tcPr>
            <w:tcW w:w="0" w:type="auto"/>
            <w:shd w:val="clear" w:color="auto" w:fill="FFFFFF"/>
          </w:tcPr>
          <w:p w14:paraId="3C3FD71F" w14:textId="77777777" w:rsidR="00363A1F" w:rsidRDefault="00832053"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782C898A" w14:textId="77777777" w:rsidR="00363A1F" w:rsidRDefault="00832053">
            <w:r>
              <w:t>нагрузка не изменяется</w:t>
            </w:r>
          </w:p>
        </w:tc>
      </w:tr>
      <w:tr w:rsidR="00363A1F" w14:paraId="329C2A05" w14:textId="77777777">
        <w:trPr>
          <w:cantSplit/>
        </w:trPr>
        <w:tc>
          <w:tcPr>
            <w:tcW w:w="0" w:type="auto"/>
            <w:shd w:val="clear" w:color="auto" w:fill="F2F2F2"/>
          </w:tcPr>
          <w:p w14:paraId="673B5386" w14:textId="77777777" w:rsidR="00363A1F" w:rsidRDefault="00832053">
            <w:r>
              <w:t>УПК № 5 «Новый Шерегеш»</w:t>
            </w:r>
          </w:p>
        </w:tc>
        <w:tc>
          <w:tcPr>
            <w:tcW w:w="0" w:type="auto"/>
            <w:shd w:val="clear" w:color="auto" w:fill="FFFFFF"/>
          </w:tcPr>
          <w:p w14:paraId="6A00312A" w14:textId="77777777" w:rsidR="00363A1F" w:rsidRDefault="00832053">
            <w:r>
              <w:t>45,8340</w:t>
            </w:r>
          </w:p>
        </w:tc>
        <w:tc>
          <w:tcPr>
            <w:tcW w:w="0" w:type="auto"/>
            <w:shd w:val="clear" w:color="auto" w:fill="FFFFFF"/>
          </w:tcPr>
          <w:p w14:paraId="246B1145" w14:textId="77777777" w:rsidR="00363A1F" w:rsidRDefault="00832053">
            <w:r>
              <w:t>98,07</w:t>
            </w:r>
          </w:p>
        </w:tc>
        <w:tc>
          <w:tcPr>
            <w:tcW w:w="0" w:type="auto"/>
            <w:shd w:val="clear" w:color="auto" w:fill="FFFFFF"/>
          </w:tcPr>
          <w:p w14:paraId="3A8244F4" w14:textId="77777777" w:rsidR="00363A1F" w:rsidRDefault="00832053">
            <w:r>
              <w:t>прирост предусмотрен</w:t>
            </w:r>
          </w:p>
        </w:tc>
      </w:tr>
      <w:tr w:rsidR="00363A1F" w14:paraId="5E64C077" w14:textId="77777777">
        <w:trPr>
          <w:cantSplit/>
        </w:trPr>
        <w:tc>
          <w:tcPr>
            <w:tcW w:w="0" w:type="auto"/>
            <w:shd w:val="clear" w:color="auto" w:fill="F2F2F2"/>
          </w:tcPr>
          <w:p w14:paraId="2C04D271" w14:textId="77777777" w:rsidR="00363A1F" w:rsidRDefault="00832053">
            <w:r>
              <w:t>УПК № 6 «Старый Шерегеш»</w:t>
            </w:r>
          </w:p>
        </w:tc>
        <w:tc>
          <w:tcPr>
            <w:tcW w:w="0" w:type="auto"/>
            <w:shd w:val="clear" w:color="auto" w:fill="FFFFFF"/>
          </w:tcPr>
          <w:p w14:paraId="5009FD9C" w14:textId="77777777" w:rsidR="00363A1F" w:rsidRDefault="00832053">
            <w:r>
              <w:t>0,1500</w:t>
            </w:r>
          </w:p>
        </w:tc>
        <w:tc>
          <w:tcPr>
            <w:tcW w:w="0" w:type="auto"/>
            <w:shd w:val="clear" w:color="auto" w:fill="FFFFFF"/>
          </w:tcPr>
          <w:p w14:paraId="2A532B3B" w14:textId="77777777" w:rsidR="00363A1F" w:rsidRDefault="00832053">
            <w:r>
              <w:t>0,32</w:t>
            </w:r>
          </w:p>
        </w:tc>
        <w:tc>
          <w:tcPr>
            <w:tcW w:w="0" w:type="auto"/>
            <w:shd w:val="clear" w:color="auto" w:fill="FFFFFF"/>
          </w:tcPr>
          <w:p w14:paraId="53AE3CF1" w14:textId="77777777" w:rsidR="00363A1F" w:rsidRDefault="00832053">
            <w:r>
              <w:t>прирост предусмотрен</w:t>
            </w:r>
          </w:p>
        </w:tc>
      </w:tr>
      <w:tr w:rsidR="00363A1F" w14:paraId="6A86173B" w14:textId="77777777">
        <w:trPr>
          <w:cantSplit/>
        </w:trPr>
        <w:tc>
          <w:tcPr>
            <w:tcW w:w="0" w:type="auto"/>
            <w:shd w:val="clear" w:color="auto" w:fill="F2F2F2"/>
          </w:tcPr>
          <w:p w14:paraId="5A388A0B" w14:textId="77777777" w:rsidR="00363A1F" w:rsidRDefault="00832053">
            <w:r>
              <w:t>УПК № 7 «Каз»</w:t>
            </w:r>
          </w:p>
        </w:tc>
        <w:tc>
          <w:tcPr>
            <w:tcW w:w="0" w:type="auto"/>
            <w:shd w:val="clear" w:color="auto" w:fill="FFFFFF"/>
          </w:tcPr>
          <w:p w14:paraId="4614A8A7" w14:textId="77777777" w:rsidR="00363A1F" w:rsidRDefault="00832053">
            <w:r>
              <w:t>0,0630</w:t>
            </w:r>
          </w:p>
        </w:tc>
        <w:tc>
          <w:tcPr>
            <w:tcW w:w="0" w:type="auto"/>
            <w:shd w:val="clear" w:color="auto" w:fill="FFFFFF"/>
          </w:tcPr>
          <w:p w14:paraId="2196F4A6" w14:textId="77777777" w:rsidR="00363A1F" w:rsidRDefault="00832053">
            <w:r>
              <w:t>0,13</w:t>
            </w:r>
          </w:p>
        </w:tc>
        <w:tc>
          <w:tcPr>
            <w:tcW w:w="0" w:type="auto"/>
            <w:shd w:val="clear" w:color="auto" w:fill="FFFFFF"/>
          </w:tcPr>
          <w:p w14:paraId="37343FF3" w14:textId="77777777" w:rsidR="00363A1F" w:rsidRDefault="00832053">
            <w:r>
              <w:t>прирост предусмотрен</w:t>
            </w:r>
          </w:p>
        </w:tc>
      </w:tr>
      <w:tr w:rsidR="00363A1F" w14:paraId="3FFCCB9D" w14:textId="77777777">
        <w:trPr>
          <w:cantSplit/>
        </w:trPr>
        <w:tc>
          <w:tcPr>
            <w:tcW w:w="0" w:type="auto"/>
            <w:shd w:val="clear" w:color="auto" w:fill="F2F2F2"/>
          </w:tcPr>
          <w:p w14:paraId="353616FD" w14:textId="77777777" w:rsidR="00363A1F" w:rsidRDefault="00832053">
            <w:r>
              <w:t>УПК № 8 «Мундыбаш»</w:t>
            </w:r>
          </w:p>
        </w:tc>
        <w:tc>
          <w:tcPr>
            <w:tcW w:w="0" w:type="auto"/>
            <w:shd w:val="clear" w:color="auto" w:fill="FFFFFF"/>
          </w:tcPr>
          <w:p w14:paraId="771CB89B" w14:textId="77777777" w:rsidR="00363A1F" w:rsidRDefault="00832053">
            <w:r>
              <w:t>0,0000</w:t>
            </w:r>
          </w:p>
        </w:tc>
        <w:tc>
          <w:tcPr>
            <w:tcW w:w="0" w:type="auto"/>
            <w:shd w:val="clear" w:color="auto" w:fill="FFFFFF"/>
          </w:tcPr>
          <w:p w14:paraId="23E30434" w14:textId="77777777" w:rsidR="00363A1F" w:rsidRDefault="00832053"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5724F5F6" w14:textId="77777777" w:rsidR="00363A1F" w:rsidRDefault="00832053">
            <w:r>
              <w:t>нагрузка не изменяется</w:t>
            </w:r>
          </w:p>
        </w:tc>
      </w:tr>
      <w:tr w:rsidR="00363A1F" w14:paraId="1A151AD8" w14:textId="77777777">
        <w:trPr>
          <w:cantSplit/>
        </w:trPr>
        <w:tc>
          <w:tcPr>
            <w:tcW w:w="0" w:type="auto"/>
            <w:shd w:val="clear" w:color="auto" w:fill="F2F2F2"/>
          </w:tcPr>
          <w:p w14:paraId="601C196E" w14:textId="77777777" w:rsidR="00363A1F" w:rsidRDefault="00832053">
            <w:r>
              <w:t>УПК № 10 «Темир-Тау»</w:t>
            </w:r>
          </w:p>
        </w:tc>
        <w:tc>
          <w:tcPr>
            <w:tcW w:w="0" w:type="auto"/>
            <w:shd w:val="clear" w:color="auto" w:fill="FFFFFF"/>
          </w:tcPr>
          <w:p w14:paraId="3108712C" w14:textId="77777777" w:rsidR="00363A1F" w:rsidRDefault="00832053">
            <w:r>
              <w:t>0,0000</w:t>
            </w:r>
          </w:p>
        </w:tc>
        <w:tc>
          <w:tcPr>
            <w:tcW w:w="0" w:type="auto"/>
            <w:shd w:val="clear" w:color="auto" w:fill="FFFFFF"/>
          </w:tcPr>
          <w:p w14:paraId="2BEA6127" w14:textId="77777777" w:rsidR="00363A1F" w:rsidRDefault="00832053"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599DE989" w14:textId="77777777" w:rsidR="00363A1F" w:rsidRDefault="00832053">
            <w:r>
              <w:t>нагрузка не изменяется</w:t>
            </w:r>
          </w:p>
        </w:tc>
      </w:tr>
      <w:tr w:rsidR="00363A1F" w14:paraId="6990342A" w14:textId="77777777">
        <w:trPr>
          <w:cantSplit/>
        </w:trPr>
        <w:tc>
          <w:tcPr>
            <w:tcW w:w="0" w:type="auto"/>
            <w:shd w:val="clear" w:color="auto" w:fill="F2F2F2"/>
          </w:tcPr>
          <w:p w14:paraId="36B37D6D" w14:textId="77777777" w:rsidR="00363A1F" w:rsidRDefault="00832053">
            <w:r>
              <w:t>УПК № 3 «Спасск»</w:t>
            </w:r>
          </w:p>
        </w:tc>
        <w:tc>
          <w:tcPr>
            <w:tcW w:w="0" w:type="auto"/>
            <w:shd w:val="clear" w:color="auto" w:fill="FFFFFF"/>
          </w:tcPr>
          <w:p w14:paraId="1EDF97D7" w14:textId="77777777" w:rsidR="00363A1F" w:rsidRDefault="00832053">
            <w:r>
              <w:t>0,0070</w:t>
            </w:r>
          </w:p>
        </w:tc>
        <w:tc>
          <w:tcPr>
            <w:tcW w:w="0" w:type="auto"/>
            <w:shd w:val="clear" w:color="auto" w:fill="FFFFFF"/>
          </w:tcPr>
          <w:p w14:paraId="02D0D366" w14:textId="77777777" w:rsidR="00363A1F" w:rsidRDefault="00832053">
            <w:r>
              <w:t>0,01</w:t>
            </w:r>
          </w:p>
        </w:tc>
        <w:tc>
          <w:tcPr>
            <w:tcW w:w="0" w:type="auto"/>
            <w:shd w:val="clear" w:color="auto" w:fill="FFFFFF"/>
          </w:tcPr>
          <w:p w14:paraId="204A9DB0" w14:textId="77777777" w:rsidR="00363A1F" w:rsidRDefault="00832053">
            <w:r>
              <w:t>прирост предусмотрен</w:t>
            </w:r>
          </w:p>
        </w:tc>
      </w:tr>
      <w:tr w:rsidR="00363A1F" w14:paraId="40333AC3" w14:textId="77777777">
        <w:trPr>
          <w:cantSplit/>
        </w:trPr>
        <w:tc>
          <w:tcPr>
            <w:tcW w:w="0" w:type="auto"/>
            <w:shd w:val="clear" w:color="auto" w:fill="DBE5F1"/>
          </w:tcPr>
          <w:p w14:paraId="5C2E2E2F" w14:textId="77777777" w:rsidR="00363A1F" w:rsidRDefault="00832053">
            <w:r>
              <w:rPr>
                <w:b/>
              </w:rPr>
              <w:t>Итого</w:t>
            </w:r>
          </w:p>
        </w:tc>
        <w:tc>
          <w:tcPr>
            <w:tcW w:w="0" w:type="auto"/>
            <w:shd w:val="clear" w:color="auto" w:fill="DBE5F1"/>
          </w:tcPr>
          <w:p w14:paraId="72AEB5BC" w14:textId="77777777" w:rsidR="00363A1F" w:rsidRDefault="00832053">
            <w:r>
              <w:rPr>
                <w:b/>
              </w:rPr>
              <w:t>46,7360</w:t>
            </w:r>
          </w:p>
        </w:tc>
        <w:tc>
          <w:tcPr>
            <w:tcW w:w="0" w:type="auto"/>
            <w:shd w:val="clear" w:color="auto" w:fill="DBE5F1"/>
          </w:tcPr>
          <w:p w14:paraId="337EE662" w14:textId="77777777" w:rsidR="00363A1F" w:rsidRDefault="00832053">
            <w:r>
              <w:rPr>
                <w:b/>
              </w:rPr>
              <w:t>100,00</w:t>
            </w:r>
          </w:p>
        </w:tc>
        <w:tc>
          <w:tcPr>
            <w:tcW w:w="0" w:type="auto"/>
            <w:shd w:val="clear" w:color="auto" w:fill="DBE5F1"/>
          </w:tcPr>
          <w:p w14:paraId="26590576" w14:textId="77777777" w:rsidR="00363A1F" w:rsidRDefault="00832053">
            <w:r>
              <w:rPr>
                <w:b/>
              </w:rPr>
              <w:t>—</w:t>
            </w:r>
          </w:p>
        </w:tc>
      </w:tr>
    </w:tbl>
    <w:p w14:paraId="08621BD7" w14:textId="77777777" w:rsidR="00363A1F" w:rsidRPr="00844B84" w:rsidRDefault="00832053">
      <w:pPr>
        <w:rPr>
          <w:lang w:val="ru-RU"/>
        </w:rPr>
      </w:pPr>
      <w:r w:rsidRPr="00844B84">
        <w:rPr>
          <w:lang w:val="ru-RU"/>
        </w:rPr>
        <w:t>Суммарный прирост полной максимальной нагрузки составляет 46,7360 Гкал/ч, из которых 45,8340 Гкал/ч, или 98,07 процента, приходится на зону УПК № 5 «Новый Шерегеш». Остальные 0,9020 Гкал/ч распределены между пятью источниками.</w:t>
      </w:r>
    </w:p>
    <w:p w14:paraId="36D2C825" w14:textId="77777777" w:rsidR="006C72FB" w:rsidRPr="00844B84" w:rsidRDefault="0084102B">
      <w:pPr>
        <w:rPr>
          <w:lang w:val="ru-RU"/>
        </w:rPr>
      </w:pPr>
      <w:r w:rsidRPr="00844B84">
        <w:rPr>
          <w:lang w:val="ru-RU"/>
        </w:rPr>
        <w:t>Резерв тепловой мощности источников по этапам расчётного периода приведён на рисунке 1.</w:t>
      </w:r>
    </w:p>
    <w:p w14:paraId="4F550064" w14:textId="77777777" w:rsidR="00D2184C" w:rsidRPr="00844B84" w:rsidRDefault="00D2184C">
      <w:pPr>
        <w:rPr>
          <w:lang w:val="ru-RU"/>
        </w:rPr>
        <w:sectPr w:rsidR="00D2184C" w:rsidRPr="00844B84" w:rsidSect="00034616">
          <w:footerReference w:type="default" r:id="rId14"/>
          <w:pgSz w:w="11906" w:h="16838"/>
          <w:pgMar w:top="850" w:right="567" w:bottom="850" w:left="85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14:paraId="0AFCEB13" w14:textId="77777777" w:rsidR="006C72FB" w:rsidRDefault="0084102B">
      <w:pPr>
        <w:keepNext/>
        <w:jc w:val="center"/>
      </w:pPr>
      <w:r>
        <w:rPr>
          <w:noProof/>
          <w:lang w:val="ru-RU" w:eastAsia="ru-RU"/>
        </w:rPr>
        <w:drawing>
          <wp:inline distT="0" distB="0" distL="0" distR="0" wp14:anchorId="5B77029B" wp14:editId="7FABD27D">
            <wp:extent cx="7560000" cy="3906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-03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39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D2FD37" w14:textId="77777777" w:rsidR="006C72FB" w:rsidRPr="00844B84" w:rsidRDefault="0084102B">
      <w:pPr>
        <w:jc w:val="center"/>
        <w:rPr>
          <w:lang w:val="ru-RU"/>
        </w:rPr>
      </w:pPr>
      <w:r w:rsidRPr="00844B84">
        <w:rPr>
          <w:lang w:val="ru-RU"/>
        </w:rPr>
        <w:t>Рисунок 1 — Резерв тепловой мощности источников по этапам расчётного периода</w:t>
      </w:r>
    </w:p>
    <w:p w14:paraId="7048DB21" w14:textId="77777777" w:rsidR="00D2184C" w:rsidRPr="00844B84" w:rsidRDefault="00D2184C">
      <w:pPr>
        <w:rPr>
          <w:lang w:val="ru-RU"/>
        </w:rPr>
        <w:sectPr w:rsidR="00D2184C" w:rsidRPr="00844B84" w:rsidSect="00034616">
          <w:footerReference w:type="default" r:id="rId16"/>
          <w:pgSz w:w="16838" w:h="11906" w:orient="landscape"/>
          <w:pgMar w:top="850" w:right="567" w:bottom="850" w:left="85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14:paraId="360B6B03" w14:textId="77777777" w:rsidR="00056677" w:rsidRPr="00844B84" w:rsidRDefault="0092657D">
      <w:pPr>
        <w:pStyle w:val="21"/>
        <w:rPr>
          <w:lang w:val="ru-RU"/>
        </w:rPr>
      </w:pPr>
      <w:bookmarkStart w:id="31" w:name="_Toc238017230"/>
      <w:r w:rsidRPr="00844B84">
        <w:rPr>
          <w:lang w:val="ru-RU"/>
        </w:rPr>
        <w:t>2.17. Балансы тепловой мощности по каждому источнику</w:t>
      </w:r>
      <w:bookmarkEnd w:id="31"/>
    </w:p>
    <w:p w14:paraId="6F152CD3" w14:textId="77777777" w:rsidR="00056677" w:rsidRPr="00844B84" w:rsidRDefault="0092657D">
      <w:pPr>
        <w:rPr>
          <w:lang w:val="ru-RU"/>
        </w:rPr>
      </w:pPr>
      <w:r w:rsidRPr="00844B84">
        <w:rPr>
          <w:lang w:val="ru-RU"/>
        </w:rPr>
        <w:t>Для каждого источника приведён утверждаемый баланс тепловой мощности на базовый год, первый расчётный этап и расчётный срок.</w:t>
      </w:r>
    </w:p>
    <w:p w14:paraId="1A659995" w14:textId="77777777" w:rsidR="00056677" w:rsidRPr="005731F7" w:rsidRDefault="0092657D">
      <w:pPr>
        <w:pStyle w:val="31"/>
        <w:rPr>
          <w:sz w:val="28"/>
          <w:szCs w:val="28"/>
        </w:rPr>
      </w:pPr>
      <w:r w:rsidRPr="005731F7">
        <w:rPr>
          <w:sz w:val="28"/>
          <w:szCs w:val="28"/>
        </w:rPr>
        <w:t>2.17.1. УПК № 1 «Таштагол»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43"/>
        <w:gridCol w:w="1069"/>
        <w:gridCol w:w="1523"/>
        <w:gridCol w:w="1523"/>
        <w:gridCol w:w="3231"/>
      </w:tblGrid>
      <w:tr w:rsidR="00056677" w14:paraId="29C3DAE5" w14:textId="77777777">
        <w:trPr>
          <w:cantSplit/>
          <w:tblHeader/>
        </w:trPr>
        <w:tc>
          <w:tcPr>
            <w:tcW w:w="0" w:type="auto"/>
            <w:shd w:val="clear" w:color="auto" w:fill="E2F0D9"/>
          </w:tcPr>
          <w:p w14:paraId="46C1B794" w14:textId="77777777" w:rsidR="00056677" w:rsidRDefault="0092657D">
            <w:pPr>
              <w:jc w:val="center"/>
            </w:pPr>
            <w:r>
              <w:rPr>
                <w:b/>
              </w:rPr>
              <w:t>Показатель</w:t>
            </w:r>
          </w:p>
        </w:tc>
        <w:tc>
          <w:tcPr>
            <w:tcW w:w="0" w:type="auto"/>
            <w:shd w:val="clear" w:color="auto" w:fill="E2F0D9"/>
          </w:tcPr>
          <w:p w14:paraId="10AC896D" w14:textId="77777777" w:rsidR="00056677" w:rsidRDefault="0092657D">
            <w:pPr>
              <w:jc w:val="center"/>
            </w:pPr>
            <w:r>
              <w:rPr>
                <w:b/>
              </w:rPr>
              <w:t>Единица</w:t>
            </w:r>
          </w:p>
        </w:tc>
        <w:tc>
          <w:tcPr>
            <w:tcW w:w="0" w:type="auto"/>
            <w:shd w:val="clear" w:color="auto" w:fill="E2F0D9"/>
          </w:tcPr>
          <w:p w14:paraId="4620DA36" w14:textId="77777777" w:rsidR="00056677" w:rsidRDefault="0092657D">
            <w:pPr>
              <w:jc w:val="center"/>
            </w:pPr>
            <w:r>
              <w:rPr>
                <w:b/>
              </w:rPr>
              <w:t>2026</w:t>
            </w:r>
          </w:p>
        </w:tc>
        <w:tc>
          <w:tcPr>
            <w:tcW w:w="0" w:type="auto"/>
            <w:shd w:val="clear" w:color="auto" w:fill="E2F0D9"/>
          </w:tcPr>
          <w:p w14:paraId="75602B9F" w14:textId="77777777" w:rsidR="00056677" w:rsidRDefault="0092657D">
            <w:pPr>
              <w:jc w:val="center"/>
            </w:pPr>
            <w:r>
              <w:rPr>
                <w:b/>
              </w:rPr>
              <w:t>2031</w:t>
            </w:r>
          </w:p>
        </w:tc>
        <w:tc>
          <w:tcPr>
            <w:tcW w:w="0" w:type="auto"/>
            <w:shd w:val="clear" w:color="auto" w:fill="E2F0D9"/>
          </w:tcPr>
          <w:p w14:paraId="05766315" w14:textId="77777777" w:rsidR="00056677" w:rsidRDefault="0092657D">
            <w:pPr>
              <w:jc w:val="center"/>
            </w:pPr>
            <w:r>
              <w:rPr>
                <w:b/>
              </w:rPr>
              <w:t>2036</w:t>
            </w:r>
          </w:p>
        </w:tc>
      </w:tr>
      <w:tr w:rsidR="00056677" w14:paraId="36BB6120" w14:textId="77777777">
        <w:trPr>
          <w:cantSplit/>
        </w:trPr>
        <w:tc>
          <w:tcPr>
            <w:tcW w:w="0" w:type="auto"/>
            <w:shd w:val="clear" w:color="auto" w:fill="F2F2F2"/>
          </w:tcPr>
          <w:p w14:paraId="59B15ADB" w14:textId="77777777" w:rsidR="00056677" w:rsidRDefault="0092657D">
            <w:r>
              <w:t>Установленная мощность</w:t>
            </w:r>
          </w:p>
        </w:tc>
        <w:tc>
          <w:tcPr>
            <w:tcW w:w="0" w:type="auto"/>
            <w:shd w:val="clear" w:color="auto" w:fill="FFFFFF"/>
          </w:tcPr>
          <w:p w14:paraId="03F77155" w14:textId="77777777" w:rsidR="00056677" w:rsidRDefault="0092657D">
            <w:r>
              <w:t>Гкал/ч</w:t>
            </w:r>
          </w:p>
        </w:tc>
        <w:tc>
          <w:tcPr>
            <w:tcW w:w="0" w:type="auto"/>
            <w:shd w:val="clear" w:color="auto" w:fill="FFFFFF"/>
          </w:tcPr>
          <w:p w14:paraId="46C38153" w14:textId="77777777" w:rsidR="00056677" w:rsidRDefault="0092657D">
            <w:r>
              <w:t>150,00</w:t>
            </w:r>
          </w:p>
        </w:tc>
        <w:tc>
          <w:tcPr>
            <w:tcW w:w="0" w:type="auto"/>
            <w:shd w:val="clear" w:color="auto" w:fill="FFFFFF"/>
          </w:tcPr>
          <w:p w14:paraId="554536E0" w14:textId="77777777" w:rsidR="00056677" w:rsidRDefault="0092657D">
            <w:r>
              <w:t>150,00</w:t>
            </w:r>
          </w:p>
        </w:tc>
        <w:tc>
          <w:tcPr>
            <w:tcW w:w="0" w:type="auto"/>
            <w:shd w:val="clear" w:color="auto" w:fill="FFFFFF"/>
          </w:tcPr>
          <w:p w14:paraId="5B571487" w14:textId="77777777" w:rsidR="00056677" w:rsidRDefault="0092657D">
            <w:r>
              <w:t>150,00</w:t>
            </w:r>
          </w:p>
        </w:tc>
      </w:tr>
      <w:tr w:rsidR="00056677" w14:paraId="64AAE74E" w14:textId="77777777">
        <w:trPr>
          <w:cantSplit/>
        </w:trPr>
        <w:tc>
          <w:tcPr>
            <w:tcW w:w="0" w:type="auto"/>
            <w:shd w:val="clear" w:color="auto" w:fill="F2F2F2"/>
          </w:tcPr>
          <w:p w14:paraId="4D89D98C" w14:textId="77777777" w:rsidR="00056677" w:rsidRDefault="0092657D">
            <w:r>
              <w:t>Располагаемая мощность</w:t>
            </w:r>
          </w:p>
        </w:tc>
        <w:tc>
          <w:tcPr>
            <w:tcW w:w="0" w:type="auto"/>
            <w:shd w:val="clear" w:color="auto" w:fill="FFFFFF"/>
          </w:tcPr>
          <w:p w14:paraId="3C6BB04B" w14:textId="77777777" w:rsidR="00056677" w:rsidRDefault="0092657D">
            <w:r>
              <w:t>Гкал/ч</w:t>
            </w:r>
          </w:p>
        </w:tc>
        <w:tc>
          <w:tcPr>
            <w:tcW w:w="0" w:type="auto"/>
            <w:shd w:val="clear" w:color="auto" w:fill="FFFFFF"/>
          </w:tcPr>
          <w:p w14:paraId="0A56FE52" w14:textId="77777777" w:rsidR="00056677" w:rsidRDefault="0092657D">
            <w:r>
              <w:t>150,00</w:t>
            </w:r>
          </w:p>
        </w:tc>
        <w:tc>
          <w:tcPr>
            <w:tcW w:w="0" w:type="auto"/>
            <w:shd w:val="clear" w:color="auto" w:fill="FFFFFF"/>
          </w:tcPr>
          <w:p w14:paraId="466757CC" w14:textId="77777777" w:rsidR="00056677" w:rsidRDefault="0092657D">
            <w:r>
              <w:t>150,00</w:t>
            </w:r>
          </w:p>
        </w:tc>
        <w:tc>
          <w:tcPr>
            <w:tcW w:w="0" w:type="auto"/>
            <w:shd w:val="clear" w:color="auto" w:fill="FFFFFF"/>
          </w:tcPr>
          <w:p w14:paraId="059FF5F2" w14:textId="77777777" w:rsidR="00056677" w:rsidRDefault="0092657D">
            <w:r>
              <w:t>150,00</w:t>
            </w:r>
          </w:p>
        </w:tc>
      </w:tr>
      <w:tr w:rsidR="00056677" w14:paraId="07CF66CC" w14:textId="77777777">
        <w:trPr>
          <w:cantSplit/>
        </w:trPr>
        <w:tc>
          <w:tcPr>
            <w:tcW w:w="0" w:type="auto"/>
            <w:shd w:val="clear" w:color="auto" w:fill="F2F2F2"/>
          </w:tcPr>
          <w:p w14:paraId="0B78837D" w14:textId="77777777" w:rsidR="00056677" w:rsidRDefault="0092657D">
            <w:r>
              <w:t>Присоединённая договорная нагрузка</w:t>
            </w:r>
          </w:p>
        </w:tc>
        <w:tc>
          <w:tcPr>
            <w:tcW w:w="0" w:type="auto"/>
            <w:shd w:val="clear" w:color="auto" w:fill="FFFFFF"/>
          </w:tcPr>
          <w:p w14:paraId="29591852" w14:textId="77777777" w:rsidR="00056677" w:rsidRDefault="0092657D">
            <w:r>
              <w:t>Гкал/ч</w:t>
            </w:r>
          </w:p>
        </w:tc>
        <w:tc>
          <w:tcPr>
            <w:tcW w:w="0" w:type="auto"/>
            <w:shd w:val="clear" w:color="auto" w:fill="FFFFFF"/>
          </w:tcPr>
          <w:p w14:paraId="5A06C752" w14:textId="77777777" w:rsidR="00056677" w:rsidRDefault="0092657D">
            <w:r>
              <w:t>70,2235</w:t>
            </w:r>
          </w:p>
        </w:tc>
        <w:tc>
          <w:tcPr>
            <w:tcW w:w="0" w:type="auto"/>
            <w:shd w:val="clear" w:color="auto" w:fill="FFFFFF"/>
          </w:tcPr>
          <w:p w14:paraId="51198435" w14:textId="77777777" w:rsidR="00056677" w:rsidRDefault="0092657D">
            <w:r>
              <w:t>70,2235</w:t>
            </w:r>
          </w:p>
        </w:tc>
        <w:tc>
          <w:tcPr>
            <w:tcW w:w="0" w:type="auto"/>
            <w:shd w:val="clear" w:color="auto" w:fill="FFFFFF"/>
          </w:tcPr>
          <w:p w14:paraId="5AF1C2EA" w14:textId="77777777" w:rsidR="00056677" w:rsidRDefault="0092657D">
            <w:r>
              <w:t>70,2235</w:t>
            </w:r>
          </w:p>
        </w:tc>
      </w:tr>
      <w:tr w:rsidR="00056677" w14:paraId="41DCB574" w14:textId="77777777">
        <w:trPr>
          <w:cantSplit/>
        </w:trPr>
        <w:tc>
          <w:tcPr>
            <w:tcW w:w="0" w:type="auto"/>
            <w:shd w:val="clear" w:color="auto" w:fill="F2F2F2"/>
          </w:tcPr>
          <w:p w14:paraId="3AA76724" w14:textId="77777777" w:rsidR="00056677" w:rsidRDefault="0092657D">
            <w:r>
              <w:t>Полная максимальная нагрузка</w:t>
            </w:r>
          </w:p>
        </w:tc>
        <w:tc>
          <w:tcPr>
            <w:tcW w:w="0" w:type="auto"/>
            <w:shd w:val="clear" w:color="auto" w:fill="FFFFFF"/>
          </w:tcPr>
          <w:p w14:paraId="432CB169" w14:textId="77777777" w:rsidR="00056677" w:rsidRDefault="0092657D">
            <w:r>
              <w:t>Гкал/ч</w:t>
            </w:r>
          </w:p>
        </w:tc>
        <w:tc>
          <w:tcPr>
            <w:tcW w:w="0" w:type="auto"/>
            <w:shd w:val="clear" w:color="auto" w:fill="FFFFFF"/>
          </w:tcPr>
          <w:p w14:paraId="249EE11D" w14:textId="77777777" w:rsidR="00056677" w:rsidRDefault="0092657D">
            <w:r>
              <w:t>93,0532</w:t>
            </w:r>
          </w:p>
        </w:tc>
        <w:tc>
          <w:tcPr>
            <w:tcW w:w="0" w:type="auto"/>
            <w:shd w:val="clear" w:color="auto" w:fill="FFFFFF"/>
          </w:tcPr>
          <w:p w14:paraId="7E2ED273" w14:textId="77777777" w:rsidR="00056677" w:rsidRDefault="0092657D">
            <w:r>
              <w:t>93,2042</w:t>
            </w:r>
          </w:p>
        </w:tc>
        <w:tc>
          <w:tcPr>
            <w:tcW w:w="0" w:type="auto"/>
            <w:shd w:val="clear" w:color="auto" w:fill="FFFFFF"/>
          </w:tcPr>
          <w:p w14:paraId="654C7977" w14:textId="77777777" w:rsidR="00056677" w:rsidRDefault="0092657D">
            <w:r>
              <w:t>93,2042</w:t>
            </w:r>
          </w:p>
        </w:tc>
      </w:tr>
      <w:tr w:rsidR="00056677" w14:paraId="7FD5D1D5" w14:textId="77777777">
        <w:trPr>
          <w:cantSplit/>
        </w:trPr>
        <w:tc>
          <w:tcPr>
            <w:tcW w:w="0" w:type="auto"/>
            <w:shd w:val="clear" w:color="auto" w:fill="F2F2F2"/>
          </w:tcPr>
          <w:p w14:paraId="4B29FA35" w14:textId="77777777" w:rsidR="00056677" w:rsidRDefault="0092657D">
            <w:r>
              <w:t>Резерв по располагаемой мощности</w:t>
            </w:r>
          </w:p>
        </w:tc>
        <w:tc>
          <w:tcPr>
            <w:tcW w:w="0" w:type="auto"/>
            <w:shd w:val="clear" w:color="auto" w:fill="FFFFFF"/>
          </w:tcPr>
          <w:p w14:paraId="24709FA4" w14:textId="77777777" w:rsidR="00056677" w:rsidRDefault="0092657D">
            <w:r>
              <w:t>Гкал/ч</w:t>
            </w:r>
          </w:p>
        </w:tc>
        <w:tc>
          <w:tcPr>
            <w:tcW w:w="0" w:type="auto"/>
            <w:shd w:val="clear" w:color="auto" w:fill="FFFFFF"/>
          </w:tcPr>
          <w:p w14:paraId="0FA92EFF" w14:textId="77777777" w:rsidR="00056677" w:rsidRDefault="0092657D">
            <w:r>
              <w:t>56,9468</w:t>
            </w:r>
          </w:p>
        </w:tc>
        <w:tc>
          <w:tcPr>
            <w:tcW w:w="0" w:type="auto"/>
            <w:shd w:val="clear" w:color="auto" w:fill="FFFFFF"/>
          </w:tcPr>
          <w:p w14:paraId="687CACFF" w14:textId="77777777" w:rsidR="00056677" w:rsidRDefault="0092657D">
            <w:r>
              <w:t>56,7958</w:t>
            </w:r>
          </w:p>
        </w:tc>
        <w:tc>
          <w:tcPr>
            <w:tcW w:w="0" w:type="auto"/>
            <w:shd w:val="clear" w:color="auto" w:fill="FFFFFF"/>
          </w:tcPr>
          <w:p w14:paraId="1205B3F7" w14:textId="77777777" w:rsidR="00056677" w:rsidRDefault="0092657D">
            <w:r>
              <w:t>56,7958</w:t>
            </w:r>
          </w:p>
        </w:tc>
      </w:tr>
      <w:tr w:rsidR="00056677" w14:paraId="570633C2" w14:textId="77777777">
        <w:trPr>
          <w:cantSplit/>
        </w:trPr>
        <w:tc>
          <w:tcPr>
            <w:tcW w:w="0" w:type="auto"/>
            <w:shd w:val="clear" w:color="auto" w:fill="F2F2F2"/>
          </w:tcPr>
          <w:p w14:paraId="48DFE70B" w14:textId="77777777" w:rsidR="00056677" w:rsidRDefault="0092657D">
            <w:r>
              <w:t>Резерв по присоединённой нагрузке</w:t>
            </w:r>
          </w:p>
        </w:tc>
        <w:tc>
          <w:tcPr>
            <w:tcW w:w="0" w:type="auto"/>
            <w:shd w:val="clear" w:color="auto" w:fill="FFFFFF"/>
          </w:tcPr>
          <w:p w14:paraId="50AF64D7" w14:textId="77777777" w:rsidR="00056677" w:rsidRDefault="0092657D">
            <w:r>
              <w:t>Гкал/ч</w:t>
            </w:r>
          </w:p>
        </w:tc>
        <w:tc>
          <w:tcPr>
            <w:tcW w:w="0" w:type="auto"/>
            <w:shd w:val="clear" w:color="auto" w:fill="FFFFFF"/>
          </w:tcPr>
          <w:p w14:paraId="73BC6FC2" w14:textId="77777777" w:rsidR="00056677" w:rsidRDefault="0092657D">
            <w:r>
              <w:t>79,7765</w:t>
            </w:r>
          </w:p>
        </w:tc>
        <w:tc>
          <w:tcPr>
            <w:tcW w:w="0" w:type="auto"/>
            <w:shd w:val="clear" w:color="auto" w:fill="FFFFFF"/>
          </w:tcPr>
          <w:p w14:paraId="1F1855A6" w14:textId="77777777" w:rsidR="00056677" w:rsidRDefault="0092657D">
            <w:r>
              <w:t>79,7765</w:t>
            </w:r>
          </w:p>
        </w:tc>
        <w:tc>
          <w:tcPr>
            <w:tcW w:w="0" w:type="auto"/>
            <w:shd w:val="clear" w:color="auto" w:fill="FFFFFF"/>
          </w:tcPr>
          <w:p w14:paraId="039A71A3" w14:textId="77777777" w:rsidR="00056677" w:rsidRDefault="0092657D">
            <w:r>
              <w:t>79,7765</w:t>
            </w:r>
          </w:p>
        </w:tc>
      </w:tr>
      <w:tr w:rsidR="00056677" w14:paraId="6B131B0A" w14:textId="77777777">
        <w:trPr>
          <w:cantSplit/>
        </w:trPr>
        <w:tc>
          <w:tcPr>
            <w:tcW w:w="0" w:type="auto"/>
            <w:shd w:val="clear" w:color="auto" w:fill="F2F2F2"/>
          </w:tcPr>
          <w:p w14:paraId="23FC8680" w14:textId="77777777" w:rsidR="00056677" w:rsidRDefault="0092657D">
            <w:r>
              <w:t>Загрузка оборудования</w:t>
            </w:r>
          </w:p>
        </w:tc>
        <w:tc>
          <w:tcPr>
            <w:tcW w:w="0" w:type="auto"/>
            <w:shd w:val="clear" w:color="auto" w:fill="FFFFFF"/>
          </w:tcPr>
          <w:p w14:paraId="29C09AFE" w14:textId="77777777" w:rsidR="00056677" w:rsidRDefault="0092657D">
            <w:r>
              <w:t>%</w:t>
            </w:r>
          </w:p>
        </w:tc>
        <w:tc>
          <w:tcPr>
            <w:tcW w:w="0" w:type="auto"/>
            <w:shd w:val="clear" w:color="auto" w:fill="FFFFFF"/>
          </w:tcPr>
          <w:p w14:paraId="5D06C87B" w14:textId="77777777" w:rsidR="00056677" w:rsidRDefault="0092657D">
            <w:r>
              <w:t>62,04</w:t>
            </w:r>
          </w:p>
        </w:tc>
        <w:tc>
          <w:tcPr>
            <w:tcW w:w="0" w:type="auto"/>
            <w:shd w:val="clear" w:color="auto" w:fill="FFFFFF"/>
          </w:tcPr>
          <w:p w14:paraId="6845F817" w14:textId="77777777" w:rsidR="00056677" w:rsidRDefault="0092657D">
            <w:r>
              <w:t>62,14</w:t>
            </w:r>
          </w:p>
        </w:tc>
        <w:tc>
          <w:tcPr>
            <w:tcW w:w="0" w:type="auto"/>
            <w:shd w:val="clear" w:color="auto" w:fill="FFFFFF"/>
          </w:tcPr>
          <w:p w14:paraId="5F4B694A" w14:textId="77777777" w:rsidR="00056677" w:rsidRDefault="0092657D">
            <w:r>
              <w:t>62,14</w:t>
            </w:r>
          </w:p>
        </w:tc>
      </w:tr>
      <w:tr w:rsidR="00056677" w14:paraId="00D599A7" w14:textId="77777777">
        <w:trPr>
          <w:cantSplit/>
        </w:trPr>
        <w:tc>
          <w:tcPr>
            <w:tcW w:w="0" w:type="auto"/>
            <w:shd w:val="clear" w:color="auto" w:fill="F2F2F2"/>
          </w:tcPr>
          <w:p w14:paraId="570142B2" w14:textId="77777777" w:rsidR="00056677" w:rsidRPr="00844B84" w:rsidRDefault="0092657D">
            <w:pPr>
              <w:rPr>
                <w:lang w:val="ru-RU"/>
              </w:rPr>
            </w:pPr>
            <w:r w:rsidRPr="00844B84">
              <w:rPr>
                <w:lang w:val="ru-RU"/>
              </w:rPr>
              <w:t>Прирост нагрузки к базовому году</w:t>
            </w:r>
          </w:p>
        </w:tc>
        <w:tc>
          <w:tcPr>
            <w:tcW w:w="0" w:type="auto"/>
            <w:shd w:val="clear" w:color="auto" w:fill="FFFFFF"/>
          </w:tcPr>
          <w:p w14:paraId="66688E70" w14:textId="77777777" w:rsidR="00056677" w:rsidRDefault="0092657D">
            <w:r>
              <w:t>Гкал/ч</w:t>
            </w:r>
          </w:p>
        </w:tc>
        <w:tc>
          <w:tcPr>
            <w:tcW w:w="0" w:type="auto"/>
            <w:shd w:val="clear" w:color="auto" w:fill="FFFFFF"/>
          </w:tcPr>
          <w:p w14:paraId="542D4E7B" w14:textId="77777777" w:rsidR="00056677" w:rsidRDefault="0092657D">
            <w:r>
              <w:t>—</w:t>
            </w:r>
          </w:p>
        </w:tc>
        <w:tc>
          <w:tcPr>
            <w:tcW w:w="0" w:type="auto"/>
            <w:shd w:val="clear" w:color="auto" w:fill="FFFFFF"/>
          </w:tcPr>
          <w:p w14:paraId="69289ED2" w14:textId="77777777" w:rsidR="00056677" w:rsidRDefault="0092657D">
            <w:r>
              <w:t>0,1510</w:t>
            </w:r>
          </w:p>
        </w:tc>
        <w:tc>
          <w:tcPr>
            <w:tcW w:w="0" w:type="auto"/>
            <w:shd w:val="clear" w:color="auto" w:fill="FFFFFF"/>
          </w:tcPr>
          <w:p w14:paraId="5661CBD5" w14:textId="77777777" w:rsidR="00056677" w:rsidRDefault="0092657D">
            <w:r>
              <w:t>0,1510</w:t>
            </w:r>
          </w:p>
        </w:tc>
      </w:tr>
      <w:tr w:rsidR="00056677" w14:paraId="48A784D2" w14:textId="77777777">
        <w:trPr>
          <w:cantSplit/>
        </w:trPr>
        <w:tc>
          <w:tcPr>
            <w:tcW w:w="0" w:type="auto"/>
            <w:shd w:val="clear" w:color="auto" w:fill="F2F2F2"/>
          </w:tcPr>
          <w:p w14:paraId="1D744508" w14:textId="77777777" w:rsidR="00056677" w:rsidRDefault="0092657D">
            <w:r>
              <w:t>Действующих котлоагрегатов</w:t>
            </w:r>
          </w:p>
        </w:tc>
        <w:tc>
          <w:tcPr>
            <w:tcW w:w="0" w:type="auto"/>
            <w:shd w:val="clear" w:color="auto" w:fill="FFFFFF"/>
          </w:tcPr>
          <w:p w14:paraId="10890194" w14:textId="77777777" w:rsidR="00056677" w:rsidRDefault="0092657D">
            <w:r>
              <w:t>ед.</w:t>
            </w:r>
          </w:p>
        </w:tc>
        <w:tc>
          <w:tcPr>
            <w:tcW w:w="0" w:type="auto"/>
            <w:shd w:val="clear" w:color="auto" w:fill="FFFFFF"/>
          </w:tcPr>
          <w:p w14:paraId="730E362F" w14:textId="77777777" w:rsidR="00056677" w:rsidRDefault="0092657D">
            <w:r>
              <w:t>5</w:t>
            </w:r>
          </w:p>
        </w:tc>
        <w:tc>
          <w:tcPr>
            <w:tcW w:w="0" w:type="auto"/>
            <w:shd w:val="clear" w:color="auto" w:fill="FFFFFF"/>
          </w:tcPr>
          <w:p w14:paraId="0341A01A" w14:textId="77777777" w:rsidR="00056677" w:rsidRDefault="0092657D">
            <w:r>
              <w:t>5</w:t>
            </w:r>
          </w:p>
        </w:tc>
        <w:tc>
          <w:tcPr>
            <w:tcW w:w="0" w:type="auto"/>
            <w:shd w:val="clear" w:color="auto" w:fill="FFFFFF"/>
          </w:tcPr>
          <w:p w14:paraId="07A7BA6C" w14:textId="77777777" w:rsidR="00056677" w:rsidRDefault="0092657D">
            <w:r>
              <w:t>определяется проектной документацией</w:t>
            </w:r>
          </w:p>
        </w:tc>
      </w:tr>
      <w:tr w:rsidR="00056677" w14:paraId="6315D260" w14:textId="77777777">
        <w:trPr>
          <w:cantSplit/>
        </w:trPr>
        <w:tc>
          <w:tcPr>
            <w:tcW w:w="0" w:type="auto"/>
            <w:shd w:val="clear" w:color="auto" w:fill="F2F2F2"/>
          </w:tcPr>
          <w:p w14:paraId="5D9F56FA" w14:textId="77777777" w:rsidR="00056677" w:rsidRDefault="0092657D">
            <w:r>
              <w:t>Вид топлива</w:t>
            </w:r>
          </w:p>
        </w:tc>
        <w:tc>
          <w:tcPr>
            <w:tcW w:w="0" w:type="auto"/>
            <w:shd w:val="clear" w:color="auto" w:fill="FFFFFF"/>
          </w:tcPr>
          <w:p w14:paraId="44D8988D" w14:textId="77777777" w:rsidR="00056677" w:rsidRDefault="0092657D">
            <w:r>
              <w:t>—</w:t>
            </w:r>
          </w:p>
        </w:tc>
        <w:tc>
          <w:tcPr>
            <w:tcW w:w="0" w:type="auto"/>
            <w:shd w:val="clear" w:color="auto" w:fill="FFFFFF"/>
          </w:tcPr>
          <w:p w14:paraId="446129FF" w14:textId="77777777" w:rsidR="00056677" w:rsidRDefault="0092657D">
            <w:r>
              <w:t>каменный уголь</w:t>
            </w:r>
          </w:p>
        </w:tc>
        <w:tc>
          <w:tcPr>
            <w:tcW w:w="0" w:type="auto"/>
            <w:shd w:val="clear" w:color="auto" w:fill="FFFFFF"/>
          </w:tcPr>
          <w:p w14:paraId="5E94EE22" w14:textId="77777777" w:rsidR="00056677" w:rsidRDefault="0092657D">
            <w:r>
              <w:t>каменный уголь</w:t>
            </w:r>
          </w:p>
        </w:tc>
        <w:tc>
          <w:tcPr>
            <w:tcW w:w="0" w:type="auto"/>
            <w:shd w:val="clear" w:color="auto" w:fill="FFFFFF"/>
          </w:tcPr>
          <w:p w14:paraId="128067AB" w14:textId="77777777" w:rsidR="00056677" w:rsidRDefault="0092657D">
            <w:r>
              <w:t>природный газ</w:t>
            </w:r>
          </w:p>
        </w:tc>
      </w:tr>
    </w:tbl>
    <w:p w14:paraId="5734A31C" w14:textId="77777777" w:rsidR="00056677" w:rsidRPr="005731F7" w:rsidRDefault="0092657D">
      <w:pPr>
        <w:pStyle w:val="31"/>
        <w:rPr>
          <w:sz w:val="28"/>
          <w:szCs w:val="28"/>
        </w:rPr>
      </w:pPr>
      <w:r w:rsidRPr="005731F7">
        <w:rPr>
          <w:sz w:val="28"/>
          <w:szCs w:val="28"/>
        </w:rPr>
        <w:t>2.17.2. УПК № 2 «Шалым»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43"/>
        <w:gridCol w:w="1069"/>
        <w:gridCol w:w="1523"/>
        <w:gridCol w:w="1523"/>
        <w:gridCol w:w="3231"/>
      </w:tblGrid>
      <w:tr w:rsidR="00056677" w14:paraId="547AC48C" w14:textId="77777777">
        <w:trPr>
          <w:cantSplit/>
          <w:tblHeader/>
        </w:trPr>
        <w:tc>
          <w:tcPr>
            <w:tcW w:w="0" w:type="auto"/>
            <w:shd w:val="clear" w:color="auto" w:fill="E2F0D9"/>
          </w:tcPr>
          <w:p w14:paraId="19625B24" w14:textId="77777777" w:rsidR="00056677" w:rsidRDefault="0092657D">
            <w:pPr>
              <w:jc w:val="center"/>
            </w:pPr>
            <w:r>
              <w:rPr>
                <w:b/>
              </w:rPr>
              <w:t>Показатель</w:t>
            </w:r>
          </w:p>
        </w:tc>
        <w:tc>
          <w:tcPr>
            <w:tcW w:w="0" w:type="auto"/>
            <w:shd w:val="clear" w:color="auto" w:fill="E2F0D9"/>
          </w:tcPr>
          <w:p w14:paraId="6D4F321E" w14:textId="77777777" w:rsidR="00056677" w:rsidRDefault="0092657D">
            <w:pPr>
              <w:jc w:val="center"/>
            </w:pPr>
            <w:r>
              <w:rPr>
                <w:b/>
              </w:rPr>
              <w:t>Единица</w:t>
            </w:r>
          </w:p>
        </w:tc>
        <w:tc>
          <w:tcPr>
            <w:tcW w:w="0" w:type="auto"/>
            <w:shd w:val="clear" w:color="auto" w:fill="E2F0D9"/>
          </w:tcPr>
          <w:p w14:paraId="12429207" w14:textId="77777777" w:rsidR="00056677" w:rsidRDefault="0092657D">
            <w:pPr>
              <w:jc w:val="center"/>
            </w:pPr>
            <w:r>
              <w:rPr>
                <w:b/>
              </w:rPr>
              <w:t>2026</w:t>
            </w:r>
          </w:p>
        </w:tc>
        <w:tc>
          <w:tcPr>
            <w:tcW w:w="0" w:type="auto"/>
            <w:shd w:val="clear" w:color="auto" w:fill="E2F0D9"/>
          </w:tcPr>
          <w:p w14:paraId="1EE8C407" w14:textId="77777777" w:rsidR="00056677" w:rsidRDefault="0092657D">
            <w:pPr>
              <w:jc w:val="center"/>
            </w:pPr>
            <w:r>
              <w:rPr>
                <w:b/>
              </w:rPr>
              <w:t>2031</w:t>
            </w:r>
          </w:p>
        </w:tc>
        <w:tc>
          <w:tcPr>
            <w:tcW w:w="0" w:type="auto"/>
            <w:shd w:val="clear" w:color="auto" w:fill="E2F0D9"/>
          </w:tcPr>
          <w:p w14:paraId="62B4FDD5" w14:textId="77777777" w:rsidR="00056677" w:rsidRDefault="0092657D">
            <w:pPr>
              <w:jc w:val="center"/>
            </w:pPr>
            <w:r>
              <w:rPr>
                <w:b/>
              </w:rPr>
              <w:t>2036</w:t>
            </w:r>
          </w:p>
        </w:tc>
      </w:tr>
      <w:tr w:rsidR="00056677" w14:paraId="029B39BF" w14:textId="77777777">
        <w:trPr>
          <w:cantSplit/>
        </w:trPr>
        <w:tc>
          <w:tcPr>
            <w:tcW w:w="0" w:type="auto"/>
            <w:shd w:val="clear" w:color="auto" w:fill="F2F2F2"/>
          </w:tcPr>
          <w:p w14:paraId="04D3057B" w14:textId="77777777" w:rsidR="00056677" w:rsidRDefault="0092657D">
            <w:r>
              <w:t>Установленная мощность</w:t>
            </w:r>
          </w:p>
        </w:tc>
        <w:tc>
          <w:tcPr>
            <w:tcW w:w="0" w:type="auto"/>
            <w:shd w:val="clear" w:color="auto" w:fill="FFFFFF"/>
          </w:tcPr>
          <w:p w14:paraId="2E85F243" w14:textId="77777777" w:rsidR="00056677" w:rsidRDefault="0092657D">
            <w:r>
              <w:t>Гкал/ч</w:t>
            </w:r>
          </w:p>
        </w:tc>
        <w:tc>
          <w:tcPr>
            <w:tcW w:w="0" w:type="auto"/>
            <w:shd w:val="clear" w:color="auto" w:fill="FFFFFF"/>
          </w:tcPr>
          <w:p w14:paraId="63ABBF1E" w14:textId="77777777" w:rsidR="00056677" w:rsidRDefault="0092657D">
            <w:r>
              <w:t>17,00</w:t>
            </w:r>
          </w:p>
        </w:tc>
        <w:tc>
          <w:tcPr>
            <w:tcW w:w="0" w:type="auto"/>
            <w:shd w:val="clear" w:color="auto" w:fill="FFFFFF"/>
          </w:tcPr>
          <w:p w14:paraId="4ECFC660" w14:textId="77777777" w:rsidR="00056677" w:rsidRDefault="0092657D">
            <w:r>
              <w:t>17,00</w:t>
            </w:r>
          </w:p>
        </w:tc>
        <w:tc>
          <w:tcPr>
            <w:tcW w:w="0" w:type="auto"/>
            <w:shd w:val="clear" w:color="auto" w:fill="FFFFFF"/>
          </w:tcPr>
          <w:p w14:paraId="13FA40F9" w14:textId="77777777" w:rsidR="00056677" w:rsidRDefault="0092657D">
            <w:r>
              <w:t>17,00</w:t>
            </w:r>
          </w:p>
        </w:tc>
      </w:tr>
      <w:tr w:rsidR="00056677" w14:paraId="64D7F3D4" w14:textId="77777777">
        <w:trPr>
          <w:cantSplit/>
        </w:trPr>
        <w:tc>
          <w:tcPr>
            <w:tcW w:w="0" w:type="auto"/>
            <w:shd w:val="clear" w:color="auto" w:fill="F2F2F2"/>
          </w:tcPr>
          <w:p w14:paraId="18030B16" w14:textId="77777777" w:rsidR="00056677" w:rsidRDefault="0092657D">
            <w:r>
              <w:t>Располагаемая мощность</w:t>
            </w:r>
          </w:p>
        </w:tc>
        <w:tc>
          <w:tcPr>
            <w:tcW w:w="0" w:type="auto"/>
            <w:shd w:val="clear" w:color="auto" w:fill="FFFFFF"/>
          </w:tcPr>
          <w:p w14:paraId="47CD1566" w14:textId="77777777" w:rsidR="00056677" w:rsidRDefault="0092657D">
            <w:r>
              <w:t>Гкал/ч</w:t>
            </w:r>
          </w:p>
        </w:tc>
        <w:tc>
          <w:tcPr>
            <w:tcW w:w="0" w:type="auto"/>
            <w:shd w:val="clear" w:color="auto" w:fill="FFFFFF"/>
          </w:tcPr>
          <w:p w14:paraId="21BAC2B2" w14:textId="77777777" w:rsidR="00056677" w:rsidRDefault="0092657D">
            <w:r>
              <w:t>17,00</w:t>
            </w:r>
          </w:p>
        </w:tc>
        <w:tc>
          <w:tcPr>
            <w:tcW w:w="0" w:type="auto"/>
            <w:shd w:val="clear" w:color="auto" w:fill="FFFFFF"/>
          </w:tcPr>
          <w:p w14:paraId="14CBFBEF" w14:textId="77777777" w:rsidR="00056677" w:rsidRDefault="0092657D">
            <w:r>
              <w:t>17,00</w:t>
            </w:r>
          </w:p>
        </w:tc>
        <w:tc>
          <w:tcPr>
            <w:tcW w:w="0" w:type="auto"/>
            <w:shd w:val="clear" w:color="auto" w:fill="FFFFFF"/>
          </w:tcPr>
          <w:p w14:paraId="708CCE6C" w14:textId="77777777" w:rsidR="00056677" w:rsidRDefault="0092657D">
            <w:r>
              <w:t>17,00</w:t>
            </w:r>
          </w:p>
        </w:tc>
      </w:tr>
      <w:tr w:rsidR="00056677" w14:paraId="207A2BE3" w14:textId="77777777">
        <w:trPr>
          <w:cantSplit/>
        </w:trPr>
        <w:tc>
          <w:tcPr>
            <w:tcW w:w="0" w:type="auto"/>
            <w:shd w:val="clear" w:color="auto" w:fill="F2F2F2"/>
          </w:tcPr>
          <w:p w14:paraId="4BB1E9C0" w14:textId="77777777" w:rsidR="00056677" w:rsidRDefault="0092657D">
            <w:r>
              <w:t>Присоединённая договорная нагрузка</w:t>
            </w:r>
          </w:p>
        </w:tc>
        <w:tc>
          <w:tcPr>
            <w:tcW w:w="0" w:type="auto"/>
            <w:shd w:val="clear" w:color="auto" w:fill="FFFFFF"/>
          </w:tcPr>
          <w:p w14:paraId="03614D82" w14:textId="77777777" w:rsidR="00056677" w:rsidRDefault="0092657D">
            <w:r>
              <w:t>Гкал/ч</w:t>
            </w:r>
          </w:p>
        </w:tc>
        <w:tc>
          <w:tcPr>
            <w:tcW w:w="0" w:type="auto"/>
            <w:shd w:val="clear" w:color="auto" w:fill="FFFFFF"/>
          </w:tcPr>
          <w:p w14:paraId="46E73723" w14:textId="77777777" w:rsidR="00056677" w:rsidRDefault="0092657D">
            <w:r>
              <w:t>3,6279</w:t>
            </w:r>
          </w:p>
        </w:tc>
        <w:tc>
          <w:tcPr>
            <w:tcW w:w="0" w:type="auto"/>
            <w:shd w:val="clear" w:color="auto" w:fill="FFFFFF"/>
          </w:tcPr>
          <w:p w14:paraId="2F3B1B6C" w14:textId="77777777" w:rsidR="00056677" w:rsidRDefault="0092657D">
            <w:r>
              <w:t>3,6279</w:t>
            </w:r>
          </w:p>
        </w:tc>
        <w:tc>
          <w:tcPr>
            <w:tcW w:w="0" w:type="auto"/>
            <w:shd w:val="clear" w:color="auto" w:fill="FFFFFF"/>
          </w:tcPr>
          <w:p w14:paraId="0997D2AF" w14:textId="77777777" w:rsidR="00056677" w:rsidRDefault="0092657D">
            <w:r>
              <w:t>3,6279</w:t>
            </w:r>
          </w:p>
        </w:tc>
      </w:tr>
      <w:tr w:rsidR="00056677" w14:paraId="772A217F" w14:textId="77777777">
        <w:trPr>
          <w:cantSplit/>
        </w:trPr>
        <w:tc>
          <w:tcPr>
            <w:tcW w:w="0" w:type="auto"/>
            <w:shd w:val="clear" w:color="auto" w:fill="F2F2F2"/>
          </w:tcPr>
          <w:p w14:paraId="09F272AB" w14:textId="77777777" w:rsidR="00056677" w:rsidRDefault="0092657D">
            <w:r>
              <w:t>Полная максимальная нагрузка</w:t>
            </w:r>
          </w:p>
        </w:tc>
        <w:tc>
          <w:tcPr>
            <w:tcW w:w="0" w:type="auto"/>
            <w:shd w:val="clear" w:color="auto" w:fill="FFFFFF"/>
          </w:tcPr>
          <w:p w14:paraId="3525BD5F" w14:textId="77777777" w:rsidR="00056677" w:rsidRDefault="0092657D">
            <w:r>
              <w:t>Гкал/ч</w:t>
            </w:r>
          </w:p>
        </w:tc>
        <w:tc>
          <w:tcPr>
            <w:tcW w:w="0" w:type="auto"/>
            <w:shd w:val="clear" w:color="auto" w:fill="FFFFFF"/>
          </w:tcPr>
          <w:p w14:paraId="03DEC8A5" w14:textId="77777777" w:rsidR="00056677" w:rsidRDefault="0092657D">
            <w:r>
              <w:t>5,8602</w:t>
            </w:r>
          </w:p>
        </w:tc>
        <w:tc>
          <w:tcPr>
            <w:tcW w:w="0" w:type="auto"/>
            <w:shd w:val="clear" w:color="auto" w:fill="FFFFFF"/>
          </w:tcPr>
          <w:p w14:paraId="14C42155" w14:textId="77777777" w:rsidR="00056677" w:rsidRDefault="0092657D">
            <w:r>
              <w:t>5,8602</w:t>
            </w:r>
          </w:p>
        </w:tc>
        <w:tc>
          <w:tcPr>
            <w:tcW w:w="0" w:type="auto"/>
            <w:shd w:val="clear" w:color="auto" w:fill="FFFFFF"/>
          </w:tcPr>
          <w:p w14:paraId="433F86FB" w14:textId="77777777" w:rsidR="00056677" w:rsidRDefault="0092657D">
            <w:r>
              <w:t>5,8602</w:t>
            </w:r>
          </w:p>
        </w:tc>
      </w:tr>
      <w:tr w:rsidR="00056677" w14:paraId="02678E3E" w14:textId="77777777">
        <w:trPr>
          <w:cantSplit/>
        </w:trPr>
        <w:tc>
          <w:tcPr>
            <w:tcW w:w="0" w:type="auto"/>
            <w:shd w:val="clear" w:color="auto" w:fill="F2F2F2"/>
          </w:tcPr>
          <w:p w14:paraId="26540EEF" w14:textId="77777777" w:rsidR="00056677" w:rsidRDefault="0092657D">
            <w:r>
              <w:t>Резерв по располагаемой мощности</w:t>
            </w:r>
          </w:p>
        </w:tc>
        <w:tc>
          <w:tcPr>
            <w:tcW w:w="0" w:type="auto"/>
            <w:shd w:val="clear" w:color="auto" w:fill="FFFFFF"/>
          </w:tcPr>
          <w:p w14:paraId="01CD9BCD" w14:textId="77777777" w:rsidR="00056677" w:rsidRDefault="0092657D">
            <w:r>
              <w:t>Гкал/ч</w:t>
            </w:r>
          </w:p>
        </w:tc>
        <w:tc>
          <w:tcPr>
            <w:tcW w:w="0" w:type="auto"/>
            <w:shd w:val="clear" w:color="auto" w:fill="FFFFFF"/>
          </w:tcPr>
          <w:p w14:paraId="47DECB0F" w14:textId="77777777" w:rsidR="00056677" w:rsidRDefault="0092657D">
            <w:r>
              <w:t>11,1398</w:t>
            </w:r>
          </w:p>
        </w:tc>
        <w:tc>
          <w:tcPr>
            <w:tcW w:w="0" w:type="auto"/>
            <w:shd w:val="clear" w:color="auto" w:fill="FFFFFF"/>
          </w:tcPr>
          <w:p w14:paraId="4920D225" w14:textId="77777777" w:rsidR="00056677" w:rsidRDefault="0092657D">
            <w:r>
              <w:t>11,1398</w:t>
            </w:r>
          </w:p>
        </w:tc>
        <w:tc>
          <w:tcPr>
            <w:tcW w:w="0" w:type="auto"/>
            <w:shd w:val="clear" w:color="auto" w:fill="FFFFFF"/>
          </w:tcPr>
          <w:p w14:paraId="0B2AC22A" w14:textId="77777777" w:rsidR="00056677" w:rsidRDefault="0092657D">
            <w:r>
              <w:t>11,1398</w:t>
            </w:r>
          </w:p>
        </w:tc>
      </w:tr>
      <w:tr w:rsidR="00056677" w14:paraId="510700F7" w14:textId="77777777">
        <w:trPr>
          <w:cantSplit/>
        </w:trPr>
        <w:tc>
          <w:tcPr>
            <w:tcW w:w="0" w:type="auto"/>
            <w:shd w:val="clear" w:color="auto" w:fill="F2F2F2"/>
          </w:tcPr>
          <w:p w14:paraId="59C890DA" w14:textId="77777777" w:rsidR="00056677" w:rsidRDefault="0092657D">
            <w:r>
              <w:t>Резерв по присоединённой нагрузке</w:t>
            </w:r>
          </w:p>
        </w:tc>
        <w:tc>
          <w:tcPr>
            <w:tcW w:w="0" w:type="auto"/>
            <w:shd w:val="clear" w:color="auto" w:fill="FFFFFF"/>
          </w:tcPr>
          <w:p w14:paraId="7E69DB1A" w14:textId="77777777" w:rsidR="00056677" w:rsidRDefault="0092657D">
            <w:r>
              <w:t>Гкал/ч</w:t>
            </w:r>
          </w:p>
        </w:tc>
        <w:tc>
          <w:tcPr>
            <w:tcW w:w="0" w:type="auto"/>
            <w:shd w:val="clear" w:color="auto" w:fill="FFFFFF"/>
          </w:tcPr>
          <w:p w14:paraId="3E077878" w14:textId="77777777" w:rsidR="00056677" w:rsidRDefault="0092657D">
            <w:r>
              <w:t>13,3721</w:t>
            </w:r>
          </w:p>
        </w:tc>
        <w:tc>
          <w:tcPr>
            <w:tcW w:w="0" w:type="auto"/>
            <w:shd w:val="clear" w:color="auto" w:fill="FFFFFF"/>
          </w:tcPr>
          <w:p w14:paraId="3FA56F88" w14:textId="77777777" w:rsidR="00056677" w:rsidRDefault="0092657D">
            <w:r>
              <w:t>13,3721</w:t>
            </w:r>
          </w:p>
        </w:tc>
        <w:tc>
          <w:tcPr>
            <w:tcW w:w="0" w:type="auto"/>
            <w:shd w:val="clear" w:color="auto" w:fill="FFFFFF"/>
          </w:tcPr>
          <w:p w14:paraId="48B48960" w14:textId="77777777" w:rsidR="00056677" w:rsidRDefault="0092657D">
            <w:r>
              <w:t>13,3721</w:t>
            </w:r>
          </w:p>
        </w:tc>
      </w:tr>
      <w:tr w:rsidR="00056677" w14:paraId="302A6193" w14:textId="77777777">
        <w:trPr>
          <w:cantSplit/>
        </w:trPr>
        <w:tc>
          <w:tcPr>
            <w:tcW w:w="0" w:type="auto"/>
            <w:shd w:val="clear" w:color="auto" w:fill="F2F2F2"/>
          </w:tcPr>
          <w:p w14:paraId="14BCDC73" w14:textId="77777777" w:rsidR="00056677" w:rsidRDefault="0092657D">
            <w:r>
              <w:t>Загрузка оборудования</w:t>
            </w:r>
          </w:p>
        </w:tc>
        <w:tc>
          <w:tcPr>
            <w:tcW w:w="0" w:type="auto"/>
            <w:shd w:val="clear" w:color="auto" w:fill="FFFFFF"/>
          </w:tcPr>
          <w:p w14:paraId="2C61DDA7" w14:textId="77777777" w:rsidR="00056677" w:rsidRDefault="0092657D">
            <w:r>
              <w:t>%</w:t>
            </w:r>
          </w:p>
        </w:tc>
        <w:tc>
          <w:tcPr>
            <w:tcW w:w="0" w:type="auto"/>
            <w:shd w:val="clear" w:color="auto" w:fill="FFFFFF"/>
          </w:tcPr>
          <w:p w14:paraId="41811A26" w14:textId="77777777" w:rsidR="00056677" w:rsidRDefault="0092657D">
            <w:r>
              <w:t>34,47</w:t>
            </w:r>
          </w:p>
        </w:tc>
        <w:tc>
          <w:tcPr>
            <w:tcW w:w="0" w:type="auto"/>
            <w:shd w:val="clear" w:color="auto" w:fill="FFFFFF"/>
          </w:tcPr>
          <w:p w14:paraId="10D4EC6A" w14:textId="77777777" w:rsidR="00056677" w:rsidRDefault="0092657D">
            <w:r>
              <w:t>34,47</w:t>
            </w:r>
          </w:p>
        </w:tc>
        <w:tc>
          <w:tcPr>
            <w:tcW w:w="0" w:type="auto"/>
            <w:shd w:val="clear" w:color="auto" w:fill="FFFFFF"/>
          </w:tcPr>
          <w:p w14:paraId="537E525B" w14:textId="77777777" w:rsidR="00056677" w:rsidRDefault="0092657D">
            <w:r>
              <w:t>34,47</w:t>
            </w:r>
          </w:p>
        </w:tc>
      </w:tr>
      <w:tr w:rsidR="00056677" w14:paraId="7FE80BB1" w14:textId="77777777">
        <w:trPr>
          <w:cantSplit/>
        </w:trPr>
        <w:tc>
          <w:tcPr>
            <w:tcW w:w="0" w:type="auto"/>
            <w:shd w:val="clear" w:color="auto" w:fill="F2F2F2"/>
          </w:tcPr>
          <w:p w14:paraId="64EE092F" w14:textId="77777777" w:rsidR="00056677" w:rsidRPr="00844B84" w:rsidRDefault="0092657D">
            <w:pPr>
              <w:rPr>
                <w:lang w:val="ru-RU"/>
              </w:rPr>
            </w:pPr>
            <w:r w:rsidRPr="00844B84">
              <w:rPr>
                <w:lang w:val="ru-RU"/>
              </w:rPr>
              <w:t>Прирост нагрузки к базовому году</w:t>
            </w:r>
          </w:p>
        </w:tc>
        <w:tc>
          <w:tcPr>
            <w:tcW w:w="0" w:type="auto"/>
            <w:shd w:val="clear" w:color="auto" w:fill="FFFFFF"/>
          </w:tcPr>
          <w:p w14:paraId="1AE3468A" w14:textId="77777777" w:rsidR="00056677" w:rsidRDefault="0092657D">
            <w:r>
              <w:t>Гкал/ч</w:t>
            </w:r>
          </w:p>
        </w:tc>
        <w:tc>
          <w:tcPr>
            <w:tcW w:w="0" w:type="auto"/>
            <w:shd w:val="clear" w:color="auto" w:fill="FFFFFF"/>
          </w:tcPr>
          <w:p w14:paraId="1C15D648" w14:textId="77777777" w:rsidR="00056677" w:rsidRDefault="0092657D">
            <w:r>
              <w:t>—</w:t>
            </w:r>
          </w:p>
        </w:tc>
        <w:tc>
          <w:tcPr>
            <w:tcW w:w="0" w:type="auto"/>
            <w:shd w:val="clear" w:color="auto" w:fill="FFFFFF"/>
          </w:tcPr>
          <w:p w14:paraId="0CCA39D6" w14:textId="77777777" w:rsidR="00056677" w:rsidRDefault="0092657D">
            <w:r>
              <w:t>0,0000</w:t>
            </w:r>
          </w:p>
        </w:tc>
        <w:tc>
          <w:tcPr>
            <w:tcW w:w="0" w:type="auto"/>
            <w:shd w:val="clear" w:color="auto" w:fill="FFFFFF"/>
          </w:tcPr>
          <w:p w14:paraId="45198AA1" w14:textId="77777777" w:rsidR="00056677" w:rsidRDefault="0092657D">
            <w:r>
              <w:t>0,0000</w:t>
            </w:r>
          </w:p>
        </w:tc>
      </w:tr>
      <w:tr w:rsidR="00056677" w14:paraId="2C276A29" w14:textId="77777777">
        <w:trPr>
          <w:cantSplit/>
        </w:trPr>
        <w:tc>
          <w:tcPr>
            <w:tcW w:w="0" w:type="auto"/>
            <w:shd w:val="clear" w:color="auto" w:fill="F2F2F2"/>
          </w:tcPr>
          <w:p w14:paraId="041570E7" w14:textId="77777777" w:rsidR="00056677" w:rsidRDefault="0092657D">
            <w:r>
              <w:t>Действующих котлоагрегатов</w:t>
            </w:r>
          </w:p>
        </w:tc>
        <w:tc>
          <w:tcPr>
            <w:tcW w:w="0" w:type="auto"/>
            <w:shd w:val="clear" w:color="auto" w:fill="FFFFFF"/>
          </w:tcPr>
          <w:p w14:paraId="4598FB1A" w14:textId="77777777" w:rsidR="00056677" w:rsidRDefault="0092657D">
            <w:r>
              <w:t>ед.</w:t>
            </w:r>
          </w:p>
        </w:tc>
        <w:tc>
          <w:tcPr>
            <w:tcW w:w="0" w:type="auto"/>
            <w:shd w:val="clear" w:color="auto" w:fill="FFFFFF"/>
          </w:tcPr>
          <w:p w14:paraId="18E5DC3B" w14:textId="77777777" w:rsidR="00056677" w:rsidRDefault="0092657D">
            <w:r>
              <w:t>3</w:t>
            </w:r>
          </w:p>
        </w:tc>
        <w:tc>
          <w:tcPr>
            <w:tcW w:w="0" w:type="auto"/>
            <w:shd w:val="clear" w:color="auto" w:fill="FFFFFF"/>
          </w:tcPr>
          <w:p w14:paraId="453E775C" w14:textId="77777777" w:rsidR="00056677" w:rsidRDefault="0092657D">
            <w:r>
              <w:t>3</w:t>
            </w:r>
          </w:p>
        </w:tc>
        <w:tc>
          <w:tcPr>
            <w:tcW w:w="0" w:type="auto"/>
            <w:shd w:val="clear" w:color="auto" w:fill="FFFFFF"/>
          </w:tcPr>
          <w:p w14:paraId="0875D98B" w14:textId="77777777" w:rsidR="00056677" w:rsidRDefault="0092657D">
            <w:r>
              <w:t>определяется проектной документацией</w:t>
            </w:r>
          </w:p>
        </w:tc>
      </w:tr>
      <w:tr w:rsidR="00056677" w14:paraId="5222D7F3" w14:textId="77777777">
        <w:trPr>
          <w:cantSplit/>
        </w:trPr>
        <w:tc>
          <w:tcPr>
            <w:tcW w:w="0" w:type="auto"/>
            <w:shd w:val="clear" w:color="auto" w:fill="F2F2F2"/>
          </w:tcPr>
          <w:p w14:paraId="7F20775D" w14:textId="77777777" w:rsidR="00056677" w:rsidRDefault="0092657D">
            <w:r>
              <w:t>Вид топлива</w:t>
            </w:r>
          </w:p>
        </w:tc>
        <w:tc>
          <w:tcPr>
            <w:tcW w:w="0" w:type="auto"/>
            <w:shd w:val="clear" w:color="auto" w:fill="FFFFFF"/>
          </w:tcPr>
          <w:p w14:paraId="1B902E23" w14:textId="77777777" w:rsidR="00056677" w:rsidRDefault="0092657D">
            <w:r>
              <w:t>—</w:t>
            </w:r>
          </w:p>
        </w:tc>
        <w:tc>
          <w:tcPr>
            <w:tcW w:w="0" w:type="auto"/>
            <w:shd w:val="clear" w:color="auto" w:fill="FFFFFF"/>
          </w:tcPr>
          <w:p w14:paraId="0546B83B" w14:textId="77777777" w:rsidR="00056677" w:rsidRDefault="0092657D">
            <w:r>
              <w:t>каменный уголь</w:t>
            </w:r>
          </w:p>
        </w:tc>
        <w:tc>
          <w:tcPr>
            <w:tcW w:w="0" w:type="auto"/>
            <w:shd w:val="clear" w:color="auto" w:fill="FFFFFF"/>
          </w:tcPr>
          <w:p w14:paraId="051655CD" w14:textId="77777777" w:rsidR="00056677" w:rsidRDefault="0092657D">
            <w:r>
              <w:t>каменный уголь</w:t>
            </w:r>
          </w:p>
        </w:tc>
        <w:tc>
          <w:tcPr>
            <w:tcW w:w="0" w:type="auto"/>
            <w:shd w:val="clear" w:color="auto" w:fill="FFFFFF"/>
          </w:tcPr>
          <w:p w14:paraId="44E64CF3" w14:textId="77777777" w:rsidR="00056677" w:rsidRDefault="0092657D">
            <w:r>
              <w:t>природный газ</w:t>
            </w:r>
          </w:p>
        </w:tc>
      </w:tr>
    </w:tbl>
    <w:p w14:paraId="1DC35EAB" w14:textId="77777777" w:rsidR="00056677" w:rsidRPr="005731F7" w:rsidRDefault="0092657D">
      <w:pPr>
        <w:pStyle w:val="31"/>
        <w:rPr>
          <w:sz w:val="28"/>
          <w:szCs w:val="28"/>
        </w:rPr>
      </w:pPr>
      <w:r w:rsidRPr="005731F7">
        <w:rPr>
          <w:sz w:val="28"/>
          <w:szCs w:val="28"/>
        </w:rPr>
        <w:t>2.17.3. УПК № 2 «ЦМК»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43"/>
        <w:gridCol w:w="1069"/>
        <w:gridCol w:w="1523"/>
        <w:gridCol w:w="1523"/>
        <w:gridCol w:w="3231"/>
      </w:tblGrid>
      <w:tr w:rsidR="00056677" w14:paraId="44958174" w14:textId="77777777">
        <w:trPr>
          <w:cantSplit/>
          <w:tblHeader/>
        </w:trPr>
        <w:tc>
          <w:tcPr>
            <w:tcW w:w="0" w:type="auto"/>
            <w:shd w:val="clear" w:color="auto" w:fill="E2F0D9"/>
          </w:tcPr>
          <w:p w14:paraId="6B139458" w14:textId="77777777" w:rsidR="00056677" w:rsidRDefault="0092657D">
            <w:pPr>
              <w:jc w:val="center"/>
            </w:pPr>
            <w:r>
              <w:rPr>
                <w:b/>
              </w:rPr>
              <w:t>Показатель</w:t>
            </w:r>
          </w:p>
        </w:tc>
        <w:tc>
          <w:tcPr>
            <w:tcW w:w="0" w:type="auto"/>
            <w:shd w:val="clear" w:color="auto" w:fill="E2F0D9"/>
          </w:tcPr>
          <w:p w14:paraId="692EE615" w14:textId="77777777" w:rsidR="00056677" w:rsidRDefault="0092657D">
            <w:pPr>
              <w:jc w:val="center"/>
            </w:pPr>
            <w:r>
              <w:rPr>
                <w:b/>
              </w:rPr>
              <w:t>Единица</w:t>
            </w:r>
          </w:p>
        </w:tc>
        <w:tc>
          <w:tcPr>
            <w:tcW w:w="0" w:type="auto"/>
            <w:shd w:val="clear" w:color="auto" w:fill="E2F0D9"/>
          </w:tcPr>
          <w:p w14:paraId="473DA60B" w14:textId="77777777" w:rsidR="00056677" w:rsidRDefault="0092657D">
            <w:pPr>
              <w:jc w:val="center"/>
            </w:pPr>
            <w:r>
              <w:rPr>
                <w:b/>
              </w:rPr>
              <w:t>2026</w:t>
            </w:r>
          </w:p>
        </w:tc>
        <w:tc>
          <w:tcPr>
            <w:tcW w:w="0" w:type="auto"/>
            <w:shd w:val="clear" w:color="auto" w:fill="E2F0D9"/>
          </w:tcPr>
          <w:p w14:paraId="2317DBD9" w14:textId="77777777" w:rsidR="00056677" w:rsidRDefault="0092657D">
            <w:pPr>
              <w:jc w:val="center"/>
            </w:pPr>
            <w:r>
              <w:rPr>
                <w:b/>
              </w:rPr>
              <w:t>2031</w:t>
            </w:r>
          </w:p>
        </w:tc>
        <w:tc>
          <w:tcPr>
            <w:tcW w:w="0" w:type="auto"/>
            <w:shd w:val="clear" w:color="auto" w:fill="E2F0D9"/>
          </w:tcPr>
          <w:p w14:paraId="6559E43A" w14:textId="77777777" w:rsidR="00056677" w:rsidRDefault="0092657D">
            <w:pPr>
              <w:jc w:val="center"/>
            </w:pPr>
            <w:r>
              <w:rPr>
                <w:b/>
              </w:rPr>
              <w:t>2036</w:t>
            </w:r>
          </w:p>
        </w:tc>
      </w:tr>
      <w:tr w:rsidR="00056677" w14:paraId="5AF1A434" w14:textId="77777777">
        <w:trPr>
          <w:cantSplit/>
        </w:trPr>
        <w:tc>
          <w:tcPr>
            <w:tcW w:w="0" w:type="auto"/>
            <w:shd w:val="clear" w:color="auto" w:fill="F2F2F2"/>
          </w:tcPr>
          <w:p w14:paraId="369406B3" w14:textId="77777777" w:rsidR="00056677" w:rsidRDefault="0092657D">
            <w:r>
              <w:t>Установленная мощность</w:t>
            </w:r>
          </w:p>
        </w:tc>
        <w:tc>
          <w:tcPr>
            <w:tcW w:w="0" w:type="auto"/>
            <w:shd w:val="clear" w:color="auto" w:fill="FFFFFF"/>
          </w:tcPr>
          <w:p w14:paraId="67D1C669" w14:textId="77777777" w:rsidR="00056677" w:rsidRDefault="0092657D">
            <w:r>
              <w:t>Гкал/ч</w:t>
            </w:r>
          </w:p>
        </w:tc>
        <w:tc>
          <w:tcPr>
            <w:tcW w:w="0" w:type="auto"/>
            <w:shd w:val="clear" w:color="auto" w:fill="FFFFFF"/>
          </w:tcPr>
          <w:p w14:paraId="75B58BA0" w14:textId="77777777" w:rsidR="00056677" w:rsidRDefault="0092657D">
            <w:r>
              <w:t>10,20</w:t>
            </w:r>
          </w:p>
        </w:tc>
        <w:tc>
          <w:tcPr>
            <w:tcW w:w="0" w:type="auto"/>
            <w:shd w:val="clear" w:color="auto" w:fill="FFFFFF"/>
          </w:tcPr>
          <w:p w14:paraId="50BA5F07" w14:textId="77777777" w:rsidR="00056677" w:rsidRDefault="0092657D">
            <w:r>
              <w:t>10,20</w:t>
            </w:r>
          </w:p>
        </w:tc>
        <w:tc>
          <w:tcPr>
            <w:tcW w:w="0" w:type="auto"/>
            <w:shd w:val="clear" w:color="auto" w:fill="FFFFFF"/>
          </w:tcPr>
          <w:p w14:paraId="18DC6A95" w14:textId="77777777" w:rsidR="00056677" w:rsidRDefault="0092657D">
            <w:r>
              <w:t>10,20</w:t>
            </w:r>
          </w:p>
        </w:tc>
      </w:tr>
      <w:tr w:rsidR="00056677" w14:paraId="3AF5DBA6" w14:textId="77777777">
        <w:trPr>
          <w:cantSplit/>
        </w:trPr>
        <w:tc>
          <w:tcPr>
            <w:tcW w:w="0" w:type="auto"/>
            <w:shd w:val="clear" w:color="auto" w:fill="F2F2F2"/>
          </w:tcPr>
          <w:p w14:paraId="03354313" w14:textId="77777777" w:rsidR="00056677" w:rsidRDefault="0092657D">
            <w:r>
              <w:t>Располагаемая мощность</w:t>
            </w:r>
          </w:p>
        </w:tc>
        <w:tc>
          <w:tcPr>
            <w:tcW w:w="0" w:type="auto"/>
            <w:shd w:val="clear" w:color="auto" w:fill="FFFFFF"/>
          </w:tcPr>
          <w:p w14:paraId="2D5ADDC3" w14:textId="77777777" w:rsidR="00056677" w:rsidRDefault="0092657D">
            <w:r>
              <w:t>Гкал/ч</w:t>
            </w:r>
          </w:p>
        </w:tc>
        <w:tc>
          <w:tcPr>
            <w:tcW w:w="0" w:type="auto"/>
            <w:shd w:val="clear" w:color="auto" w:fill="FFFFFF"/>
          </w:tcPr>
          <w:p w14:paraId="11FA3B9D" w14:textId="77777777" w:rsidR="00056677" w:rsidRDefault="0092657D">
            <w:r>
              <w:t>10,20</w:t>
            </w:r>
          </w:p>
        </w:tc>
        <w:tc>
          <w:tcPr>
            <w:tcW w:w="0" w:type="auto"/>
            <w:shd w:val="clear" w:color="auto" w:fill="FFFFFF"/>
          </w:tcPr>
          <w:p w14:paraId="47CDC23D" w14:textId="77777777" w:rsidR="00056677" w:rsidRDefault="0092657D">
            <w:r>
              <w:t>10,20</w:t>
            </w:r>
          </w:p>
        </w:tc>
        <w:tc>
          <w:tcPr>
            <w:tcW w:w="0" w:type="auto"/>
            <w:shd w:val="clear" w:color="auto" w:fill="FFFFFF"/>
          </w:tcPr>
          <w:p w14:paraId="3BA16D96" w14:textId="77777777" w:rsidR="00056677" w:rsidRDefault="0092657D">
            <w:r>
              <w:t>10,20</w:t>
            </w:r>
          </w:p>
        </w:tc>
      </w:tr>
      <w:tr w:rsidR="00056677" w14:paraId="50B42118" w14:textId="77777777">
        <w:trPr>
          <w:cantSplit/>
        </w:trPr>
        <w:tc>
          <w:tcPr>
            <w:tcW w:w="0" w:type="auto"/>
            <w:shd w:val="clear" w:color="auto" w:fill="F2F2F2"/>
          </w:tcPr>
          <w:p w14:paraId="04F84613" w14:textId="77777777" w:rsidR="00056677" w:rsidRDefault="0092657D">
            <w:r>
              <w:t>Присоединённая договорная нагрузка</w:t>
            </w:r>
          </w:p>
        </w:tc>
        <w:tc>
          <w:tcPr>
            <w:tcW w:w="0" w:type="auto"/>
            <w:shd w:val="clear" w:color="auto" w:fill="FFFFFF"/>
          </w:tcPr>
          <w:p w14:paraId="43A5076A" w14:textId="77777777" w:rsidR="00056677" w:rsidRDefault="0092657D">
            <w:r>
              <w:t>Гкал/ч</w:t>
            </w:r>
          </w:p>
        </w:tc>
        <w:tc>
          <w:tcPr>
            <w:tcW w:w="0" w:type="auto"/>
            <w:shd w:val="clear" w:color="auto" w:fill="FFFFFF"/>
          </w:tcPr>
          <w:p w14:paraId="2D1A5669" w14:textId="77777777" w:rsidR="00056677" w:rsidRDefault="0092657D">
            <w:r>
              <w:t>2,2233</w:t>
            </w:r>
          </w:p>
        </w:tc>
        <w:tc>
          <w:tcPr>
            <w:tcW w:w="0" w:type="auto"/>
            <w:shd w:val="clear" w:color="auto" w:fill="FFFFFF"/>
          </w:tcPr>
          <w:p w14:paraId="6671B902" w14:textId="77777777" w:rsidR="00056677" w:rsidRDefault="0092657D">
            <w:r>
              <w:t>2,2233</w:t>
            </w:r>
          </w:p>
        </w:tc>
        <w:tc>
          <w:tcPr>
            <w:tcW w:w="0" w:type="auto"/>
            <w:shd w:val="clear" w:color="auto" w:fill="FFFFFF"/>
          </w:tcPr>
          <w:p w14:paraId="33D36AC7" w14:textId="77777777" w:rsidR="00056677" w:rsidRDefault="0092657D">
            <w:r>
              <w:t>2,2233</w:t>
            </w:r>
          </w:p>
        </w:tc>
      </w:tr>
      <w:tr w:rsidR="00056677" w14:paraId="5A768EB0" w14:textId="77777777">
        <w:trPr>
          <w:cantSplit/>
        </w:trPr>
        <w:tc>
          <w:tcPr>
            <w:tcW w:w="0" w:type="auto"/>
            <w:shd w:val="clear" w:color="auto" w:fill="F2F2F2"/>
          </w:tcPr>
          <w:p w14:paraId="29667687" w14:textId="77777777" w:rsidR="00056677" w:rsidRDefault="0092657D">
            <w:r>
              <w:t>Полная максимальная нагрузка</w:t>
            </w:r>
          </w:p>
        </w:tc>
        <w:tc>
          <w:tcPr>
            <w:tcW w:w="0" w:type="auto"/>
            <w:shd w:val="clear" w:color="auto" w:fill="FFFFFF"/>
          </w:tcPr>
          <w:p w14:paraId="5ADDE698" w14:textId="77777777" w:rsidR="00056677" w:rsidRDefault="0092657D">
            <w:r>
              <w:t>Гкал/ч</w:t>
            </w:r>
          </w:p>
        </w:tc>
        <w:tc>
          <w:tcPr>
            <w:tcW w:w="0" w:type="auto"/>
            <w:shd w:val="clear" w:color="auto" w:fill="FFFFFF"/>
          </w:tcPr>
          <w:p w14:paraId="0DE42EFC" w14:textId="77777777" w:rsidR="00056677" w:rsidRDefault="0092657D">
            <w:r>
              <w:t>3,7051</w:t>
            </w:r>
          </w:p>
        </w:tc>
        <w:tc>
          <w:tcPr>
            <w:tcW w:w="0" w:type="auto"/>
            <w:shd w:val="clear" w:color="auto" w:fill="FFFFFF"/>
          </w:tcPr>
          <w:p w14:paraId="05EB4441" w14:textId="77777777" w:rsidR="00056677" w:rsidRDefault="0092657D">
            <w:r>
              <w:t>4,2361</w:t>
            </w:r>
          </w:p>
        </w:tc>
        <w:tc>
          <w:tcPr>
            <w:tcW w:w="0" w:type="auto"/>
            <w:shd w:val="clear" w:color="auto" w:fill="FFFFFF"/>
          </w:tcPr>
          <w:p w14:paraId="2DA628C3" w14:textId="77777777" w:rsidR="00056677" w:rsidRDefault="0092657D">
            <w:r>
              <w:t>4,2361</w:t>
            </w:r>
          </w:p>
        </w:tc>
      </w:tr>
      <w:tr w:rsidR="00056677" w14:paraId="76836A86" w14:textId="77777777">
        <w:trPr>
          <w:cantSplit/>
        </w:trPr>
        <w:tc>
          <w:tcPr>
            <w:tcW w:w="0" w:type="auto"/>
            <w:shd w:val="clear" w:color="auto" w:fill="F2F2F2"/>
          </w:tcPr>
          <w:p w14:paraId="114CEB94" w14:textId="77777777" w:rsidR="00056677" w:rsidRDefault="0092657D">
            <w:r>
              <w:t>Резерв по располагаемой мощности</w:t>
            </w:r>
          </w:p>
        </w:tc>
        <w:tc>
          <w:tcPr>
            <w:tcW w:w="0" w:type="auto"/>
            <w:shd w:val="clear" w:color="auto" w:fill="FFFFFF"/>
          </w:tcPr>
          <w:p w14:paraId="4EF646FC" w14:textId="77777777" w:rsidR="00056677" w:rsidRDefault="0092657D">
            <w:r>
              <w:t>Гкал/ч</w:t>
            </w:r>
          </w:p>
        </w:tc>
        <w:tc>
          <w:tcPr>
            <w:tcW w:w="0" w:type="auto"/>
            <w:shd w:val="clear" w:color="auto" w:fill="FFFFFF"/>
          </w:tcPr>
          <w:p w14:paraId="590E108E" w14:textId="77777777" w:rsidR="00056677" w:rsidRDefault="0092657D">
            <w:r>
              <w:t>6,4949</w:t>
            </w:r>
          </w:p>
        </w:tc>
        <w:tc>
          <w:tcPr>
            <w:tcW w:w="0" w:type="auto"/>
            <w:shd w:val="clear" w:color="auto" w:fill="FFFFFF"/>
          </w:tcPr>
          <w:p w14:paraId="0B9DFDB7" w14:textId="77777777" w:rsidR="00056677" w:rsidRDefault="0092657D">
            <w:r>
              <w:t>5,9639</w:t>
            </w:r>
          </w:p>
        </w:tc>
        <w:tc>
          <w:tcPr>
            <w:tcW w:w="0" w:type="auto"/>
            <w:shd w:val="clear" w:color="auto" w:fill="FFFFFF"/>
          </w:tcPr>
          <w:p w14:paraId="471B1F0F" w14:textId="77777777" w:rsidR="00056677" w:rsidRDefault="0092657D">
            <w:r>
              <w:t>5,9639</w:t>
            </w:r>
          </w:p>
        </w:tc>
      </w:tr>
      <w:tr w:rsidR="00056677" w14:paraId="3D7BC8D2" w14:textId="77777777">
        <w:trPr>
          <w:cantSplit/>
        </w:trPr>
        <w:tc>
          <w:tcPr>
            <w:tcW w:w="0" w:type="auto"/>
            <w:shd w:val="clear" w:color="auto" w:fill="F2F2F2"/>
          </w:tcPr>
          <w:p w14:paraId="2A9A7BFC" w14:textId="77777777" w:rsidR="00056677" w:rsidRDefault="0092657D">
            <w:r>
              <w:t>Резерв по присоединённой нагрузке</w:t>
            </w:r>
          </w:p>
        </w:tc>
        <w:tc>
          <w:tcPr>
            <w:tcW w:w="0" w:type="auto"/>
            <w:shd w:val="clear" w:color="auto" w:fill="FFFFFF"/>
          </w:tcPr>
          <w:p w14:paraId="03933C35" w14:textId="77777777" w:rsidR="00056677" w:rsidRDefault="0092657D">
            <w:r>
              <w:t>Гкал/ч</w:t>
            </w:r>
          </w:p>
        </w:tc>
        <w:tc>
          <w:tcPr>
            <w:tcW w:w="0" w:type="auto"/>
            <w:shd w:val="clear" w:color="auto" w:fill="FFFFFF"/>
          </w:tcPr>
          <w:p w14:paraId="42795F92" w14:textId="77777777" w:rsidR="00056677" w:rsidRDefault="0092657D">
            <w:r>
              <w:t>7,9767</w:t>
            </w:r>
          </w:p>
        </w:tc>
        <w:tc>
          <w:tcPr>
            <w:tcW w:w="0" w:type="auto"/>
            <w:shd w:val="clear" w:color="auto" w:fill="FFFFFF"/>
          </w:tcPr>
          <w:p w14:paraId="45544539" w14:textId="77777777" w:rsidR="00056677" w:rsidRDefault="0092657D">
            <w:r>
              <w:t>7,9767</w:t>
            </w:r>
          </w:p>
        </w:tc>
        <w:tc>
          <w:tcPr>
            <w:tcW w:w="0" w:type="auto"/>
            <w:shd w:val="clear" w:color="auto" w:fill="FFFFFF"/>
          </w:tcPr>
          <w:p w14:paraId="4CF065BC" w14:textId="77777777" w:rsidR="00056677" w:rsidRDefault="0092657D">
            <w:r>
              <w:t>7,9767</w:t>
            </w:r>
          </w:p>
        </w:tc>
      </w:tr>
      <w:tr w:rsidR="00056677" w14:paraId="32047F44" w14:textId="77777777">
        <w:trPr>
          <w:cantSplit/>
        </w:trPr>
        <w:tc>
          <w:tcPr>
            <w:tcW w:w="0" w:type="auto"/>
            <w:shd w:val="clear" w:color="auto" w:fill="F2F2F2"/>
          </w:tcPr>
          <w:p w14:paraId="50D3ECDD" w14:textId="77777777" w:rsidR="00056677" w:rsidRDefault="0092657D">
            <w:r>
              <w:t>Загрузка оборудования</w:t>
            </w:r>
          </w:p>
        </w:tc>
        <w:tc>
          <w:tcPr>
            <w:tcW w:w="0" w:type="auto"/>
            <w:shd w:val="clear" w:color="auto" w:fill="FFFFFF"/>
          </w:tcPr>
          <w:p w14:paraId="6D32CC8C" w14:textId="77777777" w:rsidR="00056677" w:rsidRDefault="0092657D">
            <w:r>
              <w:t>%</w:t>
            </w:r>
          </w:p>
        </w:tc>
        <w:tc>
          <w:tcPr>
            <w:tcW w:w="0" w:type="auto"/>
            <w:shd w:val="clear" w:color="auto" w:fill="FFFFFF"/>
          </w:tcPr>
          <w:p w14:paraId="50DE1723" w14:textId="77777777" w:rsidR="00056677" w:rsidRDefault="0092657D">
            <w:r>
              <w:t>36,32</w:t>
            </w:r>
          </w:p>
        </w:tc>
        <w:tc>
          <w:tcPr>
            <w:tcW w:w="0" w:type="auto"/>
            <w:shd w:val="clear" w:color="auto" w:fill="FFFFFF"/>
          </w:tcPr>
          <w:p w14:paraId="732A725A" w14:textId="77777777" w:rsidR="00056677" w:rsidRDefault="0092657D">
            <w:r>
              <w:t>41,53</w:t>
            </w:r>
          </w:p>
        </w:tc>
        <w:tc>
          <w:tcPr>
            <w:tcW w:w="0" w:type="auto"/>
            <w:shd w:val="clear" w:color="auto" w:fill="FFFFFF"/>
          </w:tcPr>
          <w:p w14:paraId="3E71E254" w14:textId="77777777" w:rsidR="00056677" w:rsidRDefault="0092657D">
            <w:r>
              <w:t>41,53</w:t>
            </w:r>
          </w:p>
        </w:tc>
      </w:tr>
      <w:tr w:rsidR="00056677" w14:paraId="7F42B48C" w14:textId="77777777">
        <w:trPr>
          <w:cantSplit/>
        </w:trPr>
        <w:tc>
          <w:tcPr>
            <w:tcW w:w="0" w:type="auto"/>
            <w:shd w:val="clear" w:color="auto" w:fill="F2F2F2"/>
          </w:tcPr>
          <w:p w14:paraId="719329DE" w14:textId="77777777" w:rsidR="00056677" w:rsidRPr="00844B84" w:rsidRDefault="0092657D">
            <w:pPr>
              <w:rPr>
                <w:lang w:val="ru-RU"/>
              </w:rPr>
            </w:pPr>
            <w:r w:rsidRPr="00844B84">
              <w:rPr>
                <w:lang w:val="ru-RU"/>
              </w:rPr>
              <w:t>Прирост нагрузки к базовому году</w:t>
            </w:r>
          </w:p>
        </w:tc>
        <w:tc>
          <w:tcPr>
            <w:tcW w:w="0" w:type="auto"/>
            <w:shd w:val="clear" w:color="auto" w:fill="FFFFFF"/>
          </w:tcPr>
          <w:p w14:paraId="35BA2582" w14:textId="77777777" w:rsidR="00056677" w:rsidRDefault="0092657D">
            <w:r>
              <w:t>Гкал/ч</w:t>
            </w:r>
          </w:p>
        </w:tc>
        <w:tc>
          <w:tcPr>
            <w:tcW w:w="0" w:type="auto"/>
            <w:shd w:val="clear" w:color="auto" w:fill="FFFFFF"/>
          </w:tcPr>
          <w:p w14:paraId="413DA971" w14:textId="77777777" w:rsidR="00056677" w:rsidRDefault="0092657D">
            <w:r>
              <w:t>—</w:t>
            </w:r>
          </w:p>
        </w:tc>
        <w:tc>
          <w:tcPr>
            <w:tcW w:w="0" w:type="auto"/>
            <w:shd w:val="clear" w:color="auto" w:fill="FFFFFF"/>
          </w:tcPr>
          <w:p w14:paraId="759A3D3F" w14:textId="77777777" w:rsidR="00056677" w:rsidRDefault="0092657D">
            <w:r>
              <w:t>0,5310</w:t>
            </w:r>
          </w:p>
        </w:tc>
        <w:tc>
          <w:tcPr>
            <w:tcW w:w="0" w:type="auto"/>
            <w:shd w:val="clear" w:color="auto" w:fill="FFFFFF"/>
          </w:tcPr>
          <w:p w14:paraId="392C9AFD" w14:textId="77777777" w:rsidR="00056677" w:rsidRDefault="0092657D">
            <w:r>
              <w:t>0,5310</w:t>
            </w:r>
          </w:p>
        </w:tc>
      </w:tr>
      <w:tr w:rsidR="00056677" w14:paraId="7245480A" w14:textId="77777777">
        <w:trPr>
          <w:cantSplit/>
        </w:trPr>
        <w:tc>
          <w:tcPr>
            <w:tcW w:w="0" w:type="auto"/>
            <w:shd w:val="clear" w:color="auto" w:fill="F2F2F2"/>
          </w:tcPr>
          <w:p w14:paraId="3D155A7E" w14:textId="77777777" w:rsidR="00056677" w:rsidRDefault="0092657D">
            <w:r>
              <w:t>Действующих котлоагрегатов</w:t>
            </w:r>
          </w:p>
        </w:tc>
        <w:tc>
          <w:tcPr>
            <w:tcW w:w="0" w:type="auto"/>
            <w:shd w:val="clear" w:color="auto" w:fill="FFFFFF"/>
          </w:tcPr>
          <w:p w14:paraId="773D6285" w14:textId="77777777" w:rsidR="00056677" w:rsidRDefault="0092657D">
            <w:r>
              <w:t>ед.</w:t>
            </w:r>
          </w:p>
        </w:tc>
        <w:tc>
          <w:tcPr>
            <w:tcW w:w="0" w:type="auto"/>
            <w:shd w:val="clear" w:color="auto" w:fill="FFFFFF"/>
          </w:tcPr>
          <w:p w14:paraId="08F984DA" w14:textId="77777777" w:rsidR="00056677" w:rsidRDefault="0092657D">
            <w:r>
              <w:t>3</w:t>
            </w:r>
          </w:p>
        </w:tc>
        <w:tc>
          <w:tcPr>
            <w:tcW w:w="0" w:type="auto"/>
            <w:shd w:val="clear" w:color="auto" w:fill="FFFFFF"/>
          </w:tcPr>
          <w:p w14:paraId="676A4E79" w14:textId="77777777" w:rsidR="00056677" w:rsidRDefault="0092657D">
            <w:r>
              <w:t>3</w:t>
            </w:r>
          </w:p>
        </w:tc>
        <w:tc>
          <w:tcPr>
            <w:tcW w:w="0" w:type="auto"/>
            <w:shd w:val="clear" w:color="auto" w:fill="FFFFFF"/>
          </w:tcPr>
          <w:p w14:paraId="74516965" w14:textId="77777777" w:rsidR="00056677" w:rsidRDefault="0092657D">
            <w:r>
              <w:t>определяется проектной документацией</w:t>
            </w:r>
          </w:p>
        </w:tc>
      </w:tr>
      <w:tr w:rsidR="00056677" w14:paraId="3A2AB832" w14:textId="77777777">
        <w:trPr>
          <w:cantSplit/>
        </w:trPr>
        <w:tc>
          <w:tcPr>
            <w:tcW w:w="0" w:type="auto"/>
            <w:shd w:val="clear" w:color="auto" w:fill="F2F2F2"/>
          </w:tcPr>
          <w:p w14:paraId="66E9ADAD" w14:textId="77777777" w:rsidR="00056677" w:rsidRDefault="0092657D">
            <w:r>
              <w:t>Вид топлива</w:t>
            </w:r>
          </w:p>
        </w:tc>
        <w:tc>
          <w:tcPr>
            <w:tcW w:w="0" w:type="auto"/>
            <w:shd w:val="clear" w:color="auto" w:fill="FFFFFF"/>
          </w:tcPr>
          <w:p w14:paraId="2DB8C467" w14:textId="77777777" w:rsidR="00056677" w:rsidRDefault="0092657D">
            <w:r>
              <w:t>—</w:t>
            </w:r>
          </w:p>
        </w:tc>
        <w:tc>
          <w:tcPr>
            <w:tcW w:w="0" w:type="auto"/>
            <w:shd w:val="clear" w:color="auto" w:fill="FFFFFF"/>
          </w:tcPr>
          <w:p w14:paraId="2453753E" w14:textId="77777777" w:rsidR="00056677" w:rsidRDefault="0092657D">
            <w:r>
              <w:t>каменный уголь</w:t>
            </w:r>
          </w:p>
        </w:tc>
        <w:tc>
          <w:tcPr>
            <w:tcW w:w="0" w:type="auto"/>
            <w:shd w:val="clear" w:color="auto" w:fill="FFFFFF"/>
          </w:tcPr>
          <w:p w14:paraId="30C58C7D" w14:textId="77777777" w:rsidR="00056677" w:rsidRDefault="0092657D">
            <w:r>
              <w:t>каменный уголь</w:t>
            </w:r>
          </w:p>
        </w:tc>
        <w:tc>
          <w:tcPr>
            <w:tcW w:w="0" w:type="auto"/>
            <w:shd w:val="clear" w:color="auto" w:fill="FFFFFF"/>
          </w:tcPr>
          <w:p w14:paraId="25AB5D65" w14:textId="77777777" w:rsidR="00056677" w:rsidRDefault="0092657D">
            <w:r>
              <w:t>природный газ</w:t>
            </w:r>
          </w:p>
        </w:tc>
      </w:tr>
    </w:tbl>
    <w:p w14:paraId="13E91B1A" w14:textId="77777777" w:rsidR="00056677" w:rsidRPr="005731F7" w:rsidRDefault="0092657D">
      <w:pPr>
        <w:pStyle w:val="31"/>
        <w:rPr>
          <w:sz w:val="28"/>
          <w:szCs w:val="28"/>
        </w:rPr>
      </w:pPr>
      <w:r w:rsidRPr="005731F7">
        <w:rPr>
          <w:sz w:val="28"/>
          <w:szCs w:val="28"/>
        </w:rPr>
        <w:t>2.17.4. УПК № 9 «ГРЭ»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43"/>
        <w:gridCol w:w="1069"/>
        <w:gridCol w:w="1523"/>
        <w:gridCol w:w="1523"/>
        <w:gridCol w:w="3231"/>
      </w:tblGrid>
      <w:tr w:rsidR="00056677" w14:paraId="341F7D66" w14:textId="77777777">
        <w:trPr>
          <w:cantSplit/>
          <w:tblHeader/>
        </w:trPr>
        <w:tc>
          <w:tcPr>
            <w:tcW w:w="0" w:type="auto"/>
            <w:shd w:val="clear" w:color="auto" w:fill="E2F0D9"/>
          </w:tcPr>
          <w:p w14:paraId="70C16C1D" w14:textId="77777777" w:rsidR="00056677" w:rsidRDefault="0092657D">
            <w:pPr>
              <w:jc w:val="center"/>
            </w:pPr>
            <w:r>
              <w:rPr>
                <w:b/>
              </w:rPr>
              <w:t>Показатель</w:t>
            </w:r>
          </w:p>
        </w:tc>
        <w:tc>
          <w:tcPr>
            <w:tcW w:w="0" w:type="auto"/>
            <w:shd w:val="clear" w:color="auto" w:fill="E2F0D9"/>
          </w:tcPr>
          <w:p w14:paraId="475D932A" w14:textId="77777777" w:rsidR="00056677" w:rsidRDefault="0092657D">
            <w:pPr>
              <w:jc w:val="center"/>
            </w:pPr>
            <w:r>
              <w:rPr>
                <w:b/>
              </w:rPr>
              <w:t>Единица</w:t>
            </w:r>
          </w:p>
        </w:tc>
        <w:tc>
          <w:tcPr>
            <w:tcW w:w="0" w:type="auto"/>
            <w:shd w:val="clear" w:color="auto" w:fill="E2F0D9"/>
          </w:tcPr>
          <w:p w14:paraId="6BE38B32" w14:textId="77777777" w:rsidR="00056677" w:rsidRDefault="0092657D">
            <w:pPr>
              <w:jc w:val="center"/>
            </w:pPr>
            <w:r>
              <w:rPr>
                <w:b/>
              </w:rPr>
              <w:t>2026</w:t>
            </w:r>
          </w:p>
        </w:tc>
        <w:tc>
          <w:tcPr>
            <w:tcW w:w="0" w:type="auto"/>
            <w:shd w:val="clear" w:color="auto" w:fill="E2F0D9"/>
          </w:tcPr>
          <w:p w14:paraId="135FEE4F" w14:textId="77777777" w:rsidR="00056677" w:rsidRDefault="0092657D">
            <w:pPr>
              <w:jc w:val="center"/>
            </w:pPr>
            <w:r>
              <w:rPr>
                <w:b/>
              </w:rPr>
              <w:t>2031</w:t>
            </w:r>
          </w:p>
        </w:tc>
        <w:tc>
          <w:tcPr>
            <w:tcW w:w="0" w:type="auto"/>
            <w:shd w:val="clear" w:color="auto" w:fill="E2F0D9"/>
          </w:tcPr>
          <w:p w14:paraId="62460AF6" w14:textId="77777777" w:rsidR="00056677" w:rsidRDefault="0092657D">
            <w:pPr>
              <w:jc w:val="center"/>
            </w:pPr>
            <w:r>
              <w:rPr>
                <w:b/>
              </w:rPr>
              <w:t>2036</w:t>
            </w:r>
          </w:p>
        </w:tc>
      </w:tr>
      <w:tr w:rsidR="00056677" w14:paraId="080D5907" w14:textId="77777777">
        <w:trPr>
          <w:cantSplit/>
        </w:trPr>
        <w:tc>
          <w:tcPr>
            <w:tcW w:w="0" w:type="auto"/>
            <w:shd w:val="clear" w:color="auto" w:fill="F2F2F2"/>
          </w:tcPr>
          <w:p w14:paraId="371A7976" w14:textId="77777777" w:rsidR="00056677" w:rsidRDefault="0092657D">
            <w:r>
              <w:t>Установленная мощность</w:t>
            </w:r>
          </w:p>
        </w:tc>
        <w:tc>
          <w:tcPr>
            <w:tcW w:w="0" w:type="auto"/>
            <w:shd w:val="clear" w:color="auto" w:fill="FFFFFF"/>
          </w:tcPr>
          <w:p w14:paraId="0DB281AE" w14:textId="77777777" w:rsidR="00056677" w:rsidRDefault="0092657D">
            <w:r>
              <w:t>Гкал/ч</w:t>
            </w:r>
          </w:p>
        </w:tc>
        <w:tc>
          <w:tcPr>
            <w:tcW w:w="0" w:type="auto"/>
            <w:shd w:val="clear" w:color="auto" w:fill="FFFFFF"/>
          </w:tcPr>
          <w:p w14:paraId="1425B393" w14:textId="77777777" w:rsidR="00056677" w:rsidRDefault="0092657D">
            <w:r>
              <w:t>4,50</w:t>
            </w:r>
          </w:p>
        </w:tc>
        <w:tc>
          <w:tcPr>
            <w:tcW w:w="0" w:type="auto"/>
            <w:shd w:val="clear" w:color="auto" w:fill="FFFFFF"/>
          </w:tcPr>
          <w:p w14:paraId="0566CD32" w14:textId="77777777" w:rsidR="00056677" w:rsidRDefault="0092657D">
            <w:r>
              <w:t>4,50</w:t>
            </w:r>
          </w:p>
        </w:tc>
        <w:tc>
          <w:tcPr>
            <w:tcW w:w="0" w:type="auto"/>
            <w:shd w:val="clear" w:color="auto" w:fill="FFFFFF"/>
          </w:tcPr>
          <w:p w14:paraId="53DAB2E2" w14:textId="77777777" w:rsidR="00056677" w:rsidRDefault="0092657D">
            <w:r>
              <w:t>4,50</w:t>
            </w:r>
          </w:p>
        </w:tc>
      </w:tr>
      <w:tr w:rsidR="00056677" w14:paraId="4AB8F2B4" w14:textId="77777777">
        <w:trPr>
          <w:cantSplit/>
        </w:trPr>
        <w:tc>
          <w:tcPr>
            <w:tcW w:w="0" w:type="auto"/>
            <w:shd w:val="clear" w:color="auto" w:fill="F2F2F2"/>
          </w:tcPr>
          <w:p w14:paraId="031D1B9E" w14:textId="77777777" w:rsidR="00056677" w:rsidRDefault="0092657D">
            <w:r>
              <w:t>Располагаемая мощность</w:t>
            </w:r>
          </w:p>
        </w:tc>
        <w:tc>
          <w:tcPr>
            <w:tcW w:w="0" w:type="auto"/>
            <w:shd w:val="clear" w:color="auto" w:fill="FFFFFF"/>
          </w:tcPr>
          <w:p w14:paraId="0EB9271C" w14:textId="77777777" w:rsidR="00056677" w:rsidRDefault="0092657D">
            <w:r>
              <w:t>Гкал/ч</w:t>
            </w:r>
          </w:p>
        </w:tc>
        <w:tc>
          <w:tcPr>
            <w:tcW w:w="0" w:type="auto"/>
            <w:shd w:val="clear" w:color="auto" w:fill="FFFFFF"/>
          </w:tcPr>
          <w:p w14:paraId="701E252D" w14:textId="77777777" w:rsidR="00056677" w:rsidRDefault="0092657D">
            <w:r>
              <w:t>4,50</w:t>
            </w:r>
          </w:p>
        </w:tc>
        <w:tc>
          <w:tcPr>
            <w:tcW w:w="0" w:type="auto"/>
            <w:shd w:val="clear" w:color="auto" w:fill="FFFFFF"/>
          </w:tcPr>
          <w:p w14:paraId="4F85358B" w14:textId="77777777" w:rsidR="00056677" w:rsidRDefault="0092657D">
            <w:r>
              <w:t>4,50</w:t>
            </w:r>
          </w:p>
        </w:tc>
        <w:tc>
          <w:tcPr>
            <w:tcW w:w="0" w:type="auto"/>
            <w:shd w:val="clear" w:color="auto" w:fill="FFFFFF"/>
          </w:tcPr>
          <w:p w14:paraId="4463FBA0" w14:textId="77777777" w:rsidR="00056677" w:rsidRDefault="0092657D">
            <w:r>
              <w:t>4,50</w:t>
            </w:r>
          </w:p>
        </w:tc>
      </w:tr>
      <w:tr w:rsidR="00056677" w14:paraId="540920EC" w14:textId="77777777">
        <w:trPr>
          <w:cantSplit/>
        </w:trPr>
        <w:tc>
          <w:tcPr>
            <w:tcW w:w="0" w:type="auto"/>
            <w:shd w:val="clear" w:color="auto" w:fill="F2F2F2"/>
          </w:tcPr>
          <w:p w14:paraId="3443CB78" w14:textId="77777777" w:rsidR="00056677" w:rsidRDefault="0092657D">
            <w:r>
              <w:t>Присоединённая договорная нагрузка</w:t>
            </w:r>
          </w:p>
        </w:tc>
        <w:tc>
          <w:tcPr>
            <w:tcW w:w="0" w:type="auto"/>
            <w:shd w:val="clear" w:color="auto" w:fill="FFFFFF"/>
          </w:tcPr>
          <w:p w14:paraId="27E17989" w14:textId="77777777" w:rsidR="00056677" w:rsidRDefault="0092657D">
            <w:r>
              <w:t>Гкал/ч</w:t>
            </w:r>
          </w:p>
        </w:tc>
        <w:tc>
          <w:tcPr>
            <w:tcW w:w="0" w:type="auto"/>
            <w:shd w:val="clear" w:color="auto" w:fill="FFFFFF"/>
          </w:tcPr>
          <w:p w14:paraId="1000466D" w14:textId="77777777" w:rsidR="00056677" w:rsidRDefault="0092657D">
            <w:r>
              <w:t>0,5624</w:t>
            </w:r>
          </w:p>
        </w:tc>
        <w:tc>
          <w:tcPr>
            <w:tcW w:w="0" w:type="auto"/>
            <w:shd w:val="clear" w:color="auto" w:fill="FFFFFF"/>
          </w:tcPr>
          <w:p w14:paraId="759A8C46" w14:textId="77777777" w:rsidR="00056677" w:rsidRDefault="0092657D">
            <w:r>
              <w:t>0,5624</w:t>
            </w:r>
          </w:p>
        </w:tc>
        <w:tc>
          <w:tcPr>
            <w:tcW w:w="0" w:type="auto"/>
            <w:shd w:val="clear" w:color="auto" w:fill="FFFFFF"/>
          </w:tcPr>
          <w:p w14:paraId="450460FA" w14:textId="77777777" w:rsidR="00056677" w:rsidRDefault="0092657D">
            <w:r>
              <w:t>0,5624</w:t>
            </w:r>
          </w:p>
        </w:tc>
      </w:tr>
      <w:tr w:rsidR="00056677" w14:paraId="585B8842" w14:textId="77777777">
        <w:trPr>
          <w:cantSplit/>
        </w:trPr>
        <w:tc>
          <w:tcPr>
            <w:tcW w:w="0" w:type="auto"/>
            <w:shd w:val="clear" w:color="auto" w:fill="F2F2F2"/>
          </w:tcPr>
          <w:p w14:paraId="7D40F039" w14:textId="77777777" w:rsidR="00056677" w:rsidRDefault="0092657D">
            <w:r>
              <w:t>Полная максимальная нагрузка</w:t>
            </w:r>
          </w:p>
        </w:tc>
        <w:tc>
          <w:tcPr>
            <w:tcW w:w="0" w:type="auto"/>
            <w:shd w:val="clear" w:color="auto" w:fill="FFFFFF"/>
          </w:tcPr>
          <w:p w14:paraId="3F4CA987" w14:textId="77777777" w:rsidR="00056677" w:rsidRDefault="0092657D">
            <w:r>
              <w:t>Гкал/ч</w:t>
            </w:r>
          </w:p>
        </w:tc>
        <w:tc>
          <w:tcPr>
            <w:tcW w:w="0" w:type="auto"/>
            <w:shd w:val="clear" w:color="auto" w:fill="FFFFFF"/>
          </w:tcPr>
          <w:p w14:paraId="7B106C64" w14:textId="77777777" w:rsidR="00056677" w:rsidRDefault="0092657D">
            <w:r>
              <w:t>1,3330</w:t>
            </w:r>
          </w:p>
        </w:tc>
        <w:tc>
          <w:tcPr>
            <w:tcW w:w="0" w:type="auto"/>
            <w:shd w:val="clear" w:color="auto" w:fill="FFFFFF"/>
          </w:tcPr>
          <w:p w14:paraId="401B3C0D" w14:textId="77777777" w:rsidR="00056677" w:rsidRDefault="0092657D">
            <w:r>
              <w:t>1,3330</w:t>
            </w:r>
          </w:p>
        </w:tc>
        <w:tc>
          <w:tcPr>
            <w:tcW w:w="0" w:type="auto"/>
            <w:shd w:val="clear" w:color="auto" w:fill="FFFFFF"/>
          </w:tcPr>
          <w:p w14:paraId="6FDBA526" w14:textId="77777777" w:rsidR="00056677" w:rsidRDefault="0092657D">
            <w:r>
              <w:t>1,3330</w:t>
            </w:r>
          </w:p>
        </w:tc>
      </w:tr>
      <w:tr w:rsidR="00056677" w14:paraId="761E222F" w14:textId="77777777">
        <w:trPr>
          <w:cantSplit/>
        </w:trPr>
        <w:tc>
          <w:tcPr>
            <w:tcW w:w="0" w:type="auto"/>
            <w:shd w:val="clear" w:color="auto" w:fill="F2F2F2"/>
          </w:tcPr>
          <w:p w14:paraId="4A8723B8" w14:textId="77777777" w:rsidR="00056677" w:rsidRDefault="0092657D">
            <w:r>
              <w:t>Резерв по располагаемой мощности</w:t>
            </w:r>
          </w:p>
        </w:tc>
        <w:tc>
          <w:tcPr>
            <w:tcW w:w="0" w:type="auto"/>
            <w:shd w:val="clear" w:color="auto" w:fill="FFFFFF"/>
          </w:tcPr>
          <w:p w14:paraId="3D721838" w14:textId="77777777" w:rsidR="00056677" w:rsidRDefault="0092657D">
            <w:r>
              <w:t>Гкал/ч</w:t>
            </w:r>
          </w:p>
        </w:tc>
        <w:tc>
          <w:tcPr>
            <w:tcW w:w="0" w:type="auto"/>
            <w:shd w:val="clear" w:color="auto" w:fill="FFFFFF"/>
          </w:tcPr>
          <w:p w14:paraId="5D17F608" w14:textId="77777777" w:rsidR="00056677" w:rsidRDefault="0092657D">
            <w:r>
              <w:t>3,1670</w:t>
            </w:r>
          </w:p>
        </w:tc>
        <w:tc>
          <w:tcPr>
            <w:tcW w:w="0" w:type="auto"/>
            <w:shd w:val="clear" w:color="auto" w:fill="FFFFFF"/>
          </w:tcPr>
          <w:p w14:paraId="7B467B00" w14:textId="77777777" w:rsidR="00056677" w:rsidRDefault="0092657D">
            <w:r>
              <w:t>3,1670</w:t>
            </w:r>
          </w:p>
        </w:tc>
        <w:tc>
          <w:tcPr>
            <w:tcW w:w="0" w:type="auto"/>
            <w:shd w:val="clear" w:color="auto" w:fill="FFFFFF"/>
          </w:tcPr>
          <w:p w14:paraId="59E9B6FE" w14:textId="77777777" w:rsidR="00056677" w:rsidRDefault="0092657D">
            <w:r>
              <w:t>3,1670</w:t>
            </w:r>
          </w:p>
        </w:tc>
      </w:tr>
      <w:tr w:rsidR="00056677" w14:paraId="4F2D97C5" w14:textId="77777777">
        <w:trPr>
          <w:cantSplit/>
        </w:trPr>
        <w:tc>
          <w:tcPr>
            <w:tcW w:w="0" w:type="auto"/>
            <w:shd w:val="clear" w:color="auto" w:fill="F2F2F2"/>
          </w:tcPr>
          <w:p w14:paraId="7D126533" w14:textId="77777777" w:rsidR="00056677" w:rsidRDefault="0092657D">
            <w:r>
              <w:t>Резерв по присоединённой нагрузке</w:t>
            </w:r>
          </w:p>
        </w:tc>
        <w:tc>
          <w:tcPr>
            <w:tcW w:w="0" w:type="auto"/>
            <w:shd w:val="clear" w:color="auto" w:fill="FFFFFF"/>
          </w:tcPr>
          <w:p w14:paraId="45C146BE" w14:textId="77777777" w:rsidR="00056677" w:rsidRDefault="0092657D">
            <w:r>
              <w:t>Гкал/ч</w:t>
            </w:r>
          </w:p>
        </w:tc>
        <w:tc>
          <w:tcPr>
            <w:tcW w:w="0" w:type="auto"/>
            <w:shd w:val="clear" w:color="auto" w:fill="FFFFFF"/>
          </w:tcPr>
          <w:p w14:paraId="22C3D28C" w14:textId="77777777" w:rsidR="00056677" w:rsidRDefault="0092657D">
            <w:r>
              <w:t>3,9376</w:t>
            </w:r>
          </w:p>
        </w:tc>
        <w:tc>
          <w:tcPr>
            <w:tcW w:w="0" w:type="auto"/>
            <w:shd w:val="clear" w:color="auto" w:fill="FFFFFF"/>
          </w:tcPr>
          <w:p w14:paraId="4D711170" w14:textId="77777777" w:rsidR="00056677" w:rsidRDefault="0092657D">
            <w:r>
              <w:t>3,9376</w:t>
            </w:r>
          </w:p>
        </w:tc>
        <w:tc>
          <w:tcPr>
            <w:tcW w:w="0" w:type="auto"/>
            <w:shd w:val="clear" w:color="auto" w:fill="FFFFFF"/>
          </w:tcPr>
          <w:p w14:paraId="05B6C198" w14:textId="77777777" w:rsidR="00056677" w:rsidRDefault="0092657D">
            <w:r>
              <w:t>3,9376</w:t>
            </w:r>
          </w:p>
        </w:tc>
      </w:tr>
      <w:tr w:rsidR="00056677" w14:paraId="151638C9" w14:textId="77777777">
        <w:trPr>
          <w:cantSplit/>
        </w:trPr>
        <w:tc>
          <w:tcPr>
            <w:tcW w:w="0" w:type="auto"/>
            <w:shd w:val="clear" w:color="auto" w:fill="F2F2F2"/>
          </w:tcPr>
          <w:p w14:paraId="23243935" w14:textId="77777777" w:rsidR="00056677" w:rsidRDefault="0092657D">
            <w:r>
              <w:t>Загрузка оборудования</w:t>
            </w:r>
          </w:p>
        </w:tc>
        <w:tc>
          <w:tcPr>
            <w:tcW w:w="0" w:type="auto"/>
            <w:shd w:val="clear" w:color="auto" w:fill="FFFFFF"/>
          </w:tcPr>
          <w:p w14:paraId="3FB37B86" w14:textId="77777777" w:rsidR="00056677" w:rsidRDefault="0092657D">
            <w:r>
              <w:t>%</w:t>
            </w:r>
          </w:p>
        </w:tc>
        <w:tc>
          <w:tcPr>
            <w:tcW w:w="0" w:type="auto"/>
            <w:shd w:val="clear" w:color="auto" w:fill="FFFFFF"/>
          </w:tcPr>
          <w:p w14:paraId="63969247" w14:textId="77777777" w:rsidR="00056677" w:rsidRDefault="0092657D">
            <w:r>
              <w:t>29,62</w:t>
            </w:r>
          </w:p>
        </w:tc>
        <w:tc>
          <w:tcPr>
            <w:tcW w:w="0" w:type="auto"/>
            <w:shd w:val="clear" w:color="auto" w:fill="FFFFFF"/>
          </w:tcPr>
          <w:p w14:paraId="22769C64" w14:textId="77777777" w:rsidR="00056677" w:rsidRDefault="0092657D">
            <w:r>
              <w:t>29,62</w:t>
            </w:r>
          </w:p>
        </w:tc>
        <w:tc>
          <w:tcPr>
            <w:tcW w:w="0" w:type="auto"/>
            <w:shd w:val="clear" w:color="auto" w:fill="FFFFFF"/>
          </w:tcPr>
          <w:p w14:paraId="3B5A5FB3" w14:textId="77777777" w:rsidR="00056677" w:rsidRDefault="0092657D">
            <w:r>
              <w:t>29,62</w:t>
            </w:r>
          </w:p>
        </w:tc>
      </w:tr>
      <w:tr w:rsidR="00056677" w14:paraId="3EE3270C" w14:textId="77777777">
        <w:trPr>
          <w:cantSplit/>
        </w:trPr>
        <w:tc>
          <w:tcPr>
            <w:tcW w:w="0" w:type="auto"/>
            <w:shd w:val="clear" w:color="auto" w:fill="F2F2F2"/>
          </w:tcPr>
          <w:p w14:paraId="108D39EF" w14:textId="77777777" w:rsidR="00056677" w:rsidRPr="00844B84" w:rsidRDefault="0092657D">
            <w:pPr>
              <w:rPr>
                <w:lang w:val="ru-RU"/>
              </w:rPr>
            </w:pPr>
            <w:r w:rsidRPr="00844B84">
              <w:rPr>
                <w:lang w:val="ru-RU"/>
              </w:rPr>
              <w:t>Прирост нагрузки к базовому году</w:t>
            </w:r>
          </w:p>
        </w:tc>
        <w:tc>
          <w:tcPr>
            <w:tcW w:w="0" w:type="auto"/>
            <w:shd w:val="clear" w:color="auto" w:fill="FFFFFF"/>
          </w:tcPr>
          <w:p w14:paraId="14F4412C" w14:textId="77777777" w:rsidR="00056677" w:rsidRDefault="0092657D">
            <w:r>
              <w:t>Гкал/ч</w:t>
            </w:r>
          </w:p>
        </w:tc>
        <w:tc>
          <w:tcPr>
            <w:tcW w:w="0" w:type="auto"/>
            <w:shd w:val="clear" w:color="auto" w:fill="FFFFFF"/>
          </w:tcPr>
          <w:p w14:paraId="7974E310" w14:textId="77777777" w:rsidR="00056677" w:rsidRDefault="0092657D">
            <w:r>
              <w:t>—</w:t>
            </w:r>
          </w:p>
        </w:tc>
        <w:tc>
          <w:tcPr>
            <w:tcW w:w="0" w:type="auto"/>
            <w:shd w:val="clear" w:color="auto" w:fill="FFFFFF"/>
          </w:tcPr>
          <w:p w14:paraId="1437D1DA" w14:textId="77777777" w:rsidR="00056677" w:rsidRDefault="0092657D">
            <w:r>
              <w:t>0,0000</w:t>
            </w:r>
          </w:p>
        </w:tc>
        <w:tc>
          <w:tcPr>
            <w:tcW w:w="0" w:type="auto"/>
            <w:shd w:val="clear" w:color="auto" w:fill="FFFFFF"/>
          </w:tcPr>
          <w:p w14:paraId="3C7A678B" w14:textId="77777777" w:rsidR="00056677" w:rsidRDefault="0092657D">
            <w:r>
              <w:t>0,0000</w:t>
            </w:r>
          </w:p>
        </w:tc>
      </w:tr>
      <w:tr w:rsidR="00056677" w14:paraId="0219BDFD" w14:textId="77777777">
        <w:trPr>
          <w:cantSplit/>
        </w:trPr>
        <w:tc>
          <w:tcPr>
            <w:tcW w:w="0" w:type="auto"/>
            <w:shd w:val="clear" w:color="auto" w:fill="F2F2F2"/>
          </w:tcPr>
          <w:p w14:paraId="2B5DD240" w14:textId="77777777" w:rsidR="00056677" w:rsidRDefault="0092657D">
            <w:r>
              <w:t>Действующих котлоагрегатов</w:t>
            </w:r>
          </w:p>
        </w:tc>
        <w:tc>
          <w:tcPr>
            <w:tcW w:w="0" w:type="auto"/>
            <w:shd w:val="clear" w:color="auto" w:fill="FFFFFF"/>
          </w:tcPr>
          <w:p w14:paraId="4957A163" w14:textId="77777777" w:rsidR="00056677" w:rsidRDefault="0092657D">
            <w:r>
              <w:t>ед.</w:t>
            </w:r>
          </w:p>
        </w:tc>
        <w:tc>
          <w:tcPr>
            <w:tcW w:w="0" w:type="auto"/>
            <w:shd w:val="clear" w:color="auto" w:fill="FFFFFF"/>
          </w:tcPr>
          <w:p w14:paraId="41D73F63" w14:textId="77777777" w:rsidR="00056677" w:rsidRDefault="0092657D">
            <w:r>
              <w:t>4</w:t>
            </w:r>
          </w:p>
        </w:tc>
        <w:tc>
          <w:tcPr>
            <w:tcW w:w="0" w:type="auto"/>
            <w:shd w:val="clear" w:color="auto" w:fill="FFFFFF"/>
          </w:tcPr>
          <w:p w14:paraId="79A78C6F" w14:textId="77777777" w:rsidR="00056677" w:rsidRDefault="0092657D">
            <w:r>
              <w:t>4</w:t>
            </w:r>
          </w:p>
        </w:tc>
        <w:tc>
          <w:tcPr>
            <w:tcW w:w="0" w:type="auto"/>
            <w:shd w:val="clear" w:color="auto" w:fill="FFFFFF"/>
          </w:tcPr>
          <w:p w14:paraId="2BC36581" w14:textId="77777777" w:rsidR="00056677" w:rsidRDefault="0092657D">
            <w:r>
              <w:t>определяется проектной документацией</w:t>
            </w:r>
          </w:p>
        </w:tc>
      </w:tr>
      <w:tr w:rsidR="00056677" w14:paraId="28AA8992" w14:textId="77777777">
        <w:trPr>
          <w:cantSplit/>
        </w:trPr>
        <w:tc>
          <w:tcPr>
            <w:tcW w:w="0" w:type="auto"/>
            <w:shd w:val="clear" w:color="auto" w:fill="F2F2F2"/>
          </w:tcPr>
          <w:p w14:paraId="309A4843" w14:textId="77777777" w:rsidR="00056677" w:rsidRDefault="0092657D">
            <w:r>
              <w:t>Вид топлива</w:t>
            </w:r>
          </w:p>
        </w:tc>
        <w:tc>
          <w:tcPr>
            <w:tcW w:w="0" w:type="auto"/>
            <w:shd w:val="clear" w:color="auto" w:fill="FFFFFF"/>
          </w:tcPr>
          <w:p w14:paraId="29D2F268" w14:textId="77777777" w:rsidR="00056677" w:rsidRDefault="0092657D">
            <w:r>
              <w:t>—</w:t>
            </w:r>
          </w:p>
        </w:tc>
        <w:tc>
          <w:tcPr>
            <w:tcW w:w="0" w:type="auto"/>
            <w:shd w:val="clear" w:color="auto" w:fill="FFFFFF"/>
          </w:tcPr>
          <w:p w14:paraId="1CAA55E0" w14:textId="77777777" w:rsidR="00056677" w:rsidRDefault="0092657D">
            <w:r>
              <w:t>каменный уголь</w:t>
            </w:r>
          </w:p>
        </w:tc>
        <w:tc>
          <w:tcPr>
            <w:tcW w:w="0" w:type="auto"/>
            <w:shd w:val="clear" w:color="auto" w:fill="FFFFFF"/>
          </w:tcPr>
          <w:p w14:paraId="4DAD40E6" w14:textId="77777777" w:rsidR="00056677" w:rsidRDefault="0092657D">
            <w:r>
              <w:t>каменный уголь</w:t>
            </w:r>
          </w:p>
        </w:tc>
        <w:tc>
          <w:tcPr>
            <w:tcW w:w="0" w:type="auto"/>
            <w:shd w:val="clear" w:color="auto" w:fill="FFFFFF"/>
          </w:tcPr>
          <w:p w14:paraId="0A9F9F2F" w14:textId="77777777" w:rsidR="00056677" w:rsidRDefault="0092657D">
            <w:r>
              <w:t>природный газ</w:t>
            </w:r>
          </w:p>
        </w:tc>
      </w:tr>
    </w:tbl>
    <w:p w14:paraId="316C620F" w14:textId="77777777" w:rsidR="00056677" w:rsidRPr="005731F7" w:rsidRDefault="0092657D">
      <w:pPr>
        <w:pStyle w:val="31"/>
        <w:rPr>
          <w:sz w:val="28"/>
          <w:szCs w:val="28"/>
        </w:rPr>
      </w:pPr>
      <w:r w:rsidRPr="005731F7">
        <w:rPr>
          <w:sz w:val="28"/>
          <w:szCs w:val="28"/>
        </w:rPr>
        <w:t>2.17.5. УПК № 5 «Новый Шерегеш»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43"/>
        <w:gridCol w:w="1069"/>
        <w:gridCol w:w="1523"/>
        <w:gridCol w:w="1523"/>
        <w:gridCol w:w="3231"/>
      </w:tblGrid>
      <w:tr w:rsidR="00056677" w14:paraId="08F497BF" w14:textId="77777777">
        <w:trPr>
          <w:cantSplit/>
          <w:tblHeader/>
        </w:trPr>
        <w:tc>
          <w:tcPr>
            <w:tcW w:w="0" w:type="auto"/>
            <w:shd w:val="clear" w:color="auto" w:fill="E2F0D9"/>
          </w:tcPr>
          <w:p w14:paraId="25FA9FE2" w14:textId="77777777" w:rsidR="00056677" w:rsidRDefault="0092657D">
            <w:pPr>
              <w:jc w:val="center"/>
            </w:pPr>
            <w:r>
              <w:rPr>
                <w:b/>
              </w:rPr>
              <w:t>Показатель</w:t>
            </w:r>
          </w:p>
        </w:tc>
        <w:tc>
          <w:tcPr>
            <w:tcW w:w="0" w:type="auto"/>
            <w:shd w:val="clear" w:color="auto" w:fill="E2F0D9"/>
          </w:tcPr>
          <w:p w14:paraId="1AD4710D" w14:textId="77777777" w:rsidR="00056677" w:rsidRDefault="0092657D">
            <w:pPr>
              <w:jc w:val="center"/>
            </w:pPr>
            <w:r>
              <w:rPr>
                <w:b/>
              </w:rPr>
              <w:t>Единица</w:t>
            </w:r>
          </w:p>
        </w:tc>
        <w:tc>
          <w:tcPr>
            <w:tcW w:w="0" w:type="auto"/>
            <w:shd w:val="clear" w:color="auto" w:fill="E2F0D9"/>
          </w:tcPr>
          <w:p w14:paraId="6301D24B" w14:textId="77777777" w:rsidR="00056677" w:rsidRDefault="0092657D">
            <w:pPr>
              <w:jc w:val="center"/>
            </w:pPr>
            <w:r>
              <w:rPr>
                <w:b/>
              </w:rPr>
              <w:t>2026</w:t>
            </w:r>
          </w:p>
        </w:tc>
        <w:tc>
          <w:tcPr>
            <w:tcW w:w="0" w:type="auto"/>
            <w:shd w:val="clear" w:color="auto" w:fill="E2F0D9"/>
          </w:tcPr>
          <w:p w14:paraId="57ED6787" w14:textId="77777777" w:rsidR="00056677" w:rsidRDefault="0092657D">
            <w:pPr>
              <w:jc w:val="center"/>
            </w:pPr>
            <w:r>
              <w:rPr>
                <w:b/>
              </w:rPr>
              <w:t>2031</w:t>
            </w:r>
          </w:p>
        </w:tc>
        <w:tc>
          <w:tcPr>
            <w:tcW w:w="0" w:type="auto"/>
            <w:shd w:val="clear" w:color="auto" w:fill="E2F0D9"/>
          </w:tcPr>
          <w:p w14:paraId="49A98F8B" w14:textId="77777777" w:rsidR="00056677" w:rsidRDefault="0092657D">
            <w:pPr>
              <w:jc w:val="center"/>
            </w:pPr>
            <w:r>
              <w:rPr>
                <w:b/>
              </w:rPr>
              <w:t>2036</w:t>
            </w:r>
          </w:p>
        </w:tc>
      </w:tr>
      <w:tr w:rsidR="00056677" w14:paraId="1E1D75D2" w14:textId="77777777">
        <w:trPr>
          <w:cantSplit/>
        </w:trPr>
        <w:tc>
          <w:tcPr>
            <w:tcW w:w="0" w:type="auto"/>
            <w:shd w:val="clear" w:color="auto" w:fill="F2F2F2"/>
          </w:tcPr>
          <w:p w14:paraId="2A6E4278" w14:textId="77777777" w:rsidR="00056677" w:rsidRDefault="0092657D">
            <w:r>
              <w:t>Установленная мощность</w:t>
            </w:r>
          </w:p>
        </w:tc>
        <w:tc>
          <w:tcPr>
            <w:tcW w:w="0" w:type="auto"/>
            <w:shd w:val="clear" w:color="auto" w:fill="FFFFFF"/>
          </w:tcPr>
          <w:p w14:paraId="62F8C564" w14:textId="77777777" w:rsidR="00056677" w:rsidRDefault="0092657D">
            <w:r>
              <w:t>Гкал/ч</w:t>
            </w:r>
          </w:p>
        </w:tc>
        <w:tc>
          <w:tcPr>
            <w:tcW w:w="0" w:type="auto"/>
            <w:shd w:val="clear" w:color="auto" w:fill="FFFFFF"/>
          </w:tcPr>
          <w:p w14:paraId="7CB97853" w14:textId="77777777" w:rsidR="00056677" w:rsidRDefault="0092657D">
            <w:r>
              <w:t>114,00</w:t>
            </w:r>
          </w:p>
        </w:tc>
        <w:tc>
          <w:tcPr>
            <w:tcW w:w="0" w:type="auto"/>
            <w:shd w:val="clear" w:color="auto" w:fill="FFFFFF"/>
          </w:tcPr>
          <w:p w14:paraId="7249F0AD" w14:textId="77777777" w:rsidR="00056677" w:rsidRDefault="0092657D">
            <w:r>
              <w:t>114,00</w:t>
            </w:r>
          </w:p>
        </w:tc>
        <w:tc>
          <w:tcPr>
            <w:tcW w:w="0" w:type="auto"/>
            <w:shd w:val="clear" w:color="auto" w:fill="FFFFFF"/>
          </w:tcPr>
          <w:p w14:paraId="19A305AD" w14:textId="77777777" w:rsidR="00056677" w:rsidRDefault="0092657D">
            <w:r>
              <w:t>114,00</w:t>
            </w:r>
          </w:p>
        </w:tc>
      </w:tr>
      <w:tr w:rsidR="00056677" w14:paraId="690EE2D2" w14:textId="77777777">
        <w:trPr>
          <w:cantSplit/>
        </w:trPr>
        <w:tc>
          <w:tcPr>
            <w:tcW w:w="0" w:type="auto"/>
            <w:shd w:val="clear" w:color="auto" w:fill="F2F2F2"/>
          </w:tcPr>
          <w:p w14:paraId="6B3DC710" w14:textId="77777777" w:rsidR="00056677" w:rsidRDefault="0092657D">
            <w:r>
              <w:t>Располагаемая мощность</w:t>
            </w:r>
          </w:p>
        </w:tc>
        <w:tc>
          <w:tcPr>
            <w:tcW w:w="0" w:type="auto"/>
            <w:shd w:val="clear" w:color="auto" w:fill="FFFFFF"/>
          </w:tcPr>
          <w:p w14:paraId="3C0A9F7B" w14:textId="77777777" w:rsidR="00056677" w:rsidRDefault="0092657D">
            <w:r>
              <w:t>Гкал/ч</w:t>
            </w:r>
          </w:p>
        </w:tc>
        <w:tc>
          <w:tcPr>
            <w:tcW w:w="0" w:type="auto"/>
            <w:shd w:val="clear" w:color="auto" w:fill="FFFFFF"/>
          </w:tcPr>
          <w:p w14:paraId="7E951675" w14:textId="77777777" w:rsidR="00056677" w:rsidRDefault="0092657D">
            <w:r>
              <w:t>114,00</w:t>
            </w:r>
          </w:p>
        </w:tc>
        <w:tc>
          <w:tcPr>
            <w:tcW w:w="0" w:type="auto"/>
            <w:shd w:val="clear" w:color="auto" w:fill="FFFFFF"/>
          </w:tcPr>
          <w:p w14:paraId="388B9279" w14:textId="77777777" w:rsidR="00056677" w:rsidRDefault="0092657D">
            <w:r>
              <w:t>114,00</w:t>
            </w:r>
          </w:p>
        </w:tc>
        <w:tc>
          <w:tcPr>
            <w:tcW w:w="0" w:type="auto"/>
            <w:shd w:val="clear" w:color="auto" w:fill="FFFFFF"/>
          </w:tcPr>
          <w:p w14:paraId="5D7EEB1F" w14:textId="77777777" w:rsidR="00056677" w:rsidRDefault="0092657D">
            <w:r>
              <w:t>114,00</w:t>
            </w:r>
          </w:p>
        </w:tc>
      </w:tr>
      <w:tr w:rsidR="00056677" w14:paraId="68592283" w14:textId="77777777">
        <w:trPr>
          <w:cantSplit/>
        </w:trPr>
        <w:tc>
          <w:tcPr>
            <w:tcW w:w="0" w:type="auto"/>
            <w:shd w:val="clear" w:color="auto" w:fill="F2F2F2"/>
          </w:tcPr>
          <w:p w14:paraId="7B2074F7" w14:textId="77777777" w:rsidR="00056677" w:rsidRDefault="0092657D">
            <w:r>
              <w:t>Присоединённая договорная нагрузка</w:t>
            </w:r>
          </w:p>
        </w:tc>
        <w:tc>
          <w:tcPr>
            <w:tcW w:w="0" w:type="auto"/>
            <w:shd w:val="clear" w:color="auto" w:fill="FFFFFF"/>
          </w:tcPr>
          <w:p w14:paraId="27343067" w14:textId="77777777" w:rsidR="00056677" w:rsidRDefault="0092657D">
            <w:r>
              <w:t>Гкал/ч</w:t>
            </w:r>
          </w:p>
        </w:tc>
        <w:tc>
          <w:tcPr>
            <w:tcW w:w="0" w:type="auto"/>
            <w:shd w:val="clear" w:color="auto" w:fill="FFFFFF"/>
          </w:tcPr>
          <w:p w14:paraId="18319EE3" w14:textId="77777777" w:rsidR="00056677" w:rsidRDefault="0092657D">
            <w:r>
              <w:t>42,6992</w:t>
            </w:r>
          </w:p>
        </w:tc>
        <w:tc>
          <w:tcPr>
            <w:tcW w:w="0" w:type="auto"/>
            <w:shd w:val="clear" w:color="auto" w:fill="FFFFFF"/>
          </w:tcPr>
          <w:p w14:paraId="42A9182C" w14:textId="77777777" w:rsidR="00056677" w:rsidRDefault="0092657D">
            <w:r>
              <w:t>42,6992</w:t>
            </w:r>
          </w:p>
        </w:tc>
        <w:tc>
          <w:tcPr>
            <w:tcW w:w="0" w:type="auto"/>
            <w:shd w:val="clear" w:color="auto" w:fill="FFFFFF"/>
          </w:tcPr>
          <w:p w14:paraId="6C11222E" w14:textId="77777777" w:rsidR="00056677" w:rsidRDefault="0092657D">
            <w:r>
              <w:t>42,6992</w:t>
            </w:r>
          </w:p>
        </w:tc>
      </w:tr>
      <w:tr w:rsidR="00056677" w14:paraId="4F81D28F" w14:textId="77777777">
        <w:trPr>
          <w:cantSplit/>
        </w:trPr>
        <w:tc>
          <w:tcPr>
            <w:tcW w:w="0" w:type="auto"/>
            <w:shd w:val="clear" w:color="auto" w:fill="F2F2F2"/>
          </w:tcPr>
          <w:p w14:paraId="3E8DF9B2" w14:textId="77777777" w:rsidR="00056677" w:rsidRDefault="0092657D">
            <w:r>
              <w:t>Полная максимальная нагрузка</w:t>
            </w:r>
          </w:p>
        </w:tc>
        <w:tc>
          <w:tcPr>
            <w:tcW w:w="0" w:type="auto"/>
            <w:shd w:val="clear" w:color="auto" w:fill="FFFFFF"/>
          </w:tcPr>
          <w:p w14:paraId="67B0F009" w14:textId="77777777" w:rsidR="00056677" w:rsidRDefault="0092657D">
            <w:r>
              <w:t>Гкал/ч</w:t>
            </w:r>
          </w:p>
        </w:tc>
        <w:tc>
          <w:tcPr>
            <w:tcW w:w="0" w:type="auto"/>
            <w:shd w:val="clear" w:color="auto" w:fill="FFFFFF"/>
          </w:tcPr>
          <w:p w14:paraId="09F58953" w14:textId="77777777" w:rsidR="00056677" w:rsidRDefault="0092657D">
            <w:r>
              <w:t>68,6123</w:t>
            </w:r>
          </w:p>
        </w:tc>
        <w:tc>
          <w:tcPr>
            <w:tcW w:w="0" w:type="auto"/>
            <w:shd w:val="clear" w:color="auto" w:fill="FFFFFF"/>
          </w:tcPr>
          <w:p w14:paraId="2BA1F8E4" w14:textId="77777777" w:rsidR="00056677" w:rsidRDefault="0092657D">
            <w:r>
              <w:t>114,4463</w:t>
            </w:r>
          </w:p>
        </w:tc>
        <w:tc>
          <w:tcPr>
            <w:tcW w:w="0" w:type="auto"/>
            <w:shd w:val="clear" w:color="auto" w:fill="FFFFFF"/>
          </w:tcPr>
          <w:p w14:paraId="7FD5FE18" w14:textId="77777777" w:rsidR="00056677" w:rsidRDefault="0092657D">
            <w:r>
              <w:t>114,4463</w:t>
            </w:r>
          </w:p>
        </w:tc>
      </w:tr>
      <w:tr w:rsidR="00056677" w14:paraId="7FF0A382" w14:textId="77777777">
        <w:trPr>
          <w:cantSplit/>
        </w:trPr>
        <w:tc>
          <w:tcPr>
            <w:tcW w:w="0" w:type="auto"/>
            <w:shd w:val="clear" w:color="auto" w:fill="F2F2F2"/>
          </w:tcPr>
          <w:p w14:paraId="42778AE5" w14:textId="77777777" w:rsidR="00056677" w:rsidRDefault="0092657D">
            <w:r>
              <w:t>Резерв по располагаемой мощности</w:t>
            </w:r>
          </w:p>
        </w:tc>
        <w:tc>
          <w:tcPr>
            <w:tcW w:w="0" w:type="auto"/>
            <w:shd w:val="clear" w:color="auto" w:fill="FFFFFF"/>
          </w:tcPr>
          <w:p w14:paraId="7F184FF3" w14:textId="77777777" w:rsidR="00056677" w:rsidRDefault="0092657D">
            <w:r>
              <w:t>Гкал/ч</w:t>
            </w:r>
          </w:p>
        </w:tc>
        <w:tc>
          <w:tcPr>
            <w:tcW w:w="0" w:type="auto"/>
            <w:shd w:val="clear" w:color="auto" w:fill="FFFFFF"/>
          </w:tcPr>
          <w:p w14:paraId="62C01888" w14:textId="77777777" w:rsidR="00056677" w:rsidRDefault="0092657D">
            <w:r>
              <w:t>45,3877</w:t>
            </w:r>
          </w:p>
        </w:tc>
        <w:tc>
          <w:tcPr>
            <w:tcW w:w="0" w:type="auto"/>
            <w:shd w:val="clear" w:color="auto" w:fill="FFFFFF"/>
          </w:tcPr>
          <w:p w14:paraId="7E7A11F6" w14:textId="77777777" w:rsidR="00056677" w:rsidRDefault="0092657D">
            <w:r>
              <w:t>−0,4463</w:t>
            </w:r>
          </w:p>
        </w:tc>
        <w:tc>
          <w:tcPr>
            <w:tcW w:w="0" w:type="auto"/>
            <w:shd w:val="clear" w:color="auto" w:fill="FFFFFF"/>
          </w:tcPr>
          <w:p w14:paraId="2C101489" w14:textId="77777777" w:rsidR="00056677" w:rsidRDefault="0092657D">
            <w:r>
              <w:t>−0,4463</w:t>
            </w:r>
          </w:p>
        </w:tc>
      </w:tr>
      <w:tr w:rsidR="00056677" w14:paraId="7E7772AC" w14:textId="77777777">
        <w:trPr>
          <w:cantSplit/>
        </w:trPr>
        <w:tc>
          <w:tcPr>
            <w:tcW w:w="0" w:type="auto"/>
            <w:shd w:val="clear" w:color="auto" w:fill="F2F2F2"/>
          </w:tcPr>
          <w:p w14:paraId="4DBDA6F7" w14:textId="77777777" w:rsidR="00056677" w:rsidRDefault="0092657D">
            <w:r>
              <w:t>Резерв по присоединённой нагрузке</w:t>
            </w:r>
          </w:p>
        </w:tc>
        <w:tc>
          <w:tcPr>
            <w:tcW w:w="0" w:type="auto"/>
            <w:shd w:val="clear" w:color="auto" w:fill="FFFFFF"/>
          </w:tcPr>
          <w:p w14:paraId="7FBB2B91" w14:textId="77777777" w:rsidR="00056677" w:rsidRDefault="0092657D">
            <w:r>
              <w:t>Гкал/ч</w:t>
            </w:r>
          </w:p>
        </w:tc>
        <w:tc>
          <w:tcPr>
            <w:tcW w:w="0" w:type="auto"/>
            <w:shd w:val="clear" w:color="auto" w:fill="FFFFFF"/>
          </w:tcPr>
          <w:p w14:paraId="4A8351B6" w14:textId="77777777" w:rsidR="00056677" w:rsidRDefault="0092657D">
            <w:r>
              <w:t>71,3008</w:t>
            </w:r>
          </w:p>
        </w:tc>
        <w:tc>
          <w:tcPr>
            <w:tcW w:w="0" w:type="auto"/>
            <w:shd w:val="clear" w:color="auto" w:fill="FFFFFF"/>
          </w:tcPr>
          <w:p w14:paraId="2AE28CA8" w14:textId="77777777" w:rsidR="00056677" w:rsidRDefault="0092657D">
            <w:r>
              <w:t>71,3008</w:t>
            </w:r>
          </w:p>
        </w:tc>
        <w:tc>
          <w:tcPr>
            <w:tcW w:w="0" w:type="auto"/>
            <w:shd w:val="clear" w:color="auto" w:fill="FFFFFF"/>
          </w:tcPr>
          <w:p w14:paraId="503AE531" w14:textId="77777777" w:rsidR="00056677" w:rsidRDefault="0092657D">
            <w:r>
              <w:t>71,3008</w:t>
            </w:r>
          </w:p>
        </w:tc>
      </w:tr>
      <w:tr w:rsidR="00056677" w14:paraId="582D8B50" w14:textId="77777777">
        <w:trPr>
          <w:cantSplit/>
        </w:trPr>
        <w:tc>
          <w:tcPr>
            <w:tcW w:w="0" w:type="auto"/>
            <w:shd w:val="clear" w:color="auto" w:fill="F2F2F2"/>
          </w:tcPr>
          <w:p w14:paraId="47772393" w14:textId="77777777" w:rsidR="00056677" w:rsidRDefault="0092657D">
            <w:r>
              <w:t>Загрузка оборудования</w:t>
            </w:r>
          </w:p>
        </w:tc>
        <w:tc>
          <w:tcPr>
            <w:tcW w:w="0" w:type="auto"/>
            <w:shd w:val="clear" w:color="auto" w:fill="FFFFFF"/>
          </w:tcPr>
          <w:p w14:paraId="409C983E" w14:textId="77777777" w:rsidR="00056677" w:rsidRDefault="0092657D">
            <w:r>
              <w:t>%</w:t>
            </w:r>
          </w:p>
        </w:tc>
        <w:tc>
          <w:tcPr>
            <w:tcW w:w="0" w:type="auto"/>
            <w:shd w:val="clear" w:color="auto" w:fill="FFFFFF"/>
          </w:tcPr>
          <w:p w14:paraId="52895432" w14:textId="77777777" w:rsidR="00056677" w:rsidRDefault="0092657D">
            <w:r>
              <w:t>60,19</w:t>
            </w:r>
          </w:p>
        </w:tc>
        <w:tc>
          <w:tcPr>
            <w:tcW w:w="0" w:type="auto"/>
            <w:shd w:val="clear" w:color="auto" w:fill="FFFFFF"/>
          </w:tcPr>
          <w:p w14:paraId="796FDB8D" w14:textId="77777777" w:rsidR="00056677" w:rsidRDefault="0092657D">
            <w:r>
              <w:t>100,39</w:t>
            </w:r>
          </w:p>
        </w:tc>
        <w:tc>
          <w:tcPr>
            <w:tcW w:w="0" w:type="auto"/>
            <w:shd w:val="clear" w:color="auto" w:fill="FFFFFF"/>
          </w:tcPr>
          <w:p w14:paraId="5346A4CF" w14:textId="77777777" w:rsidR="00056677" w:rsidRDefault="0092657D">
            <w:r>
              <w:t>100,39</w:t>
            </w:r>
          </w:p>
        </w:tc>
      </w:tr>
      <w:tr w:rsidR="00056677" w14:paraId="38309644" w14:textId="77777777">
        <w:trPr>
          <w:cantSplit/>
        </w:trPr>
        <w:tc>
          <w:tcPr>
            <w:tcW w:w="0" w:type="auto"/>
            <w:shd w:val="clear" w:color="auto" w:fill="F2F2F2"/>
          </w:tcPr>
          <w:p w14:paraId="66466E67" w14:textId="77777777" w:rsidR="00056677" w:rsidRPr="00844B84" w:rsidRDefault="0092657D">
            <w:pPr>
              <w:rPr>
                <w:lang w:val="ru-RU"/>
              </w:rPr>
            </w:pPr>
            <w:r w:rsidRPr="00844B84">
              <w:rPr>
                <w:lang w:val="ru-RU"/>
              </w:rPr>
              <w:t>Прирост нагрузки к базовому году</w:t>
            </w:r>
          </w:p>
        </w:tc>
        <w:tc>
          <w:tcPr>
            <w:tcW w:w="0" w:type="auto"/>
            <w:shd w:val="clear" w:color="auto" w:fill="FFFFFF"/>
          </w:tcPr>
          <w:p w14:paraId="3706464D" w14:textId="77777777" w:rsidR="00056677" w:rsidRDefault="0092657D">
            <w:r>
              <w:t>Гкал/ч</w:t>
            </w:r>
          </w:p>
        </w:tc>
        <w:tc>
          <w:tcPr>
            <w:tcW w:w="0" w:type="auto"/>
            <w:shd w:val="clear" w:color="auto" w:fill="FFFFFF"/>
          </w:tcPr>
          <w:p w14:paraId="06C3CC7F" w14:textId="77777777" w:rsidR="00056677" w:rsidRDefault="0092657D">
            <w:r>
              <w:t>—</w:t>
            </w:r>
          </w:p>
        </w:tc>
        <w:tc>
          <w:tcPr>
            <w:tcW w:w="0" w:type="auto"/>
            <w:shd w:val="clear" w:color="auto" w:fill="FFFFFF"/>
          </w:tcPr>
          <w:p w14:paraId="2088D36B" w14:textId="77777777" w:rsidR="00056677" w:rsidRDefault="0092657D">
            <w:r>
              <w:t>45,8340</w:t>
            </w:r>
          </w:p>
        </w:tc>
        <w:tc>
          <w:tcPr>
            <w:tcW w:w="0" w:type="auto"/>
            <w:shd w:val="clear" w:color="auto" w:fill="FFFFFF"/>
          </w:tcPr>
          <w:p w14:paraId="3C237AF3" w14:textId="77777777" w:rsidR="00056677" w:rsidRDefault="0092657D">
            <w:r>
              <w:t>45,8340</w:t>
            </w:r>
          </w:p>
        </w:tc>
      </w:tr>
      <w:tr w:rsidR="00056677" w14:paraId="7E49917B" w14:textId="77777777">
        <w:trPr>
          <w:cantSplit/>
        </w:trPr>
        <w:tc>
          <w:tcPr>
            <w:tcW w:w="0" w:type="auto"/>
            <w:shd w:val="clear" w:color="auto" w:fill="F2F2F2"/>
          </w:tcPr>
          <w:p w14:paraId="3B018E50" w14:textId="77777777" w:rsidR="00056677" w:rsidRDefault="0092657D">
            <w:r>
              <w:t>Действующих котлоагрегатов</w:t>
            </w:r>
          </w:p>
        </w:tc>
        <w:tc>
          <w:tcPr>
            <w:tcW w:w="0" w:type="auto"/>
            <w:shd w:val="clear" w:color="auto" w:fill="FFFFFF"/>
          </w:tcPr>
          <w:p w14:paraId="45BD6436" w14:textId="77777777" w:rsidR="00056677" w:rsidRDefault="0092657D">
            <w:r>
              <w:t>ед.</w:t>
            </w:r>
          </w:p>
        </w:tc>
        <w:tc>
          <w:tcPr>
            <w:tcW w:w="0" w:type="auto"/>
            <w:shd w:val="clear" w:color="auto" w:fill="FFFFFF"/>
          </w:tcPr>
          <w:p w14:paraId="0DBA3A98" w14:textId="77777777" w:rsidR="00056677" w:rsidRDefault="0092657D">
            <w:r>
              <w:t>7</w:t>
            </w:r>
          </w:p>
        </w:tc>
        <w:tc>
          <w:tcPr>
            <w:tcW w:w="0" w:type="auto"/>
            <w:shd w:val="clear" w:color="auto" w:fill="FFFFFF"/>
          </w:tcPr>
          <w:p w14:paraId="3C669DEE" w14:textId="77777777" w:rsidR="00056677" w:rsidRDefault="0092657D">
            <w:r>
              <w:t>7</w:t>
            </w:r>
          </w:p>
        </w:tc>
        <w:tc>
          <w:tcPr>
            <w:tcW w:w="0" w:type="auto"/>
            <w:shd w:val="clear" w:color="auto" w:fill="FFFFFF"/>
          </w:tcPr>
          <w:p w14:paraId="47C57C97" w14:textId="77777777" w:rsidR="00056677" w:rsidRDefault="0092657D">
            <w:r>
              <w:t>определяется проектной документацией</w:t>
            </w:r>
          </w:p>
        </w:tc>
      </w:tr>
      <w:tr w:rsidR="00056677" w14:paraId="59DC747A" w14:textId="77777777">
        <w:trPr>
          <w:cantSplit/>
        </w:trPr>
        <w:tc>
          <w:tcPr>
            <w:tcW w:w="0" w:type="auto"/>
            <w:shd w:val="clear" w:color="auto" w:fill="F2F2F2"/>
          </w:tcPr>
          <w:p w14:paraId="675F19B6" w14:textId="77777777" w:rsidR="00056677" w:rsidRDefault="0092657D">
            <w:r>
              <w:t>Вид топлива</w:t>
            </w:r>
          </w:p>
        </w:tc>
        <w:tc>
          <w:tcPr>
            <w:tcW w:w="0" w:type="auto"/>
            <w:shd w:val="clear" w:color="auto" w:fill="FFFFFF"/>
          </w:tcPr>
          <w:p w14:paraId="466A4909" w14:textId="77777777" w:rsidR="00056677" w:rsidRDefault="0092657D">
            <w:r>
              <w:t>—</w:t>
            </w:r>
          </w:p>
        </w:tc>
        <w:tc>
          <w:tcPr>
            <w:tcW w:w="0" w:type="auto"/>
            <w:shd w:val="clear" w:color="auto" w:fill="FFFFFF"/>
          </w:tcPr>
          <w:p w14:paraId="7680CA03" w14:textId="77777777" w:rsidR="00056677" w:rsidRDefault="0092657D">
            <w:r>
              <w:t>каменный уголь</w:t>
            </w:r>
          </w:p>
        </w:tc>
        <w:tc>
          <w:tcPr>
            <w:tcW w:w="0" w:type="auto"/>
            <w:shd w:val="clear" w:color="auto" w:fill="FFFFFF"/>
          </w:tcPr>
          <w:p w14:paraId="45D2DCEF" w14:textId="77777777" w:rsidR="00056677" w:rsidRDefault="0092657D">
            <w:r>
              <w:t>каменный уголь</w:t>
            </w:r>
          </w:p>
        </w:tc>
        <w:tc>
          <w:tcPr>
            <w:tcW w:w="0" w:type="auto"/>
            <w:shd w:val="clear" w:color="auto" w:fill="FFFFFF"/>
          </w:tcPr>
          <w:p w14:paraId="4572A2CD" w14:textId="77777777" w:rsidR="00056677" w:rsidRDefault="0092657D">
            <w:r>
              <w:t>природный газ</w:t>
            </w:r>
          </w:p>
        </w:tc>
      </w:tr>
    </w:tbl>
    <w:p w14:paraId="796D5CA2" w14:textId="77777777" w:rsidR="00056677" w:rsidRPr="005731F7" w:rsidRDefault="0092657D">
      <w:pPr>
        <w:pStyle w:val="31"/>
        <w:rPr>
          <w:sz w:val="28"/>
          <w:szCs w:val="28"/>
        </w:rPr>
      </w:pPr>
      <w:r w:rsidRPr="005731F7">
        <w:rPr>
          <w:sz w:val="28"/>
          <w:szCs w:val="28"/>
        </w:rPr>
        <w:t>2.17.6. УПК № 6 «Старый Шерегеш»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43"/>
        <w:gridCol w:w="1069"/>
        <w:gridCol w:w="1523"/>
        <w:gridCol w:w="1523"/>
        <w:gridCol w:w="3231"/>
      </w:tblGrid>
      <w:tr w:rsidR="00056677" w14:paraId="3CAC5F87" w14:textId="77777777">
        <w:trPr>
          <w:cantSplit/>
          <w:tblHeader/>
        </w:trPr>
        <w:tc>
          <w:tcPr>
            <w:tcW w:w="0" w:type="auto"/>
            <w:shd w:val="clear" w:color="auto" w:fill="E2F0D9"/>
          </w:tcPr>
          <w:p w14:paraId="7387BDC4" w14:textId="77777777" w:rsidR="00056677" w:rsidRDefault="0092657D">
            <w:pPr>
              <w:jc w:val="center"/>
            </w:pPr>
            <w:r>
              <w:rPr>
                <w:b/>
              </w:rPr>
              <w:t>Показатель</w:t>
            </w:r>
          </w:p>
        </w:tc>
        <w:tc>
          <w:tcPr>
            <w:tcW w:w="0" w:type="auto"/>
            <w:shd w:val="clear" w:color="auto" w:fill="E2F0D9"/>
          </w:tcPr>
          <w:p w14:paraId="3987FF6A" w14:textId="77777777" w:rsidR="00056677" w:rsidRDefault="0092657D">
            <w:pPr>
              <w:jc w:val="center"/>
            </w:pPr>
            <w:r>
              <w:rPr>
                <w:b/>
              </w:rPr>
              <w:t>Единица</w:t>
            </w:r>
          </w:p>
        </w:tc>
        <w:tc>
          <w:tcPr>
            <w:tcW w:w="0" w:type="auto"/>
            <w:shd w:val="clear" w:color="auto" w:fill="E2F0D9"/>
          </w:tcPr>
          <w:p w14:paraId="315E5F0C" w14:textId="77777777" w:rsidR="00056677" w:rsidRDefault="0092657D">
            <w:pPr>
              <w:jc w:val="center"/>
            </w:pPr>
            <w:r>
              <w:rPr>
                <w:b/>
              </w:rPr>
              <w:t>2026</w:t>
            </w:r>
          </w:p>
        </w:tc>
        <w:tc>
          <w:tcPr>
            <w:tcW w:w="0" w:type="auto"/>
            <w:shd w:val="clear" w:color="auto" w:fill="E2F0D9"/>
          </w:tcPr>
          <w:p w14:paraId="0C712B86" w14:textId="77777777" w:rsidR="00056677" w:rsidRDefault="0092657D">
            <w:pPr>
              <w:jc w:val="center"/>
            </w:pPr>
            <w:r>
              <w:rPr>
                <w:b/>
              </w:rPr>
              <w:t>2031</w:t>
            </w:r>
          </w:p>
        </w:tc>
        <w:tc>
          <w:tcPr>
            <w:tcW w:w="0" w:type="auto"/>
            <w:shd w:val="clear" w:color="auto" w:fill="E2F0D9"/>
          </w:tcPr>
          <w:p w14:paraId="6C9F7730" w14:textId="77777777" w:rsidR="00056677" w:rsidRDefault="0092657D">
            <w:pPr>
              <w:jc w:val="center"/>
            </w:pPr>
            <w:r>
              <w:rPr>
                <w:b/>
              </w:rPr>
              <w:t>2036</w:t>
            </w:r>
          </w:p>
        </w:tc>
      </w:tr>
      <w:tr w:rsidR="00056677" w14:paraId="2EF3893C" w14:textId="77777777">
        <w:trPr>
          <w:cantSplit/>
        </w:trPr>
        <w:tc>
          <w:tcPr>
            <w:tcW w:w="0" w:type="auto"/>
            <w:shd w:val="clear" w:color="auto" w:fill="F2F2F2"/>
          </w:tcPr>
          <w:p w14:paraId="3BD997E2" w14:textId="77777777" w:rsidR="00056677" w:rsidRDefault="0092657D">
            <w:r>
              <w:t>Установленная мощность</w:t>
            </w:r>
          </w:p>
        </w:tc>
        <w:tc>
          <w:tcPr>
            <w:tcW w:w="0" w:type="auto"/>
            <w:shd w:val="clear" w:color="auto" w:fill="FFFFFF"/>
          </w:tcPr>
          <w:p w14:paraId="25A48AC6" w14:textId="77777777" w:rsidR="00056677" w:rsidRDefault="0092657D">
            <w:r>
              <w:t>Гкал/ч</w:t>
            </w:r>
          </w:p>
        </w:tc>
        <w:tc>
          <w:tcPr>
            <w:tcW w:w="0" w:type="auto"/>
            <w:shd w:val="clear" w:color="auto" w:fill="FFFFFF"/>
          </w:tcPr>
          <w:p w14:paraId="346CA752" w14:textId="77777777" w:rsidR="00056677" w:rsidRDefault="0092657D">
            <w:r>
              <w:t>24,00</w:t>
            </w:r>
          </w:p>
        </w:tc>
        <w:tc>
          <w:tcPr>
            <w:tcW w:w="0" w:type="auto"/>
            <w:shd w:val="clear" w:color="auto" w:fill="FFFFFF"/>
          </w:tcPr>
          <w:p w14:paraId="475BC304" w14:textId="77777777" w:rsidR="00056677" w:rsidRDefault="0092657D">
            <w:r>
              <w:t>24,00</w:t>
            </w:r>
          </w:p>
        </w:tc>
        <w:tc>
          <w:tcPr>
            <w:tcW w:w="0" w:type="auto"/>
            <w:shd w:val="clear" w:color="auto" w:fill="FFFFFF"/>
          </w:tcPr>
          <w:p w14:paraId="26553C35" w14:textId="77777777" w:rsidR="00056677" w:rsidRDefault="0092657D">
            <w:r>
              <w:t>24,00</w:t>
            </w:r>
          </w:p>
        </w:tc>
      </w:tr>
      <w:tr w:rsidR="00056677" w14:paraId="59D96D03" w14:textId="77777777">
        <w:trPr>
          <w:cantSplit/>
        </w:trPr>
        <w:tc>
          <w:tcPr>
            <w:tcW w:w="0" w:type="auto"/>
            <w:shd w:val="clear" w:color="auto" w:fill="F2F2F2"/>
          </w:tcPr>
          <w:p w14:paraId="4FE47D51" w14:textId="77777777" w:rsidR="00056677" w:rsidRDefault="0092657D">
            <w:r>
              <w:t>Располагаемая мощность</w:t>
            </w:r>
          </w:p>
        </w:tc>
        <w:tc>
          <w:tcPr>
            <w:tcW w:w="0" w:type="auto"/>
            <w:shd w:val="clear" w:color="auto" w:fill="FFFFFF"/>
          </w:tcPr>
          <w:p w14:paraId="0BA860F3" w14:textId="77777777" w:rsidR="00056677" w:rsidRDefault="0092657D">
            <w:r>
              <w:t>Гкал/ч</w:t>
            </w:r>
          </w:p>
        </w:tc>
        <w:tc>
          <w:tcPr>
            <w:tcW w:w="0" w:type="auto"/>
            <w:shd w:val="clear" w:color="auto" w:fill="FFFFFF"/>
          </w:tcPr>
          <w:p w14:paraId="559BF98E" w14:textId="77777777" w:rsidR="00056677" w:rsidRDefault="0092657D">
            <w:r>
              <w:t>24,00</w:t>
            </w:r>
          </w:p>
        </w:tc>
        <w:tc>
          <w:tcPr>
            <w:tcW w:w="0" w:type="auto"/>
            <w:shd w:val="clear" w:color="auto" w:fill="FFFFFF"/>
          </w:tcPr>
          <w:p w14:paraId="5BC1AE07" w14:textId="77777777" w:rsidR="00056677" w:rsidRDefault="0092657D">
            <w:r>
              <w:t>24,00</w:t>
            </w:r>
          </w:p>
        </w:tc>
        <w:tc>
          <w:tcPr>
            <w:tcW w:w="0" w:type="auto"/>
            <w:shd w:val="clear" w:color="auto" w:fill="FFFFFF"/>
          </w:tcPr>
          <w:p w14:paraId="303E1C88" w14:textId="77777777" w:rsidR="00056677" w:rsidRDefault="0092657D">
            <w:r>
              <w:t>24,00</w:t>
            </w:r>
          </w:p>
        </w:tc>
      </w:tr>
      <w:tr w:rsidR="00056677" w14:paraId="72EA194A" w14:textId="77777777">
        <w:trPr>
          <w:cantSplit/>
        </w:trPr>
        <w:tc>
          <w:tcPr>
            <w:tcW w:w="0" w:type="auto"/>
            <w:shd w:val="clear" w:color="auto" w:fill="F2F2F2"/>
          </w:tcPr>
          <w:p w14:paraId="0538039B" w14:textId="77777777" w:rsidR="00056677" w:rsidRDefault="0092657D">
            <w:r>
              <w:t>Присоединённая договорная нагрузка</w:t>
            </w:r>
          </w:p>
        </w:tc>
        <w:tc>
          <w:tcPr>
            <w:tcW w:w="0" w:type="auto"/>
            <w:shd w:val="clear" w:color="auto" w:fill="FFFFFF"/>
          </w:tcPr>
          <w:p w14:paraId="50EEF9EB" w14:textId="77777777" w:rsidR="00056677" w:rsidRDefault="0092657D">
            <w:r>
              <w:t>Гкал/ч</w:t>
            </w:r>
          </w:p>
        </w:tc>
        <w:tc>
          <w:tcPr>
            <w:tcW w:w="0" w:type="auto"/>
            <w:shd w:val="clear" w:color="auto" w:fill="FFFFFF"/>
          </w:tcPr>
          <w:p w14:paraId="7AF69771" w14:textId="77777777" w:rsidR="00056677" w:rsidRDefault="0092657D">
            <w:r>
              <w:t>2,7972</w:t>
            </w:r>
          </w:p>
        </w:tc>
        <w:tc>
          <w:tcPr>
            <w:tcW w:w="0" w:type="auto"/>
            <w:shd w:val="clear" w:color="auto" w:fill="FFFFFF"/>
          </w:tcPr>
          <w:p w14:paraId="611CB98B" w14:textId="77777777" w:rsidR="00056677" w:rsidRDefault="0092657D">
            <w:r>
              <w:t>2,7972</w:t>
            </w:r>
          </w:p>
        </w:tc>
        <w:tc>
          <w:tcPr>
            <w:tcW w:w="0" w:type="auto"/>
            <w:shd w:val="clear" w:color="auto" w:fill="FFFFFF"/>
          </w:tcPr>
          <w:p w14:paraId="2606EE20" w14:textId="77777777" w:rsidR="00056677" w:rsidRDefault="0092657D">
            <w:r>
              <w:t>2,7972</w:t>
            </w:r>
          </w:p>
        </w:tc>
      </w:tr>
      <w:tr w:rsidR="00056677" w14:paraId="491A79C2" w14:textId="77777777">
        <w:trPr>
          <w:cantSplit/>
        </w:trPr>
        <w:tc>
          <w:tcPr>
            <w:tcW w:w="0" w:type="auto"/>
            <w:shd w:val="clear" w:color="auto" w:fill="F2F2F2"/>
          </w:tcPr>
          <w:p w14:paraId="19D919A8" w14:textId="77777777" w:rsidR="00056677" w:rsidRDefault="0092657D">
            <w:r>
              <w:t>Полная максимальная нагрузка</w:t>
            </w:r>
          </w:p>
        </w:tc>
        <w:tc>
          <w:tcPr>
            <w:tcW w:w="0" w:type="auto"/>
            <w:shd w:val="clear" w:color="auto" w:fill="FFFFFF"/>
          </w:tcPr>
          <w:p w14:paraId="38B9F98E" w14:textId="77777777" w:rsidR="00056677" w:rsidRDefault="0092657D">
            <w:r>
              <w:t>Гкал/ч</w:t>
            </w:r>
          </w:p>
        </w:tc>
        <w:tc>
          <w:tcPr>
            <w:tcW w:w="0" w:type="auto"/>
            <w:shd w:val="clear" w:color="auto" w:fill="FFFFFF"/>
          </w:tcPr>
          <w:p w14:paraId="51A786EA" w14:textId="77777777" w:rsidR="00056677" w:rsidRDefault="0092657D">
            <w:r>
              <w:t>4,6696</w:t>
            </w:r>
          </w:p>
        </w:tc>
        <w:tc>
          <w:tcPr>
            <w:tcW w:w="0" w:type="auto"/>
            <w:shd w:val="clear" w:color="auto" w:fill="FFFFFF"/>
          </w:tcPr>
          <w:p w14:paraId="22EFA00B" w14:textId="77777777" w:rsidR="00056677" w:rsidRDefault="0092657D">
            <w:r>
              <w:t>4,8196</w:t>
            </w:r>
          </w:p>
        </w:tc>
        <w:tc>
          <w:tcPr>
            <w:tcW w:w="0" w:type="auto"/>
            <w:shd w:val="clear" w:color="auto" w:fill="FFFFFF"/>
          </w:tcPr>
          <w:p w14:paraId="5DDB8216" w14:textId="77777777" w:rsidR="00056677" w:rsidRDefault="0092657D">
            <w:r>
              <w:t>4,8196</w:t>
            </w:r>
          </w:p>
        </w:tc>
      </w:tr>
      <w:tr w:rsidR="00056677" w14:paraId="1CF8297E" w14:textId="77777777">
        <w:trPr>
          <w:cantSplit/>
        </w:trPr>
        <w:tc>
          <w:tcPr>
            <w:tcW w:w="0" w:type="auto"/>
            <w:shd w:val="clear" w:color="auto" w:fill="F2F2F2"/>
          </w:tcPr>
          <w:p w14:paraId="17BDD34F" w14:textId="77777777" w:rsidR="00056677" w:rsidRDefault="0092657D">
            <w:r>
              <w:t>Резерв по располагаемой мощности</w:t>
            </w:r>
          </w:p>
        </w:tc>
        <w:tc>
          <w:tcPr>
            <w:tcW w:w="0" w:type="auto"/>
            <w:shd w:val="clear" w:color="auto" w:fill="FFFFFF"/>
          </w:tcPr>
          <w:p w14:paraId="68602A48" w14:textId="77777777" w:rsidR="00056677" w:rsidRDefault="0092657D">
            <w:r>
              <w:t>Гкал/ч</w:t>
            </w:r>
          </w:p>
        </w:tc>
        <w:tc>
          <w:tcPr>
            <w:tcW w:w="0" w:type="auto"/>
            <w:shd w:val="clear" w:color="auto" w:fill="FFFFFF"/>
          </w:tcPr>
          <w:p w14:paraId="4C42E8EB" w14:textId="77777777" w:rsidR="00056677" w:rsidRDefault="0092657D">
            <w:r>
              <w:t>19,3304</w:t>
            </w:r>
          </w:p>
        </w:tc>
        <w:tc>
          <w:tcPr>
            <w:tcW w:w="0" w:type="auto"/>
            <w:shd w:val="clear" w:color="auto" w:fill="FFFFFF"/>
          </w:tcPr>
          <w:p w14:paraId="3DEE5444" w14:textId="77777777" w:rsidR="00056677" w:rsidRDefault="0092657D">
            <w:r>
              <w:t>19,1804</w:t>
            </w:r>
          </w:p>
        </w:tc>
        <w:tc>
          <w:tcPr>
            <w:tcW w:w="0" w:type="auto"/>
            <w:shd w:val="clear" w:color="auto" w:fill="FFFFFF"/>
          </w:tcPr>
          <w:p w14:paraId="7B2386D2" w14:textId="77777777" w:rsidR="00056677" w:rsidRDefault="0092657D">
            <w:r>
              <w:t>19,1804</w:t>
            </w:r>
          </w:p>
        </w:tc>
      </w:tr>
      <w:tr w:rsidR="00056677" w14:paraId="1108140B" w14:textId="77777777">
        <w:trPr>
          <w:cantSplit/>
        </w:trPr>
        <w:tc>
          <w:tcPr>
            <w:tcW w:w="0" w:type="auto"/>
            <w:shd w:val="clear" w:color="auto" w:fill="F2F2F2"/>
          </w:tcPr>
          <w:p w14:paraId="775C7C58" w14:textId="77777777" w:rsidR="00056677" w:rsidRDefault="0092657D">
            <w:r>
              <w:t>Резерв по присоединённой нагрузке</w:t>
            </w:r>
          </w:p>
        </w:tc>
        <w:tc>
          <w:tcPr>
            <w:tcW w:w="0" w:type="auto"/>
            <w:shd w:val="clear" w:color="auto" w:fill="FFFFFF"/>
          </w:tcPr>
          <w:p w14:paraId="321B374D" w14:textId="77777777" w:rsidR="00056677" w:rsidRDefault="0092657D">
            <w:r>
              <w:t>Гкал/ч</w:t>
            </w:r>
          </w:p>
        </w:tc>
        <w:tc>
          <w:tcPr>
            <w:tcW w:w="0" w:type="auto"/>
            <w:shd w:val="clear" w:color="auto" w:fill="FFFFFF"/>
          </w:tcPr>
          <w:p w14:paraId="59255E36" w14:textId="77777777" w:rsidR="00056677" w:rsidRDefault="0092657D">
            <w:r>
              <w:t>21,2028</w:t>
            </w:r>
          </w:p>
        </w:tc>
        <w:tc>
          <w:tcPr>
            <w:tcW w:w="0" w:type="auto"/>
            <w:shd w:val="clear" w:color="auto" w:fill="FFFFFF"/>
          </w:tcPr>
          <w:p w14:paraId="099C2446" w14:textId="77777777" w:rsidR="00056677" w:rsidRDefault="0092657D">
            <w:r>
              <w:t>21,2028</w:t>
            </w:r>
          </w:p>
        </w:tc>
        <w:tc>
          <w:tcPr>
            <w:tcW w:w="0" w:type="auto"/>
            <w:shd w:val="clear" w:color="auto" w:fill="FFFFFF"/>
          </w:tcPr>
          <w:p w14:paraId="46283F10" w14:textId="77777777" w:rsidR="00056677" w:rsidRDefault="0092657D">
            <w:r>
              <w:t>21,2028</w:t>
            </w:r>
          </w:p>
        </w:tc>
      </w:tr>
      <w:tr w:rsidR="00056677" w14:paraId="4C535CD7" w14:textId="77777777">
        <w:trPr>
          <w:cantSplit/>
        </w:trPr>
        <w:tc>
          <w:tcPr>
            <w:tcW w:w="0" w:type="auto"/>
            <w:shd w:val="clear" w:color="auto" w:fill="F2F2F2"/>
          </w:tcPr>
          <w:p w14:paraId="7DF5AB8E" w14:textId="77777777" w:rsidR="00056677" w:rsidRDefault="0092657D">
            <w:r>
              <w:t>Загрузка оборудования</w:t>
            </w:r>
          </w:p>
        </w:tc>
        <w:tc>
          <w:tcPr>
            <w:tcW w:w="0" w:type="auto"/>
            <w:shd w:val="clear" w:color="auto" w:fill="FFFFFF"/>
          </w:tcPr>
          <w:p w14:paraId="54C36451" w14:textId="77777777" w:rsidR="00056677" w:rsidRDefault="0092657D">
            <w:r>
              <w:t>%</w:t>
            </w:r>
          </w:p>
        </w:tc>
        <w:tc>
          <w:tcPr>
            <w:tcW w:w="0" w:type="auto"/>
            <w:shd w:val="clear" w:color="auto" w:fill="FFFFFF"/>
          </w:tcPr>
          <w:p w14:paraId="66EC4978" w14:textId="77777777" w:rsidR="00056677" w:rsidRDefault="0092657D">
            <w:r>
              <w:t>19,46</w:t>
            </w:r>
          </w:p>
        </w:tc>
        <w:tc>
          <w:tcPr>
            <w:tcW w:w="0" w:type="auto"/>
            <w:shd w:val="clear" w:color="auto" w:fill="FFFFFF"/>
          </w:tcPr>
          <w:p w14:paraId="11CB7CD4" w14:textId="77777777" w:rsidR="00056677" w:rsidRDefault="0092657D">
            <w:r>
              <w:t>20,08</w:t>
            </w:r>
          </w:p>
        </w:tc>
        <w:tc>
          <w:tcPr>
            <w:tcW w:w="0" w:type="auto"/>
            <w:shd w:val="clear" w:color="auto" w:fill="FFFFFF"/>
          </w:tcPr>
          <w:p w14:paraId="46808AA3" w14:textId="77777777" w:rsidR="00056677" w:rsidRDefault="0092657D">
            <w:r>
              <w:t>20,08</w:t>
            </w:r>
          </w:p>
        </w:tc>
      </w:tr>
      <w:tr w:rsidR="00056677" w14:paraId="43635170" w14:textId="77777777">
        <w:trPr>
          <w:cantSplit/>
        </w:trPr>
        <w:tc>
          <w:tcPr>
            <w:tcW w:w="0" w:type="auto"/>
            <w:shd w:val="clear" w:color="auto" w:fill="F2F2F2"/>
          </w:tcPr>
          <w:p w14:paraId="351D84D7" w14:textId="77777777" w:rsidR="00056677" w:rsidRPr="00844B84" w:rsidRDefault="0092657D">
            <w:pPr>
              <w:rPr>
                <w:lang w:val="ru-RU"/>
              </w:rPr>
            </w:pPr>
            <w:r w:rsidRPr="00844B84">
              <w:rPr>
                <w:lang w:val="ru-RU"/>
              </w:rPr>
              <w:t>Прирост нагрузки к базовому году</w:t>
            </w:r>
          </w:p>
        </w:tc>
        <w:tc>
          <w:tcPr>
            <w:tcW w:w="0" w:type="auto"/>
            <w:shd w:val="clear" w:color="auto" w:fill="FFFFFF"/>
          </w:tcPr>
          <w:p w14:paraId="487DF2B0" w14:textId="77777777" w:rsidR="00056677" w:rsidRDefault="0092657D">
            <w:r>
              <w:t>Гкал/ч</w:t>
            </w:r>
          </w:p>
        </w:tc>
        <w:tc>
          <w:tcPr>
            <w:tcW w:w="0" w:type="auto"/>
            <w:shd w:val="clear" w:color="auto" w:fill="FFFFFF"/>
          </w:tcPr>
          <w:p w14:paraId="22D427D3" w14:textId="77777777" w:rsidR="00056677" w:rsidRDefault="0092657D">
            <w:r>
              <w:t>—</w:t>
            </w:r>
          </w:p>
        </w:tc>
        <w:tc>
          <w:tcPr>
            <w:tcW w:w="0" w:type="auto"/>
            <w:shd w:val="clear" w:color="auto" w:fill="FFFFFF"/>
          </w:tcPr>
          <w:p w14:paraId="400893FB" w14:textId="77777777" w:rsidR="00056677" w:rsidRDefault="0092657D">
            <w:r>
              <w:t>0,1500</w:t>
            </w:r>
          </w:p>
        </w:tc>
        <w:tc>
          <w:tcPr>
            <w:tcW w:w="0" w:type="auto"/>
            <w:shd w:val="clear" w:color="auto" w:fill="FFFFFF"/>
          </w:tcPr>
          <w:p w14:paraId="2421E538" w14:textId="77777777" w:rsidR="00056677" w:rsidRDefault="0092657D">
            <w:r>
              <w:t>0,1500</w:t>
            </w:r>
          </w:p>
        </w:tc>
      </w:tr>
      <w:tr w:rsidR="00056677" w14:paraId="631C1684" w14:textId="77777777">
        <w:trPr>
          <w:cantSplit/>
        </w:trPr>
        <w:tc>
          <w:tcPr>
            <w:tcW w:w="0" w:type="auto"/>
            <w:shd w:val="clear" w:color="auto" w:fill="F2F2F2"/>
          </w:tcPr>
          <w:p w14:paraId="54380316" w14:textId="77777777" w:rsidR="00056677" w:rsidRDefault="0092657D">
            <w:r>
              <w:t>Действующих котлоагрегатов</w:t>
            </w:r>
          </w:p>
        </w:tc>
        <w:tc>
          <w:tcPr>
            <w:tcW w:w="0" w:type="auto"/>
            <w:shd w:val="clear" w:color="auto" w:fill="FFFFFF"/>
          </w:tcPr>
          <w:p w14:paraId="03DB5530" w14:textId="77777777" w:rsidR="00056677" w:rsidRDefault="0092657D">
            <w:r>
              <w:t>ед.</w:t>
            </w:r>
          </w:p>
        </w:tc>
        <w:tc>
          <w:tcPr>
            <w:tcW w:w="0" w:type="auto"/>
            <w:shd w:val="clear" w:color="auto" w:fill="FFFFFF"/>
          </w:tcPr>
          <w:p w14:paraId="105FBF06" w14:textId="77777777" w:rsidR="00056677" w:rsidRDefault="0092657D">
            <w:r>
              <w:t>4</w:t>
            </w:r>
          </w:p>
        </w:tc>
        <w:tc>
          <w:tcPr>
            <w:tcW w:w="0" w:type="auto"/>
            <w:shd w:val="clear" w:color="auto" w:fill="FFFFFF"/>
          </w:tcPr>
          <w:p w14:paraId="442FFF94" w14:textId="77777777" w:rsidR="00056677" w:rsidRDefault="0092657D">
            <w:r>
              <w:t>4</w:t>
            </w:r>
          </w:p>
        </w:tc>
        <w:tc>
          <w:tcPr>
            <w:tcW w:w="0" w:type="auto"/>
            <w:shd w:val="clear" w:color="auto" w:fill="FFFFFF"/>
          </w:tcPr>
          <w:p w14:paraId="006CA5AA" w14:textId="77777777" w:rsidR="00056677" w:rsidRDefault="0092657D">
            <w:r>
              <w:t>определяется проектной документацией</w:t>
            </w:r>
          </w:p>
        </w:tc>
      </w:tr>
      <w:tr w:rsidR="00056677" w14:paraId="281623A7" w14:textId="77777777">
        <w:trPr>
          <w:cantSplit/>
        </w:trPr>
        <w:tc>
          <w:tcPr>
            <w:tcW w:w="0" w:type="auto"/>
            <w:shd w:val="clear" w:color="auto" w:fill="F2F2F2"/>
          </w:tcPr>
          <w:p w14:paraId="4798A2CA" w14:textId="77777777" w:rsidR="00056677" w:rsidRDefault="0092657D">
            <w:r>
              <w:t>Вид топлива</w:t>
            </w:r>
          </w:p>
        </w:tc>
        <w:tc>
          <w:tcPr>
            <w:tcW w:w="0" w:type="auto"/>
            <w:shd w:val="clear" w:color="auto" w:fill="FFFFFF"/>
          </w:tcPr>
          <w:p w14:paraId="45AA06B5" w14:textId="77777777" w:rsidR="00056677" w:rsidRDefault="0092657D">
            <w:r>
              <w:t>—</w:t>
            </w:r>
          </w:p>
        </w:tc>
        <w:tc>
          <w:tcPr>
            <w:tcW w:w="0" w:type="auto"/>
            <w:shd w:val="clear" w:color="auto" w:fill="FFFFFF"/>
          </w:tcPr>
          <w:p w14:paraId="26D03A1A" w14:textId="77777777" w:rsidR="00056677" w:rsidRDefault="0092657D">
            <w:r>
              <w:t>каменный уголь</w:t>
            </w:r>
          </w:p>
        </w:tc>
        <w:tc>
          <w:tcPr>
            <w:tcW w:w="0" w:type="auto"/>
            <w:shd w:val="clear" w:color="auto" w:fill="FFFFFF"/>
          </w:tcPr>
          <w:p w14:paraId="1D51C3F3" w14:textId="77777777" w:rsidR="00056677" w:rsidRDefault="0092657D">
            <w:r>
              <w:t>каменный уголь</w:t>
            </w:r>
          </w:p>
        </w:tc>
        <w:tc>
          <w:tcPr>
            <w:tcW w:w="0" w:type="auto"/>
            <w:shd w:val="clear" w:color="auto" w:fill="FFFFFF"/>
          </w:tcPr>
          <w:p w14:paraId="64D70636" w14:textId="77777777" w:rsidR="00056677" w:rsidRDefault="0092657D">
            <w:r>
              <w:t>природный газ</w:t>
            </w:r>
          </w:p>
        </w:tc>
      </w:tr>
    </w:tbl>
    <w:p w14:paraId="746295EE" w14:textId="77777777" w:rsidR="00056677" w:rsidRPr="005731F7" w:rsidRDefault="0092657D">
      <w:pPr>
        <w:pStyle w:val="31"/>
        <w:rPr>
          <w:sz w:val="28"/>
          <w:szCs w:val="28"/>
        </w:rPr>
      </w:pPr>
      <w:r w:rsidRPr="005731F7">
        <w:rPr>
          <w:sz w:val="28"/>
          <w:szCs w:val="28"/>
        </w:rPr>
        <w:t>2.17.7. УПК № 7 «Каз»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43"/>
        <w:gridCol w:w="1069"/>
        <w:gridCol w:w="1523"/>
        <w:gridCol w:w="1523"/>
        <w:gridCol w:w="3231"/>
      </w:tblGrid>
      <w:tr w:rsidR="00056677" w14:paraId="61048811" w14:textId="77777777">
        <w:trPr>
          <w:cantSplit/>
          <w:tblHeader/>
        </w:trPr>
        <w:tc>
          <w:tcPr>
            <w:tcW w:w="0" w:type="auto"/>
            <w:shd w:val="clear" w:color="auto" w:fill="E2F0D9"/>
          </w:tcPr>
          <w:p w14:paraId="051ECA9E" w14:textId="77777777" w:rsidR="00056677" w:rsidRDefault="0092657D">
            <w:pPr>
              <w:jc w:val="center"/>
            </w:pPr>
            <w:r>
              <w:rPr>
                <w:b/>
              </w:rPr>
              <w:t>Показатель</w:t>
            </w:r>
          </w:p>
        </w:tc>
        <w:tc>
          <w:tcPr>
            <w:tcW w:w="0" w:type="auto"/>
            <w:shd w:val="clear" w:color="auto" w:fill="E2F0D9"/>
          </w:tcPr>
          <w:p w14:paraId="094FCC52" w14:textId="77777777" w:rsidR="00056677" w:rsidRDefault="0092657D">
            <w:pPr>
              <w:jc w:val="center"/>
            </w:pPr>
            <w:r>
              <w:rPr>
                <w:b/>
              </w:rPr>
              <w:t>Единица</w:t>
            </w:r>
          </w:p>
        </w:tc>
        <w:tc>
          <w:tcPr>
            <w:tcW w:w="0" w:type="auto"/>
            <w:shd w:val="clear" w:color="auto" w:fill="E2F0D9"/>
          </w:tcPr>
          <w:p w14:paraId="555E0CC0" w14:textId="77777777" w:rsidR="00056677" w:rsidRDefault="0092657D">
            <w:pPr>
              <w:jc w:val="center"/>
            </w:pPr>
            <w:r>
              <w:rPr>
                <w:b/>
              </w:rPr>
              <w:t>2026</w:t>
            </w:r>
          </w:p>
        </w:tc>
        <w:tc>
          <w:tcPr>
            <w:tcW w:w="0" w:type="auto"/>
            <w:shd w:val="clear" w:color="auto" w:fill="E2F0D9"/>
          </w:tcPr>
          <w:p w14:paraId="141C0CFA" w14:textId="77777777" w:rsidR="00056677" w:rsidRDefault="0092657D">
            <w:pPr>
              <w:jc w:val="center"/>
            </w:pPr>
            <w:r>
              <w:rPr>
                <w:b/>
              </w:rPr>
              <w:t>2031</w:t>
            </w:r>
          </w:p>
        </w:tc>
        <w:tc>
          <w:tcPr>
            <w:tcW w:w="0" w:type="auto"/>
            <w:shd w:val="clear" w:color="auto" w:fill="E2F0D9"/>
          </w:tcPr>
          <w:p w14:paraId="132A8387" w14:textId="77777777" w:rsidR="00056677" w:rsidRDefault="0092657D">
            <w:pPr>
              <w:jc w:val="center"/>
            </w:pPr>
            <w:r>
              <w:rPr>
                <w:b/>
              </w:rPr>
              <w:t>2036</w:t>
            </w:r>
          </w:p>
        </w:tc>
      </w:tr>
      <w:tr w:rsidR="00056677" w14:paraId="049D876F" w14:textId="77777777">
        <w:trPr>
          <w:cantSplit/>
        </w:trPr>
        <w:tc>
          <w:tcPr>
            <w:tcW w:w="0" w:type="auto"/>
            <w:shd w:val="clear" w:color="auto" w:fill="F2F2F2"/>
          </w:tcPr>
          <w:p w14:paraId="05E4CC98" w14:textId="77777777" w:rsidR="00056677" w:rsidRDefault="0092657D">
            <w:r>
              <w:t>Установленная мощность</w:t>
            </w:r>
          </w:p>
        </w:tc>
        <w:tc>
          <w:tcPr>
            <w:tcW w:w="0" w:type="auto"/>
            <w:shd w:val="clear" w:color="auto" w:fill="FFFFFF"/>
          </w:tcPr>
          <w:p w14:paraId="3589A395" w14:textId="77777777" w:rsidR="00056677" w:rsidRDefault="0092657D">
            <w:r>
              <w:t>Гкал/ч</w:t>
            </w:r>
          </w:p>
        </w:tc>
        <w:tc>
          <w:tcPr>
            <w:tcW w:w="0" w:type="auto"/>
            <w:shd w:val="clear" w:color="auto" w:fill="FFFFFF"/>
          </w:tcPr>
          <w:p w14:paraId="7C556617" w14:textId="77777777" w:rsidR="00056677" w:rsidRDefault="0092657D">
            <w:r>
              <w:t>72,00</w:t>
            </w:r>
          </w:p>
        </w:tc>
        <w:tc>
          <w:tcPr>
            <w:tcW w:w="0" w:type="auto"/>
            <w:shd w:val="clear" w:color="auto" w:fill="FFFFFF"/>
          </w:tcPr>
          <w:p w14:paraId="733A6DD3" w14:textId="77777777" w:rsidR="00056677" w:rsidRDefault="0092657D">
            <w:r>
              <w:t>72,00</w:t>
            </w:r>
          </w:p>
        </w:tc>
        <w:tc>
          <w:tcPr>
            <w:tcW w:w="0" w:type="auto"/>
            <w:shd w:val="clear" w:color="auto" w:fill="FFFFFF"/>
          </w:tcPr>
          <w:p w14:paraId="23942008" w14:textId="77777777" w:rsidR="00056677" w:rsidRDefault="0092657D">
            <w:r>
              <w:t>72,00</w:t>
            </w:r>
          </w:p>
        </w:tc>
      </w:tr>
      <w:tr w:rsidR="00056677" w14:paraId="1CFE1DC3" w14:textId="77777777">
        <w:trPr>
          <w:cantSplit/>
        </w:trPr>
        <w:tc>
          <w:tcPr>
            <w:tcW w:w="0" w:type="auto"/>
            <w:shd w:val="clear" w:color="auto" w:fill="F2F2F2"/>
          </w:tcPr>
          <w:p w14:paraId="2A616D77" w14:textId="77777777" w:rsidR="00056677" w:rsidRDefault="0092657D">
            <w:r>
              <w:t>Располагаемая мощность</w:t>
            </w:r>
          </w:p>
        </w:tc>
        <w:tc>
          <w:tcPr>
            <w:tcW w:w="0" w:type="auto"/>
            <w:shd w:val="clear" w:color="auto" w:fill="FFFFFF"/>
          </w:tcPr>
          <w:p w14:paraId="76B13449" w14:textId="77777777" w:rsidR="00056677" w:rsidRDefault="0092657D">
            <w:r>
              <w:t>Гкал/ч</w:t>
            </w:r>
          </w:p>
        </w:tc>
        <w:tc>
          <w:tcPr>
            <w:tcW w:w="0" w:type="auto"/>
            <w:shd w:val="clear" w:color="auto" w:fill="FFFFFF"/>
          </w:tcPr>
          <w:p w14:paraId="072FCE5B" w14:textId="77777777" w:rsidR="00056677" w:rsidRDefault="0092657D">
            <w:r>
              <w:t>72,00</w:t>
            </w:r>
          </w:p>
        </w:tc>
        <w:tc>
          <w:tcPr>
            <w:tcW w:w="0" w:type="auto"/>
            <w:shd w:val="clear" w:color="auto" w:fill="FFFFFF"/>
          </w:tcPr>
          <w:p w14:paraId="500C3A05" w14:textId="77777777" w:rsidR="00056677" w:rsidRDefault="0092657D">
            <w:r>
              <w:t>72,00</w:t>
            </w:r>
          </w:p>
        </w:tc>
        <w:tc>
          <w:tcPr>
            <w:tcW w:w="0" w:type="auto"/>
            <w:shd w:val="clear" w:color="auto" w:fill="FFFFFF"/>
          </w:tcPr>
          <w:p w14:paraId="001ABE2B" w14:textId="77777777" w:rsidR="00056677" w:rsidRDefault="0092657D">
            <w:r>
              <w:t>72,00</w:t>
            </w:r>
          </w:p>
        </w:tc>
      </w:tr>
      <w:tr w:rsidR="00056677" w14:paraId="37DA790B" w14:textId="77777777">
        <w:trPr>
          <w:cantSplit/>
        </w:trPr>
        <w:tc>
          <w:tcPr>
            <w:tcW w:w="0" w:type="auto"/>
            <w:shd w:val="clear" w:color="auto" w:fill="F2F2F2"/>
          </w:tcPr>
          <w:p w14:paraId="5BC886C6" w14:textId="77777777" w:rsidR="00056677" w:rsidRDefault="0092657D">
            <w:r>
              <w:t>Присоединённая договорная нагрузка</w:t>
            </w:r>
          </w:p>
        </w:tc>
        <w:tc>
          <w:tcPr>
            <w:tcW w:w="0" w:type="auto"/>
            <w:shd w:val="clear" w:color="auto" w:fill="FFFFFF"/>
          </w:tcPr>
          <w:p w14:paraId="36E7465A" w14:textId="77777777" w:rsidR="00056677" w:rsidRDefault="0092657D">
            <w:r>
              <w:t>Гкал/ч</w:t>
            </w:r>
          </w:p>
        </w:tc>
        <w:tc>
          <w:tcPr>
            <w:tcW w:w="0" w:type="auto"/>
            <w:shd w:val="clear" w:color="auto" w:fill="FFFFFF"/>
          </w:tcPr>
          <w:p w14:paraId="6182BE2A" w14:textId="77777777" w:rsidR="00056677" w:rsidRDefault="0092657D">
            <w:r>
              <w:t>9,2933</w:t>
            </w:r>
          </w:p>
        </w:tc>
        <w:tc>
          <w:tcPr>
            <w:tcW w:w="0" w:type="auto"/>
            <w:shd w:val="clear" w:color="auto" w:fill="FFFFFF"/>
          </w:tcPr>
          <w:p w14:paraId="6FC6386E" w14:textId="77777777" w:rsidR="00056677" w:rsidRDefault="0092657D">
            <w:r>
              <w:t>9,2933</w:t>
            </w:r>
          </w:p>
        </w:tc>
        <w:tc>
          <w:tcPr>
            <w:tcW w:w="0" w:type="auto"/>
            <w:shd w:val="clear" w:color="auto" w:fill="FFFFFF"/>
          </w:tcPr>
          <w:p w14:paraId="226FD8BC" w14:textId="77777777" w:rsidR="00056677" w:rsidRDefault="0092657D">
            <w:r>
              <w:t>9,2933</w:t>
            </w:r>
          </w:p>
        </w:tc>
      </w:tr>
      <w:tr w:rsidR="00056677" w14:paraId="6151BF4F" w14:textId="77777777">
        <w:trPr>
          <w:cantSplit/>
        </w:trPr>
        <w:tc>
          <w:tcPr>
            <w:tcW w:w="0" w:type="auto"/>
            <w:shd w:val="clear" w:color="auto" w:fill="F2F2F2"/>
          </w:tcPr>
          <w:p w14:paraId="53625F2E" w14:textId="77777777" w:rsidR="00056677" w:rsidRDefault="0092657D">
            <w:r>
              <w:t>Полная максимальная нагрузка</w:t>
            </w:r>
          </w:p>
        </w:tc>
        <w:tc>
          <w:tcPr>
            <w:tcW w:w="0" w:type="auto"/>
            <w:shd w:val="clear" w:color="auto" w:fill="FFFFFF"/>
          </w:tcPr>
          <w:p w14:paraId="7FEA4CC9" w14:textId="77777777" w:rsidR="00056677" w:rsidRDefault="0092657D">
            <w:r>
              <w:t>Гкал/ч</w:t>
            </w:r>
          </w:p>
        </w:tc>
        <w:tc>
          <w:tcPr>
            <w:tcW w:w="0" w:type="auto"/>
            <w:shd w:val="clear" w:color="auto" w:fill="FFFFFF"/>
          </w:tcPr>
          <w:p w14:paraId="5A90BC7F" w14:textId="77777777" w:rsidR="00056677" w:rsidRDefault="0092657D">
            <w:r>
              <w:t>19,4397</w:t>
            </w:r>
          </w:p>
        </w:tc>
        <w:tc>
          <w:tcPr>
            <w:tcW w:w="0" w:type="auto"/>
            <w:shd w:val="clear" w:color="auto" w:fill="FFFFFF"/>
          </w:tcPr>
          <w:p w14:paraId="7D9C292D" w14:textId="77777777" w:rsidR="00056677" w:rsidRDefault="0092657D">
            <w:r>
              <w:t>19,5027</w:t>
            </w:r>
          </w:p>
        </w:tc>
        <w:tc>
          <w:tcPr>
            <w:tcW w:w="0" w:type="auto"/>
            <w:shd w:val="clear" w:color="auto" w:fill="FFFFFF"/>
          </w:tcPr>
          <w:p w14:paraId="6AE4A9C4" w14:textId="77777777" w:rsidR="00056677" w:rsidRDefault="0092657D">
            <w:r>
              <w:t>19,5027</w:t>
            </w:r>
          </w:p>
        </w:tc>
      </w:tr>
      <w:tr w:rsidR="00056677" w14:paraId="1D4EEECF" w14:textId="77777777">
        <w:trPr>
          <w:cantSplit/>
        </w:trPr>
        <w:tc>
          <w:tcPr>
            <w:tcW w:w="0" w:type="auto"/>
            <w:shd w:val="clear" w:color="auto" w:fill="F2F2F2"/>
          </w:tcPr>
          <w:p w14:paraId="18252453" w14:textId="77777777" w:rsidR="00056677" w:rsidRDefault="0092657D">
            <w:r>
              <w:t>Резерв по располагаемой мощности</w:t>
            </w:r>
          </w:p>
        </w:tc>
        <w:tc>
          <w:tcPr>
            <w:tcW w:w="0" w:type="auto"/>
            <w:shd w:val="clear" w:color="auto" w:fill="FFFFFF"/>
          </w:tcPr>
          <w:p w14:paraId="63EF49D5" w14:textId="77777777" w:rsidR="00056677" w:rsidRDefault="0092657D">
            <w:r>
              <w:t>Гкал/ч</w:t>
            </w:r>
          </w:p>
        </w:tc>
        <w:tc>
          <w:tcPr>
            <w:tcW w:w="0" w:type="auto"/>
            <w:shd w:val="clear" w:color="auto" w:fill="FFFFFF"/>
          </w:tcPr>
          <w:p w14:paraId="6DF06DBB" w14:textId="77777777" w:rsidR="00056677" w:rsidRDefault="0092657D">
            <w:r>
              <w:t>52,5603</w:t>
            </w:r>
          </w:p>
        </w:tc>
        <w:tc>
          <w:tcPr>
            <w:tcW w:w="0" w:type="auto"/>
            <w:shd w:val="clear" w:color="auto" w:fill="FFFFFF"/>
          </w:tcPr>
          <w:p w14:paraId="3BAE9AB7" w14:textId="77777777" w:rsidR="00056677" w:rsidRDefault="0092657D">
            <w:r>
              <w:t>52,4973</w:t>
            </w:r>
          </w:p>
        </w:tc>
        <w:tc>
          <w:tcPr>
            <w:tcW w:w="0" w:type="auto"/>
            <w:shd w:val="clear" w:color="auto" w:fill="FFFFFF"/>
          </w:tcPr>
          <w:p w14:paraId="34723B05" w14:textId="77777777" w:rsidR="00056677" w:rsidRDefault="0092657D">
            <w:r>
              <w:t>52,4973</w:t>
            </w:r>
          </w:p>
        </w:tc>
      </w:tr>
      <w:tr w:rsidR="00056677" w14:paraId="3FE46B5D" w14:textId="77777777">
        <w:trPr>
          <w:cantSplit/>
        </w:trPr>
        <w:tc>
          <w:tcPr>
            <w:tcW w:w="0" w:type="auto"/>
            <w:shd w:val="clear" w:color="auto" w:fill="F2F2F2"/>
          </w:tcPr>
          <w:p w14:paraId="782C3351" w14:textId="77777777" w:rsidR="00056677" w:rsidRDefault="0092657D">
            <w:r>
              <w:t>Резерв по присоединённой нагрузке</w:t>
            </w:r>
          </w:p>
        </w:tc>
        <w:tc>
          <w:tcPr>
            <w:tcW w:w="0" w:type="auto"/>
            <w:shd w:val="clear" w:color="auto" w:fill="FFFFFF"/>
          </w:tcPr>
          <w:p w14:paraId="52B9AC80" w14:textId="77777777" w:rsidR="00056677" w:rsidRDefault="0092657D">
            <w:r>
              <w:t>Гкал/ч</w:t>
            </w:r>
          </w:p>
        </w:tc>
        <w:tc>
          <w:tcPr>
            <w:tcW w:w="0" w:type="auto"/>
            <w:shd w:val="clear" w:color="auto" w:fill="FFFFFF"/>
          </w:tcPr>
          <w:p w14:paraId="381B90EE" w14:textId="77777777" w:rsidR="00056677" w:rsidRDefault="0092657D">
            <w:r>
              <w:t>62,7067</w:t>
            </w:r>
          </w:p>
        </w:tc>
        <w:tc>
          <w:tcPr>
            <w:tcW w:w="0" w:type="auto"/>
            <w:shd w:val="clear" w:color="auto" w:fill="FFFFFF"/>
          </w:tcPr>
          <w:p w14:paraId="1493B98E" w14:textId="77777777" w:rsidR="00056677" w:rsidRDefault="0092657D">
            <w:r>
              <w:t>62,7067</w:t>
            </w:r>
          </w:p>
        </w:tc>
        <w:tc>
          <w:tcPr>
            <w:tcW w:w="0" w:type="auto"/>
            <w:shd w:val="clear" w:color="auto" w:fill="FFFFFF"/>
          </w:tcPr>
          <w:p w14:paraId="02422DD1" w14:textId="77777777" w:rsidR="00056677" w:rsidRDefault="0092657D">
            <w:r>
              <w:t>62,7067</w:t>
            </w:r>
          </w:p>
        </w:tc>
      </w:tr>
      <w:tr w:rsidR="00056677" w14:paraId="353F114F" w14:textId="77777777">
        <w:trPr>
          <w:cantSplit/>
        </w:trPr>
        <w:tc>
          <w:tcPr>
            <w:tcW w:w="0" w:type="auto"/>
            <w:shd w:val="clear" w:color="auto" w:fill="F2F2F2"/>
          </w:tcPr>
          <w:p w14:paraId="38F7B0B8" w14:textId="77777777" w:rsidR="00056677" w:rsidRDefault="0092657D">
            <w:r>
              <w:t>Загрузка оборудования</w:t>
            </w:r>
          </w:p>
        </w:tc>
        <w:tc>
          <w:tcPr>
            <w:tcW w:w="0" w:type="auto"/>
            <w:shd w:val="clear" w:color="auto" w:fill="FFFFFF"/>
          </w:tcPr>
          <w:p w14:paraId="11435CD6" w14:textId="77777777" w:rsidR="00056677" w:rsidRDefault="0092657D">
            <w:r>
              <w:t>%</w:t>
            </w:r>
          </w:p>
        </w:tc>
        <w:tc>
          <w:tcPr>
            <w:tcW w:w="0" w:type="auto"/>
            <w:shd w:val="clear" w:color="auto" w:fill="FFFFFF"/>
          </w:tcPr>
          <w:p w14:paraId="604D36FC" w14:textId="77777777" w:rsidR="00056677" w:rsidRDefault="0092657D">
            <w:r>
              <w:t>27,00</w:t>
            </w:r>
          </w:p>
        </w:tc>
        <w:tc>
          <w:tcPr>
            <w:tcW w:w="0" w:type="auto"/>
            <w:shd w:val="clear" w:color="auto" w:fill="FFFFFF"/>
          </w:tcPr>
          <w:p w14:paraId="0D435910" w14:textId="77777777" w:rsidR="00056677" w:rsidRDefault="0092657D">
            <w:r>
              <w:t>27,09</w:t>
            </w:r>
          </w:p>
        </w:tc>
        <w:tc>
          <w:tcPr>
            <w:tcW w:w="0" w:type="auto"/>
            <w:shd w:val="clear" w:color="auto" w:fill="FFFFFF"/>
          </w:tcPr>
          <w:p w14:paraId="6BBC636C" w14:textId="77777777" w:rsidR="00056677" w:rsidRDefault="0092657D">
            <w:r>
              <w:t>27,09</w:t>
            </w:r>
          </w:p>
        </w:tc>
      </w:tr>
      <w:tr w:rsidR="00056677" w14:paraId="19F92047" w14:textId="77777777">
        <w:trPr>
          <w:cantSplit/>
        </w:trPr>
        <w:tc>
          <w:tcPr>
            <w:tcW w:w="0" w:type="auto"/>
            <w:shd w:val="clear" w:color="auto" w:fill="F2F2F2"/>
          </w:tcPr>
          <w:p w14:paraId="4F87CCE7" w14:textId="77777777" w:rsidR="00056677" w:rsidRPr="00844B84" w:rsidRDefault="0092657D">
            <w:pPr>
              <w:rPr>
                <w:lang w:val="ru-RU"/>
              </w:rPr>
            </w:pPr>
            <w:r w:rsidRPr="00844B84">
              <w:rPr>
                <w:lang w:val="ru-RU"/>
              </w:rPr>
              <w:t>Прирост нагрузки к базовому году</w:t>
            </w:r>
          </w:p>
        </w:tc>
        <w:tc>
          <w:tcPr>
            <w:tcW w:w="0" w:type="auto"/>
            <w:shd w:val="clear" w:color="auto" w:fill="FFFFFF"/>
          </w:tcPr>
          <w:p w14:paraId="27CCA584" w14:textId="77777777" w:rsidR="00056677" w:rsidRDefault="0092657D">
            <w:r>
              <w:t>Гкал/ч</w:t>
            </w:r>
          </w:p>
        </w:tc>
        <w:tc>
          <w:tcPr>
            <w:tcW w:w="0" w:type="auto"/>
            <w:shd w:val="clear" w:color="auto" w:fill="FFFFFF"/>
          </w:tcPr>
          <w:p w14:paraId="70F68C7F" w14:textId="77777777" w:rsidR="00056677" w:rsidRDefault="0092657D">
            <w:r>
              <w:t>—</w:t>
            </w:r>
          </w:p>
        </w:tc>
        <w:tc>
          <w:tcPr>
            <w:tcW w:w="0" w:type="auto"/>
            <w:shd w:val="clear" w:color="auto" w:fill="FFFFFF"/>
          </w:tcPr>
          <w:p w14:paraId="3D78D248" w14:textId="77777777" w:rsidR="00056677" w:rsidRDefault="0092657D">
            <w:r>
              <w:t>0,0630</w:t>
            </w:r>
          </w:p>
        </w:tc>
        <w:tc>
          <w:tcPr>
            <w:tcW w:w="0" w:type="auto"/>
            <w:shd w:val="clear" w:color="auto" w:fill="FFFFFF"/>
          </w:tcPr>
          <w:p w14:paraId="5F27EE98" w14:textId="77777777" w:rsidR="00056677" w:rsidRDefault="0092657D">
            <w:r>
              <w:t>0,0630</w:t>
            </w:r>
          </w:p>
        </w:tc>
      </w:tr>
      <w:tr w:rsidR="00056677" w14:paraId="29A5CBB6" w14:textId="77777777">
        <w:trPr>
          <w:cantSplit/>
        </w:trPr>
        <w:tc>
          <w:tcPr>
            <w:tcW w:w="0" w:type="auto"/>
            <w:shd w:val="clear" w:color="auto" w:fill="F2F2F2"/>
          </w:tcPr>
          <w:p w14:paraId="0557FC38" w14:textId="77777777" w:rsidR="00056677" w:rsidRDefault="0092657D">
            <w:r>
              <w:t>Действующих котлоагрегатов</w:t>
            </w:r>
          </w:p>
        </w:tc>
        <w:tc>
          <w:tcPr>
            <w:tcW w:w="0" w:type="auto"/>
            <w:shd w:val="clear" w:color="auto" w:fill="FFFFFF"/>
          </w:tcPr>
          <w:p w14:paraId="1B739B35" w14:textId="77777777" w:rsidR="00056677" w:rsidRDefault="0092657D">
            <w:r>
              <w:t>ед.</w:t>
            </w:r>
          </w:p>
        </w:tc>
        <w:tc>
          <w:tcPr>
            <w:tcW w:w="0" w:type="auto"/>
            <w:shd w:val="clear" w:color="auto" w:fill="FFFFFF"/>
          </w:tcPr>
          <w:p w14:paraId="3D15EFD5" w14:textId="77777777" w:rsidR="00056677" w:rsidRDefault="0092657D">
            <w:r>
              <w:t>5</w:t>
            </w:r>
          </w:p>
        </w:tc>
        <w:tc>
          <w:tcPr>
            <w:tcW w:w="0" w:type="auto"/>
            <w:shd w:val="clear" w:color="auto" w:fill="FFFFFF"/>
          </w:tcPr>
          <w:p w14:paraId="0D9EA555" w14:textId="77777777" w:rsidR="00056677" w:rsidRDefault="0092657D">
            <w:r>
              <w:t>5</w:t>
            </w:r>
          </w:p>
        </w:tc>
        <w:tc>
          <w:tcPr>
            <w:tcW w:w="0" w:type="auto"/>
            <w:shd w:val="clear" w:color="auto" w:fill="FFFFFF"/>
          </w:tcPr>
          <w:p w14:paraId="1A397763" w14:textId="77777777" w:rsidR="00056677" w:rsidRDefault="0092657D">
            <w:r>
              <w:t>определяется проектной документацией</w:t>
            </w:r>
          </w:p>
        </w:tc>
      </w:tr>
      <w:tr w:rsidR="00056677" w14:paraId="18774028" w14:textId="77777777">
        <w:trPr>
          <w:cantSplit/>
        </w:trPr>
        <w:tc>
          <w:tcPr>
            <w:tcW w:w="0" w:type="auto"/>
            <w:shd w:val="clear" w:color="auto" w:fill="F2F2F2"/>
          </w:tcPr>
          <w:p w14:paraId="5884C82D" w14:textId="77777777" w:rsidR="00056677" w:rsidRDefault="0092657D">
            <w:r>
              <w:t>Вид топлива</w:t>
            </w:r>
          </w:p>
        </w:tc>
        <w:tc>
          <w:tcPr>
            <w:tcW w:w="0" w:type="auto"/>
            <w:shd w:val="clear" w:color="auto" w:fill="FFFFFF"/>
          </w:tcPr>
          <w:p w14:paraId="790055FD" w14:textId="77777777" w:rsidR="00056677" w:rsidRDefault="0092657D">
            <w:r>
              <w:t>—</w:t>
            </w:r>
          </w:p>
        </w:tc>
        <w:tc>
          <w:tcPr>
            <w:tcW w:w="0" w:type="auto"/>
            <w:shd w:val="clear" w:color="auto" w:fill="FFFFFF"/>
          </w:tcPr>
          <w:p w14:paraId="1CEFBD7A" w14:textId="77777777" w:rsidR="00056677" w:rsidRDefault="0092657D">
            <w:r>
              <w:t>каменный уголь</w:t>
            </w:r>
          </w:p>
        </w:tc>
        <w:tc>
          <w:tcPr>
            <w:tcW w:w="0" w:type="auto"/>
            <w:shd w:val="clear" w:color="auto" w:fill="FFFFFF"/>
          </w:tcPr>
          <w:p w14:paraId="3444C0D2" w14:textId="77777777" w:rsidR="00056677" w:rsidRDefault="0092657D">
            <w:r>
              <w:t>каменный уголь</w:t>
            </w:r>
          </w:p>
        </w:tc>
        <w:tc>
          <w:tcPr>
            <w:tcW w:w="0" w:type="auto"/>
            <w:shd w:val="clear" w:color="auto" w:fill="FFFFFF"/>
          </w:tcPr>
          <w:p w14:paraId="4CA6076A" w14:textId="77777777" w:rsidR="00056677" w:rsidRDefault="0092657D">
            <w:r>
              <w:t>природный газ</w:t>
            </w:r>
          </w:p>
        </w:tc>
      </w:tr>
    </w:tbl>
    <w:p w14:paraId="31E4FF6C" w14:textId="77777777" w:rsidR="00056677" w:rsidRPr="005731F7" w:rsidRDefault="0092657D">
      <w:pPr>
        <w:pStyle w:val="31"/>
        <w:rPr>
          <w:sz w:val="28"/>
          <w:szCs w:val="28"/>
        </w:rPr>
      </w:pPr>
      <w:r w:rsidRPr="005731F7">
        <w:rPr>
          <w:sz w:val="28"/>
          <w:szCs w:val="28"/>
        </w:rPr>
        <w:t>2.17.8. УПК № 8 «Мундыбаш»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43"/>
        <w:gridCol w:w="1069"/>
        <w:gridCol w:w="1523"/>
        <w:gridCol w:w="1523"/>
        <w:gridCol w:w="3231"/>
      </w:tblGrid>
      <w:tr w:rsidR="00056677" w14:paraId="725CA616" w14:textId="77777777">
        <w:trPr>
          <w:cantSplit/>
          <w:tblHeader/>
        </w:trPr>
        <w:tc>
          <w:tcPr>
            <w:tcW w:w="0" w:type="auto"/>
            <w:shd w:val="clear" w:color="auto" w:fill="E2F0D9"/>
          </w:tcPr>
          <w:p w14:paraId="39279140" w14:textId="77777777" w:rsidR="00056677" w:rsidRDefault="0092657D">
            <w:pPr>
              <w:jc w:val="center"/>
            </w:pPr>
            <w:r>
              <w:rPr>
                <w:b/>
              </w:rPr>
              <w:t>Показатель</w:t>
            </w:r>
          </w:p>
        </w:tc>
        <w:tc>
          <w:tcPr>
            <w:tcW w:w="0" w:type="auto"/>
            <w:shd w:val="clear" w:color="auto" w:fill="E2F0D9"/>
          </w:tcPr>
          <w:p w14:paraId="3DFC14E0" w14:textId="77777777" w:rsidR="00056677" w:rsidRDefault="0092657D">
            <w:pPr>
              <w:jc w:val="center"/>
            </w:pPr>
            <w:r>
              <w:rPr>
                <w:b/>
              </w:rPr>
              <w:t>Единица</w:t>
            </w:r>
          </w:p>
        </w:tc>
        <w:tc>
          <w:tcPr>
            <w:tcW w:w="0" w:type="auto"/>
            <w:shd w:val="clear" w:color="auto" w:fill="E2F0D9"/>
          </w:tcPr>
          <w:p w14:paraId="0AB999F0" w14:textId="77777777" w:rsidR="00056677" w:rsidRDefault="0092657D">
            <w:pPr>
              <w:jc w:val="center"/>
            </w:pPr>
            <w:r>
              <w:rPr>
                <w:b/>
              </w:rPr>
              <w:t>2026</w:t>
            </w:r>
          </w:p>
        </w:tc>
        <w:tc>
          <w:tcPr>
            <w:tcW w:w="0" w:type="auto"/>
            <w:shd w:val="clear" w:color="auto" w:fill="E2F0D9"/>
          </w:tcPr>
          <w:p w14:paraId="0D534762" w14:textId="77777777" w:rsidR="00056677" w:rsidRDefault="0092657D">
            <w:pPr>
              <w:jc w:val="center"/>
            </w:pPr>
            <w:r>
              <w:rPr>
                <w:b/>
              </w:rPr>
              <w:t>2031</w:t>
            </w:r>
          </w:p>
        </w:tc>
        <w:tc>
          <w:tcPr>
            <w:tcW w:w="0" w:type="auto"/>
            <w:shd w:val="clear" w:color="auto" w:fill="E2F0D9"/>
          </w:tcPr>
          <w:p w14:paraId="4EE6411C" w14:textId="77777777" w:rsidR="00056677" w:rsidRDefault="0092657D">
            <w:pPr>
              <w:jc w:val="center"/>
            </w:pPr>
            <w:r>
              <w:rPr>
                <w:b/>
              </w:rPr>
              <w:t>2036</w:t>
            </w:r>
          </w:p>
        </w:tc>
      </w:tr>
      <w:tr w:rsidR="00056677" w14:paraId="19388AE3" w14:textId="77777777">
        <w:trPr>
          <w:cantSplit/>
        </w:trPr>
        <w:tc>
          <w:tcPr>
            <w:tcW w:w="0" w:type="auto"/>
            <w:shd w:val="clear" w:color="auto" w:fill="F2F2F2"/>
          </w:tcPr>
          <w:p w14:paraId="675C8ECE" w14:textId="77777777" w:rsidR="00056677" w:rsidRDefault="0092657D">
            <w:r>
              <w:t>Установленная мощность</w:t>
            </w:r>
          </w:p>
        </w:tc>
        <w:tc>
          <w:tcPr>
            <w:tcW w:w="0" w:type="auto"/>
            <w:shd w:val="clear" w:color="auto" w:fill="FFFFFF"/>
          </w:tcPr>
          <w:p w14:paraId="64DF5591" w14:textId="77777777" w:rsidR="00056677" w:rsidRDefault="0092657D">
            <w:r>
              <w:t>Гкал/ч</w:t>
            </w:r>
          </w:p>
        </w:tc>
        <w:tc>
          <w:tcPr>
            <w:tcW w:w="0" w:type="auto"/>
            <w:shd w:val="clear" w:color="auto" w:fill="FFFFFF"/>
          </w:tcPr>
          <w:p w14:paraId="66E2889F" w14:textId="77777777" w:rsidR="00056677" w:rsidRDefault="0092657D">
            <w:r>
              <w:t>36,00</w:t>
            </w:r>
          </w:p>
        </w:tc>
        <w:tc>
          <w:tcPr>
            <w:tcW w:w="0" w:type="auto"/>
            <w:shd w:val="clear" w:color="auto" w:fill="FFFFFF"/>
          </w:tcPr>
          <w:p w14:paraId="1BA019A6" w14:textId="77777777" w:rsidR="00056677" w:rsidRDefault="0092657D">
            <w:r>
              <w:t>36,00</w:t>
            </w:r>
          </w:p>
        </w:tc>
        <w:tc>
          <w:tcPr>
            <w:tcW w:w="0" w:type="auto"/>
            <w:shd w:val="clear" w:color="auto" w:fill="FFFFFF"/>
          </w:tcPr>
          <w:p w14:paraId="6804BFA2" w14:textId="77777777" w:rsidR="00056677" w:rsidRDefault="0092657D">
            <w:r>
              <w:t>36,00</w:t>
            </w:r>
          </w:p>
        </w:tc>
      </w:tr>
      <w:tr w:rsidR="00056677" w14:paraId="2C14C35C" w14:textId="77777777">
        <w:trPr>
          <w:cantSplit/>
        </w:trPr>
        <w:tc>
          <w:tcPr>
            <w:tcW w:w="0" w:type="auto"/>
            <w:shd w:val="clear" w:color="auto" w:fill="F2F2F2"/>
          </w:tcPr>
          <w:p w14:paraId="2934E28F" w14:textId="77777777" w:rsidR="00056677" w:rsidRDefault="0092657D">
            <w:r>
              <w:t>Располагаемая мощность</w:t>
            </w:r>
          </w:p>
        </w:tc>
        <w:tc>
          <w:tcPr>
            <w:tcW w:w="0" w:type="auto"/>
            <w:shd w:val="clear" w:color="auto" w:fill="FFFFFF"/>
          </w:tcPr>
          <w:p w14:paraId="6CE45559" w14:textId="77777777" w:rsidR="00056677" w:rsidRDefault="0092657D">
            <w:r>
              <w:t>Гкал/ч</w:t>
            </w:r>
          </w:p>
        </w:tc>
        <w:tc>
          <w:tcPr>
            <w:tcW w:w="0" w:type="auto"/>
            <w:shd w:val="clear" w:color="auto" w:fill="FFFFFF"/>
          </w:tcPr>
          <w:p w14:paraId="0EAB2987" w14:textId="77777777" w:rsidR="00056677" w:rsidRDefault="0092657D">
            <w:r>
              <w:t>36,00</w:t>
            </w:r>
          </w:p>
        </w:tc>
        <w:tc>
          <w:tcPr>
            <w:tcW w:w="0" w:type="auto"/>
            <w:shd w:val="clear" w:color="auto" w:fill="FFFFFF"/>
          </w:tcPr>
          <w:p w14:paraId="5764CCA0" w14:textId="77777777" w:rsidR="00056677" w:rsidRDefault="0092657D">
            <w:r>
              <w:t>36,00</w:t>
            </w:r>
          </w:p>
        </w:tc>
        <w:tc>
          <w:tcPr>
            <w:tcW w:w="0" w:type="auto"/>
            <w:shd w:val="clear" w:color="auto" w:fill="FFFFFF"/>
          </w:tcPr>
          <w:p w14:paraId="510AF2E3" w14:textId="77777777" w:rsidR="00056677" w:rsidRDefault="0092657D">
            <w:r>
              <w:t>36,00</w:t>
            </w:r>
          </w:p>
        </w:tc>
      </w:tr>
      <w:tr w:rsidR="00056677" w14:paraId="59C66DAB" w14:textId="77777777">
        <w:trPr>
          <w:cantSplit/>
        </w:trPr>
        <w:tc>
          <w:tcPr>
            <w:tcW w:w="0" w:type="auto"/>
            <w:shd w:val="clear" w:color="auto" w:fill="F2F2F2"/>
          </w:tcPr>
          <w:p w14:paraId="3397728B" w14:textId="77777777" w:rsidR="00056677" w:rsidRDefault="0092657D">
            <w:r>
              <w:t>Присоединённая договорная нагрузка</w:t>
            </w:r>
          </w:p>
        </w:tc>
        <w:tc>
          <w:tcPr>
            <w:tcW w:w="0" w:type="auto"/>
            <w:shd w:val="clear" w:color="auto" w:fill="FFFFFF"/>
          </w:tcPr>
          <w:p w14:paraId="54121B55" w14:textId="77777777" w:rsidR="00056677" w:rsidRDefault="0092657D">
            <w:r>
              <w:t>Гкал/ч</w:t>
            </w:r>
          </w:p>
        </w:tc>
        <w:tc>
          <w:tcPr>
            <w:tcW w:w="0" w:type="auto"/>
            <w:shd w:val="clear" w:color="auto" w:fill="FFFFFF"/>
          </w:tcPr>
          <w:p w14:paraId="55AF67BD" w14:textId="77777777" w:rsidR="00056677" w:rsidRDefault="0092657D">
            <w:r>
              <w:t>8,5759</w:t>
            </w:r>
          </w:p>
        </w:tc>
        <w:tc>
          <w:tcPr>
            <w:tcW w:w="0" w:type="auto"/>
            <w:shd w:val="clear" w:color="auto" w:fill="FFFFFF"/>
          </w:tcPr>
          <w:p w14:paraId="452BB206" w14:textId="77777777" w:rsidR="00056677" w:rsidRDefault="0092657D">
            <w:r>
              <w:t>8,5759</w:t>
            </w:r>
          </w:p>
        </w:tc>
        <w:tc>
          <w:tcPr>
            <w:tcW w:w="0" w:type="auto"/>
            <w:shd w:val="clear" w:color="auto" w:fill="FFFFFF"/>
          </w:tcPr>
          <w:p w14:paraId="38596D64" w14:textId="77777777" w:rsidR="00056677" w:rsidRDefault="0092657D">
            <w:r>
              <w:t>8,5759</w:t>
            </w:r>
          </w:p>
        </w:tc>
      </w:tr>
      <w:tr w:rsidR="00056677" w14:paraId="123EDEBF" w14:textId="77777777">
        <w:trPr>
          <w:cantSplit/>
        </w:trPr>
        <w:tc>
          <w:tcPr>
            <w:tcW w:w="0" w:type="auto"/>
            <w:shd w:val="clear" w:color="auto" w:fill="F2F2F2"/>
          </w:tcPr>
          <w:p w14:paraId="2C6A18E2" w14:textId="77777777" w:rsidR="00056677" w:rsidRDefault="0092657D">
            <w:r>
              <w:t>Полная максимальная нагрузка</w:t>
            </w:r>
          </w:p>
        </w:tc>
        <w:tc>
          <w:tcPr>
            <w:tcW w:w="0" w:type="auto"/>
            <w:shd w:val="clear" w:color="auto" w:fill="FFFFFF"/>
          </w:tcPr>
          <w:p w14:paraId="7D494ED2" w14:textId="77777777" w:rsidR="00056677" w:rsidRDefault="0092657D">
            <w:r>
              <w:t>Гкал/ч</w:t>
            </w:r>
          </w:p>
        </w:tc>
        <w:tc>
          <w:tcPr>
            <w:tcW w:w="0" w:type="auto"/>
            <w:shd w:val="clear" w:color="auto" w:fill="FFFFFF"/>
          </w:tcPr>
          <w:p w14:paraId="0061BB64" w14:textId="77777777" w:rsidR="00056677" w:rsidRDefault="0092657D">
            <w:r>
              <w:t>20,2475</w:t>
            </w:r>
          </w:p>
        </w:tc>
        <w:tc>
          <w:tcPr>
            <w:tcW w:w="0" w:type="auto"/>
            <w:shd w:val="clear" w:color="auto" w:fill="FFFFFF"/>
          </w:tcPr>
          <w:p w14:paraId="405E8A6C" w14:textId="77777777" w:rsidR="00056677" w:rsidRDefault="0092657D">
            <w:r>
              <w:t>20,2475</w:t>
            </w:r>
          </w:p>
        </w:tc>
        <w:tc>
          <w:tcPr>
            <w:tcW w:w="0" w:type="auto"/>
            <w:shd w:val="clear" w:color="auto" w:fill="FFFFFF"/>
          </w:tcPr>
          <w:p w14:paraId="05F139B1" w14:textId="77777777" w:rsidR="00056677" w:rsidRDefault="0092657D">
            <w:r>
              <w:t>20,2475</w:t>
            </w:r>
          </w:p>
        </w:tc>
      </w:tr>
      <w:tr w:rsidR="00056677" w14:paraId="30913C68" w14:textId="77777777">
        <w:trPr>
          <w:cantSplit/>
        </w:trPr>
        <w:tc>
          <w:tcPr>
            <w:tcW w:w="0" w:type="auto"/>
            <w:shd w:val="clear" w:color="auto" w:fill="F2F2F2"/>
          </w:tcPr>
          <w:p w14:paraId="10F3F5A5" w14:textId="77777777" w:rsidR="00056677" w:rsidRDefault="0092657D">
            <w:r>
              <w:t>Резерв по располагаемой мощности</w:t>
            </w:r>
          </w:p>
        </w:tc>
        <w:tc>
          <w:tcPr>
            <w:tcW w:w="0" w:type="auto"/>
            <w:shd w:val="clear" w:color="auto" w:fill="FFFFFF"/>
          </w:tcPr>
          <w:p w14:paraId="7A236D84" w14:textId="77777777" w:rsidR="00056677" w:rsidRDefault="0092657D">
            <w:r>
              <w:t>Гкал/ч</w:t>
            </w:r>
          </w:p>
        </w:tc>
        <w:tc>
          <w:tcPr>
            <w:tcW w:w="0" w:type="auto"/>
            <w:shd w:val="clear" w:color="auto" w:fill="FFFFFF"/>
          </w:tcPr>
          <w:p w14:paraId="3C2D5218" w14:textId="77777777" w:rsidR="00056677" w:rsidRDefault="0092657D">
            <w:r>
              <w:t>15,7525</w:t>
            </w:r>
          </w:p>
        </w:tc>
        <w:tc>
          <w:tcPr>
            <w:tcW w:w="0" w:type="auto"/>
            <w:shd w:val="clear" w:color="auto" w:fill="FFFFFF"/>
          </w:tcPr>
          <w:p w14:paraId="31B34759" w14:textId="77777777" w:rsidR="00056677" w:rsidRDefault="0092657D">
            <w:r>
              <w:t>15,7525</w:t>
            </w:r>
          </w:p>
        </w:tc>
        <w:tc>
          <w:tcPr>
            <w:tcW w:w="0" w:type="auto"/>
            <w:shd w:val="clear" w:color="auto" w:fill="FFFFFF"/>
          </w:tcPr>
          <w:p w14:paraId="45C4F900" w14:textId="77777777" w:rsidR="00056677" w:rsidRDefault="0092657D">
            <w:r>
              <w:t>15,7525</w:t>
            </w:r>
          </w:p>
        </w:tc>
      </w:tr>
      <w:tr w:rsidR="00056677" w14:paraId="7DD4C53E" w14:textId="77777777">
        <w:trPr>
          <w:cantSplit/>
        </w:trPr>
        <w:tc>
          <w:tcPr>
            <w:tcW w:w="0" w:type="auto"/>
            <w:shd w:val="clear" w:color="auto" w:fill="F2F2F2"/>
          </w:tcPr>
          <w:p w14:paraId="4EC73F97" w14:textId="77777777" w:rsidR="00056677" w:rsidRDefault="0092657D">
            <w:r>
              <w:t>Резерв по присоединённой нагрузке</w:t>
            </w:r>
          </w:p>
        </w:tc>
        <w:tc>
          <w:tcPr>
            <w:tcW w:w="0" w:type="auto"/>
            <w:shd w:val="clear" w:color="auto" w:fill="FFFFFF"/>
          </w:tcPr>
          <w:p w14:paraId="4CDF6D94" w14:textId="77777777" w:rsidR="00056677" w:rsidRDefault="0092657D">
            <w:r>
              <w:t>Гкал/ч</w:t>
            </w:r>
          </w:p>
        </w:tc>
        <w:tc>
          <w:tcPr>
            <w:tcW w:w="0" w:type="auto"/>
            <w:shd w:val="clear" w:color="auto" w:fill="FFFFFF"/>
          </w:tcPr>
          <w:p w14:paraId="327BABEC" w14:textId="77777777" w:rsidR="00056677" w:rsidRDefault="0092657D">
            <w:r>
              <w:t>27,4241</w:t>
            </w:r>
          </w:p>
        </w:tc>
        <w:tc>
          <w:tcPr>
            <w:tcW w:w="0" w:type="auto"/>
            <w:shd w:val="clear" w:color="auto" w:fill="FFFFFF"/>
          </w:tcPr>
          <w:p w14:paraId="4D7F3874" w14:textId="77777777" w:rsidR="00056677" w:rsidRDefault="0092657D">
            <w:r>
              <w:t>27,4241</w:t>
            </w:r>
          </w:p>
        </w:tc>
        <w:tc>
          <w:tcPr>
            <w:tcW w:w="0" w:type="auto"/>
            <w:shd w:val="clear" w:color="auto" w:fill="FFFFFF"/>
          </w:tcPr>
          <w:p w14:paraId="24A58B11" w14:textId="77777777" w:rsidR="00056677" w:rsidRDefault="0092657D">
            <w:r>
              <w:t>27,4241</w:t>
            </w:r>
          </w:p>
        </w:tc>
      </w:tr>
      <w:tr w:rsidR="00056677" w14:paraId="4DA812E2" w14:textId="77777777">
        <w:trPr>
          <w:cantSplit/>
        </w:trPr>
        <w:tc>
          <w:tcPr>
            <w:tcW w:w="0" w:type="auto"/>
            <w:shd w:val="clear" w:color="auto" w:fill="F2F2F2"/>
          </w:tcPr>
          <w:p w14:paraId="669FD2F5" w14:textId="77777777" w:rsidR="00056677" w:rsidRDefault="0092657D">
            <w:r>
              <w:t>Загрузка оборудования</w:t>
            </w:r>
          </w:p>
        </w:tc>
        <w:tc>
          <w:tcPr>
            <w:tcW w:w="0" w:type="auto"/>
            <w:shd w:val="clear" w:color="auto" w:fill="FFFFFF"/>
          </w:tcPr>
          <w:p w14:paraId="1C6CEF87" w14:textId="77777777" w:rsidR="00056677" w:rsidRDefault="0092657D">
            <w:r>
              <w:t>%</w:t>
            </w:r>
          </w:p>
        </w:tc>
        <w:tc>
          <w:tcPr>
            <w:tcW w:w="0" w:type="auto"/>
            <w:shd w:val="clear" w:color="auto" w:fill="FFFFFF"/>
          </w:tcPr>
          <w:p w14:paraId="1A2DBE73" w14:textId="77777777" w:rsidR="00056677" w:rsidRDefault="0092657D">
            <w:r>
              <w:t>56,24</w:t>
            </w:r>
          </w:p>
        </w:tc>
        <w:tc>
          <w:tcPr>
            <w:tcW w:w="0" w:type="auto"/>
            <w:shd w:val="clear" w:color="auto" w:fill="FFFFFF"/>
          </w:tcPr>
          <w:p w14:paraId="67F0024A" w14:textId="77777777" w:rsidR="00056677" w:rsidRDefault="0092657D">
            <w:r>
              <w:t>56,24</w:t>
            </w:r>
          </w:p>
        </w:tc>
        <w:tc>
          <w:tcPr>
            <w:tcW w:w="0" w:type="auto"/>
            <w:shd w:val="clear" w:color="auto" w:fill="FFFFFF"/>
          </w:tcPr>
          <w:p w14:paraId="7D94B9C7" w14:textId="77777777" w:rsidR="00056677" w:rsidRDefault="0092657D">
            <w:r>
              <w:t>56,24</w:t>
            </w:r>
          </w:p>
        </w:tc>
      </w:tr>
      <w:tr w:rsidR="00056677" w14:paraId="3D064E08" w14:textId="77777777">
        <w:trPr>
          <w:cantSplit/>
        </w:trPr>
        <w:tc>
          <w:tcPr>
            <w:tcW w:w="0" w:type="auto"/>
            <w:shd w:val="clear" w:color="auto" w:fill="F2F2F2"/>
          </w:tcPr>
          <w:p w14:paraId="43E9513A" w14:textId="77777777" w:rsidR="00056677" w:rsidRPr="00844B84" w:rsidRDefault="0092657D">
            <w:pPr>
              <w:rPr>
                <w:lang w:val="ru-RU"/>
              </w:rPr>
            </w:pPr>
            <w:r w:rsidRPr="00844B84">
              <w:rPr>
                <w:lang w:val="ru-RU"/>
              </w:rPr>
              <w:t>Прирост нагрузки к базовому году</w:t>
            </w:r>
          </w:p>
        </w:tc>
        <w:tc>
          <w:tcPr>
            <w:tcW w:w="0" w:type="auto"/>
            <w:shd w:val="clear" w:color="auto" w:fill="FFFFFF"/>
          </w:tcPr>
          <w:p w14:paraId="68DDF1D7" w14:textId="77777777" w:rsidR="00056677" w:rsidRDefault="0092657D">
            <w:r>
              <w:t>Гкал/ч</w:t>
            </w:r>
          </w:p>
        </w:tc>
        <w:tc>
          <w:tcPr>
            <w:tcW w:w="0" w:type="auto"/>
            <w:shd w:val="clear" w:color="auto" w:fill="FFFFFF"/>
          </w:tcPr>
          <w:p w14:paraId="2593A1CB" w14:textId="77777777" w:rsidR="00056677" w:rsidRDefault="0092657D">
            <w:r>
              <w:t>—</w:t>
            </w:r>
          </w:p>
        </w:tc>
        <w:tc>
          <w:tcPr>
            <w:tcW w:w="0" w:type="auto"/>
            <w:shd w:val="clear" w:color="auto" w:fill="FFFFFF"/>
          </w:tcPr>
          <w:p w14:paraId="2BB2B6AC" w14:textId="77777777" w:rsidR="00056677" w:rsidRDefault="0092657D">
            <w:r>
              <w:t>0,0000</w:t>
            </w:r>
          </w:p>
        </w:tc>
        <w:tc>
          <w:tcPr>
            <w:tcW w:w="0" w:type="auto"/>
            <w:shd w:val="clear" w:color="auto" w:fill="FFFFFF"/>
          </w:tcPr>
          <w:p w14:paraId="0216BABB" w14:textId="77777777" w:rsidR="00056677" w:rsidRDefault="0092657D">
            <w:r>
              <w:t>0,0000</w:t>
            </w:r>
          </w:p>
        </w:tc>
      </w:tr>
      <w:tr w:rsidR="00056677" w14:paraId="5EFE210E" w14:textId="77777777">
        <w:trPr>
          <w:cantSplit/>
        </w:trPr>
        <w:tc>
          <w:tcPr>
            <w:tcW w:w="0" w:type="auto"/>
            <w:shd w:val="clear" w:color="auto" w:fill="F2F2F2"/>
          </w:tcPr>
          <w:p w14:paraId="35EC684B" w14:textId="77777777" w:rsidR="00056677" w:rsidRDefault="0092657D">
            <w:r>
              <w:t>Действующих котлоагрегатов</w:t>
            </w:r>
          </w:p>
        </w:tc>
        <w:tc>
          <w:tcPr>
            <w:tcW w:w="0" w:type="auto"/>
            <w:shd w:val="clear" w:color="auto" w:fill="FFFFFF"/>
          </w:tcPr>
          <w:p w14:paraId="4969D87E" w14:textId="77777777" w:rsidR="00056677" w:rsidRDefault="0092657D">
            <w:r>
              <w:t>ед.</w:t>
            </w:r>
          </w:p>
        </w:tc>
        <w:tc>
          <w:tcPr>
            <w:tcW w:w="0" w:type="auto"/>
            <w:shd w:val="clear" w:color="auto" w:fill="FFFFFF"/>
          </w:tcPr>
          <w:p w14:paraId="7CA32C0B" w14:textId="77777777" w:rsidR="00056677" w:rsidRDefault="0092657D">
            <w:r>
              <w:t>5</w:t>
            </w:r>
          </w:p>
        </w:tc>
        <w:tc>
          <w:tcPr>
            <w:tcW w:w="0" w:type="auto"/>
            <w:shd w:val="clear" w:color="auto" w:fill="FFFFFF"/>
          </w:tcPr>
          <w:p w14:paraId="1ADD8CC6" w14:textId="77777777" w:rsidR="00056677" w:rsidRDefault="0092657D">
            <w:r>
              <w:t>5</w:t>
            </w:r>
          </w:p>
        </w:tc>
        <w:tc>
          <w:tcPr>
            <w:tcW w:w="0" w:type="auto"/>
            <w:shd w:val="clear" w:color="auto" w:fill="FFFFFF"/>
          </w:tcPr>
          <w:p w14:paraId="406E3543" w14:textId="77777777" w:rsidR="00056677" w:rsidRDefault="0092657D">
            <w:r>
              <w:t>определяется проектной документацией</w:t>
            </w:r>
          </w:p>
        </w:tc>
      </w:tr>
      <w:tr w:rsidR="00056677" w14:paraId="66912B22" w14:textId="77777777">
        <w:trPr>
          <w:cantSplit/>
        </w:trPr>
        <w:tc>
          <w:tcPr>
            <w:tcW w:w="0" w:type="auto"/>
            <w:shd w:val="clear" w:color="auto" w:fill="F2F2F2"/>
          </w:tcPr>
          <w:p w14:paraId="56470E7F" w14:textId="77777777" w:rsidR="00056677" w:rsidRDefault="0092657D">
            <w:r>
              <w:t>Вид топлива</w:t>
            </w:r>
          </w:p>
        </w:tc>
        <w:tc>
          <w:tcPr>
            <w:tcW w:w="0" w:type="auto"/>
            <w:shd w:val="clear" w:color="auto" w:fill="FFFFFF"/>
          </w:tcPr>
          <w:p w14:paraId="7F03F400" w14:textId="77777777" w:rsidR="00056677" w:rsidRDefault="0092657D">
            <w:r>
              <w:t>—</w:t>
            </w:r>
          </w:p>
        </w:tc>
        <w:tc>
          <w:tcPr>
            <w:tcW w:w="0" w:type="auto"/>
            <w:shd w:val="clear" w:color="auto" w:fill="FFFFFF"/>
          </w:tcPr>
          <w:p w14:paraId="55B4AA58" w14:textId="77777777" w:rsidR="00056677" w:rsidRDefault="0092657D">
            <w:r>
              <w:t>каменный уголь</w:t>
            </w:r>
          </w:p>
        </w:tc>
        <w:tc>
          <w:tcPr>
            <w:tcW w:w="0" w:type="auto"/>
            <w:shd w:val="clear" w:color="auto" w:fill="FFFFFF"/>
          </w:tcPr>
          <w:p w14:paraId="0EF7E609" w14:textId="77777777" w:rsidR="00056677" w:rsidRDefault="0092657D">
            <w:r>
              <w:t>каменный уголь</w:t>
            </w:r>
          </w:p>
        </w:tc>
        <w:tc>
          <w:tcPr>
            <w:tcW w:w="0" w:type="auto"/>
            <w:shd w:val="clear" w:color="auto" w:fill="FFFFFF"/>
          </w:tcPr>
          <w:p w14:paraId="5740A89B" w14:textId="77777777" w:rsidR="00056677" w:rsidRDefault="0092657D">
            <w:r>
              <w:t>природный газ</w:t>
            </w:r>
          </w:p>
        </w:tc>
      </w:tr>
    </w:tbl>
    <w:p w14:paraId="6A30959C" w14:textId="77777777" w:rsidR="00056677" w:rsidRPr="005731F7" w:rsidRDefault="0092657D">
      <w:pPr>
        <w:pStyle w:val="31"/>
        <w:rPr>
          <w:sz w:val="28"/>
          <w:szCs w:val="28"/>
        </w:rPr>
      </w:pPr>
      <w:r w:rsidRPr="005731F7">
        <w:rPr>
          <w:sz w:val="28"/>
          <w:szCs w:val="28"/>
        </w:rPr>
        <w:t>2.17.9. УПК № 10 «Темир-Тау»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43"/>
        <w:gridCol w:w="1069"/>
        <w:gridCol w:w="1523"/>
        <w:gridCol w:w="1523"/>
        <w:gridCol w:w="3231"/>
      </w:tblGrid>
      <w:tr w:rsidR="00056677" w14:paraId="58C64F24" w14:textId="77777777">
        <w:trPr>
          <w:cantSplit/>
          <w:tblHeader/>
        </w:trPr>
        <w:tc>
          <w:tcPr>
            <w:tcW w:w="0" w:type="auto"/>
            <w:shd w:val="clear" w:color="auto" w:fill="E2F0D9"/>
          </w:tcPr>
          <w:p w14:paraId="64E86ED7" w14:textId="77777777" w:rsidR="00056677" w:rsidRDefault="0092657D">
            <w:pPr>
              <w:jc w:val="center"/>
            </w:pPr>
            <w:r>
              <w:rPr>
                <w:b/>
              </w:rPr>
              <w:t>Показатель</w:t>
            </w:r>
          </w:p>
        </w:tc>
        <w:tc>
          <w:tcPr>
            <w:tcW w:w="0" w:type="auto"/>
            <w:shd w:val="clear" w:color="auto" w:fill="E2F0D9"/>
          </w:tcPr>
          <w:p w14:paraId="43F120E5" w14:textId="77777777" w:rsidR="00056677" w:rsidRDefault="0092657D">
            <w:pPr>
              <w:jc w:val="center"/>
            </w:pPr>
            <w:r>
              <w:rPr>
                <w:b/>
              </w:rPr>
              <w:t>Единица</w:t>
            </w:r>
          </w:p>
        </w:tc>
        <w:tc>
          <w:tcPr>
            <w:tcW w:w="0" w:type="auto"/>
            <w:shd w:val="clear" w:color="auto" w:fill="E2F0D9"/>
          </w:tcPr>
          <w:p w14:paraId="1487D586" w14:textId="77777777" w:rsidR="00056677" w:rsidRDefault="0092657D">
            <w:pPr>
              <w:jc w:val="center"/>
            </w:pPr>
            <w:r>
              <w:rPr>
                <w:b/>
              </w:rPr>
              <w:t>2026</w:t>
            </w:r>
          </w:p>
        </w:tc>
        <w:tc>
          <w:tcPr>
            <w:tcW w:w="0" w:type="auto"/>
            <w:shd w:val="clear" w:color="auto" w:fill="E2F0D9"/>
          </w:tcPr>
          <w:p w14:paraId="3A173179" w14:textId="77777777" w:rsidR="00056677" w:rsidRDefault="0092657D">
            <w:pPr>
              <w:jc w:val="center"/>
            </w:pPr>
            <w:r>
              <w:rPr>
                <w:b/>
              </w:rPr>
              <w:t>2031</w:t>
            </w:r>
          </w:p>
        </w:tc>
        <w:tc>
          <w:tcPr>
            <w:tcW w:w="0" w:type="auto"/>
            <w:shd w:val="clear" w:color="auto" w:fill="E2F0D9"/>
          </w:tcPr>
          <w:p w14:paraId="26D1C6DA" w14:textId="77777777" w:rsidR="00056677" w:rsidRDefault="0092657D">
            <w:pPr>
              <w:jc w:val="center"/>
            </w:pPr>
            <w:r>
              <w:rPr>
                <w:b/>
              </w:rPr>
              <w:t>2036</w:t>
            </w:r>
          </w:p>
        </w:tc>
      </w:tr>
      <w:tr w:rsidR="00056677" w14:paraId="38850A24" w14:textId="77777777">
        <w:trPr>
          <w:cantSplit/>
        </w:trPr>
        <w:tc>
          <w:tcPr>
            <w:tcW w:w="0" w:type="auto"/>
            <w:shd w:val="clear" w:color="auto" w:fill="F2F2F2"/>
          </w:tcPr>
          <w:p w14:paraId="4AD70FE3" w14:textId="77777777" w:rsidR="00056677" w:rsidRDefault="0092657D">
            <w:r>
              <w:t>Установленная мощность</w:t>
            </w:r>
          </w:p>
        </w:tc>
        <w:tc>
          <w:tcPr>
            <w:tcW w:w="0" w:type="auto"/>
            <w:shd w:val="clear" w:color="auto" w:fill="FFFFFF"/>
          </w:tcPr>
          <w:p w14:paraId="37896250" w14:textId="77777777" w:rsidR="00056677" w:rsidRDefault="0092657D">
            <w:r>
              <w:t>Гкал/ч</w:t>
            </w:r>
          </w:p>
        </w:tc>
        <w:tc>
          <w:tcPr>
            <w:tcW w:w="0" w:type="auto"/>
            <w:shd w:val="clear" w:color="auto" w:fill="FFFFFF"/>
          </w:tcPr>
          <w:p w14:paraId="2C8D71A7" w14:textId="77777777" w:rsidR="00056677" w:rsidRDefault="0092657D">
            <w:r>
              <w:t>33,60</w:t>
            </w:r>
          </w:p>
        </w:tc>
        <w:tc>
          <w:tcPr>
            <w:tcW w:w="0" w:type="auto"/>
            <w:shd w:val="clear" w:color="auto" w:fill="FFFFFF"/>
          </w:tcPr>
          <w:p w14:paraId="494DDE4C" w14:textId="77777777" w:rsidR="00056677" w:rsidRDefault="0092657D">
            <w:r>
              <w:t>33,60</w:t>
            </w:r>
          </w:p>
        </w:tc>
        <w:tc>
          <w:tcPr>
            <w:tcW w:w="0" w:type="auto"/>
            <w:shd w:val="clear" w:color="auto" w:fill="FFFFFF"/>
          </w:tcPr>
          <w:p w14:paraId="4B55E027" w14:textId="77777777" w:rsidR="00056677" w:rsidRDefault="0092657D">
            <w:r>
              <w:t>33,60</w:t>
            </w:r>
          </w:p>
        </w:tc>
      </w:tr>
      <w:tr w:rsidR="00056677" w14:paraId="470059F7" w14:textId="77777777">
        <w:trPr>
          <w:cantSplit/>
        </w:trPr>
        <w:tc>
          <w:tcPr>
            <w:tcW w:w="0" w:type="auto"/>
            <w:shd w:val="clear" w:color="auto" w:fill="F2F2F2"/>
          </w:tcPr>
          <w:p w14:paraId="62E2D5FA" w14:textId="77777777" w:rsidR="00056677" w:rsidRDefault="0092657D">
            <w:r>
              <w:t>Располагаемая мощность</w:t>
            </w:r>
          </w:p>
        </w:tc>
        <w:tc>
          <w:tcPr>
            <w:tcW w:w="0" w:type="auto"/>
            <w:shd w:val="clear" w:color="auto" w:fill="FFFFFF"/>
          </w:tcPr>
          <w:p w14:paraId="3337BBED" w14:textId="77777777" w:rsidR="00056677" w:rsidRDefault="0092657D">
            <w:r>
              <w:t>Гкал/ч</w:t>
            </w:r>
          </w:p>
        </w:tc>
        <w:tc>
          <w:tcPr>
            <w:tcW w:w="0" w:type="auto"/>
            <w:shd w:val="clear" w:color="auto" w:fill="FFFFFF"/>
          </w:tcPr>
          <w:p w14:paraId="7C314058" w14:textId="77777777" w:rsidR="00056677" w:rsidRDefault="0092657D">
            <w:r>
              <w:t>33,60</w:t>
            </w:r>
          </w:p>
        </w:tc>
        <w:tc>
          <w:tcPr>
            <w:tcW w:w="0" w:type="auto"/>
            <w:shd w:val="clear" w:color="auto" w:fill="FFFFFF"/>
          </w:tcPr>
          <w:p w14:paraId="087E7A97" w14:textId="77777777" w:rsidR="00056677" w:rsidRDefault="0092657D">
            <w:r>
              <w:t>33,60</w:t>
            </w:r>
          </w:p>
        </w:tc>
        <w:tc>
          <w:tcPr>
            <w:tcW w:w="0" w:type="auto"/>
            <w:shd w:val="clear" w:color="auto" w:fill="FFFFFF"/>
          </w:tcPr>
          <w:p w14:paraId="7731A7D4" w14:textId="77777777" w:rsidR="00056677" w:rsidRDefault="0092657D">
            <w:r>
              <w:t>33,60</w:t>
            </w:r>
          </w:p>
        </w:tc>
      </w:tr>
      <w:tr w:rsidR="00056677" w14:paraId="2F75B623" w14:textId="77777777">
        <w:trPr>
          <w:cantSplit/>
        </w:trPr>
        <w:tc>
          <w:tcPr>
            <w:tcW w:w="0" w:type="auto"/>
            <w:shd w:val="clear" w:color="auto" w:fill="F2F2F2"/>
          </w:tcPr>
          <w:p w14:paraId="73882C93" w14:textId="77777777" w:rsidR="00056677" w:rsidRDefault="0092657D">
            <w:r>
              <w:t>Присоединённая договорная нагрузка</w:t>
            </w:r>
          </w:p>
        </w:tc>
        <w:tc>
          <w:tcPr>
            <w:tcW w:w="0" w:type="auto"/>
            <w:shd w:val="clear" w:color="auto" w:fill="FFFFFF"/>
          </w:tcPr>
          <w:p w14:paraId="4A22E70F" w14:textId="77777777" w:rsidR="00056677" w:rsidRDefault="0092657D">
            <w:r>
              <w:t>Гкал/ч</w:t>
            </w:r>
          </w:p>
        </w:tc>
        <w:tc>
          <w:tcPr>
            <w:tcW w:w="0" w:type="auto"/>
            <w:shd w:val="clear" w:color="auto" w:fill="FFFFFF"/>
          </w:tcPr>
          <w:p w14:paraId="3806F467" w14:textId="77777777" w:rsidR="00056677" w:rsidRDefault="0092657D">
            <w:r>
              <w:t>6,5755</w:t>
            </w:r>
          </w:p>
        </w:tc>
        <w:tc>
          <w:tcPr>
            <w:tcW w:w="0" w:type="auto"/>
            <w:shd w:val="clear" w:color="auto" w:fill="FFFFFF"/>
          </w:tcPr>
          <w:p w14:paraId="7DDAF7F8" w14:textId="77777777" w:rsidR="00056677" w:rsidRDefault="0092657D">
            <w:r>
              <w:t>6,5755</w:t>
            </w:r>
          </w:p>
        </w:tc>
        <w:tc>
          <w:tcPr>
            <w:tcW w:w="0" w:type="auto"/>
            <w:shd w:val="clear" w:color="auto" w:fill="FFFFFF"/>
          </w:tcPr>
          <w:p w14:paraId="5467DC27" w14:textId="77777777" w:rsidR="00056677" w:rsidRDefault="0092657D">
            <w:r>
              <w:t>6,5755</w:t>
            </w:r>
          </w:p>
        </w:tc>
      </w:tr>
      <w:tr w:rsidR="00056677" w14:paraId="5DD4C82D" w14:textId="77777777">
        <w:trPr>
          <w:cantSplit/>
        </w:trPr>
        <w:tc>
          <w:tcPr>
            <w:tcW w:w="0" w:type="auto"/>
            <w:shd w:val="clear" w:color="auto" w:fill="F2F2F2"/>
          </w:tcPr>
          <w:p w14:paraId="51D91AC1" w14:textId="77777777" w:rsidR="00056677" w:rsidRDefault="0092657D">
            <w:r>
              <w:t>Полная максимальная нагрузка</w:t>
            </w:r>
          </w:p>
        </w:tc>
        <w:tc>
          <w:tcPr>
            <w:tcW w:w="0" w:type="auto"/>
            <w:shd w:val="clear" w:color="auto" w:fill="FFFFFF"/>
          </w:tcPr>
          <w:p w14:paraId="10E4473E" w14:textId="77777777" w:rsidR="00056677" w:rsidRDefault="0092657D">
            <w:r>
              <w:t>Гкал/ч</w:t>
            </w:r>
          </w:p>
        </w:tc>
        <w:tc>
          <w:tcPr>
            <w:tcW w:w="0" w:type="auto"/>
            <w:shd w:val="clear" w:color="auto" w:fill="FFFFFF"/>
          </w:tcPr>
          <w:p w14:paraId="208DC2EF" w14:textId="77777777" w:rsidR="00056677" w:rsidRDefault="0092657D">
            <w:r>
              <w:t>8,6985</w:t>
            </w:r>
          </w:p>
        </w:tc>
        <w:tc>
          <w:tcPr>
            <w:tcW w:w="0" w:type="auto"/>
            <w:shd w:val="clear" w:color="auto" w:fill="FFFFFF"/>
          </w:tcPr>
          <w:p w14:paraId="797C0125" w14:textId="77777777" w:rsidR="00056677" w:rsidRDefault="0092657D">
            <w:r>
              <w:t>8,6985</w:t>
            </w:r>
          </w:p>
        </w:tc>
        <w:tc>
          <w:tcPr>
            <w:tcW w:w="0" w:type="auto"/>
            <w:shd w:val="clear" w:color="auto" w:fill="FFFFFF"/>
          </w:tcPr>
          <w:p w14:paraId="2544DCBB" w14:textId="77777777" w:rsidR="00056677" w:rsidRDefault="0092657D">
            <w:r>
              <w:t>8,6985</w:t>
            </w:r>
          </w:p>
        </w:tc>
      </w:tr>
      <w:tr w:rsidR="00056677" w14:paraId="4D25C72B" w14:textId="77777777">
        <w:trPr>
          <w:cantSplit/>
        </w:trPr>
        <w:tc>
          <w:tcPr>
            <w:tcW w:w="0" w:type="auto"/>
            <w:shd w:val="clear" w:color="auto" w:fill="F2F2F2"/>
          </w:tcPr>
          <w:p w14:paraId="471042CF" w14:textId="77777777" w:rsidR="00056677" w:rsidRDefault="0092657D">
            <w:r>
              <w:t>Резерв по располагаемой мощности</w:t>
            </w:r>
          </w:p>
        </w:tc>
        <w:tc>
          <w:tcPr>
            <w:tcW w:w="0" w:type="auto"/>
            <w:shd w:val="clear" w:color="auto" w:fill="FFFFFF"/>
          </w:tcPr>
          <w:p w14:paraId="55DFDE95" w14:textId="77777777" w:rsidR="00056677" w:rsidRDefault="0092657D">
            <w:r>
              <w:t>Гкал/ч</w:t>
            </w:r>
          </w:p>
        </w:tc>
        <w:tc>
          <w:tcPr>
            <w:tcW w:w="0" w:type="auto"/>
            <w:shd w:val="clear" w:color="auto" w:fill="FFFFFF"/>
          </w:tcPr>
          <w:p w14:paraId="086ADCBD" w14:textId="77777777" w:rsidR="00056677" w:rsidRDefault="0092657D">
            <w:r>
              <w:t>24,9015</w:t>
            </w:r>
          </w:p>
        </w:tc>
        <w:tc>
          <w:tcPr>
            <w:tcW w:w="0" w:type="auto"/>
            <w:shd w:val="clear" w:color="auto" w:fill="FFFFFF"/>
          </w:tcPr>
          <w:p w14:paraId="06A2F3A3" w14:textId="77777777" w:rsidR="00056677" w:rsidRDefault="0092657D">
            <w:r>
              <w:t>24,9015</w:t>
            </w:r>
          </w:p>
        </w:tc>
        <w:tc>
          <w:tcPr>
            <w:tcW w:w="0" w:type="auto"/>
            <w:shd w:val="clear" w:color="auto" w:fill="FFFFFF"/>
          </w:tcPr>
          <w:p w14:paraId="346977CD" w14:textId="77777777" w:rsidR="00056677" w:rsidRDefault="0092657D">
            <w:r>
              <w:t>24,9015</w:t>
            </w:r>
          </w:p>
        </w:tc>
      </w:tr>
      <w:tr w:rsidR="00056677" w14:paraId="693F8864" w14:textId="77777777">
        <w:trPr>
          <w:cantSplit/>
        </w:trPr>
        <w:tc>
          <w:tcPr>
            <w:tcW w:w="0" w:type="auto"/>
            <w:shd w:val="clear" w:color="auto" w:fill="F2F2F2"/>
          </w:tcPr>
          <w:p w14:paraId="3D569257" w14:textId="77777777" w:rsidR="00056677" w:rsidRDefault="0092657D">
            <w:r>
              <w:t>Резерв по присоединённой нагрузке</w:t>
            </w:r>
          </w:p>
        </w:tc>
        <w:tc>
          <w:tcPr>
            <w:tcW w:w="0" w:type="auto"/>
            <w:shd w:val="clear" w:color="auto" w:fill="FFFFFF"/>
          </w:tcPr>
          <w:p w14:paraId="3D38E5A7" w14:textId="77777777" w:rsidR="00056677" w:rsidRDefault="0092657D">
            <w:r>
              <w:t>Гкал/ч</w:t>
            </w:r>
          </w:p>
        </w:tc>
        <w:tc>
          <w:tcPr>
            <w:tcW w:w="0" w:type="auto"/>
            <w:shd w:val="clear" w:color="auto" w:fill="FFFFFF"/>
          </w:tcPr>
          <w:p w14:paraId="4ACF0D89" w14:textId="77777777" w:rsidR="00056677" w:rsidRDefault="0092657D">
            <w:r>
              <w:t>27,0245</w:t>
            </w:r>
          </w:p>
        </w:tc>
        <w:tc>
          <w:tcPr>
            <w:tcW w:w="0" w:type="auto"/>
            <w:shd w:val="clear" w:color="auto" w:fill="FFFFFF"/>
          </w:tcPr>
          <w:p w14:paraId="044720C2" w14:textId="77777777" w:rsidR="00056677" w:rsidRDefault="0092657D">
            <w:r>
              <w:t>27,0245</w:t>
            </w:r>
          </w:p>
        </w:tc>
        <w:tc>
          <w:tcPr>
            <w:tcW w:w="0" w:type="auto"/>
            <w:shd w:val="clear" w:color="auto" w:fill="FFFFFF"/>
          </w:tcPr>
          <w:p w14:paraId="37C059BD" w14:textId="77777777" w:rsidR="00056677" w:rsidRDefault="0092657D">
            <w:r>
              <w:t>27,0245</w:t>
            </w:r>
          </w:p>
        </w:tc>
      </w:tr>
      <w:tr w:rsidR="00056677" w14:paraId="0F369BE8" w14:textId="77777777">
        <w:trPr>
          <w:cantSplit/>
        </w:trPr>
        <w:tc>
          <w:tcPr>
            <w:tcW w:w="0" w:type="auto"/>
            <w:shd w:val="clear" w:color="auto" w:fill="F2F2F2"/>
          </w:tcPr>
          <w:p w14:paraId="45605146" w14:textId="77777777" w:rsidR="00056677" w:rsidRDefault="0092657D">
            <w:r>
              <w:t>Загрузка оборудования</w:t>
            </w:r>
          </w:p>
        </w:tc>
        <w:tc>
          <w:tcPr>
            <w:tcW w:w="0" w:type="auto"/>
            <w:shd w:val="clear" w:color="auto" w:fill="FFFFFF"/>
          </w:tcPr>
          <w:p w14:paraId="1B1AC851" w14:textId="77777777" w:rsidR="00056677" w:rsidRDefault="0092657D">
            <w:r>
              <w:t>%</w:t>
            </w:r>
          </w:p>
        </w:tc>
        <w:tc>
          <w:tcPr>
            <w:tcW w:w="0" w:type="auto"/>
            <w:shd w:val="clear" w:color="auto" w:fill="FFFFFF"/>
          </w:tcPr>
          <w:p w14:paraId="6D8395C1" w14:textId="77777777" w:rsidR="00056677" w:rsidRDefault="0092657D">
            <w:r>
              <w:t>25,89</w:t>
            </w:r>
          </w:p>
        </w:tc>
        <w:tc>
          <w:tcPr>
            <w:tcW w:w="0" w:type="auto"/>
            <w:shd w:val="clear" w:color="auto" w:fill="FFFFFF"/>
          </w:tcPr>
          <w:p w14:paraId="6C14EE25" w14:textId="77777777" w:rsidR="00056677" w:rsidRDefault="0092657D">
            <w:r>
              <w:t>25,89</w:t>
            </w:r>
          </w:p>
        </w:tc>
        <w:tc>
          <w:tcPr>
            <w:tcW w:w="0" w:type="auto"/>
            <w:shd w:val="clear" w:color="auto" w:fill="FFFFFF"/>
          </w:tcPr>
          <w:p w14:paraId="7A00E3F8" w14:textId="77777777" w:rsidR="00056677" w:rsidRDefault="0092657D">
            <w:r>
              <w:t>25,89</w:t>
            </w:r>
          </w:p>
        </w:tc>
      </w:tr>
      <w:tr w:rsidR="00056677" w14:paraId="00892A59" w14:textId="77777777">
        <w:trPr>
          <w:cantSplit/>
        </w:trPr>
        <w:tc>
          <w:tcPr>
            <w:tcW w:w="0" w:type="auto"/>
            <w:shd w:val="clear" w:color="auto" w:fill="F2F2F2"/>
          </w:tcPr>
          <w:p w14:paraId="3D07BBAB" w14:textId="77777777" w:rsidR="00056677" w:rsidRPr="00844B84" w:rsidRDefault="0092657D">
            <w:pPr>
              <w:rPr>
                <w:lang w:val="ru-RU"/>
              </w:rPr>
            </w:pPr>
            <w:r w:rsidRPr="00844B84">
              <w:rPr>
                <w:lang w:val="ru-RU"/>
              </w:rPr>
              <w:t>Прирост нагрузки к базовому году</w:t>
            </w:r>
          </w:p>
        </w:tc>
        <w:tc>
          <w:tcPr>
            <w:tcW w:w="0" w:type="auto"/>
            <w:shd w:val="clear" w:color="auto" w:fill="FFFFFF"/>
          </w:tcPr>
          <w:p w14:paraId="6CB76549" w14:textId="77777777" w:rsidR="00056677" w:rsidRDefault="0092657D">
            <w:r>
              <w:t>Гкал/ч</w:t>
            </w:r>
          </w:p>
        </w:tc>
        <w:tc>
          <w:tcPr>
            <w:tcW w:w="0" w:type="auto"/>
            <w:shd w:val="clear" w:color="auto" w:fill="FFFFFF"/>
          </w:tcPr>
          <w:p w14:paraId="52B59D60" w14:textId="77777777" w:rsidR="00056677" w:rsidRDefault="0092657D">
            <w:r>
              <w:t>—</w:t>
            </w:r>
          </w:p>
        </w:tc>
        <w:tc>
          <w:tcPr>
            <w:tcW w:w="0" w:type="auto"/>
            <w:shd w:val="clear" w:color="auto" w:fill="FFFFFF"/>
          </w:tcPr>
          <w:p w14:paraId="1C634F75" w14:textId="77777777" w:rsidR="00056677" w:rsidRDefault="0092657D">
            <w:r>
              <w:t>0,0000</w:t>
            </w:r>
          </w:p>
        </w:tc>
        <w:tc>
          <w:tcPr>
            <w:tcW w:w="0" w:type="auto"/>
            <w:shd w:val="clear" w:color="auto" w:fill="FFFFFF"/>
          </w:tcPr>
          <w:p w14:paraId="28EBFE57" w14:textId="77777777" w:rsidR="00056677" w:rsidRDefault="0092657D">
            <w:r>
              <w:t>0,0000</w:t>
            </w:r>
          </w:p>
        </w:tc>
      </w:tr>
      <w:tr w:rsidR="00056677" w14:paraId="53369869" w14:textId="77777777">
        <w:trPr>
          <w:cantSplit/>
        </w:trPr>
        <w:tc>
          <w:tcPr>
            <w:tcW w:w="0" w:type="auto"/>
            <w:shd w:val="clear" w:color="auto" w:fill="F2F2F2"/>
          </w:tcPr>
          <w:p w14:paraId="292A4A89" w14:textId="77777777" w:rsidR="00056677" w:rsidRDefault="0092657D">
            <w:r>
              <w:t>Действующих котлоагрегатов</w:t>
            </w:r>
          </w:p>
        </w:tc>
        <w:tc>
          <w:tcPr>
            <w:tcW w:w="0" w:type="auto"/>
            <w:shd w:val="clear" w:color="auto" w:fill="FFFFFF"/>
          </w:tcPr>
          <w:p w14:paraId="567A3812" w14:textId="77777777" w:rsidR="00056677" w:rsidRDefault="0092657D">
            <w:r>
              <w:t>ед.</w:t>
            </w:r>
          </w:p>
        </w:tc>
        <w:tc>
          <w:tcPr>
            <w:tcW w:w="0" w:type="auto"/>
            <w:shd w:val="clear" w:color="auto" w:fill="FFFFFF"/>
          </w:tcPr>
          <w:p w14:paraId="29C5E8C3" w14:textId="77777777" w:rsidR="00056677" w:rsidRDefault="0092657D">
            <w:r>
              <w:t>3</w:t>
            </w:r>
          </w:p>
        </w:tc>
        <w:tc>
          <w:tcPr>
            <w:tcW w:w="0" w:type="auto"/>
            <w:shd w:val="clear" w:color="auto" w:fill="FFFFFF"/>
          </w:tcPr>
          <w:p w14:paraId="287F574F" w14:textId="77777777" w:rsidR="00056677" w:rsidRDefault="0092657D">
            <w:r>
              <w:t>3</w:t>
            </w:r>
          </w:p>
        </w:tc>
        <w:tc>
          <w:tcPr>
            <w:tcW w:w="0" w:type="auto"/>
            <w:shd w:val="clear" w:color="auto" w:fill="FFFFFF"/>
          </w:tcPr>
          <w:p w14:paraId="38453CB4" w14:textId="77777777" w:rsidR="00056677" w:rsidRDefault="0092657D">
            <w:r>
              <w:t>определяется проектной документацией</w:t>
            </w:r>
          </w:p>
        </w:tc>
      </w:tr>
      <w:tr w:rsidR="00056677" w14:paraId="316D971A" w14:textId="77777777">
        <w:trPr>
          <w:cantSplit/>
        </w:trPr>
        <w:tc>
          <w:tcPr>
            <w:tcW w:w="0" w:type="auto"/>
            <w:shd w:val="clear" w:color="auto" w:fill="F2F2F2"/>
          </w:tcPr>
          <w:p w14:paraId="7081D7DF" w14:textId="77777777" w:rsidR="00056677" w:rsidRDefault="0092657D">
            <w:r>
              <w:t>Вид топлива</w:t>
            </w:r>
          </w:p>
        </w:tc>
        <w:tc>
          <w:tcPr>
            <w:tcW w:w="0" w:type="auto"/>
            <w:shd w:val="clear" w:color="auto" w:fill="FFFFFF"/>
          </w:tcPr>
          <w:p w14:paraId="40437D26" w14:textId="77777777" w:rsidR="00056677" w:rsidRDefault="0092657D">
            <w:r>
              <w:t>—</w:t>
            </w:r>
          </w:p>
        </w:tc>
        <w:tc>
          <w:tcPr>
            <w:tcW w:w="0" w:type="auto"/>
            <w:shd w:val="clear" w:color="auto" w:fill="FFFFFF"/>
          </w:tcPr>
          <w:p w14:paraId="7824ED73" w14:textId="77777777" w:rsidR="00056677" w:rsidRDefault="0092657D">
            <w:r>
              <w:t>каменный уголь</w:t>
            </w:r>
          </w:p>
        </w:tc>
        <w:tc>
          <w:tcPr>
            <w:tcW w:w="0" w:type="auto"/>
            <w:shd w:val="clear" w:color="auto" w:fill="FFFFFF"/>
          </w:tcPr>
          <w:p w14:paraId="3BB63C07" w14:textId="77777777" w:rsidR="00056677" w:rsidRDefault="0092657D">
            <w:r>
              <w:t>каменный уголь</w:t>
            </w:r>
          </w:p>
        </w:tc>
        <w:tc>
          <w:tcPr>
            <w:tcW w:w="0" w:type="auto"/>
            <w:shd w:val="clear" w:color="auto" w:fill="FFFFFF"/>
          </w:tcPr>
          <w:p w14:paraId="5929BE12" w14:textId="77777777" w:rsidR="00056677" w:rsidRDefault="0092657D">
            <w:r>
              <w:t>природный газ</w:t>
            </w:r>
          </w:p>
        </w:tc>
      </w:tr>
    </w:tbl>
    <w:p w14:paraId="544A7CC3" w14:textId="77777777" w:rsidR="00056677" w:rsidRPr="005731F7" w:rsidRDefault="0092657D">
      <w:pPr>
        <w:pStyle w:val="31"/>
        <w:rPr>
          <w:sz w:val="28"/>
          <w:szCs w:val="28"/>
        </w:rPr>
      </w:pPr>
      <w:r w:rsidRPr="005731F7">
        <w:rPr>
          <w:sz w:val="28"/>
          <w:szCs w:val="28"/>
        </w:rPr>
        <w:t>2.17.10. УПК № 3 «Спасск»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43"/>
        <w:gridCol w:w="1069"/>
        <w:gridCol w:w="1523"/>
        <w:gridCol w:w="1523"/>
        <w:gridCol w:w="3231"/>
      </w:tblGrid>
      <w:tr w:rsidR="00056677" w14:paraId="6A74AC84" w14:textId="77777777">
        <w:trPr>
          <w:cantSplit/>
          <w:tblHeader/>
        </w:trPr>
        <w:tc>
          <w:tcPr>
            <w:tcW w:w="0" w:type="auto"/>
            <w:shd w:val="clear" w:color="auto" w:fill="E2F0D9"/>
          </w:tcPr>
          <w:p w14:paraId="48A12725" w14:textId="77777777" w:rsidR="00056677" w:rsidRDefault="0092657D">
            <w:pPr>
              <w:jc w:val="center"/>
            </w:pPr>
            <w:r>
              <w:rPr>
                <w:b/>
              </w:rPr>
              <w:t>Показатель</w:t>
            </w:r>
          </w:p>
        </w:tc>
        <w:tc>
          <w:tcPr>
            <w:tcW w:w="0" w:type="auto"/>
            <w:shd w:val="clear" w:color="auto" w:fill="E2F0D9"/>
          </w:tcPr>
          <w:p w14:paraId="69679C44" w14:textId="77777777" w:rsidR="00056677" w:rsidRDefault="0092657D">
            <w:pPr>
              <w:jc w:val="center"/>
            </w:pPr>
            <w:r>
              <w:rPr>
                <w:b/>
              </w:rPr>
              <w:t>Единица</w:t>
            </w:r>
          </w:p>
        </w:tc>
        <w:tc>
          <w:tcPr>
            <w:tcW w:w="0" w:type="auto"/>
            <w:shd w:val="clear" w:color="auto" w:fill="E2F0D9"/>
          </w:tcPr>
          <w:p w14:paraId="46E2D723" w14:textId="77777777" w:rsidR="00056677" w:rsidRDefault="0092657D">
            <w:pPr>
              <w:jc w:val="center"/>
            </w:pPr>
            <w:r>
              <w:rPr>
                <w:b/>
              </w:rPr>
              <w:t>2026</w:t>
            </w:r>
          </w:p>
        </w:tc>
        <w:tc>
          <w:tcPr>
            <w:tcW w:w="0" w:type="auto"/>
            <w:shd w:val="clear" w:color="auto" w:fill="E2F0D9"/>
          </w:tcPr>
          <w:p w14:paraId="07642BEA" w14:textId="77777777" w:rsidR="00056677" w:rsidRDefault="0092657D">
            <w:pPr>
              <w:jc w:val="center"/>
            </w:pPr>
            <w:r>
              <w:rPr>
                <w:b/>
              </w:rPr>
              <w:t>2031</w:t>
            </w:r>
          </w:p>
        </w:tc>
        <w:tc>
          <w:tcPr>
            <w:tcW w:w="0" w:type="auto"/>
            <w:shd w:val="clear" w:color="auto" w:fill="E2F0D9"/>
          </w:tcPr>
          <w:p w14:paraId="28F56D73" w14:textId="77777777" w:rsidR="00056677" w:rsidRDefault="0092657D">
            <w:pPr>
              <w:jc w:val="center"/>
            </w:pPr>
            <w:r>
              <w:rPr>
                <w:b/>
              </w:rPr>
              <w:t>2036</w:t>
            </w:r>
          </w:p>
        </w:tc>
      </w:tr>
      <w:tr w:rsidR="00056677" w14:paraId="08E9715B" w14:textId="77777777">
        <w:trPr>
          <w:cantSplit/>
        </w:trPr>
        <w:tc>
          <w:tcPr>
            <w:tcW w:w="0" w:type="auto"/>
            <w:shd w:val="clear" w:color="auto" w:fill="F2F2F2"/>
          </w:tcPr>
          <w:p w14:paraId="190B38B2" w14:textId="77777777" w:rsidR="00056677" w:rsidRDefault="0092657D">
            <w:r>
              <w:t>Установленная мощность</w:t>
            </w:r>
          </w:p>
        </w:tc>
        <w:tc>
          <w:tcPr>
            <w:tcW w:w="0" w:type="auto"/>
            <w:shd w:val="clear" w:color="auto" w:fill="FFFFFF"/>
          </w:tcPr>
          <w:p w14:paraId="5E8AB7FD" w14:textId="77777777" w:rsidR="00056677" w:rsidRDefault="0092657D">
            <w:r>
              <w:t>Гкал/ч</w:t>
            </w:r>
          </w:p>
        </w:tc>
        <w:tc>
          <w:tcPr>
            <w:tcW w:w="0" w:type="auto"/>
            <w:shd w:val="clear" w:color="auto" w:fill="FFFFFF"/>
          </w:tcPr>
          <w:p w14:paraId="0AC14F03" w14:textId="77777777" w:rsidR="00056677" w:rsidRDefault="0092657D">
            <w:r>
              <w:t>5,37</w:t>
            </w:r>
          </w:p>
        </w:tc>
        <w:tc>
          <w:tcPr>
            <w:tcW w:w="0" w:type="auto"/>
            <w:shd w:val="clear" w:color="auto" w:fill="FFFFFF"/>
          </w:tcPr>
          <w:p w14:paraId="3500E15C" w14:textId="77777777" w:rsidR="00056677" w:rsidRDefault="0092657D">
            <w:r>
              <w:t>5,37</w:t>
            </w:r>
          </w:p>
        </w:tc>
        <w:tc>
          <w:tcPr>
            <w:tcW w:w="0" w:type="auto"/>
            <w:shd w:val="clear" w:color="auto" w:fill="FFFFFF"/>
          </w:tcPr>
          <w:p w14:paraId="7DD253E5" w14:textId="77777777" w:rsidR="00056677" w:rsidRDefault="0092657D">
            <w:r>
              <w:t>5,37</w:t>
            </w:r>
          </w:p>
        </w:tc>
      </w:tr>
      <w:tr w:rsidR="00056677" w14:paraId="5D6BCAA5" w14:textId="77777777">
        <w:trPr>
          <w:cantSplit/>
        </w:trPr>
        <w:tc>
          <w:tcPr>
            <w:tcW w:w="0" w:type="auto"/>
            <w:shd w:val="clear" w:color="auto" w:fill="F2F2F2"/>
          </w:tcPr>
          <w:p w14:paraId="7EAE5897" w14:textId="77777777" w:rsidR="00056677" w:rsidRDefault="0092657D">
            <w:r>
              <w:t>Располагаемая мощность</w:t>
            </w:r>
          </w:p>
        </w:tc>
        <w:tc>
          <w:tcPr>
            <w:tcW w:w="0" w:type="auto"/>
            <w:shd w:val="clear" w:color="auto" w:fill="FFFFFF"/>
          </w:tcPr>
          <w:p w14:paraId="0189A354" w14:textId="77777777" w:rsidR="00056677" w:rsidRDefault="0092657D">
            <w:r>
              <w:t>Гкал/ч</w:t>
            </w:r>
          </w:p>
        </w:tc>
        <w:tc>
          <w:tcPr>
            <w:tcW w:w="0" w:type="auto"/>
            <w:shd w:val="clear" w:color="auto" w:fill="FFFFFF"/>
          </w:tcPr>
          <w:p w14:paraId="184B7468" w14:textId="77777777" w:rsidR="00056677" w:rsidRDefault="0092657D">
            <w:r>
              <w:t>5,37</w:t>
            </w:r>
          </w:p>
        </w:tc>
        <w:tc>
          <w:tcPr>
            <w:tcW w:w="0" w:type="auto"/>
            <w:shd w:val="clear" w:color="auto" w:fill="FFFFFF"/>
          </w:tcPr>
          <w:p w14:paraId="21BD77AD" w14:textId="77777777" w:rsidR="00056677" w:rsidRDefault="0092657D">
            <w:r>
              <w:t>5,37</w:t>
            </w:r>
          </w:p>
        </w:tc>
        <w:tc>
          <w:tcPr>
            <w:tcW w:w="0" w:type="auto"/>
            <w:shd w:val="clear" w:color="auto" w:fill="FFFFFF"/>
          </w:tcPr>
          <w:p w14:paraId="7CA4E82C" w14:textId="77777777" w:rsidR="00056677" w:rsidRDefault="0092657D">
            <w:r>
              <w:t>5,37</w:t>
            </w:r>
          </w:p>
        </w:tc>
      </w:tr>
      <w:tr w:rsidR="00056677" w14:paraId="14D841FC" w14:textId="77777777">
        <w:trPr>
          <w:cantSplit/>
        </w:trPr>
        <w:tc>
          <w:tcPr>
            <w:tcW w:w="0" w:type="auto"/>
            <w:shd w:val="clear" w:color="auto" w:fill="F2F2F2"/>
          </w:tcPr>
          <w:p w14:paraId="0B49F855" w14:textId="77777777" w:rsidR="00056677" w:rsidRDefault="0092657D">
            <w:r>
              <w:t>Присоединённая договорная нагрузка</w:t>
            </w:r>
          </w:p>
        </w:tc>
        <w:tc>
          <w:tcPr>
            <w:tcW w:w="0" w:type="auto"/>
            <w:shd w:val="clear" w:color="auto" w:fill="FFFFFF"/>
          </w:tcPr>
          <w:p w14:paraId="2FC886EF" w14:textId="77777777" w:rsidR="00056677" w:rsidRDefault="0092657D">
            <w:r>
              <w:t>Гкал/ч</w:t>
            </w:r>
          </w:p>
        </w:tc>
        <w:tc>
          <w:tcPr>
            <w:tcW w:w="0" w:type="auto"/>
            <w:shd w:val="clear" w:color="auto" w:fill="FFFFFF"/>
          </w:tcPr>
          <w:p w14:paraId="3AED3F30" w14:textId="77777777" w:rsidR="00056677" w:rsidRDefault="0092657D">
            <w:r>
              <w:t>1,1314</w:t>
            </w:r>
          </w:p>
        </w:tc>
        <w:tc>
          <w:tcPr>
            <w:tcW w:w="0" w:type="auto"/>
            <w:shd w:val="clear" w:color="auto" w:fill="FFFFFF"/>
          </w:tcPr>
          <w:p w14:paraId="3A9DEF67" w14:textId="77777777" w:rsidR="00056677" w:rsidRDefault="0092657D">
            <w:r>
              <w:t>1,1314</w:t>
            </w:r>
          </w:p>
        </w:tc>
        <w:tc>
          <w:tcPr>
            <w:tcW w:w="0" w:type="auto"/>
            <w:shd w:val="clear" w:color="auto" w:fill="FFFFFF"/>
          </w:tcPr>
          <w:p w14:paraId="57F60986" w14:textId="77777777" w:rsidR="00056677" w:rsidRDefault="0092657D">
            <w:r>
              <w:t>1,1314</w:t>
            </w:r>
          </w:p>
        </w:tc>
      </w:tr>
      <w:tr w:rsidR="00056677" w14:paraId="57D067EF" w14:textId="77777777">
        <w:trPr>
          <w:cantSplit/>
        </w:trPr>
        <w:tc>
          <w:tcPr>
            <w:tcW w:w="0" w:type="auto"/>
            <w:shd w:val="clear" w:color="auto" w:fill="F2F2F2"/>
          </w:tcPr>
          <w:p w14:paraId="47680E07" w14:textId="77777777" w:rsidR="00056677" w:rsidRDefault="0092657D">
            <w:r>
              <w:t>Полная максимальная нагрузка</w:t>
            </w:r>
          </w:p>
        </w:tc>
        <w:tc>
          <w:tcPr>
            <w:tcW w:w="0" w:type="auto"/>
            <w:shd w:val="clear" w:color="auto" w:fill="FFFFFF"/>
          </w:tcPr>
          <w:p w14:paraId="7DEF0632" w14:textId="77777777" w:rsidR="00056677" w:rsidRDefault="0092657D">
            <w:r>
              <w:t>Гкал/ч</w:t>
            </w:r>
          </w:p>
        </w:tc>
        <w:tc>
          <w:tcPr>
            <w:tcW w:w="0" w:type="auto"/>
            <w:shd w:val="clear" w:color="auto" w:fill="FFFFFF"/>
          </w:tcPr>
          <w:p w14:paraId="55CD9C55" w14:textId="77777777" w:rsidR="00056677" w:rsidRDefault="0092657D">
            <w:r>
              <w:t>1,8761</w:t>
            </w:r>
          </w:p>
        </w:tc>
        <w:tc>
          <w:tcPr>
            <w:tcW w:w="0" w:type="auto"/>
            <w:shd w:val="clear" w:color="auto" w:fill="FFFFFF"/>
          </w:tcPr>
          <w:p w14:paraId="4BF33F92" w14:textId="77777777" w:rsidR="00056677" w:rsidRDefault="0092657D">
            <w:r>
              <w:t>1,8831</w:t>
            </w:r>
          </w:p>
        </w:tc>
        <w:tc>
          <w:tcPr>
            <w:tcW w:w="0" w:type="auto"/>
            <w:shd w:val="clear" w:color="auto" w:fill="FFFFFF"/>
          </w:tcPr>
          <w:p w14:paraId="4DDAA3F2" w14:textId="77777777" w:rsidR="00056677" w:rsidRDefault="0092657D">
            <w:r>
              <w:t>1,8831</w:t>
            </w:r>
          </w:p>
        </w:tc>
      </w:tr>
      <w:tr w:rsidR="00056677" w14:paraId="7059ADD6" w14:textId="77777777">
        <w:trPr>
          <w:cantSplit/>
        </w:trPr>
        <w:tc>
          <w:tcPr>
            <w:tcW w:w="0" w:type="auto"/>
            <w:shd w:val="clear" w:color="auto" w:fill="F2F2F2"/>
          </w:tcPr>
          <w:p w14:paraId="713020AD" w14:textId="77777777" w:rsidR="00056677" w:rsidRDefault="0092657D">
            <w:r>
              <w:t>Резерв по располагаемой мощности</w:t>
            </w:r>
          </w:p>
        </w:tc>
        <w:tc>
          <w:tcPr>
            <w:tcW w:w="0" w:type="auto"/>
            <w:shd w:val="clear" w:color="auto" w:fill="FFFFFF"/>
          </w:tcPr>
          <w:p w14:paraId="5E62796B" w14:textId="77777777" w:rsidR="00056677" w:rsidRDefault="0092657D">
            <w:r>
              <w:t>Гкал/ч</w:t>
            </w:r>
          </w:p>
        </w:tc>
        <w:tc>
          <w:tcPr>
            <w:tcW w:w="0" w:type="auto"/>
            <w:shd w:val="clear" w:color="auto" w:fill="FFFFFF"/>
          </w:tcPr>
          <w:p w14:paraId="02D8DF5B" w14:textId="77777777" w:rsidR="00056677" w:rsidRDefault="0092657D">
            <w:r>
              <w:t>3,4939</w:t>
            </w:r>
          </w:p>
        </w:tc>
        <w:tc>
          <w:tcPr>
            <w:tcW w:w="0" w:type="auto"/>
            <w:shd w:val="clear" w:color="auto" w:fill="FFFFFF"/>
          </w:tcPr>
          <w:p w14:paraId="54FD6599" w14:textId="77777777" w:rsidR="00056677" w:rsidRDefault="0092657D">
            <w:r>
              <w:t>3,4869</w:t>
            </w:r>
          </w:p>
        </w:tc>
        <w:tc>
          <w:tcPr>
            <w:tcW w:w="0" w:type="auto"/>
            <w:shd w:val="clear" w:color="auto" w:fill="FFFFFF"/>
          </w:tcPr>
          <w:p w14:paraId="182F79A0" w14:textId="77777777" w:rsidR="00056677" w:rsidRDefault="0092657D">
            <w:r>
              <w:t>3,4869</w:t>
            </w:r>
          </w:p>
        </w:tc>
      </w:tr>
      <w:tr w:rsidR="00056677" w14:paraId="48DBA074" w14:textId="77777777">
        <w:trPr>
          <w:cantSplit/>
        </w:trPr>
        <w:tc>
          <w:tcPr>
            <w:tcW w:w="0" w:type="auto"/>
            <w:shd w:val="clear" w:color="auto" w:fill="F2F2F2"/>
          </w:tcPr>
          <w:p w14:paraId="3B6EEC38" w14:textId="77777777" w:rsidR="00056677" w:rsidRDefault="0092657D">
            <w:r>
              <w:t>Резерв по присоединённой нагрузке</w:t>
            </w:r>
          </w:p>
        </w:tc>
        <w:tc>
          <w:tcPr>
            <w:tcW w:w="0" w:type="auto"/>
            <w:shd w:val="clear" w:color="auto" w:fill="FFFFFF"/>
          </w:tcPr>
          <w:p w14:paraId="2968F564" w14:textId="77777777" w:rsidR="00056677" w:rsidRDefault="0092657D">
            <w:r>
              <w:t>Гкал/ч</w:t>
            </w:r>
          </w:p>
        </w:tc>
        <w:tc>
          <w:tcPr>
            <w:tcW w:w="0" w:type="auto"/>
            <w:shd w:val="clear" w:color="auto" w:fill="FFFFFF"/>
          </w:tcPr>
          <w:p w14:paraId="3A9AB706" w14:textId="77777777" w:rsidR="00056677" w:rsidRDefault="0092657D">
            <w:r>
              <w:t>4,2386</w:t>
            </w:r>
          </w:p>
        </w:tc>
        <w:tc>
          <w:tcPr>
            <w:tcW w:w="0" w:type="auto"/>
            <w:shd w:val="clear" w:color="auto" w:fill="FFFFFF"/>
          </w:tcPr>
          <w:p w14:paraId="5C6C35C6" w14:textId="77777777" w:rsidR="00056677" w:rsidRDefault="0092657D">
            <w:r>
              <w:t>4,2386</w:t>
            </w:r>
          </w:p>
        </w:tc>
        <w:tc>
          <w:tcPr>
            <w:tcW w:w="0" w:type="auto"/>
            <w:shd w:val="clear" w:color="auto" w:fill="FFFFFF"/>
          </w:tcPr>
          <w:p w14:paraId="3E57C98B" w14:textId="77777777" w:rsidR="00056677" w:rsidRDefault="0092657D">
            <w:r>
              <w:t>4,2386</w:t>
            </w:r>
          </w:p>
        </w:tc>
      </w:tr>
      <w:tr w:rsidR="00056677" w14:paraId="56412497" w14:textId="77777777">
        <w:trPr>
          <w:cantSplit/>
        </w:trPr>
        <w:tc>
          <w:tcPr>
            <w:tcW w:w="0" w:type="auto"/>
            <w:shd w:val="clear" w:color="auto" w:fill="F2F2F2"/>
          </w:tcPr>
          <w:p w14:paraId="2CA75C81" w14:textId="77777777" w:rsidR="00056677" w:rsidRDefault="0092657D">
            <w:r>
              <w:t>Загрузка оборудования</w:t>
            </w:r>
          </w:p>
        </w:tc>
        <w:tc>
          <w:tcPr>
            <w:tcW w:w="0" w:type="auto"/>
            <w:shd w:val="clear" w:color="auto" w:fill="FFFFFF"/>
          </w:tcPr>
          <w:p w14:paraId="2B949CF4" w14:textId="77777777" w:rsidR="00056677" w:rsidRDefault="0092657D">
            <w:r>
              <w:t>%</w:t>
            </w:r>
          </w:p>
        </w:tc>
        <w:tc>
          <w:tcPr>
            <w:tcW w:w="0" w:type="auto"/>
            <w:shd w:val="clear" w:color="auto" w:fill="FFFFFF"/>
          </w:tcPr>
          <w:p w14:paraId="7F55F92E" w14:textId="77777777" w:rsidR="00056677" w:rsidRDefault="0092657D">
            <w:r>
              <w:t>34,94</w:t>
            </w:r>
          </w:p>
        </w:tc>
        <w:tc>
          <w:tcPr>
            <w:tcW w:w="0" w:type="auto"/>
            <w:shd w:val="clear" w:color="auto" w:fill="FFFFFF"/>
          </w:tcPr>
          <w:p w14:paraId="204550ED" w14:textId="77777777" w:rsidR="00056677" w:rsidRDefault="0092657D">
            <w:r>
              <w:t>35,07</w:t>
            </w:r>
          </w:p>
        </w:tc>
        <w:tc>
          <w:tcPr>
            <w:tcW w:w="0" w:type="auto"/>
            <w:shd w:val="clear" w:color="auto" w:fill="FFFFFF"/>
          </w:tcPr>
          <w:p w14:paraId="1E3E4747" w14:textId="77777777" w:rsidR="00056677" w:rsidRDefault="0092657D">
            <w:r>
              <w:t>35,07</w:t>
            </w:r>
          </w:p>
        </w:tc>
      </w:tr>
      <w:tr w:rsidR="00056677" w14:paraId="3563B5D9" w14:textId="77777777">
        <w:trPr>
          <w:cantSplit/>
        </w:trPr>
        <w:tc>
          <w:tcPr>
            <w:tcW w:w="0" w:type="auto"/>
            <w:shd w:val="clear" w:color="auto" w:fill="F2F2F2"/>
          </w:tcPr>
          <w:p w14:paraId="1C259EBB" w14:textId="77777777" w:rsidR="00056677" w:rsidRPr="00844B84" w:rsidRDefault="0092657D">
            <w:pPr>
              <w:rPr>
                <w:lang w:val="ru-RU"/>
              </w:rPr>
            </w:pPr>
            <w:r w:rsidRPr="00844B84">
              <w:rPr>
                <w:lang w:val="ru-RU"/>
              </w:rPr>
              <w:t>Прирост нагрузки к базовому году</w:t>
            </w:r>
          </w:p>
        </w:tc>
        <w:tc>
          <w:tcPr>
            <w:tcW w:w="0" w:type="auto"/>
            <w:shd w:val="clear" w:color="auto" w:fill="FFFFFF"/>
          </w:tcPr>
          <w:p w14:paraId="6A4738A8" w14:textId="77777777" w:rsidR="00056677" w:rsidRDefault="0092657D">
            <w:r>
              <w:t>Гкал/ч</w:t>
            </w:r>
          </w:p>
        </w:tc>
        <w:tc>
          <w:tcPr>
            <w:tcW w:w="0" w:type="auto"/>
            <w:shd w:val="clear" w:color="auto" w:fill="FFFFFF"/>
          </w:tcPr>
          <w:p w14:paraId="4955853C" w14:textId="77777777" w:rsidR="00056677" w:rsidRDefault="0092657D">
            <w:r>
              <w:t>—</w:t>
            </w:r>
          </w:p>
        </w:tc>
        <w:tc>
          <w:tcPr>
            <w:tcW w:w="0" w:type="auto"/>
            <w:shd w:val="clear" w:color="auto" w:fill="FFFFFF"/>
          </w:tcPr>
          <w:p w14:paraId="70E52077" w14:textId="77777777" w:rsidR="00056677" w:rsidRDefault="0092657D">
            <w:r>
              <w:t>0,0070</w:t>
            </w:r>
          </w:p>
        </w:tc>
        <w:tc>
          <w:tcPr>
            <w:tcW w:w="0" w:type="auto"/>
            <w:shd w:val="clear" w:color="auto" w:fill="FFFFFF"/>
          </w:tcPr>
          <w:p w14:paraId="211B74FC" w14:textId="77777777" w:rsidR="00056677" w:rsidRDefault="0092657D">
            <w:r>
              <w:t>0,0070</w:t>
            </w:r>
          </w:p>
        </w:tc>
      </w:tr>
      <w:tr w:rsidR="00056677" w14:paraId="41A4C321" w14:textId="77777777">
        <w:trPr>
          <w:cantSplit/>
        </w:trPr>
        <w:tc>
          <w:tcPr>
            <w:tcW w:w="0" w:type="auto"/>
            <w:shd w:val="clear" w:color="auto" w:fill="F2F2F2"/>
          </w:tcPr>
          <w:p w14:paraId="4D44188D" w14:textId="77777777" w:rsidR="00056677" w:rsidRDefault="0092657D">
            <w:r>
              <w:t>Действующих котлоагрегатов</w:t>
            </w:r>
          </w:p>
        </w:tc>
        <w:tc>
          <w:tcPr>
            <w:tcW w:w="0" w:type="auto"/>
            <w:shd w:val="clear" w:color="auto" w:fill="FFFFFF"/>
          </w:tcPr>
          <w:p w14:paraId="486EC771" w14:textId="77777777" w:rsidR="00056677" w:rsidRDefault="0092657D">
            <w:r>
              <w:t>ед.</w:t>
            </w:r>
          </w:p>
        </w:tc>
        <w:tc>
          <w:tcPr>
            <w:tcW w:w="0" w:type="auto"/>
            <w:shd w:val="clear" w:color="auto" w:fill="FFFFFF"/>
          </w:tcPr>
          <w:p w14:paraId="5CE61B4E" w14:textId="77777777" w:rsidR="00056677" w:rsidRDefault="0092657D">
            <w:r>
              <w:t>5</w:t>
            </w:r>
          </w:p>
        </w:tc>
        <w:tc>
          <w:tcPr>
            <w:tcW w:w="0" w:type="auto"/>
            <w:shd w:val="clear" w:color="auto" w:fill="FFFFFF"/>
          </w:tcPr>
          <w:p w14:paraId="02B276B3" w14:textId="77777777" w:rsidR="00056677" w:rsidRDefault="0092657D">
            <w:r>
              <w:t>5</w:t>
            </w:r>
          </w:p>
        </w:tc>
        <w:tc>
          <w:tcPr>
            <w:tcW w:w="0" w:type="auto"/>
            <w:shd w:val="clear" w:color="auto" w:fill="FFFFFF"/>
          </w:tcPr>
          <w:p w14:paraId="13807211" w14:textId="77777777" w:rsidR="00056677" w:rsidRDefault="0092657D">
            <w:r>
              <w:t>определяется проектной документацией</w:t>
            </w:r>
          </w:p>
        </w:tc>
      </w:tr>
      <w:tr w:rsidR="00056677" w14:paraId="60B3BA58" w14:textId="77777777">
        <w:trPr>
          <w:cantSplit/>
        </w:trPr>
        <w:tc>
          <w:tcPr>
            <w:tcW w:w="0" w:type="auto"/>
            <w:shd w:val="clear" w:color="auto" w:fill="F2F2F2"/>
          </w:tcPr>
          <w:p w14:paraId="68DEA85F" w14:textId="77777777" w:rsidR="00056677" w:rsidRDefault="0092657D">
            <w:r>
              <w:t>Вид топлива</w:t>
            </w:r>
          </w:p>
        </w:tc>
        <w:tc>
          <w:tcPr>
            <w:tcW w:w="0" w:type="auto"/>
            <w:shd w:val="clear" w:color="auto" w:fill="FFFFFF"/>
          </w:tcPr>
          <w:p w14:paraId="40EE271E" w14:textId="77777777" w:rsidR="00056677" w:rsidRDefault="0092657D">
            <w:r>
              <w:t>—</w:t>
            </w:r>
          </w:p>
        </w:tc>
        <w:tc>
          <w:tcPr>
            <w:tcW w:w="0" w:type="auto"/>
            <w:shd w:val="clear" w:color="auto" w:fill="FFFFFF"/>
          </w:tcPr>
          <w:p w14:paraId="0B5F853D" w14:textId="77777777" w:rsidR="00056677" w:rsidRDefault="0092657D">
            <w:r>
              <w:t>каменный уголь</w:t>
            </w:r>
          </w:p>
        </w:tc>
        <w:tc>
          <w:tcPr>
            <w:tcW w:w="0" w:type="auto"/>
            <w:shd w:val="clear" w:color="auto" w:fill="FFFFFF"/>
          </w:tcPr>
          <w:p w14:paraId="6A8738BE" w14:textId="77777777" w:rsidR="00056677" w:rsidRDefault="0092657D">
            <w:r>
              <w:t>каменный уголь</w:t>
            </w:r>
          </w:p>
        </w:tc>
        <w:tc>
          <w:tcPr>
            <w:tcW w:w="0" w:type="auto"/>
            <w:shd w:val="clear" w:color="auto" w:fill="FFFFFF"/>
          </w:tcPr>
          <w:p w14:paraId="6098CB14" w14:textId="77777777" w:rsidR="00056677" w:rsidRDefault="0092657D">
            <w:r>
              <w:t>природный газ</w:t>
            </w:r>
          </w:p>
        </w:tc>
      </w:tr>
    </w:tbl>
    <w:p w14:paraId="6A00BA60" w14:textId="77777777" w:rsidR="004604F3" w:rsidRPr="00844B84" w:rsidRDefault="00E1217F">
      <w:pPr>
        <w:pStyle w:val="21"/>
        <w:rPr>
          <w:lang w:val="ru-RU"/>
        </w:rPr>
      </w:pPr>
      <w:bookmarkStart w:id="32" w:name="_Toc238017231"/>
      <w:r w:rsidRPr="00844B84">
        <w:rPr>
          <w:lang w:val="ru-RU"/>
        </w:rPr>
        <w:t>2.18. Сводные балансы тепловой мощности и тепловой нагрузки по источникам</w:t>
      </w:r>
      <w:bookmarkEnd w:id="32"/>
    </w:p>
    <w:p w14:paraId="38FAF11B" w14:textId="77777777" w:rsidR="004604F3" w:rsidRPr="00844B84" w:rsidRDefault="00E1217F">
      <w:pPr>
        <w:rPr>
          <w:lang w:val="ru-RU"/>
        </w:rPr>
      </w:pPr>
      <w:r w:rsidRPr="00844B84">
        <w:rPr>
          <w:lang w:val="ru-RU"/>
        </w:rPr>
        <w:t>Настоящий подраздел сводит в одну форму все составляющие баланса тепловой мощности по каждому источнику и по каждому этапу расчётного периода. Форма построена так, чтобы переход от установленной мощности к резерву прослеживался по строке без обращения к другим таблицам.</w:t>
      </w:r>
    </w:p>
    <w:p w14:paraId="0E0078CC" w14:textId="77777777" w:rsidR="00D2184C" w:rsidRPr="00844B84" w:rsidRDefault="00D2184C">
      <w:pPr>
        <w:rPr>
          <w:lang w:val="ru-RU"/>
        </w:rPr>
        <w:sectPr w:rsidR="00D2184C" w:rsidRPr="00844B84" w:rsidSect="00034616">
          <w:footerReference w:type="default" r:id="rId17"/>
          <w:pgSz w:w="11906" w:h="16838"/>
          <w:pgMar w:top="850" w:right="567" w:bottom="850" w:left="85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14:paraId="4326D15F" w14:textId="77777777" w:rsidR="004604F3" w:rsidRPr="005731F7" w:rsidRDefault="00E1217F">
      <w:pPr>
        <w:rPr>
          <w:b/>
          <w:bCs/>
          <w:lang w:val="ru-RU"/>
        </w:rPr>
      </w:pPr>
      <w:r w:rsidRPr="005731F7">
        <w:rPr>
          <w:b/>
          <w:bCs/>
          <w:lang w:val="ru-RU"/>
        </w:rPr>
        <w:t>Таблица 2.17 — Сводный баланс тепловой мощности и тепловой нагрузки по источникам тепловой энергии по этапам расчётного периода, Гкал/ч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314"/>
        <w:gridCol w:w="810"/>
        <w:gridCol w:w="1847"/>
        <w:gridCol w:w="1803"/>
        <w:gridCol w:w="1538"/>
        <w:gridCol w:w="1205"/>
        <w:gridCol w:w="1643"/>
        <w:gridCol w:w="1767"/>
        <w:gridCol w:w="1248"/>
        <w:gridCol w:w="1073"/>
        <w:gridCol w:w="1173"/>
      </w:tblGrid>
      <w:tr w:rsidR="004604F3" w14:paraId="735556B3" w14:textId="77777777">
        <w:trPr>
          <w:cantSplit/>
          <w:tblHeader/>
        </w:trPr>
        <w:tc>
          <w:tcPr>
            <w:tcW w:w="785" w:type="dxa"/>
            <w:shd w:val="clear" w:color="auto" w:fill="E2F0D9"/>
          </w:tcPr>
          <w:p w14:paraId="433B0A3F" w14:textId="77777777" w:rsidR="004604F3" w:rsidRDefault="00E1217F">
            <w:pPr>
              <w:jc w:val="center"/>
            </w:pPr>
            <w:r>
              <w:rPr>
                <w:b/>
              </w:rPr>
              <w:t>Источник тепловой энергии</w:t>
            </w:r>
          </w:p>
        </w:tc>
        <w:tc>
          <w:tcPr>
            <w:tcW w:w="785" w:type="dxa"/>
            <w:shd w:val="clear" w:color="auto" w:fill="E2F0D9"/>
          </w:tcPr>
          <w:p w14:paraId="4B04D978" w14:textId="77777777" w:rsidR="004604F3" w:rsidRDefault="00E1217F">
            <w:pPr>
              <w:jc w:val="center"/>
            </w:pPr>
            <w:r>
              <w:rPr>
                <w:b/>
              </w:rPr>
              <w:t>Этап</w:t>
            </w:r>
          </w:p>
        </w:tc>
        <w:tc>
          <w:tcPr>
            <w:tcW w:w="785" w:type="dxa"/>
            <w:shd w:val="clear" w:color="auto" w:fill="E2F0D9"/>
          </w:tcPr>
          <w:p w14:paraId="1417AE7B" w14:textId="77777777" w:rsidR="004604F3" w:rsidRDefault="00E1217F">
            <w:pPr>
              <w:jc w:val="center"/>
            </w:pPr>
            <w:r>
              <w:rPr>
                <w:b/>
              </w:rPr>
              <w:t>Установленная мощность</w:t>
            </w:r>
          </w:p>
        </w:tc>
        <w:tc>
          <w:tcPr>
            <w:tcW w:w="785" w:type="dxa"/>
            <w:shd w:val="clear" w:color="auto" w:fill="E2F0D9"/>
          </w:tcPr>
          <w:p w14:paraId="6B8D6F03" w14:textId="77777777" w:rsidR="004604F3" w:rsidRDefault="00E1217F">
            <w:pPr>
              <w:jc w:val="center"/>
            </w:pPr>
            <w:r>
              <w:rPr>
                <w:b/>
              </w:rPr>
              <w:t>Располагаемая мощность</w:t>
            </w:r>
          </w:p>
        </w:tc>
        <w:tc>
          <w:tcPr>
            <w:tcW w:w="785" w:type="dxa"/>
            <w:shd w:val="clear" w:color="auto" w:fill="E2F0D9"/>
          </w:tcPr>
          <w:p w14:paraId="2BE8A720" w14:textId="77777777" w:rsidR="004604F3" w:rsidRDefault="00E1217F">
            <w:pPr>
              <w:jc w:val="center"/>
            </w:pPr>
            <w:r>
              <w:rPr>
                <w:b/>
              </w:rPr>
              <w:t>Расход на собственные нужды</w:t>
            </w:r>
          </w:p>
        </w:tc>
        <w:tc>
          <w:tcPr>
            <w:tcW w:w="785" w:type="dxa"/>
            <w:shd w:val="clear" w:color="auto" w:fill="E2F0D9"/>
          </w:tcPr>
          <w:p w14:paraId="176032CC" w14:textId="77777777" w:rsidR="004604F3" w:rsidRDefault="00E1217F">
            <w:pPr>
              <w:jc w:val="center"/>
            </w:pPr>
            <w:r>
              <w:rPr>
                <w:b/>
              </w:rPr>
              <w:t>Потери в тепловых сетях</w:t>
            </w:r>
          </w:p>
        </w:tc>
        <w:tc>
          <w:tcPr>
            <w:tcW w:w="785" w:type="dxa"/>
            <w:shd w:val="clear" w:color="auto" w:fill="E2F0D9"/>
          </w:tcPr>
          <w:p w14:paraId="60896A1D" w14:textId="77777777" w:rsidR="004604F3" w:rsidRDefault="00E1217F">
            <w:pPr>
              <w:jc w:val="center"/>
            </w:pPr>
            <w:r>
              <w:rPr>
                <w:b/>
              </w:rPr>
              <w:t>Расчётная нагрузка потребителей</w:t>
            </w:r>
          </w:p>
        </w:tc>
        <w:tc>
          <w:tcPr>
            <w:tcW w:w="785" w:type="dxa"/>
            <w:shd w:val="clear" w:color="auto" w:fill="E2F0D9"/>
          </w:tcPr>
          <w:p w14:paraId="12B8C89C" w14:textId="77777777" w:rsidR="004604F3" w:rsidRDefault="00E1217F">
            <w:pPr>
              <w:jc w:val="center"/>
            </w:pPr>
            <w:r>
              <w:rPr>
                <w:b/>
              </w:rPr>
              <w:t>Полная максимальная нагрузка</w:t>
            </w:r>
          </w:p>
        </w:tc>
        <w:tc>
          <w:tcPr>
            <w:tcW w:w="785" w:type="dxa"/>
            <w:shd w:val="clear" w:color="auto" w:fill="E2F0D9"/>
          </w:tcPr>
          <w:p w14:paraId="55F4B5A1" w14:textId="77777777" w:rsidR="004604F3" w:rsidRDefault="00E1217F">
            <w:pPr>
              <w:jc w:val="center"/>
            </w:pPr>
            <w:r>
              <w:rPr>
                <w:b/>
              </w:rPr>
              <w:t>Тепловая мощность нетто</w:t>
            </w:r>
          </w:p>
        </w:tc>
        <w:tc>
          <w:tcPr>
            <w:tcW w:w="785" w:type="dxa"/>
            <w:shd w:val="clear" w:color="auto" w:fill="E2F0D9"/>
          </w:tcPr>
          <w:p w14:paraId="27E8BABB" w14:textId="77777777" w:rsidR="004604F3" w:rsidRDefault="00E1217F">
            <w:pPr>
              <w:jc w:val="center"/>
            </w:pPr>
            <w:r>
              <w:rPr>
                <w:b/>
              </w:rPr>
              <w:t>Резерв (+) или дефицит (−)</w:t>
            </w:r>
          </w:p>
        </w:tc>
        <w:tc>
          <w:tcPr>
            <w:tcW w:w="785" w:type="dxa"/>
            <w:shd w:val="clear" w:color="auto" w:fill="E2F0D9"/>
          </w:tcPr>
          <w:p w14:paraId="26505839" w14:textId="77777777" w:rsidR="004604F3" w:rsidRDefault="00E1217F">
            <w:pPr>
              <w:jc w:val="center"/>
            </w:pPr>
            <w:r>
              <w:rPr>
                <w:b/>
              </w:rPr>
              <w:t>Загрузка, %</w:t>
            </w:r>
          </w:p>
        </w:tc>
      </w:tr>
      <w:tr w:rsidR="004604F3" w14:paraId="6D9B4FF3" w14:textId="77777777">
        <w:trPr>
          <w:cantSplit/>
        </w:trPr>
        <w:tc>
          <w:tcPr>
            <w:tcW w:w="785" w:type="dxa"/>
            <w:shd w:val="clear" w:color="auto" w:fill="F2F2F2"/>
          </w:tcPr>
          <w:p w14:paraId="2BEC029F" w14:textId="77777777" w:rsidR="004604F3" w:rsidRDefault="00E1217F">
            <w:r>
              <w:t>УПК № 1</w:t>
            </w:r>
          </w:p>
        </w:tc>
        <w:tc>
          <w:tcPr>
            <w:tcW w:w="785" w:type="dxa"/>
            <w:shd w:val="clear" w:color="auto" w:fill="FFFFFF"/>
          </w:tcPr>
          <w:p w14:paraId="182D4F54" w14:textId="77777777" w:rsidR="004604F3" w:rsidRDefault="00E1217F">
            <w:r>
              <w:t>2026</w:t>
            </w:r>
          </w:p>
        </w:tc>
        <w:tc>
          <w:tcPr>
            <w:tcW w:w="785" w:type="dxa"/>
            <w:shd w:val="clear" w:color="auto" w:fill="FFFFFF"/>
          </w:tcPr>
          <w:p w14:paraId="1D48FA85" w14:textId="77777777" w:rsidR="004604F3" w:rsidRDefault="00E1217F">
            <w:r>
              <w:t>150,00</w:t>
            </w:r>
          </w:p>
        </w:tc>
        <w:tc>
          <w:tcPr>
            <w:tcW w:w="785" w:type="dxa"/>
            <w:shd w:val="clear" w:color="auto" w:fill="FFFFFF"/>
          </w:tcPr>
          <w:p w14:paraId="13BF9237" w14:textId="77777777" w:rsidR="004604F3" w:rsidRDefault="00E1217F">
            <w:r>
              <w:t>150,00</w:t>
            </w:r>
          </w:p>
        </w:tc>
        <w:tc>
          <w:tcPr>
            <w:tcW w:w="785" w:type="dxa"/>
            <w:shd w:val="clear" w:color="auto" w:fill="FFFFFF"/>
          </w:tcPr>
          <w:p w14:paraId="37590FEA" w14:textId="77777777" w:rsidR="004604F3" w:rsidRDefault="00E1217F">
            <w:r>
              <w:t>4,5880</w:t>
            </w:r>
          </w:p>
        </w:tc>
        <w:tc>
          <w:tcPr>
            <w:tcW w:w="785" w:type="dxa"/>
            <w:shd w:val="clear" w:color="auto" w:fill="FFFFFF"/>
          </w:tcPr>
          <w:p w14:paraId="6EC445DE" w14:textId="77777777" w:rsidR="004604F3" w:rsidRDefault="00E1217F">
            <w:r>
              <w:t>6,9180</w:t>
            </w:r>
          </w:p>
        </w:tc>
        <w:tc>
          <w:tcPr>
            <w:tcW w:w="785" w:type="dxa"/>
            <w:shd w:val="clear" w:color="auto" w:fill="FFFFFF"/>
          </w:tcPr>
          <w:p w14:paraId="7AB948E3" w14:textId="77777777" w:rsidR="004604F3" w:rsidRDefault="00E1217F">
            <w:r>
              <w:t>81,5472</w:t>
            </w:r>
          </w:p>
        </w:tc>
        <w:tc>
          <w:tcPr>
            <w:tcW w:w="785" w:type="dxa"/>
            <w:shd w:val="clear" w:color="auto" w:fill="FFFFFF"/>
          </w:tcPr>
          <w:p w14:paraId="312E1464" w14:textId="77777777" w:rsidR="004604F3" w:rsidRDefault="00E1217F">
            <w:r>
              <w:t>93,0532</w:t>
            </w:r>
          </w:p>
        </w:tc>
        <w:tc>
          <w:tcPr>
            <w:tcW w:w="785" w:type="dxa"/>
            <w:shd w:val="clear" w:color="auto" w:fill="FFFFFF"/>
          </w:tcPr>
          <w:p w14:paraId="4FD117C5" w14:textId="77777777" w:rsidR="004604F3" w:rsidRDefault="00E1217F">
            <w:r>
              <w:t>142,2207</w:t>
            </w:r>
          </w:p>
        </w:tc>
        <w:tc>
          <w:tcPr>
            <w:tcW w:w="785" w:type="dxa"/>
            <w:shd w:val="clear" w:color="auto" w:fill="FFFFFF"/>
          </w:tcPr>
          <w:p w14:paraId="2389B96F" w14:textId="77777777" w:rsidR="004604F3" w:rsidRDefault="00E1217F">
            <w:r>
              <w:t>56,9468</w:t>
            </w:r>
          </w:p>
        </w:tc>
        <w:tc>
          <w:tcPr>
            <w:tcW w:w="785" w:type="dxa"/>
            <w:shd w:val="clear" w:color="auto" w:fill="FFFFFF"/>
          </w:tcPr>
          <w:p w14:paraId="759B9B22" w14:textId="77777777" w:rsidR="004604F3" w:rsidRDefault="00E1217F">
            <w:r>
              <w:t>62,04</w:t>
            </w:r>
          </w:p>
        </w:tc>
      </w:tr>
      <w:tr w:rsidR="004604F3" w14:paraId="401D30EC" w14:textId="77777777">
        <w:trPr>
          <w:cantSplit/>
        </w:trPr>
        <w:tc>
          <w:tcPr>
            <w:tcW w:w="785" w:type="dxa"/>
            <w:shd w:val="clear" w:color="auto" w:fill="F2F2F2"/>
          </w:tcPr>
          <w:p w14:paraId="7A570CFE" w14:textId="77777777" w:rsidR="004604F3" w:rsidRDefault="004604F3"/>
        </w:tc>
        <w:tc>
          <w:tcPr>
            <w:tcW w:w="785" w:type="dxa"/>
            <w:shd w:val="clear" w:color="auto" w:fill="FFFFFF"/>
          </w:tcPr>
          <w:p w14:paraId="789A65E1" w14:textId="77777777" w:rsidR="004604F3" w:rsidRDefault="00E1217F">
            <w:r>
              <w:t>2031</w:t>
            </w:r>
          </w:p>
        </w:tc>
        <w:tc>
          <w:tcPr>
            <w:tcW w:w="785" w:type="dxa"/>
            <w:shd w:val="clear" w:color="auto" w:fill="FFFFFF"/>
          </w:tcPr>
          <w:p w14:paraId="56436172" w14:textId="77777777" w:rsidR="004604F3" w:rsidRDefault="00E1217F">
            <w:r>
              <w:t>150,00</w:t>
            </w:r>
          </w:p>
        </w:tc>
        <w:tc>
          <w:tcPr>
            <w:tcW w:w="785" w:type="dxa"/>
            <w:shd w:val="clear" w:color="auto" w:fill="FFFFFF"/>
          </w:tcPr>
          <w:p w14:paraId="71FE443A" w14:textId="77777777" w:rsidR="004604F3" w:rsidRDefault="00E1217F">
            <w:r>
              <w:t>150,00</w:t>
            </w:r>
          </w:p>
        </w:tc>
        <w:tc>
          <w:tcPr>
            <w:tcW w:w="785" w:type="dxa"/>
            <w:shd w:val="clear" w:color="auto" w:fill="FFFFFF"/>
          </w:tcPr>
          <w:p w14:paraId="428C61E7" w14:textId="77777777" w:rsidR="004604F3" w:rsidRDefault="00E1217F">
            <w:r>
              <w:t>4,5880</w:t>
            </w:r>
          </w:p>
        </w:tc>
        <w:tc>
          <w:tcPr>
            <w:tcW w:w="785" w:type="dxa"/>
            <w:shd w:val="clear" w:color="auto" w:fill="FFFFFF"/>
          </w:tcPr>
          <w:p w14:paraId="1E94A613" w14:textId="77777777" w:rsidR="004604F3" w:rsidRDefault="00E1217F">
            <w:r>
              <w:t>6,9180</w:t>
            </w:r>
          </w:p>
        </w:tc>
        <w:tc>
          <w:tcPr>
            <w:tcW w:w="785" w:type="dxa"/>
            <w:shd w:val="clear" w:color="auto" w:fill="FFFFFF"/>
          </w:tcPr>
          <w:p w14:paraId="47B3E17F" w14:textId="77777777" w:rsidR="004604F3" w:rsidRDefault="00E1217F">
            <w:r>
              <w:t>81,6982</w:t>
            </w:r>
          </w:p>
        </w:tc>
        <w:tc>
          <w:tcPr>
            <w:tcW w:w="785" w:type="dxa"/>
            <w:shd w:val="clear" w:color="auto" w:fill="FFFFFF"/>
          </w:tcPr>
          <w:p w14:paraId="5ADEA09F" w14:textId="77777777" w:rsidR="004604F3" w:rsidRDefault="00E1217F">
            <w:r>
              <w:t>93,2042</w:t>
            </w:r>
          </w:p>
        </w:tc>
        <w:tc>
          <w:tcPr>
            <w:tcW w:w="785" w:type="dxa"/>
            <w:shd w:val="clear" w:color="auto" w:fill="FFFFFF"/>
          </w:tcPr>
          <w:p w14:paraId="29C4EBA6" w14:textId="77777777" w:rsidR="004604F3" w:rsidRDefault="00E1217F">
            <w:r>
              <w:t>142,2339</w:t>
            </w:r>
          </w:p>
        </w:tc>
        <w:tc>
          <w:tcPr>
            <w:tcW w:w="785" w:type="dxa"/>
            <w:shd w:val="clear" w:color="auto" w:fill="FFFFFF"/>
          </w:tcPr>
          <w:p w14:paraId="02910AC3" w14:textId="77777777" w:rsidR="004604F3" w:rsidRDefault="00E1217F">
            <w:r>
              <w:t>56,7958</w:t>
            </w:r>
          </w:p>
        </w:tc>
        <w:tc>
          <w:tcPr>
            <w:tcW w:w="785" w:type="dxa"/>
            <w:shd w:val="clear" w:color="auto" w:fill="FFFFFF"/>
          </w:tcPr>
          <w:p w14:paraId="11568AF2" w14:textId="77777777" w:rsidR="004604F3" w:rsidRDefault="00E1217F">
            <w:r>
              <w:t>62,14</w:t>
            </w:r>
          </w:p>
        </w:tc>
      </w:tr>
      <w:tr w:rsidR="004604F3" w14:paraId="0D7E9EB0" w14:textId="77777777">
        <w:trPr>
          <w:cantSplit/>
        </w:trPr>
        <w:tc>
          <w:tcPr>
            <w:tcW w:w="785" w:type="dxa"/>
            <w:shd w:val="clear" w:color="auto" w:fill="F2F2F2"/>
          </w:tcPr>
          <w:p w14:paraId="3AEA9165" w14:textId="77777777" w:rsidR="004604F3" w:rsidRDefault="004604F3"/>
        </w:tc>
        <w:tc>
          <w:tcPr>
            <w:tcW w:w="785" w:type="dxa"/>
            <w:shd w:val="clear" w:color="auto" w:fill="FFFFFF"/>
          </w:tcPr>
          <w:p w14:paraId="53D8AA5B" w14:textId="77777777" w:rsidR="004604F3" w:rsidRDefault="00E1217F">
            <w:r>
              <w:t>2036</w:t>
            </w:r>
          </w:p>
        </w:tc>
        <w:tc>
          <w:tcPr>
            <w:tcW w:w="785" w:type="dxa"/>
            <w:shd w:val="clear" w:color="auto" w:fill="FFFFFF"/>
          </w:tcPr>
          <w:p w14:paraId="3A0C36A8" w14:textId="77777777" w:rsidR="004604F3" w:rsidRDefault="00E1217F">
            <w:r>
              <w:t>150,00</w:t>
            </w:r>
          </w:p>
        </w:tc>
        <w:tc>
          <w:tcPr>
            <w:tcW w:w="785" w:type="dxa"/>
            <w:shd w:val="clear" w:color="auto" w:fill="FFFFFF"/>
          </w:tcPr>
          <w:p w14:paraId="01999D75" w14:textId="77777777" w:rsidR="004604F3" w:rsidRDefault="00E1217F">
            <w:r>
              <w:t>150,00</w:t>
            </w:r>
          </w:p>
        </w:tc>
        <w:tc>
          <w:tcPr>
            <w:tcW w:w="785" w:type="dxa"/>
            <w:shd w:val="clear" w:color="auto" w:fill="FFFFFF"/>
          </w:tcPr>
          <w:p w14:paraId="7D3A3D7C" w14:textId="77777777" w:rsidR="004604F3" w:rsidRDefault="00E1217F">
            <w:r>
              <w:t>4,5880</w:t>
            </w:r>
          </w:p>
        </w:tc>
        <w:tc>
          <w:tcPr>
            <w:tcW w:w="785" w:type="dxa"/>
            <w:shd w:val="clear" w:color="auto" w:fill="FFFFFF"/>
          </w:tcPr>
          <w:p w14:paraId="3E55AFCA" w14:textId="77777777" w:rsidR="004604F3" w:rsidRDefault="00E1217F">
            <w:r>
              <w:t>6,9180</w:t>
            </w:r>
          </w:p>
        </w:tc>
        <w:tc>
          <w:tcPr>
            <w:tcW w:w="785" w:type="dxa"/>
            <w:shd w:val="clear" w:color="auto" w:fill="FFFFFF"/>
          </w:tcPr>
          <w:p w14:paraId="7845B36B" w14:textId="77777777" w:rsidR="004604F3" w:rsidRDefault="00E1217F">
            <w:r>
              <w:t>81,6982</w:t>
            </w:r>
          </w:p>
        </w:tc>
        <w:tc>
          <w:tcPr>
            <w:tcW w:w="785" w:type="dxa"/>
            <w:shd w:val="clear" w:color="auto" w:fill="FFFFFF"/>
          </w:tcPr>
          <w:p w14:paraId="25010450" w14:textId="77777777" w:rsidR="004604F3" w:rsidRDefault="00E1217F">
            <w:r>
              <w:t>93,2042</w:t>
            </w:r>
          </w:p>
        </w:tc>
        <w:tc>
          <w:tcPr>
            <w:tcW w:w="785" w:type="dxa"/>
            <w:shd w:val="clear" w:color="auto" w:fill="FFFFFF"/>
          </w:tcPr>
          <w:p w14:paraId="330F2F08" w14:textId="77777777" w:rsidR="004604F3" w:rsidRDefault="00E1217F">
            <w:r>
              <w:t>142,2339</w:t>
            </w:r>
          </w:p>
        </w:tc>
        <w:tc>
          <w:tcPr>
            <w:tcW w:w="785" w:type="dxa"/>
            <w:shd w:val="clear" w:color="auto" w:fill="FFFFFF"/>
          </w:tcPr>
          <w:p w14:paraId="688C01B2" w14:textId="77777777" w:rsidR="004604F3" w:rsidRDefault="00E1217F">
            <w:r>
              <w:t>56,7958</w:t>
            </w:r>
          </w:p>
        </w:tc>
        <w:tc>
          <w:tcPr>
            <w:tcW w:w="785" w:type="dxa"/>
            <w:shd w:val="clear" w:color="auto" w:fill="FFFFFF"/>
          </w:tcPr>
          <w:p w14:paraId="5E2A07EB" w14:textId="77777777" w:rsidR="004604F3" w:rsidRDefault="00E1217F">
            <w:r>
              <w:t>62,14</w:t>
            </w:r>
          </w:p>
        </w:tc>
      </w:tr>
      <w:tr w:rsidR="004604F3" w14:paraId="0D04C9F5" w14:textId="77777777">
        <w:trPr>
          <w:cantSplit/>
        </w:trPr>
        <w:tc>
          <w:tcPr>
            <w:tcW w:w="785" w:type="dxa"/>
            <w:shd w:val="clear" w:color="auto" w:fill="F2F2F2"/>
          </w:tcPr>
          <w:p w14:paraId="4D9A7105" w14:textId="77777777" w:rsidR="004604F3" w:rsidRDefault="00E1217F">
            <w:r>
              <w:t>УПК № 2 Шалым</w:t>
            </w:r>
          </w:p>
        </w:tc>
        <w:tc>
          <w:tcPr>
            <w:tcW w:w="785" w:type="dxa"/>
            <w:shd w:val="clear" w:color="auto" w:fill="FFFFFF"/>
          </w:tcPr>
          <w:p w14:paraId="38EEB7AA" w14:textId="77777777" w:rsidR="004604F3" w:rsidRDefault="00E1217F">
            <w:r>
              <w:t>2026</w:t>
            </w:r>
          </w:p>
        </w:tc>
        <w:tc>
          <w:tcPr>
            <w:tcW w:w="785" w:type="dxa"/>
            <w:shd w:val="clear" w:color="auto" w:fill="FFFFFF"/>
          </w:tcPr>
          <w:p w14:paraId="3908CF59" w14:textId="77777777" w:rsidR="004604F3" w:rsidRDefault="00E1217F">
            <w:r>
              <w:t>17,00</w:t>
            </w:r>
          </w:p>
        </w:tc>
        <w:tc>
          <w:tcPr>
            <w:tcW w:w="785" w:type="dxa"/>
            <w:shd w:val="clear" w:color="auto" w:fill="FFFFFF"/>
          </w:tcPr>
          <w:p w14:paraId="220753F6" w14:textId="77777777" w:rsidR="004604F3" w:rsidRDefault="00E1217F">
            <w:r>
              <w:t>17,00</w:t>
            </w:r>
          </w:p>
        </w:tc>
        <w:tc>
          <w:tcPr>
            <w:tcW w:w="785" w:type="dxa"/>
            <w:shd w:val="clear" w:color="auto" w:fill="FFFFFF"/>
          </w:tcPr>
          <w:p w14:paraId="0E2CDAEA" w14:textId="77777777" w:rsidR="004604F3" w:rsidRDefault="00E1217F">
            <w:r>
              <w:t>0,1820</w:t>
            </w:r>
          </w:p>
        </w:tc>
        <w:tc>
          <w:tcPr>
            <w:tcW w:w="785" w:type="dxa"/>
            <w:shd w:val="clear" w:color="auto" w:fill="FFFFFF"/>
          </w:tcPr>
          <w:p w14:paraId="69D6EE9D" w14:textId="77777777" w:rsidR="004604F3" w:rsidRDefault="00E1217F">
            <w:r>
              <w:t>0,5420</w:t>
            </w:r>
          </w:p>
        </w:tc>
        <w:tc>
          <w:tcPr>
            <w:tcW w:w="785" w:type="dxa"/>
            <w:shd w:val="clear" w:color="auto" w:fill="FFFFFF"/>
          </w:tcPr>
          <w:p w14:paraId="758CF24C" w14:textId="77777777" w:rsidR="004604F3" w:rsidRDefault="00E1217F">
            <w:r>
              <w:t>5,1362</w:t>
            </w:r>
          </w:p>
        </w:tc>
        <w:tc>
          <w:tcPr>
            <w:tcW w:w="785" w:type="dxa"/>
            <w:shd w:val="clear" w:color="auto" w:fill="FFFFFF"/>
          </w:tcPr>
          <w:p w14:paraId="3B3831B7" w14:textId="77777777" w:rsidR="004604F3" w:rsidRDefault="00E1217F">
            <w:r>
              <w:t>5,8602</w:t>
            </w:r>
          </w:p>
        </w:tc>
        <w:tc>
          <w:tcPr>
            <w:tcW w:w="785" w:type="dxa"/>
            <w:shd w:val="clear" w:color="auto" w:fill="FFFFFF"/>
          </w:tcPr>
          <w:p w14:paraId="75D806BB" w14:textId="77777777" w:rsidR="004604F3" w:rsidRDefault="00E1217F">
            <w:r>
              <w:t>16,4551</w:t>
            </w:r>
          </w:p>
        </w:tc>
        <w:tc>
          <w:tcPr>
            <w:tcW w:w="785" w:type="dxa"/>
            <w:shd w:val="clear" w:color="auto" w:fill="FFFFFF"/>
          </w:tcPr>
          <w:p w14:paraId="7B87182F" w14:textId="77777777" w:rsidR="004604F3" w:rsidRDefault="00E1217F">
            <w:r>
              <w:t>11,1398</w:t>
            </w:r>
          </w:p>
        </w:tc>
        <w:tc>
          <w:tcPr>
            <w:tcW w:w="785" w:type="dxa"/>
            <w:shd w:val="clear" w:color="auto" w:fill="FFFFFF"/>
          </w:tcPr>
          <w:p w14:paraId="08B7C4C7" w14:textId="77777777" w:rsidR="004604F3" w:rsidRDefault="00E1217F">
            <w:r>
              <w:t>34,47</w:t>
            </w:r>
          </w:p>
        </w:tc>
      </w:tr>
      <w:tr w:rsidR="004604F3" w14:paraId="03389F9F" w14:textId="77777777">
        <w:trPr>
          <w:cantSplit/>
        </w:trPr>
        <w:tc>
          <w:tcPr>
            <w:tcW w:w="785" w:type="dxa"/>
            <w:shd w:val="clear" w:color="auto" w:fill="F2F2F2"/>
          </w:tcPr>
          <w:p w14:paraId="0BC4704F" w14:textId="77777777" w:rsidR="004604F3" w:rsidRDefault="004604F3"/>
        </w:tc>
        <w:tc>
          <w:tcPr>
            <w:tcW w:w="785" w:type="dxa"/>
            <w:shd w:val="clear" w:color="auto" w:fill="FFFFFF"/>
          </w:tcPr>
          <w:p w14:paraId="0A1531F0" w14:textId="77777777" w:rsidR="004604F3" w:rsidRDefault="00E1217F">
            <w:r>
              <w:t>2031</w:t>
            </w:r>
          </w:p>
        </w:tc>
        <w:tc>
          <w:tcPr>
            <w:tcW w:w="785" w:type="dxa"/>
            <w:shd w:val="clear" w:color="auto" w:fill="FFFFFF"/>
          </w:tcPr>
          <w:p w14:paraId="6A29703E" w14:textId="77777777" w:rsidR="004604F3" w:rsidRDefault="00E1217F">
            <w:r>
              <w:t>17,00</w:t>
            </w:r>
          </w:p>
        </w:tc>
        <w:tc>
          <w:tcPr>
            <w:tcW w:w="785" w:type="dxa"/>
            <w:shd w:val="clear" w:color="auto" w:fill="FFFFFF"/>
          </w:tcPr>
          <w:p w14:paraId="52C3F33B" w14:textId="77777777" w:rsidR="004604F3" w:rsidRDefault="00E1217F">
            <w:r>
              <w:t>17,00</w:t>
            </w:r>
          </w:p>
        </w:tc>
        <w:tc>
          <w:tcPr>
            <w:tcW w:w="785" w:type="dxa"/>
            <w:shd w:val="clear" w:color="auto" w:fill="FFFFFF"/>
          </w:tcPr>
          <w:p w14:paraId="4257102D" w14:textId="77777777" w:rsidR="004604F3" w:rsidRDefault="00E1217F">
            <w:r>
              <w:t>0,1820</w:t>
            </w:r>
          </w:p>
        </w:tc>
        <w:tc>
          <w:tcPr>
            <w:tcW w:w="785" w:type="dxa"/>
            <w:shd w:val="clear" w:color="auto" w:fill="FFFFFF"/>
          </w:tcPr>
          <w:p w14:paraId="21145DD9" w14:textId="77777777" w:rsidR="004604F3" w:rsidRDefault="00E1217F">
            <w:r>
              <w:t>0,5420</w:t>
            </w:r>
          </w:p>
        </w:tc>
        <w:tc>
          <w:tcPr>
            <w:tcW w:w="785" w:type="dxa"/>
            <w:shd w:val="clear" w:color="auto" w:fill="FFFFFF"/>
          </w:tcPr>
          <w:p w14:paraId="25611CF5" w14:textId="77777777" w:rsidR="004604F3" w:rsidRDefault="00E1217F">
            <w:r>
              <w:t>5,1362</w:t>
            </w:r>
          </w:p>
        </w:tc>
        <w:tc>
          <w:tcPr>
            <w:tcW w:w="785" w:type="dxa"/>
            <w:shd w:val="clear" w:color="auto" w:fill="FFFFFF"/>
          </w:tcPr>
          <w:p w14:paraId="19A0B5A7" w14:textId="77777777" w:rsidR="004604F3" w:rsidRDefault="00E1217F">
            <w:r>
              <w:t>5,8602</w:t>
            </w:r>
          </w:p>
        </w:tc>
        <w:tc>
          <w:tcPr>
            <w:tcW w:w="785" w:type="dxa"/>
            <w:shd w:val="clear" w:color="auto" w:fill="FFFFFF"/>
          </w:tcPr>
          <w:p w14:paraId="4565888E" w14:textId="77777777" w:rsidR="004604F3" w:rsidRDefault="00E1217F">
            <w:r>
              <w:t>16,4551</w:t>
            </w:r>
          </w:p>
        </w:tc>
        <w:tc>
          <w:tcPr>
            <w:tcW w:w="785" w:type="dxa"/>
            <w:shd w:val="clear" w:color="auto" w:fill="FFFFFF"/>
          </w:tcPr>
          <w:p w14:paraId="633494F6" w14:textId="77777777" w:rsidR="004604F3" w:rsidRDefault="00E1217F">
            <w:r>
              <w:t>11,1398</w:t>
            </w:r>
          </w:p>
        </w:tc>
        <w:tc>
          <w:tcPr>
            <w:tcW w:w="785" w:type="dxa"/>
            <w:shd w:val="clear" w:color="auto" w:fill="FFFFFF"/>
          </w:tcPr>
          <w:p w14:paraId="7343985A" w14:textId="77777777" w:rsidR="004604F3" w:rsidRDefault="00E1217F">
            <w:r>
              <w:t>34,47</w:t>
            </w:r>
          </w:p>
        </w:tc>
      </w:tr>
      <w:tr w:rsidR="004604F3" w14:paraId="48FA640F" w14:textId="77777777">
        <w:trPr>
          <w:cantSplit/>
        </w:trPr>
        <w:tc>
          <w:tcPr>
            <w:tcW w:w="785" w:type="dxa"/>
            <w:shd w:val="clear" w:color="auto" w:fill="F2F2F2"/>
          </w:tcPr>
          <w:p w14:paraId="2E505208" w14:textId="77777777" w:rsidR="004604F3" w:rsidRDefault="004604F3"/>
        </w:tc>
        <w:tc>
          <w:tcPr>
            <w:tcW w:w="785" w:type="dxa"/>
            <w:shd w:val="clear" w:color="auto" w:fill="FFFFFF"/>
          </w:tcPr>
          <w:p w14:paraId="5A67CA62" w14:textId="77777777" w:rsidR="004604F3" w:rsidRDefault="00E1217F">
            <w:r>
              <w:t>2036</w:t>
            </w:r>
          </w:p>
        </w:tc>
        <w:tc>
          <w:tcPr>
            <w:tcW w:w="785" w:type="dxa"/>
            <w:shd w:val="clear" w:color="auto" w:fill="FFFFFF"/>
          </w:tcPr>
          <w:p w14:paraId="5ACBFB66" w14:textId="77777777" w:rsidR="004604F3" w:rsidRDefault="00E1217F">
            <w:r>
              <w:t>17,00</w:t>
            </w:r>
          </w:p>
        </w:tc>
        <w:tc>
          <w:tcPr>
            <w:tcW w:w="785" w:type="dxa"/>
            <w:shd w:val="clear" w:color="auto" w:fill="FFFFFF"/>
          </w:tcPr>
          <w:p w14:paraId="5E78642D" w14:textId="77777777" w:rsidR="004604F3" w:rsidRDefault="00E1217F">
            <w:r>
              <w:t>17,00</w:t>
            </w:r>
          </w:p>
        </w:tc>
        <w:tc>
          <w:tcPr>
            <w:tcW w:w="785" w:type="dxa"/>
            <w:shd w:val="clear" w:color="auto" w:fill="FFFFFF"/>
          </w:tcPr>
          <w:p w14:paraId="4BA7F04F" w14:textId="77777777" w:rsidR="004604F3" w:rsidRDefault="00E1217F">
            <w:r>
              <w:t>0,1820</w:t>
            </w:r>
          </w:p>
        </w:tc>
        <w:tc>
          <w:tcPr>
            <w:tcW w:w="785" w:type="dxa"/>
            <w:shd w:val="clear" w:color="auto" w:fill="FFFFFF"/>
          </w:tcPr>
          <w:p w14:paraId="04BAD800" w14:textId="77777777" w:rsidR="004604F3" w:rsidRDefault="00E1217F">
            <w:r>
              <w:t>0,5420</w:t>
            </w:r>
          </w:p>
        </w:tc>
        <w:tc>
          <w:tcPr>
            <w:tcW w:w="785" w:type="dxa"/>
            <w:shd w:val="clear" w:color="auto" w:fill="FFFFFF"/>
          </w:tcPr>
          <w:p w14:paraId="0EFD2E8D" w14:textId="77777777" w:rsidR="004604F3" w:rsidRDefault="00E1217F">
            <w:r>
              <w:t>5,1362</w:t>
            </w:r>
          </w:p>
        </w:tc>
        <w:tc>
          <w:tcPr>
            <w:tcW w:w="785" w:type="dxa"/>
            <w:shd w:val="clear" w:color="auto" w:fill="FFFFFF"/>
          </w:tcPr>
          <w:p w14:paraId="21EF93B1" w14:textId="77777777" w:rsidR="004604F3" w:rsidRDefault="00E1217F">
            <w:r>
              <w:t>5,8602</w:t>
            </w:r>
          </w:p>
        </w:tc>
        <w:tc>
          <w:tcPr>
            <w:tcW w:w="785" w:type="dxa"/>
            <w:shd w:val="clear" w:color="auto" w:fill="FFFFFF"/>
          </w:tcPr>
          <w:p w14:paraId="7F01B72D" w14:textId="77777777" w:rsidR="004604F3" w:rsidRDefault="00E1217F">
            <w:r>
              <w:t>16,4551</w:t>
            </w:r>
          </w:p>
        </w:tc>
        <w:tc>
          <w:tcPr>
            <w:tcW w:w="785" w:type="dxa"/>
            <w:shd w:val="clear" w:color="auto" w:fill="FFFFFF"/>
          </w:tcPr>
          <w:p w14:paraId="7FDD3D4B" w14:textId="77777777" w:rsidR="004604F3" w:rsidRDefault="00E1217F">
            <w:r>
              <w:t>11,1398</w:t>
            </w:r>
          </w:p>
        </w:tc>
        <w:tc>
          <w:tcPr>
            <w:tcW w:w="785" w:type="dxa"/>
            <w:shd w:val="clear" w:color="auto" w:fill="FFFFFF"/>
          </w:tcPr>
          <w:p w14:paraId="65856180" w14:textId="77777777" w:rsidR="004604F3" w:rsidRDefault="00E1217F">
            <w:r>
              <w:t>34,47</w:t>
            </w:r>
          </w:p>
        </w:tc>
      </w:tr>
      <w:tr w:rsidR="004604F3" w14:paraId="6250F27C" w14:textId="77777777">
        <w:trPr>
          <w:cantSplit/>
        </w:trPr>
        <w:tc>
          <w:tcPr>
            <w:tcW w:w="785" w:type="dxa"/>
            <w:shd w:val="clear" w:color="auto" w:fill="F2F2F2"/>
          </w:tcPr>
          <w:p w14:paraId="48DD7741" w14:textId="77777777" w:rsidR="004604F3" w:rsidRDefault="00E1217F">
            <w:r>
              <w:t>УПК № 2 ЦМК</w:t>
            </w:r>
          </w:p>
        </w:tc>
        <w:tc>
          <w:tcPr>
            <w:tcW w:w="785" w:type="dxa"/>
            <w:shd w:val="clear" w:color="auto" w:fill="FFFFFF"/>
          </w:tcPr>
          <w:p w14:paraId="7334D05A" w14:textId="77777777" w:rsidR="004604F3" w:rsidRDefault="00E1217F">
            <w:r>
              <w:t>2026</w:t>
            </w:r>
          </w:p>
        </w:tc>
        <w:tc>
          <w:tcPr>
            <w:tcW w:w="785" w:type="dxa"/>
            <w:shd w:val="clear" w:color="auto" w:fill="FFFFFF"/>
          </w:tcPr>
          <w:p w14:paraId="4C2A016F" w14:textId="77777777" w:rsidR="004604F3" w:rsidRDefault="00E1217F">
            <w:r>
              <w:t>10,20</w:t>
            </w:r>
          </w:p>
        </w:tc>
        <w:tc>
          <w:tcPr>
            <w:tcW w:w="785" w:type="dxa"/>
            <w:shd w:val="clear" w:color="auto" w:fill="FFFFFF"/>
          </w:tcPr>
          <w:p w14:paraId="0285D92B" w14:textId="77777777" w:rsidR="004604F3" w:rsidRDefault="00E1217F">
            <w:r>
              <w:t>10,20</w:t>
            </w:r>
          </w:p>
        </w:tc>
        <w:tc>
          <w:tcPr>
            <w:tcW w:w="785" w:type="dxa"/>
            <w:shd w:val="clear" w:color="auto" w:fill="FFFFFF"/>
          </w:tcPr>
          <w:p w14:paraId="63E8F1EE" w14:textId="77777777" w:rsidR="004604F3" w:rsidRDefault="00E1217F">
            <w:r>
              <w:t>0,0680</w:t>
            </w:r>
          </w:p>
        </w:tc>
        <w:tc>
          <w:tcPr>
            <w:tcW w:w="785" w:type="dxa"/>
            <w:shd w:val="clear" w:color="auto" w:fill="FFFFFF"/>
          </w:tcPr>
          <w:p w14:paraId="7A9610D9" w14:textId="77777777" w:rsidR="004604F3" w:rsidRDefault="00E1217F">
            <w:r>
              <w:t>0,5890</w:t>
            </w:r>
          </w:p>
        </w:tc>
        <w:tc>
          <w:tcPr>
            <w:tcW w:w="785" w:type="dxa"/>
            <w:shd w:val="clear" w:color="auto" w:fill="FFFFFF"/>
          </w:tcPr>
          <w:p w14:paraId="6A11606C" w14:textId="77777777" w:rsidR="004604F3" w:rsidRDefault="00E1217F">
            <w:r>
              <w:t>3,0481</w:t>
            </w:r>
          </w:p>
        </w:tc>
        <w:tc>
          <w:tcPr>
            <w:tcW w:w="785" w:type="dxa"/>
            <w:shd w:val="clear" w:color="auto" w:fill="FFFFFF"/>
          </w:tcPr>
          <w:p w14:paraId="37ACF85C" w14:textId="77777777" w:rsidR="004604F3" w:rsidRDefault="00E1217F">
            <w:r>
              <w:t>3,7051</w:t>
            </w:r>
          </w:p>
        </w:tc>
        <w:tc>
          <w:tcPr>
            <w:tcW w:w="785" w:type="dxa"/>
            <w:shd w:val="clear" w:color="auto" w:fill="FFFFFF"/>
          </w:tcPr>
          <w:p w14:paraId="01C0B532" w14:textId="77777777" w:rsidR="004604F3" w:rsidRDefault="00E1217F">
            <w:r>
              <w:t>10,0093</w:t>
            </w:r>
          </w:p>
        </w:tc>
        <w:tc>
          <w:tcPr>
            <w:tcW w:w="785" w:type="dxa"/>
            <w:shd w:val="clear" w:color="auto" w:fill="FFFFFF"/>
          </w:tcPr>
          <w:p w14:paraId="58F3F57C" w14:textId="77777777" w:rsidR="004604F3" w:rsidRDefault="00E1217F">
            <w:r>
              <w:t>6,4949</w:t>
            </w:r>
          </w:p>
        </w:tc>
        <w:tc>
          <w:tcPr>
            <w:tcW w:w="785" w:type="dxa"/>
            <w:shd w:val="clear" w:color="auto" w:fill="FFFFFF"/>
          </w:tcPr>
          <w:p w14:paraId="221D8A57" w14:textId="77777777" w:rsidR="004604F3" w:rsidRDefault="00E1217F">
            <w:r>
              <w:t>36,32</w:t>
            </w:r>
          </w:p>
        </w:tc>
      </w:tr>
      <w:tr w:rsidR="004604F3" w14:paraId="20BB2651" w14:textId="77777777">
        <w:trPr>
          <w:cantSplit/>
        </w:trPr>
        <w:tc>
          <w:tcPr>
            <w:tcW w:w="785" w:type="dxa"/>
            <w:shd w:val="clear" w:color="auto" w:fill="F2F2F2"/>
          </w:tcPr>
          <w:p w14:paraId="567378CE" w14:textId="77777777" w:rsidR="004604F3" w:rsidRDefault="004604F3"/>
        </w:tc>
        <w:tc>
          <w:tcPr>
            <w:tcW w:w="785" w:type="dxa"/>
            <w:shd w:val="clear" w:color="auto" w:fill="FFFFFF"/>
          </w:tcPr>
          <w:p w14:paraId="26EE570C" w14:textId="77777777" w:rsidR="004604F3" w:rsidRDefault="00E1217F">
            <w:r>
              <w:t>2031</w:t>
            </w:r>
          </w:p>
        </w:tc>
        <w:tc>
          <w:tcPr>
            <w:tcW w:w="785" w:type="dxa"/>
            <w:shd w:val="clear" w:color="auto" w:fill="FFFFFF"/>
          </w:tcPr>
          <w:p w14:paraId="208E2387" w14:textId="77777777" w:rsidR="004604F3" w:rsidRDefault="00E1217F">
            <w:r>
              <w:t>10,20</w:t>
            </w:r>
          </w:p>
        </w:tc>
        <w:tc>
          <w:tcPr>
            <w:tcW w:w="785" w:type="dxa"/>
            <w:shd w:val="clear" w:color="auto" w:fill="FFFFFF"/>
          </w:tcPr>
          <w:p w14:paraId="07F5C66A" w14:textId="77777777" w:rsidR="004604F3" w:rsidRDefault="00E1217F">
            <w:r>
              <w:t>10,20</w:t>
            </w:r>
          </w:p>
        </w:tc>
        <w:tc>
          <w:tcPr>
            <w:tcW w:w="785" w:type="dxa"/>
            <w:shd w:val="clear" w:color="auto" w:fill="FFFFFF"/>
          </w:tcPr>
          <w:p w14:paraId="7AC99836" w14:textId="77777777" w:rsidR="004604F3" w:rsidRDefault="00E1217F">
            <w:r>
              <w:t>0,0680</w:t>
            </w:r>
          </w:p>
        </w:tc>
        <w:tc>
          <w:tcPr>
            <w:tcW w:w="785" w:type="dxa"/>
            <w:shd w:val="clear" w:color="auto" w:fill="FFFFFF"/>
          </w:tcPr>
          <w:p w14:paraId="22E1494E" w14:textId="77777777" w:rsidR="004604F3" w:rsidRDefault="00E1217F">
            <w:r>
              <w:t>0,5890</w:t>
            </w:r>
          </w:p>
        </w:tc>
        <w:tc>
          <w:tcPr>
            <w:tcW w:w="785" w:type="dxa"/>
            <w:shd w:val="clear" w:color="auto" w:fill="FFFFFF"/>
          </w:tcPr>
          <w:p w14:paraId="37C5E837" w14:textId="77777777" w:rsidR="004604F3" w:rsidRDefault="00E1217F">
            <w:r>
              <w:t>3,5791</w:t>
            </w:r>
          </w:p>
        </w:tc>
        <w:tc>
          <w:tcPr>
            <w:tcW w:w="785" w:type="dxa"/>
            <w:shd w:val="clear" w:color="auto" w:fill="FFFFFF"/>
          </w:tcPr>
          <w:p w14:paraId="3E6A4645" w14:textId="77777777" w:rsidR="004604F3" w:rsidRDefault="00E1217F">
            <w:r>
              <w:t>4,2361</w:t>
            </w:r>
          </w:p>
        </w:tc>
        <w:tc>
          <w:tcPr>
            <w:tcW w:w="785" w:type="dxa"/>
            <w:shd w:val="clear" w:color="auto" w:fill="FFFFFF"/>
          </w:tcPr>
          <w:p w14:paraId="0E169910" w14:textId="77777777" w:rsidR="004604F3" w:rsidRDefault="00E1217F">
            <w:r>
              <w:t>10,0336</w:t>
            </w:r>
          </w:p>
        </w:tc>
        <w:tc>
          <w:tcPr>
            <w:tcW w:w="785" w:type="dxa"/>
            <w:shd w:val="clear" w:color="auto" w:fill="FFFFFF"/>
          </w:tcPr>
          <w:p w14:paraId="13FAC60B" w14:textId="77777777" w:rsidR="004604F3" w:rsidRDefault="00E1217F">
            <w:r>
              <w:t>5,9639</w:t>
            </w:r>
          </w:p>
        </w:tc>
        <w:tc>
          <w:tcPr>
            <w:tcW w:w="785" w:type="dxa"/>
            <w:shd w:val="clear" w:color="auto" w:fill="FFFFFF"/>
          </w:tcPr>
          <w:p w14:paraId="168C5590" w14:textId="77777777" w:rsidR="004604F3" w:rsidRDefault="00E1217F">
            <w:r>
              <w:t>41,53</w:t>
            </w:r>
          </w:p>
        </w:tc>
      </w:tr>
      <w:tr w:rsidR="004604F3" w14:paraId="4D8A1E4F" w14:textId="77777777">
        <w:trPr>
          <w:cantSplit/>
        </w:trPr>
        <w:tc>
          <w:tcPr>
            <w:tcW w:w="785" w:type="dxa"/>
            <w:shd w:val="clear" w:color="auto" w:fill="F2F2F2"/>
          </w:tcPr>
          <w:p w14:paraId="46B9C353" w14:textId="77777777" w:rsidR="004604F3" w:rsidRDefault="004604F3"/>
        </w:tc>
        <w:tc>
          <w:tcPr>
            <w:tcW w:w="785" w:type="dxa"/>
            <w:shd w:val="clear" w:color="auto" w:fill="FFFFFF"/>
          </w:tcPr>
          <w:p w14:paraId="5F870F15" w14:textId="77777777" w:rsidR="004604F3" w:rsidRDefault="00E1217F">
            <w:r>
              <w:t>2036</w:t>
            </w:r>
          </w:p>
        </w:tc>
        <w:tc>
          <w:tcPr>
            <w:tcW w:w="785" w:type="dxa"/>
            <w:shd w:val="clear" w:color="auto" w:fill="FFFFFF"/>
          </w:tcPr>
          <w:p w14:paraId="5B5A80DA" w14:textId="77777777" w:rsidR="004604F3" w:rsidRDefault="00E1217F">
            <w:r>
              <w:t>10,20</w:t>
            </w:r>
          </w:p>
        </w:tc>
        <w:tc>
          <w:tcPr>
            <w:tcW w:w="785" w:type="dxa"/>
            <w:shd w:val="clear" w:color="auto" w:fill="FFFFFF"/>
          </w:tcPr>
          <w:p w14:paraId="3A0E1E70" w14:textId="77777777" w:rsidR="004604F3" w:rsidRDefault="00E1217F">
            <w:r>
              <w:t>10,20</w:t>
            </w:r>
          </w:p>
        </w:tc>
        <w:tc>
          <w:tcPr>
            <w:tcW w:w="785" w:type="dxa"/>
            <w:shd w:val="clear" w:color="auto" w:fill="FFFFFF"/>
          </w:tcPr>
          <w:p w14:paraId="4AB27019" w14:textId="77777777" w:rsidR="004604F3" w:rsidRDefault="00E1217F">
            <w:r>
              <w:t>0,0680</w:t>
            </w:r>
          </w:p>
        </w:tc>
        <w:tc>
          <w:tcPr>
            <w:tcW w:w="785" w:type="dxa"/>
            <w:shd w:val="clear" w:color="auto" w:fill="FFFFFF"/>
          </w:tcPr>
          <w:p w14:paraId="3A835EE0" w14:textId="77777777" w:rsidR="004604F3" w:rsidRDefault="00E1217F">
            <w:r>
              <w:t>0,5890</w:t>
            </w:r>
          </w:p>
        </w:tc>
        <w:tc>
          <w:tcPr>
            <w:tcW w:w="785" w:type="dxa"/>
            <w:shd w:val="clear" w:color="auto" w:fill="FFFFFF"/>
          </w:tcPr>
          <w:p w14:paraId="5CDB9183" w14:textId="77777777" w:rsidR="004604F3" w:rsidRDefault="00E1217F">
            <w:r>
              <w:t>3,5791</w:t>
            </w:r>
          </w:p>
        </w:tc>
        <w:tc>
          <w:tcPr>
            <w:tcW w:w="785" w:type="dxa"/>
            <w:shd w:val="clear" w:color="auto" w:fill="FFFFFF"/>
          </w:tcPr>
          <w:p w14:paraId="6E6A3C22" w14:textId="77777777" w:rsidR="004604F3" w:rsidRDefault="00E1217F">
            <w:r>
              <w:t>4,2361</w:t>
            </w:r>
          </w:p>
        </w:tc>
        <w:tc>
          <w:tcPr>
            <w:tcW w:w="785" w:type="dxa"/>
            <w:shd w:val="clear" w:color="auto" w:fill="FFFFFF"/>
          </w:tcPr>
          <w:p w14:paraId="7C91D39E" w14:textId="77777777" w:rsidR="004604F3" w:rsidRDefault="00E1217F">
            <w:r>
              <w:t>10,0336</w:t>
            </w:r>
          </w:p>
        </w:tc>
        <w:tc>
          <w:tcPr>
            <w:tcW w:w="785" w:type="dxa"/>
            <w:shd w:val="clear" w:color="auto" w:fill="FFFFFF"/>
          </w:tcPr>
          <w:p w14:paraId="01704A91" w14:textId="77777777" w:rsidR="004604F3" w:rsidRDefault="00E1217F">
            <w:r>
              <w:t>5,9639</w:t>
            </w:r>
          </w:p>
        </w:tc>
        <w:tc>
          <w:tcPr>
            <w:tcW w:w="785" w:type="dxa"/>
            <w:shd w:val="clear" w:color="auto" w:fill="FFFFFF"/>
          </w:tcPr>
          <w:p w14:paraId="4BE93B05" w14:textId="77777777" w:rsidR="004604F3" w:rsidRDefault="00E1217F">
            <w:r>
              <w:t>41,53</w:t>
            </w:r>
          </w:p>
        </w:tc>
      </w:tr>
      <w:tr w:rsidR="004604F3" w14:paraId="57547943" w14:textId="77777777">
        <w:trPr>
          <w:cantSplit/>
        </w:trPr>
        <w:tc>
          <w:tcPr>
            <w:tcW w:w="785" w:type="dxa"/>
            <w:shd w:val="clear" w:color="auto" w:fill="F2F2F2"/>
          </w:tcPr>
          <w:p w14:paraId="46B9ACCB" w14:textId="77777777" w:rsidR="004604F3" w:rsidRDefault="00E1217F">
            <w:r>
              <w:t>УПК № 9 ГРЭ</w:t>
            </w:r>
          </w:p>
        </w:tc>
        <w:tc>
          <w:tcPr>
            <w:tcW w:w="785" w:type="dxa"/>
            <w:shd w:val="clear" w:color="auto" w:fill="FFFFFF"/>
          </w:tcPr>
          <w:p w14:paraId="5C26B765" w14:textId="77777777" w:rsidR="004604F3" w:rsidRDefault="00E1217F">
            <w:r>
              <w:t>2026</w:t>
            </w:r>
          </w:p>
        </w:tc>
        <w:tc>
          <w:tcPr>
            <w:tcW w:w="785" w:type="dxa"/>
            <w:shd w:val="clear" w:color="auto" w:fill="FFFFFF"/>
          </w:tcPr>
          <w:p w14:paraId="54567AC0" w14:textId="77777777" w:rsidR="004604F3" w:rsidRDefault="00E1217F">
            <w:r>
              <w:t>4,50</w:t>
            </w:r>
          </w:p>
        </w:tc>
        <w:tc>
          <w:tcPr>
            <w:tcW w:w="785" w:type="dxa"/>
            <w:shd w:val="clear" w:color="auto" w:fill="FFFFFF"/>
          </w:tcPr>
          <w:p w14:paraId="14B00885" w14:textId="77777777" w:rsidR="004604F3" w:rsidRDefault="00E1217F">
            <w:r>
              <w:t>4,50</w:t>
            </w:r>
          </w:p>
        </w:tc>
        <w:tc>
          <w:tcPr>
            <w:tcW w:w="785" w:type="dxa"/>
            <w:shd w:val="clear" w:color="auto" w:fill="FFFFFF"/>
          </w:tcPr>
          <w:p w14:paraId="404397F4" w14:textId="77777777" w:rsidR="004604F3" w:rsidRDefault="00E1217F">
            <w:r>
              <w:t>0,0710</w:t>
            </w:r>
          </w:p>
        </w:tc>
        <w:tc>
          <w:tcPr>
            <w:tcW w:w="785" w:type="dxa"/>
            <w:shd w:val="clear" w:color="auto" w:fill="FFFFFF"/>
          </w:tcPr>
          <w:p w14:paraId="7C2949F9" w14:textId="77777777" w:rsidR="004604F3" w:rsidRDefault="00E1217F">
            <w:r>
              <w:t>0,5360</w:t>
            </w:r>
          </w:p>
        </w:tc>
        <w:tc>
          <w:tcPr>
            <w:tcW w:w="785" w:type="dxa"/>
            <w:shd w:val="clear" w:color="auto" w:fill="FFFFFF"/>
          </w:tcPr>
          <w:p w14:paraId="5707C998" w14:textId="77777777" w:rsidR="004604F3" w:rsidRDefault="00E1217F">
            <w:r>
              <w:t>0,7260</w:t>
            </w:r>
          </w:p>
        </w:tc>
        <w:tc>
          <w:tcPr>
            <w:tcW w:w="785" w:type="dxa"/>
            <w:shd w:val="clear" w:color="auto" w:fill="FFFFFF"/>
          </w:tcPr>
          <w:p w14:paraId="60CDBB09" w14:textId="77777777" w:rsidR="004604F3" w:rsidRDefault="00E1217F">
            <w:r>
              <w:t>1,3330</w:t>
            </w:r>
          </w:p>
        </w:tc>
        <w:tc>
          <w:tcPr>
            <w:tcW w:w="785" w:type="dxa"/>
            <w:shd w:val="clear" w:color="auto" w:fill="FFFFFF"/>
          </w:tcPr>
          <w:p w14:paraId="4F8D3AE9" w14:textId="77777777" w:rsidR="004604F3" w:rsidRDefault="00E1217F">
            <w:r>
              <w:t>4,2468</w:t>
            </w:r>
          </w:p>
        </w:tc>
        <w:tc>
          <w:tcPr>
            <w:tcW w:w="785" w:type="dxa"/>
            <w:shd w:val="clear" w:color="auto" w:fill="FFFFFF"/>
          </w:tcPr>
          <w:p w14:paraId="7819D309" w14:textId="77777777" w:rsidR="004604F3" w:rsidRDefault="00E1217F">
            <w:r>
              <w:t>3,1670</w:t>
            </w:r>
          </w:p>
        </w:tc>
        <w:tc>
          <w:tcPr>
            <w:tcW w:w="785" w:type="dxa"/>
            <w:shd w:val="clear" w:color="auto" w:fill="FFFFFF"/>
          </w:tcPr>
          <w:p w14:paraId="11C1EAAC" w14:textId="77777777" w:rsidR="004604F3" w:rsidRDefault="00E1217F">
            <w:r>
              <w:t>29,62</w:t>
            </w:r>
          </w:p>
        </w:tc>
      </w:tr>
      <w:tr w:rsidR="004604F3" w14:paraId="4F38EF4B" w14:textId="77777777">
        <w:trPr>
          <w:cantSplit/>
        </w:trPr>
        <w:tc>
          <w:tcPr>
            <w:tcW w:w="785" w:type="dxa"/>
            <w:shd w:val="clear" w:color="auto" w:fill="F2F2F2"/>
          </w:tcPr>
          <w:p w14:paraId="5EBCE2B1" w14:textId="77777777" w:rsidR="004604F3" w:rsidRDefault="004604F3"/>
        </w:tc>
        <w:tc>
          <w:tcPr>
            <w:tcW w:w="785" w:type="dxa"/>
            <w:shd w:val="clear" w:color="auto" w:fill="FFFFFF"/>
          </w:tcPr>
          <w:p w14:paraId="0F519AF6" w14:textId="77777777" w:rsidR="004604F3" w:rsidRDefault="00E1217F">
            <w:r>
              <w:t>2031</w:t>
            </w:r>
          </w:p>
        </w:tc>
        <w:tc>
          <w:tcPr>
            <w:tcW w:w="785" w:type="dxa"/>
            <w:shd w:val="clear" w:color="auto" w:fill="FFFFFF"/>
          </w:tcPr>
          <w:p w14:paraId="48B2901B" w14:textId="77777777" w:rsidR="004604F3" w:rsidRDefault="00E1217F">
            <w:r>
              <w:t>4,50</w:t>
            </w:r>
          </w:p>
        </w:tc>
        <w:tc>
          <w:tcPr>
            <w:tcW w:w="785" w:type="dxa"/>
            <w:shd w:val="clear" w:color="auto" w:fill="FFFFFF"/>
          </w:tcPr>
          <w:p w14:paraId="054F3341" w14:textId="77777777" w:rsidR="004604F3" w:rsidRDefault="00E1217F">
            <w:r>
              <w:t>4,50</w:t>
            </w:r>
          </w:p>
        </w:tc>
        <w:tc>
          <w:tcPr>
            <w:tcW w:w="785" w:type="dxa"/>
            <w:shd w:val="clear" w:color="auto" w:fill="FFFFFF"/>
          </w:tcPr>
          <w:p w14:paraId="4A6DF71D" w14:textId="77777777" w:rsidR="004604F3" w:rsidRDefault="00E1217F">
            <w:r>
              <w:t>0,0710</w:t>
            </w:r>
          </w:p>
        </w:tc>
        <w:tc>
          <w:tcPr>
            <w:tcW w:w="785" w:type="dxa"/>
            <w:shd w:val="clear" w:color="auto" w:fill="FFFFFF"/>
          </w:tcPr>
          <w:p w14:paraId="77ADFDB5" w14:textId="77777777" w:rsidR="004604F3" w:rsidRDefault="00E1217F">
            <w:r>
              <w:t>0,5360</w:t>
            </w:r>
          </w:p>
        </w:tc>
        <w:tc>
          <w:tcPr>
            <w:tcW w:w="785" w:type="dxa"/>
            <w:shd w:val="clear" w:color="auto" w:fill="FFFFFF"/>
          </w:tcPr>
          <w:p w14:paraId="68EAF15A" w14:textId="77777777" w:rsidR="004604F3" w:rsidRDefault="00E1217F">
            <w:r>
              <w:t>0,7260</w:t>
            </w:r>
          </w:p>
        </w:tc>
        <w:tc>
          <w:tcPr>
            <w:tcW w:w="785" w:type="dxa"/>
            <w:shd w:val="clear" w:color="auto" w:fill="FFFFFF"/>
          </w:tcPr>
          <w:p w14:paraId="1839F96B" w14:textId="77777777" w:rsidR="004604F3" w:rsidRDefault="00E1217F">
            <w:r>
              <w:t>1,3330</w:t>
            </w:r>
          </w:p>
        </w:tc>
        <w:tc>
          <w:tcPr>
            <w:tcW w:w="785" w:type="dxa"/>
            <w:shd w:val="clear" w:color="auto" w:fill="FFFFFF"/>
          </w:tcPr>
          <w:p w14:paraId="03222AAF" w14:textId="77777777" w:rsidR="004604F3" w:rsidRDefault="00E1217F">
            <w:r>
              <w:t>4,2468</w:t>
            </w:r>
          </w:p>
        </w:tc>
        <w:tc>
          <w:tcPr>
            <w:tcW w:w="785" w:type="dxa"/>
            <w:shd w:val="clear" w:color="auto" w:fill="FFFFFF"/>
          </w:tcPr>
          <w:p w14:paraId="50CC2083" w14:textId="77777777" w:rsidR="004604F3" w:rsidRDefault="00E1217F">
            <w:r>
              <w:t>3,1670</w:t>
            </w:r>
          </w:p>
        </w:tc>
        <w:tc>
          <w:tcPr>
            <w:tcW w:w="785" w:type="dxa"/>
            <w:shd w:val="clear" w:color="auto" w:fill="FFFFFF"/>
          </w:tcPr>
          <w:p w14:paraId="4208307C" w14:textId="77777777" w:rsidR="004604F3" w:rsidRDefault="00E1217F">
            <w:r>
              <w:t>29,62</w:t>
            </w:r>
          </w:p>
        </w:tc>
      </w:tr>
      <w:tr w:rsidR="004604F3" w14:paraId="088C1AD7" w14:textId="77777777">
        <w:trPr>
          <w:cantSplit/>
        </w:trPr>
        <w:tc>
          <w:tcPr>
            <w:tcW w:w="785" w:type="dxa"/>
            <w:shd w:val="clear" w:color="auto" w:fill="F2F2F2"/>
          </w:tcPr>
          <w:p w14:paraId="5640FFD0" w14:textId="77777777" w:rsidR="004604F3" w:rsidRDefault="004604F3"/>
        </w:tc>
        <w:tc>
          <w:tcPr>
            <w:tcW w:w="785" w:type="dxa"/>
            <w:shd w:val="clear" w:color="auto" w:fill="FFFFFF"/>
          </w:tcPr>
          <w:p w14:paraId="16A2BA2A" w14:textId="77777777" w:rsidR="004604F3" w:rsidRDefault="00E1217F">
            <w:r>
              <w:t>2036</w:t>
            </w:r>
          </w:p>
        </w:tc>
        <w:tc>
          <w:tcPr>
            <w:tcW w:w="785" w:type="dxa"/>
            <w:shd w:val="clear" w:color="auto" w:fill="FFFFFF"/>
          </w:tcPr>
          <w:p w14:paraId="7BCC8A70" w14:textId="77777777" w:rsidR="004604F3" w:rsidRDefault="00E1217F">
            <w:r>
              <w:t>4,50</w:t>
            </w:r>
          </w:p>
        </w:tc>
        <w:tc>
          <w:tcPr>
            <w:tcW w:w="785" w:type="dxa"/>
            <w:shd w:val="clear" w:color="auto" w:fill="FFFFFF"/>
          </w:tcPr>
          <w:p w14:paraId="70E7D8D4" w14:textId="77777777" w:rsidR="004604F3" w:rsidRDefault="00E1217F">
            <w:r>
              <w:t>4,50</w:t>
            </w:r>
          </w:p>
        </w:tc>
        <w:tc>
          <w:tcPr>
            <w:tcW w:w="785" w:type="dxa"/>
            <w:shd w:val="clear" w:color="auto" w:fill="FFFFFF"/>
          </w:tcPr>
          <w:p w14:paraId="09763DD2" w14:textId="77777777" w:rsidR="004604F3" w:rsidRDefault="00E1217F">
            <w:r>
              <w:t>0,0710</w:t>
            </w:r>
          </w:p>
        </w:tc>
        <w:tc>
          <w:tcPr>
            <w:tcW w:w="785" w:type="dxa"/>
            <w:shd w:val="clear" w:color="auto" w:fill="FFFFFF"/>
          </w:tcPr>
          <w:p w14:paraId="182E5E0F" w14:textId="77777777" w:rsidR="004604F3" w:rsidRDefault="00E1217F">
            <w:r>
              <w:t>0,5360</w:t>
            </w:r>
          </w:p>
        </w:tc>
        <w:tc>
          <w:tcPr>
            <w:tcW w:w="785" w:type="dxa"/>
            <w:shd w:val="clear" w:color="auto" w:fill="FFFFFF"/>
          </w:tcPr>
          <w:p w14:paraId="45DB24D7" w14:textId="77777777" w:rsidR="004604F3" w:rsidRDefault="00E1217F">
            <w:r>
              <w:t>0,7260</w:t>
            </w:r>
          </w:p>
        </w:tc>
        <w:tc>
          <w:tcPr>
            <w:tcW w:w="785" w:type="dxa"/>
            <w:shd w:val="clear" w:color="auto" w:fill="FFFFFF"/>
          </w:tcPr>
          <w:p w14:paraId="03211936" w14:textId="77777777" w:rsidR="004604F3" w:rsidRDefault="00E1217F">
            <w:r>
              <w:t>1,3330</w:t>
            </w:r>
          </w:p>
        </w:tc>
        <w:tc>
          <w:tcPr>
            <w:tcW w:w="785" w:type="dxa"/>
            <w:shd w:val="clear" w:color="auto" w:fill="FFFFFF"/>
          </w:tcPr>
          <w:p w14:paraId="27D0DC93" w14:textId="77777777" w:rsidR="004604F3" w:rsidRDefault="00E1217F">
            <w:r>
              <w:t>4,2468</w:t>
            </w:r>
          </w:p>
        </w:tc>
        <w:tc>
          <w:tcPr>
            <w:tcW w:w="785" w:type="dxa"/>
            <w:shd w:val="clear" w:color="auto" w:fill="FFFFFF"/>
          </w:tcPr>
          <w:p w14:paraId="12AAB079" w14:textId="77777777" w:rsidR="004604F3" w:rsidRDefault="00E1217F">
            <w:r>
              <w:t>3,1670</w:t>
            </w:r>
          </w:p>
        </w:tc>
        <w:tc>
          <w:tcPr>
            <w:tcW w:w="785" w:type="dxa"/>
            <w:shd w:val="clear" w:color="auto" w:fill="FFFFFF"/>
          </w:tcPr>
          <w:p w14:paraId="3940DDDC" w14:textId="77777777" w:rsidR="004604F3" w:rsidRDefault="00E1217F">
            <w:r>
              <w:t>29,62</w:t>
            </w:r>
          </w:p>
        </w:tc>
      </w:tr>
      <w:tr w:rsidR="004604F3" w14:paraId="2C183DEA" w14:textId="77777777">
        <w:trPr>
          <w:cantSplit/>
        </w:trPr>
        <w:tc>
          <w:tcPr>
            <w:tcW w:w="785" w:type="dxa"/>
            <w:shd w:val="clear" w:color="auto" w:fill="F2F2F2"/>
          </w:tcPr>
          <w:p w14:paraId="01EE5C63" w14:textId="77777777" w:rsidR="004604F3" w:rsidRDefault="00E1217F">
            <w:r>
              <w:t>УПК № 5 Новый Шерегеш</w:t>
            </w:r>
          </w:p>
        </w:tc>
        <w:tc>
          <w:tcPr>
            <w:tcW w:w="785" w:type="dxa"/>
            <w:shd w:val="clear" w:color="auto" w:fill="FFFFFF"/>
          </w:tcPr>
          <w:p w14:paraId="305AF0DF" w14:textId="77777777" w:rsidR="004604F3" w:rsidRDefault="00E1217F">
            <w:r>
              <w:t>2026</w:t>
            </w:r>
          </w:p>
        </w:tc>
        <w:tc>
          <w:tcPr>
            <w:tcW w:w="785" w:type="dxa"/>
            <w:shd w:val="clear" w:color="auto" w:fill="FFFFFF"/>
          </w:tcPr>
          <w:p w14:paraId="2BD7699E" w14:textId="77777777" w:rsidR="004604F3" w:rsidRDefault="00E1217F">
            <w:r>
              <w:t>114,00</w:t>
            </w:r>
          </w:p>
        </w:tc>
        <w:tc>
          <w:tcPr>
            <w:tcW w:w="785" w:type="dxa"/>
            <w:shd w:val="clear" w:color="auto" w:fill="FFFFFF"/>
          </w:tcPr>
          <w:p w14:paraId="01FB8B46" w14:textId="77777777" w:rsidR="004604F3" w:rsidRDefault="00E1217F">
            <w:r>
              <w:t>114,00</w:t>
            </w:r>
          </w:p>
        </w:tc>
        <w:tc>
          <w:tcPr>
            <w:tcW w:w="785" w:type="dxa"/>
            <w:shd w:val="clear" w:color="auto" w:fill="FFFFFF"/>
          </w:tcPr>
          <w:p w14:paraId="2A1AAABD" w14:textId="77777777" w:rsidR="004604F3" w:rsidRDefault="00E1217F">
            <w:r>
              <w:t>2,3360</w:t>
            </w:r>
          </w:p>
        </w:tc>
        <w:tc>
          <w:tcPr>
            <w:tcW w:w="785" w:type="dxa"/>
            <w:shd w:val="clear" w:color="auto" w:fill="FFFFFF"/>
          </w:tcPr>
          <w:p w14:paraId="5C14D1E1" w14:textId="77777777" w:rsidR="004604F3" w:rsidRDefault="00E1217F">
            <w:r>
              <w:t>3,6770</w:t>
            </w:r>
          </w:p>
        </w:tc>
        <w:tc>
          <w:tcPr>
            <w:tcW w:w="785" w:type="dxa"/>
            <w:shd w:val="clear" w:color="auto" w:fill="FFFFFF"/>
          </w:tcPr>
          <w:p w14:paraId="25C47E94" w14:textId="77777777" w:rsidR="004604F3" w:rsidRDefault="00E1217F">
            <w:r>
              <w:t>62,5993</w:t>
            </w:r>
          </w:p>
        </w:tc>
        <w:tc>
          <w:tcPr>
            <w:tcW w:w="785" w:type="dxa"/>
            <w:shd w:val="clear" w:color="auto" w:fill="FFFFFF"/>
          </w:tcPr>
          <w:p w14:paraId="7E38C56F" w14:textId="77777777" w:rsidR="004604F3" w:rsidRDefault="00E1217F">
            <w:r>
              <w:t>68,6123</w:t>
            </w:r>
          </w:p>
        </w:tc>
        <w:tc>
          <w:tcPr>
            <w:tcW w:w="785" w:type="dxa"/>
            <w:shd w:val="clear" w:color="auto" w:fill="FFFFFF"/>
          </w:tcPr>
          <w:p w14:paraId="62FB3313" w14:textId="77777777" w:rsidR="004604F3" w:rsidRDefault="00E1217F">
            <w:r>
              <w:t>109,9819</w:t>
            </w:r>
          </w:p>
        </w:tc>
        <w:tc>
          <w:tcPr>
            <w:tcW w:w="785" w:type="dxa"/>
            <w:shd w:val="clear" w:color="auto" w:fill="FFFFFF"/>
          </w:tcPr>
          <w:p w14:paraId="59E35490" w14:textId="77777777" w:rsidR="004604F3" w:rsidRDefault="00E1217F">
            <w:r>
              <w:t>45,3877</w:t>
            </w:r>
          </w:p>
        </w:tc>
        <w:tc>
          <w:tcPr>
            <w:tcW w:w="785" w:type="dxa"/>
            <w:shd w:val="clear" w:color="auto" w:fill="FFFFFF"/>
          </w:tcPr>
          <w:p w14:paraId="01301167" w14:textId="77777777" w:rsidR="004604F3" w:rsidRDefault="00E1217F">
            <w:r>
              <w:t>60,19</w:t>
            </w:r>
          </w:p>
        </w:tc>
      </w:tr>
      <w:tr w:rsidR="004604F3" w14:paraId="271B915D" w14:textId="77777777">
        <w:trPr>
          <w:cantSplit/>
        </w:trPr>
        <w:tc>
          <w:tcPr>
            <w:tcW w:w="785" w:type="dxa"/>
            <w:shd w:val="clear" w:color="auto" w:fill="F2F2F2"/>
          </w:tcPr>
          <w:p w14:paraId="390BF4E7" w14:textId="77777777" w:rsidR="004604F3" w:rsidRDefault="004604F3"/>
        </w:tc>
        <w:tc>
          <w:tcPr>
            <w:tcW w:w="785" w:type="dxa"/>
            <w:shd w:val="clear" w:color="auto" w:fill="FFFFFF"/>
          </w:tcPr>
          <w:p w14:paraId="1ABF1E6B" w14:textId="77777777" w:rsidR="004604F3" w:rsidRDefault="00E1217F">
            <w:r>
              <w:t>2031</w:t>
            </w:r>
          </w:p>
        </w:tc>
        <w:tc>
          <w:tcPr>
            <w:tcW w:w="785" w:type="dxa"/>
            <w:shd w:val="clear" w:color="auto" w:fill="FFFFFF"/>
          </w:tcPr>
          <w:p w14:paraId="30FEBE99" w14:textId="77777777" w:rsidR="004604F3" w:rsidRDefault="00E1217F">
            <w:r>
              <w:t>114,00</w:t>
            </w:r>
          </w:p>
        </w:tc>
        <w:tc>
          <w:tcPr>
            <w:tcW w:w="785" w:type="dxa"/>
            <w:shd w:val="clear" w:color="auto" w:fill="FFFFFF"/>
          </w:tcPr>
          <w:p w14:paraId="37E2B140" w14:textId="77777777" w:rsidR="004604F3" w:rsidRDefault="00E1217F">
            <w:r>
              <w:t>114,00</w:t>
            </w:r>
          </w:p>
        </w:tc>
        <w:tc>
          <w:tcPr>
            <w:tcW w:w="785" w:type="dxa"/>
            <w:shd w:val="clear" w:color="auto" w:fill="FFFFFF"/>
          </w:tcPr>
          <w:p w14:paraId="0EB6AA89" w14:textId="77777777" w:rsidR="004604F3" w:rsidRDefault="00E1217F">
            <w:r>
              <w:t>2,3360</w:t>
            </w:r>
          </w:p>
        </w:tc>
        <w:tc>
          <w:tcPr>
            <w:tcW w:w="785" w:type="dxa"/>
            <w:shd w:val="clear" w:color="auto" w:fill="FFFFFF"/>
          </w:tcPr>
          <w:p w14:paraId="10B90BC9" w14:textId="77777777" w:rsidR="004604F3" w:rsidRDefault="00E1217F">
            <w:r>
              <w:t>3,6770</w:t>
            </w:r>
          </w:p>
        </w:tc>
        <w:tc>
          <w:tcPr>
            <w:tcW w:w="785" w:type="dxa"/>
            <w:shd w:val="clear" w:color="auto" w:fill="FFFFFF"/>
          </w:tcPr>
          <w:p w14:paraId="2605D279" w14:textId="77777777" w:rsidR="004604F3" w:rsidRDefault="00E1217F">
            <w:r>
              <w:t>108,4333</w:t>
            </w:r>
          </w:p>
        </w:tc>
        <w:tc>
          <w:tcPr>
            <w:tcW w:w="785" w:type="dxa"/>
            <w:shd w:val="clear" w:color="auto" w:fill="FFFFFF"/>
          </w:tcPr>
          <w:p w14:paraId="48682521" w14:textId="77777777" w:rsidR="004604F3" w:rsidRDefault="00E1217F">
            <w:r>
              <w:t>114,4463</w:t>
            </w:r>
          </w:p>
        </w:tc>
        <w:tc>
          <w:tcPr>
            <w:tcW w:w="785" w:type="dxa"/>
            <w:shd w:val="clear" w:color="auto" w:fill="FFFFFF"/>
          </w:tcPr>
          <w:p w14:paraId="5E652D2A" w14:textId="77777777" w:rsidR="004604F3" w:rsidRDefault="00E1217F">
            <w:r>
              <w:t>111,6246</w:t>
            </w:r>
          </w:p>
        </w:tc>
        <w:tc>
          <w:tcPr>
            <w:tcW w:w="785" w:type="dxa"/>
            <w:shd w:val="clear" w:color="auto" w:fill="FFFFFF"/>
          </w:tcPr>
          <w:p w14:paraId="6A829DB7" w14:textId="77777777" w:rsidR="004604F3" w:rsidRDefault="00E1217F">
            <w:r>
              <w:t>-0,4463</w:t>
            </w:r>
          </w:p>
        </w:tc>
        <w:tc>
          <w:tcPr>
            <w:tcW w:w="785" w:type="dxa"/>
            <w:shd w:val="clear" w:color="auto" w:fill="FFFFFF"/>
          </w:tcPr>
          <w:p w14:paraId="2FE9602E" w14:textId="77777777" w:rsidR="004604F3" w:rsidRDefault="00E1217F">
            <w:r>
              <w:t>100,39</w:t>
            </w:r>
          </w:p>
        </w:tc>
      </w:tr>
      <w:tr w:rsidR="004604F3" w14:paraId="5C8F8E47" w14:textId="77777777">
        <w:trPr>
          <w:cantSplit/>
        </w:trPr>
        <w:tc>
          <w:tcPr>
            <w:tcW w:w="785" w:type="dxa"/>
            <w:shd w:val="clear" w:color="auto" w:fill="F2F2F2"/>
          </w:tcPr>
          <w:p w14:paraId="67A46FA7" w14:textId="77777777" w:rsidR="004604F3" w:rsidRDefault="004604F3"/>
        </w:tc>
        <w:tc>
          <w:tcPr>
            <w:tcW w:w="785" w:type="dxa"/>
            <w:shd w:val="clear" w:color="auto" w:fill="FFFFFF"/>
          </w:tcPr>
          <w:p w14:paraId="2A5C55D3" w14:textId="77777777" w:rsidR="004604F3" w:rsidRDefault="00E1217F">
            <w:r>
              <w:t>2036</w:t>
            </w:r>
          </w:p>
        </w:tc>
        <w:tc>
          <w:tcPr>
            <w:tcW w:w="785" w:type="dxa"/>
            <w:shd w:val="clear" w:color="auto" w:fill="FFFFFF"/>
          </w:tcPr>
          <w:p w14:paraId="335558AB" w14:textId="77777777" w:rsidR="004604F3" w:rsidRDefault="00E1217F">
            <w:r>
              <w:t>114,00</w:t>
            </w:r>
          </w:p>
        </w:tc>
        <w:tc>
          <w:tcPr>
            <w:tcW w:w="785" w:type="dxa"/>
            <w:shd w:val="clear" w:color="auto" w:fill="FFFFFF"/>
          </w:tcPr>
          <w:p w14:paraId="6C3769DE" w14:textId="77777777" w:rsidR="004604F3" w:rsidRDefault="00E1217F">
            <w:r>
              <w:t>114,00</w:t>
            </w:r>
          </w:p>
        </w:tc>
        <w:tc>
          <w:tcPr>
            <w:tcW w:w="785" w:type="dxa"/>
            <w:shd w:val="clear" w:color="auto" w:fill="FFFFFF"/>
          </w:tcPr>
          <w:p w14:paraId="24E54A02" w14:textId="77777777" w:rsidR="004604F3" w:rsidRDefault="00E1217F">
            <w:r>
              <w:t>2,3360</w:t>
            </w:r>
          </w:p>
        </w:tc>
        <w:tc>
          <w:tcPr>
            <w:tcW w:w="785" w:type="dxa"/>
            <w:shd w:val="clear" w:color="auto" w:fill="FFFFFF"/>
          </w:tcPr>
          <w:p w14:paraId="0B54F8FC" w14:textId="77777777" w:rsidR="004604F3" w:rsidRDefault="00E1217F">
            <w:r>
              <w:t>3,6770</w:t>
            </w:r>
          </w:p>
        </w:tc>
        <w:tc>
          <w:tcPr>
            <w:tcW w:w="785" w:type="dxa"/>
            <w:shd w:val="clear" w:color="auto" w:fill="FFFFFF"/>
          </w:tcPr>
          <w:p w14:paraId="55E08F3F" w14:textId="77777777" w:rsidR="004604F3" w:rsidRDefault="00E1217F">
            <w:r>
              <w:t>108,4333</w:t>
            </w:r>
          </w:p>
        </w:tc>
        <w:tc>
          <w:tcPr>
            <w:tcW w:w="785" w:type="dxa"/>
            <w:shd w:val="clear" w:color="auto" w:fill="FFFFFF"/>
          </w:tcPr>
          <w:p w14:paraId="22E44A77" w14:textId="77777777" w:rsidR="004604F3" w:rsidRDefault="00E1217F">
            <w:r>
              <w:t>114,4463</w:t>
            </w:r>
          </w:p>
        </w:tc>
        <w:tc>
          <w:tcPr>
            <w:tcW w:w="785" w:type="dxa"/>
            <w:shd w:val="clear" w:color="auto" w:fill="FFFFFF"/>
          </w:tcPr>
          <w:p w14:paraId="2B098442" w14:textId="77777777" w:rsidR="004604F3" w:rsidRDefault="00E1217F">
            <w:r>
              <w:t>111,6246</w:t>
            </w:r>
          </w:p>
        </w:tc>
        <w:tc>
          <w:tcPr>
            <w:tcW w:w="785" w:type="dxa"/>
            <w:shd w:val="clear" w:color="auto" w:fill="FFFFFF"/>
          </w:tcPr>
          <w:p w14:paraId="2723A754" w14:textId="77777777" w:rsidR="004604F3" w:rsidRDefault="00E1217F">
            <w:r>
              <w:t>-0,4463</w:t>
            </w:r>
          </w:p>
        </w:tc>
        <w:tc>
          <w:tcPr>
            <w:tcW w:w="785" w:type="dxa"/>
            <w:shd w:val="clear" w:color="auto" w:fill="FFFFFF"/>
          </w:tcPr>
          <w:p w14:paraId="1DD702B5" w14:textId="77777777" w:rsidR="004604F3" w:rsidRDefault="00E1217F">
            <w:r>
              <w:t>100,39</w:t>
            </w:r>
          </w:p>
        </w:tc>
      </w:tr>
      <w:tr w:rsidR="004604F3" w14:paraId="01BD2D20" w14:textId="77777777">
        <w:trPr>
          <w:cantSplit/>
        </w:trPr>
        <w:tc>
          <w:tcPr>
            <w:tcW w:w="785" w:type="dxa"/>
            <w:shd w:val="clear" w:color="auto" w:fill="F2F2F2"/>
          </w:tcPr>
          <w:p w14:paraId="0A52204C" w14:textId="77777777" w:rsidR="004604F3" w:rsidRDefault="00E1217F">
            <w:r>
              <w:t>УПК № 6 Старый Шерегеш</w:t>
            </w:r>
          </w:p>
        </w:tc>
        <w:tc>
          <w:tcPr>
            <w:tcW w:w="785" w:type="dxa"/>
            <w:shd w:val="clear" w:color="auto" w:fill="FFFFFF"/>
          </w:tcPr>
          <w:p w14:paraId="0BADC9AC" w14:textId="77777777" w:rsidR="004604F3" w:rsidRDefault="00E1217F">
            <w:r>
              <w:t>2026</w:t>
            </w:r>
          </w:p>
        </w:tc>
        <w:tc>
          <w:tcPr>
            <w:tcW w:w="785" w:type="dxa"/>
            <w:shd w:val="clear" w:color="auto" w:fill="FFFFFF"/>
          </w:tcPr>
          <w:p w14:paraId="251E7898" w14:textId="77777777" w:rsidR="004604F3" w:rsidRDefault="00E1217F">
            <w:r>
              <w:t>24,00</w:t>
            </w:r>
          </w:p>
        </w:tc>
        <w:tc>
          <w:tcPr>
            <w:tcW w:w="785" w:type="dxa"/>
            <w:shd w:val="clear" w:color="auto" w:fill="FFFFFF"/>
          </w:tcPr>
          <w:p w14:paraId="1D052009" w14:textId="77777777" w:rsidR="004604F3" w:rsidRDefault="00E1217F">
            <w:r>
              <w:t>24,00</w:t>
            </w:r>
          </w:p>
        </w:tc>
        <w:tc>
          <w:tcPr>
            <w:tcW w:w="785" w:type="dxa"/>
            <w:shd w:val="clear" w:color="auto" w:fill="FFFFFF"/>
          </w:tcPr>
          <w:p w14:paraId="68AAB150" w14:textId="77777777" w:rsidR="004604F3" w:rsidRDefault="00E1217F">
            <w:r>
              <w:t>0,1850</w:t>
            </w:r>
          </w:p>
        </w:tc>
        <w:tc>
          <w:tcPr>
            <w:tcW w:w="785" w:type="dxa"/>
            <w:shd w:val="clear" w:color="auto" w:fill="FFFFFF"/>
          </w:tcPr>
          <w:p w14:paraId="7761452B" w14:textId="77777777" w:rsidR="004604F3" w:rsidRDefault="00E1217F">
            <w:r>
              <w:t>1,0790</w:t>
            </w:r>
          </w:p>
        </w:tc>
        <w:tc>
          <w:tcPr>
            <w:tcW w:w="785" w:type="dxa"/>
            <w:shd w:val="clear" w:color="auto" w:fill="FFFFFF"/>
          </w:tcPr>
          <w:p w14:paraId="69A76D2B" w14:textId="77777777" w:rsidR="004604F3" w:rsidRDefault="00E1217F">
            <w:r>
              <w:t>3,4056</w:t>
            </w:r>
          </w:p>
        </w:tc>
        <w:tc>
          <w:tcPr>
            <w:tcW w:w="785" w:type="dxa"/>
            <w:shd w:val="clear" w:color="auto" w:fill="FFFFFF"/>
          </w:tcPr>
          <w:p w14:paraId="5713EFD9" w14:textId="77777777" w:rsidR="004604F3" w:rsidRDefault="00E1217F">
            <w:r>
              <w:t>4,6696</w:t>
            </w:r>
          </w:p>
        </w:tc>
        <w:tc>
          <w:tcPr>
            <w:tcW w:w="785" w:type="dxa"/>
            <w:shd w:val="clear" w:color="auto" w:fill="FFFFFF"/>
          </w:tcPr>
          <w:p w14:paraId="32E540E2" w14:textId="77777777" w:rsidR="004604F3" w:rsidRDefault="00E1217F">
            <w:r>
              <w:t>23,0099</w:t>
            </w:r>
          </w:p>
        </w:tc>
        <w:tc>
          <w:tcPr>
            <w:tcW w:w="785" w:type="dxa"/>
            <w:shd w:val="clear" w:color="auto" w:fill="FFFFFF"/>
          </w:tcPr>
          <w:p w14:paraId="1FF6EAE8" w14:textId="77777777" w:rsidR="004604F3" w:rsidRDefault="00E1217F">
            <w:r>
              <w:t>19,3304</w:t>
            </w:r>
          </w:p>
        </w:tc>
        <w:tc>
          <w:tcPr>
            <w:tcW w:w="785" w:type="dxa"/>
            <w:shd w:val="clear" w:color="auto" w:fill="FFFFFF"/>
          </w:tcPr>
          <w:p w14:paraId="5E9E80B9" w14:textId="77777777" w:rsidR="004604F3" w:rsidRDefault="00E1217F">
            <w:r>
              <w:t>19,46</w:t>
            </w:r>
          </w:p>
        </w:tc>
      </w:tr>
      <w:tr w:rsidR="004604F3" w14:paraId="724701BD" w14:textId="77777777">
        <w:trPr>
          <w:cantSplit/>
        </w:trPr>
        <w:tc>
          <w:tcPr>
            <w:tcW w:w="785" w:type="dxa"/>
            <w:shd w:val="clear" w:color="auto" w:fill="F2F2F2"/>
          </w:tcPr>
          <w:p w14:paraId="5178D806" w14:textId="77777777" w:rsidR="004604F3" w:rsidRDefault="004604F3"/>
        </w:tc>
        <w:tc>
          <w:tcPr>
            <w:tcW w:w="785" w:type="dxa"/>
            <w:shd w:val="clear" w:color="auto" w:fill="FFFFFF"/>
          </w:tcPr>
          <w:p w14:paraId="24044F40" w14:textId="77777777" w:rsidR="004604F3" w:rsidRDefault="00E1217F">
            <w:r>
              <w:t>2031</w:t>
            </w:r>
          </w:p>
        </w:tc>
        <w:tc>
          <w:tcPr>
            <w:tcW w:w="785" w:type="dxa"/>
            <w:shd w:val="clear" w:color="auto" w:fill="FFFFFF"/>
          </w:tcPr>
          <w:p w14:paraId="54611866" w14:textId="77777777" w:rsidR="004604F3" w:rsidRDefault="00E1217F">
            <w:r>
              <w:t>24,00</w:t>
            </w:r>
          </w:p>
        </w:tc>
        <w:tc>
          <w:tcPr>
            <w:tcW w:w="785" w:type="dxa"/>
            <w:shd w:val="clear" w:color="auto" w:fill="FFFFFF"/>
          </w:tcPr>
          <w:p w14:paraId="2BF1EC34" w14:textId="77777777" w:rsidR="004604F3" w:rsidRDefault="00E1217F">
            <w:r>
              <w:t>24,00</w:t>
            </w:r>
          </w:p>
        </w:tc>
        <w:tc>
          <w:tcPr>
            <w:tcW w:w="785" w:type="dxa"/>
            <w:shd w:val="clear" w:color="auto" w:fill="FFFFFF"/>
          </w:tcPr>
          <w:p w14:paraId="7AFF56FC" w14:textId="77777777" w:rsidR="004604F3" w:rsidRDefault="00E1217F">
            <w:r>
              <w:t>0,1850</w:t>
            </w:r>
          </w:p>
        </w:tc>
        <w:tc>
          <w:tcPr>
            <w:tcW w:w="785" w:type="dxa"/>
            <w:shd w:val="clear" w:color="auto" w:fill="FFFFFF"/>
          </w:tcPr>
          <w:p w14:paraId="30B9086B" w14:textId="77777777" w:rsidR="004604F3" w:rsidRDefault="00E1217F">
            <w:r>
              <w:t>1,0790</w:t>
            </w:r>
          </w:p>
        </w:tc>
        <w:tc>
          <w:tcPr>
            <w:tcW w:w="785" w:type="dxa"/>
            <w:shd w:val="clear" w:color="auto" w:fill="FFFFFF"/>
          </w:tcPr>
          <w:p w14:paraId="4584C8E9" w14:textId="77777777" w:rsidR="004604F3" w:rsidRDefault="00E1217F">
            <w:r>
              <w:t>3,5556</w:t>
            </w:r>
          </w:p>
        </w:tc>
        <w:tc>
          <w:tcPr>
            <w:tcW w:w="785" w:type="dxa"/>
            <w:shd w:val="clear" w:color="auto" w:fill="FFFFFF"/>
          </w:tcPr>
          <w:p w14:paraId="121C7CE5" w14:textId="77777777" w:rsidR="004604F3" w:rsidRDefault="00E1217F">
            <w:r>
              <w:t>4,8196</w:t>
            </w:r>
          </w:p>
        </w:tc>
        <w:tc>
          <w:tcPr>
            <w:tcW w:w="785" w:type="dxa"/>
            <w:shd w:val="clear" w:color="auto" w:fill="FFFFFF"/>
          </w:tcPr>
          <w:p w14:paraId="69F02665" w14:textId="77777777" w:rsidR="004604F3" w:rsidRDefault="00E1217F">
            <w:r>
              <w:t>23,0420</w:t>
            </w:r>
          </w:p>
        </w:tc>
        <w:tc>
          <w:tcPr>
            <w:tcW w:w="785" w:type="dxa"/>
            <w:shd w:val="clear" w:color="auto" w:fill="FFFFFF"/>
          </w:tcPr>
          <w:p w14:paraId="3CFDDC4A" w14:textId="77777777" w:rsidR="004604F3" w:rsidRDefault="00E1217F">
            <w:r>
              <w:t>19,1804</w:t>
            </w:r>
          </w:p>
        </w:tc>
        <w:tc>
          <w:tcPr>
            <w:tcW w:w="785" w:type="dxa"/>
            <w:shd w:val="clear" w:color="auto" w:fill="FFFFFF"/>
          </w:tcPr>
          <w:p w14:paraId="71F8D66D" w14:textId="77777777" w:rsidR="004604F3" w:rsidRDefault="00E1217F">
            <w:r>
              <w:t>20,08</w:t>
            </w:r>
          </w:p>
        </w:tc>
      </w:tr>
      <w:tr w:rsidR="004604F3" w14:paraId="5835D4B5" w14:textId="77777777">
        <w:trPr>
          <w:cantSplit/>
        </w:trPr>
        <w:tc>
          <w:tcPr>
            <w:tcW w:w="785" w:type="dxa"/>
            <w:shd w:val="clear" w:color="auto" w:fill="F2F2F2"/>
          </w:tcPr>
          <w:p w14:paraId="291AB077" w14:textId="77777777" w:rsidR="004604F3" w:rsidRDefault="004604F3"/>
        </w:tc>
        <w:tc>
          <w:tcPr>
            <w:tcW w:w="785" w:type="dxa"/>
            <w:shd w:val="clear" w:color="auto" w:fill="FFFFFF"/>
          </w:tcPr>
          <w:p w14:paraId="7FF081FE" w14:textId="77777777" w:rsidR="004604F3" w:rsidRDefault="00E1217F">
            <w:r>
              <w:t>2036</w:t>
            </w:r>
          </w:p>
        </w:tc>
        <w:tc>
          <w:tcPr>
            <w:tcW w:w="785" w:type="dxa"/>
            <w:shd w:val="clear" w:color="auto" w:fill="FFFFFF"/>
          </w:tcPr>
          <w:p w14:paraId="48B7F964" w14:textId="77777777" w:rsidR="004604F3" w:rsidRDefault="00E1217F">
            <w:r>
              <w:t>24,00</w:t>
            </w:r>
          </w:p>
        </w:tc>
        <w:tc>
          <w:tcPr>
            <w:tcW w:w="785" w:type="dxa"/>
            <w:shd w:val="clear" w:color="auto" w:fill="FFFFFF"/>
          </w:tcPr>
          <w:p w14:paraId="54E73E94" w14:textId="77777777" w:rsidR="004604F3" w:rsidRDefault="00E1217F">
            <w:r>
              <w:t>24,00</w:t>
            </w:r>
          </w:p>
        </w:tc>
        <w:tc>
          <w:tcPr>
            <w:tcW w:w="785" w:type="dxa"/>
            <w:shd w:val="clear" w:color="auto" w:fill="FFFFFF"/>
          </w:tcPr>
          <w:p w14:paraId="46589805" w14:textId="77777777" w:rsidR="004604F3" w:rsidRDefault="00E1217F">
            <w:r>
              <w:t>0,1850</w:t>
            </w:r>
          </w:p>
        </w:tc>
        <w:tc>
          <w:tcPr>
            <w:tcW w:w="785" w:type="dxa"/>
            <w:shd w:val="clear" w:color="auto" w:fill="FFFFFF"/>
          </w:tcPr>
          <w:p w14:paraId="4FCCD301" w14:textId="77777777" w:rsidR="004604F3" w:rsidRDefault="00E1217F">
            <w:r>
              <w:t>1,0790</w:t>
            </w:r>
          </w:p>
        </w:tc>
        <w:tc>
          <w:tcPr>
            <w:tcW w:w="785" w:type="dxa"/>
            <w:shd w:val="clear" w:color="auto" w:fill="FFFFFF"/>
          </w:tcPr>
          <w:p w14:paraId="7FC7A95F" w14:textId="77777777" w:rsidR="004604F3" w:rsidRDefault="00E1217F">
            <w:r>
              <w:t>3,5556</w:t>
            </w:r>
          </w:p>
        </w:tc>
        <w:tc>
          <w:tcPr>
            <w:tcW w:w="785" w:type="dxa"/>
            <w:shd w:val="clear" w:color="auto" w:fill="FFFFFF"/>
          </w:tcPr>
          <w:p w14:paraId="29B9A3D0" w14:textId="77777777" w:rsidR="004604F3" w:rsidRDefault="00E1217F">
            <w:r>
              <w:t>4,8196</w:t>
            </w:r>
          </w:p>
        </w:tc>
        <w:tc>
          <w:tcPr>
            <w:tcW w:w="785" w:type="dxa"/>
            <w:shd w:val="clear" w:color="auto" w:fill="FFFFFF"/>
          </w:tcPr>
          <w:p w14:paraId="51CE379B" w14:textId="77777777" w:rsidR="004604F3" w:rsidRDefault="00E1217F">
            <w:r>
              <w:t>23,0420</w:t>
            </w:r>
          </w:p>
        </w:tc>
        <w:tc>
          <w:tcPr>
            <w:tcW w:w="785" w:type="dxa"/>
            <w:shd w:val="clear" w:color="auto" w:fill="FFFFFF"/>
          </w:tcPr>
          <w:p w14:paraId="6F38155D" w14:textId="77777777" w:rsidR="004604F3" w:rsidRDefault="00E1217F">
            <w:r>
              <w:t>19,1804</w:t>
            </w:r>
          </w:p>
        </w:tc>
        <w:tc>
          <w:tcPr>
            <w:tcW w:w="785" w:type="dxa"/>
            <w:shd w:val="clear" w:color="auto" w:fill="FFFFFF"/>
          </w:tcPr>
          <w:p w14:paraId="55988BBE" w14:textId="77777777" w:rsidR="004604F3" w:rsidRDefault="00E1217F">
            <w:r>
              <w:t>20,08</w:t>
            </w:r>
          </w:p>
        </w:tc>
      </w:tr>
      <w:tr w:rsidR="004604F3" w14:paraId="06FF279C" w14:textId="77777777">
        <w:trPr>
          <w:cantSplit/>
        </w:trPr>
        <w:tc>
          <w:tcPr>
            <w:tcW w:w="785" w:type="dxa"/>
            <w:shd w:val="clear" w:color="auto" w:fill="F2F2F2"/>
          </w:tcPr>
          <w:p w14:paraId="242E180B" w14:textId="77777777" w:rsidR="004604F3" w:rsidRDefault="00E1217F">
            <w:r>
              <w:t>УПК № 7 Каз</w:t>
            </w:r>
          </w:p>
        </w:tc>
        <w:tc>
          <w:tcPr>
            <w:tcW w:w="785" w:type="dxa"/>
            <w:shd w:val="clear" w:color="auto" w:fill="FFFFFF"/>
          </w:tcPr>
          <w:p w14:paraId="175D343E" w14:textId="77777777" w:rsidR="004604F3" w:rsidRDefault="00E1217F">
            <w:r>
              <w:t>2026</w:t>
            </w:r>
          </w:p>
        </w:tc>
        <w:tc>
          <w:tcPr>
            <w:tcW w:w="785" w:type="dxa"/>
            <w:shd w:val="clear" w:color="auto" w:fill="FFFFFF"/>
          </w:tcPr>
          <w:p w14:paraId="6DA9E49F" w14:textId="77777777" w:rsidR="004604F3" w:rsidRDefault="00E1217F">
            <w:r>
              <w:t>72,00</w:t>
            </w:r>
          </w:p>
        </w:tc>
        <w:tc>
          <w:tcPr>
            <w:tcW w:w="785" w:type="dxa"/>
            <w:shd w:val="clear" w:color="auto" w:fill="FFFFFF"/>
          </w:tcPr>
          <w:p w14:paraId="29B48726" w14:textId="77777777" w:rsidR="004604F3" w:rsidRDefault="00E1217F">
            <w:r>
              <w:t>72,00</w:t>
            </w:r>
          </w:p>
        </w:tc>
        <w:tc>
          <w:tcPr>
            <w:tcW w:w="785" w:type="dxa"/>
            <w:shd w:val="clear" w:color="auto" w:fill="FFFFFF"/>
          </w:tcPr>
          <w:p w14:paraId="0DB17920" w14:textId="77777777" w:rsidR="004604F3" w:rsidRDefault="00E1217F">
            <w:r>
              <w:t>0,5580</w:t>
            </w:r>
          </w:p>
        </w:tc>
        <w:tc>
          <w:tcPr>
            <w:tcW w:w="785" w:type="dxa"/>
            <w:shd w:val="clear" w:color="auto" w:fill="FFFFFF"/>
          </w:tcPr>
          <w:p w14:paraId="6C807C91" w14:textId="77777777" w:rsidR="004604F3" w:rsidRDefault="00E1217F">
            <w:r>
              <w:t>4,8680</w:t>
            </w:r>
          </w:p>
        </w:tc>
        <w:tc>
          <w:tcPr>
            <w:tcW w:w="785" w:type="dxa"/>
            <w:shd w:val="clear" w:color="auto" w:fill="FFFFFF"/>
          </w:tcPr>
          <w:p w14:paraId="1837AC82" w14:textId="77777777" w:rsidR="004604F3" w:rsidRDefault="00E1217F">
            <w:r>
              <w:t>14,0137</w:t>
            </w:r>
          </w:p>
        </w:tc>
        <w:tc>
          <w:tcPr>
            <w:tcW w:w="785" w:type="dxa"/>
            <w:shd w:val="clear" w:color="auto" w:fill="FFFFFF"/>
          </w:tcPr>
          <w:p w14:paraId="2AE1A502" w14:textId="77777777" w:rsidR="004604F3" w:rsidRDefault="00E1217F">
            <w:r>
              <w:t>19,4397</w:t>
            </w:r>
          </w:p>
        </w:tc>
        <w:tc>
          <w:tcPr>
            <w:tcW w:w="785" w:type="dxa"/>
            <w:shd w:val="clear" w:color="auto" w:fill="FFFFFF"/>
          </w:tcPr>
          <w:p w14:paraId="2D8416E5" w14:textId="77777777" w:rsidR="004604F3" w:rsidRDefault="00E1217F">
            <w:r>
              <w:t>69,8722</w:t>
            </w:r>
          </w:p>
        </w:tc>
        <w:tc>
          <w:tcPr>
            <w:tcW w:w="785" w:type="dxa"/>
            <w:shd w:val="clear" w:color="auto" w:fill="FFFFFF"/>
          </w:tcPr>
          <w:p w14:paraId="3F6F0883" w14:textId="77777777" w:rsidR="004604F3" w:rsidRDefault="00E1217F">
            <w:r>
              <w:t>52,5603</w:t>
            </w:r>
          </w:p>
        </w:tc>
        <w:tc>
          <w:tcPr>
            <w:tcW w:w="785" w:type="dxa"/>
            <w:shd w:val="clear" w:color="auto" w:fill="FFFFFF"/>
          </w:tcPr>
          <w:p w14:paraId="21A661B5" w14:textId="77777777" w:rsidR="004604F3" w:rsidRDefault="00E1217F">
            <w:r>
              <w:t>27,00</w:t>
            </w:r>
          </w:p>
        </w:tc>
      </w:tr>
      <w:tr w:rsidR="004604F3" w14:paraId="790CCB66" w14:textId="77777777">
        <w:trPr>
          <w:cantSplit/>
        </w:trPr>
        <w:tc>
          <w:tcPr>
            <w:tcW w:w="785" w:type="dxa"/>
            <w:shd w:val="clear" w:color="auto" w:fill="F2F2F2"/>
          </w:tcPr>
          <w:p w14:paraId="059F50C2" w14:textId="77777777" w:rsidR="004604F3" w:rsidRDefault="004604F3"/>
        </w:tc>
        <w:tc>
          <w:tcPr>
            <w:tcW w:w="785" w:type="dxa"/>
            <w:shd w:val="clear" w:color="auto" w:fill="FFFFFF"/>
          </w:tcPr>
          <w:p w14:paraId="4BE9E816" w14:textId="77777777" w:rsidR="004604F3" w:rsidRDefault="00E1217F">
            <w:r>
              <w:t>2031</w:t>
            </w:r>
          </w:p>
        </w:tc>
        <w:tc>
          <w:tcPr>
            <w:tcW w:w="785" w:type="dxa"/>
            <w:shd w:val="clear" w:color="auto" w:fill="FFFFFF"/>
          </w:tcPr>
          <w:p w14:paraId="67796403" w14:textId="77777777" w:rsidR="004604F3" w:rsidRDefault="00E1217F">
            <w:r>
              <w:t>72,00</w:t>
            </w:r>
          </w:p>
        </w:tc>
        <w:tc>
          <w:tcPr>
            <w:tcW w:w="785" w:type="dxa"/>
            <w:shd w:val="clear" w:color="auto" w:fill="FFFFFF"/>
          </w:tcPr>
          <w:p w14:paraId="36FEC6FE" w14:textId="77777777" w:rsidR="004604F3" w:rsidRDefault="00E1217F">
            <w:r>
              <w:t>72,00</w:t>
            </w:r>
          </w:p>
        </w:tc>
        <w:tc>
          <w:tcPr>
            <w:tcW w:w="785" w:type="dxa"/>
            <w:shd w:val="clear" w:color="auto" w:fill="FFFFFF"/>
          </w:tcPr>
          <w:p w14:paraId="6724DA6F" w14:textId="77777777" w:rsidR="004604F3" w:rsidRDefault="00E1217F">
            <w:r>
              <w:t>0,5600</w:t>
            </w:r>
          </w:p>
        </w:tc>
        <w:tc>
          <w:tcPr>
            <w:tcW w:w="785" w:type="dxa"/>
            <w:shd w:val="clear" w:color="auto" w:fill="FFFFFF"/>
          </w:tcPr>
          <w:p w14:paraId="0BDCBE34" w14:textId="77777777" w:rsidR="004604F3" w:rsidRDefault="00E1217F">
            <w:r>
              <w:t>4,8850</w:t>
            </w:r>
          </w:p>
        </w:tc>
        <w:tc>
          <w:tcPr>
            <w:tcW w:w="785" w:type="dxa"/>
            <w:shd w:val="clear" w:color="auto" w:fill="FFFFFF"/>
          </w:tcPr>
          <w:p w14:paraId="2E797741" w14:textId="77777777" w:rsidR="004604F3" w:rsidRDefault="00E1217F">
            <w:r>
              <w:t>14,0577</w:t>
            </w:r>
          </w:p>
        </w:tc>
        <w:tc>
          <w:tcPr>
            <w:tcW w:w="785" w:type="dxa"/>
            <w:shd w:val="clear" w:color="auto" w:fill="FFFFFF"/>
          </w:tcPr>
          <w:p w14:paraId="04E0D275" w14:textId="77777777" w:rsidR="004604F3" w:rsidRDefault="00E1217F">
            <w:r>
              <w:t>19,5027</w:t>
            </w:r>
          </w:p>
        </w:tc>
        <w:tc>
          <w:tcPr>
            <w:tcW w:w="785" w:type="dxa"/>
            <w:shd w:val="clear" w:color="auto" w:fill="FFFFFF"/>
          </w:tcPr>
          <w:p w14:paraId="3FF67DD0" w14:textId="77777777" w:rsidR="004604F3" w:rsidRDefault="00E1217F">
            <w:r>
              <w:t>69,8715</w:t>
            </w:r>
          </w:p>
        </w:tc>
        <w:tc>
          <w:tcPr>
            <w:tcW w:w="785" w:type="dxa"/>
            <w:shd w:val="clear" w:color="auto" w:fill="FFFFFF"/>
          </w:tcPr>
          <w:p w14:paraId="6E456DF3" w14:textId="77777777" w:rsidR="004604F3" w:rsidRDefault="00E1217F">
            <w:r>
              <w:t>52,4973</w:t>
            </w:r>
          </w:p>
        </w:tc>
        <w:tc>
          <w:tcPr>
            <w:tcW w:w="785" w:type="dxa"/>
            <w:shd w:val="clear" w:color="auto" w:fill="FFFFFF"/>
          </w:tcPr>
          <w:p w14:paraId="7897F7DD" w14:textId="77777777" w:rsidR="004604F3" w:rsidRDefault="00E1217F">
            <w:r>
              <w:t>27,09</w:t>
            </w:r>
          </w:p>
        </w:tc>
      </w:tr>
      <w:tr w:rsidR="004604F3" w14:paraId="0ADC555E" w14:textId="77777777">
        <w:trPr>
          <w:cantSplit/>
        </w:trPr>
        <w:tc>
          <w:tcPr>
            <w:tcW w:w="785" w:type="dxa"/>
            <w:shd w:val="clear" w:color="auto" w:fill="F2F2F2"/>
          </w:tcPr>
          <w:p w14:paraId="7AE3FA78" w14:textId="77777777" w:rsidR="004604F3" w:rsidRDefault="004604F3"/>
        </w:tc>
        <w:tc>
          <w:tcPr>
            <w:tcW w:w="785" w:type="dxa"/>
            <w:shd w:val="clear" w:color="auto" w:fill="FFFFFF"/>
          </w:tcPr>
          <w:p w14:paraId="170CB586" w14:textId="77777777" w:rsidR="004604F3" w:rsidRDefault="00E1217F">
            <w:r>
              <w:t>2036</w:t>
            </w:r>
          </w:p>
        </w:tc>
        <w:tc>
          <w:tcPr>
            <w:tcW w:w="785" w:type="dxa"/>
            <w:shd w:val="clear" w:color="auto" w:fill="FFFFFF"/>
          </w:tcPr>
          <w:p w14:paraId="5D9C86C2" w14:textId="77777777" w:rsidR="004604F3" w:rsidRDefault="00E1217F">
            <w:r>
              <w:t>72,00</w:t>
            </w:r>
          </w:p>
        </w:tc>
        <w:tc>
          <w:tcPr>
            <w:tcW w:w="785" w:type="dxa"/>
            <w:shd w:val="clear" w:color="auto" w:fill="FFFFFF"/>
          </w:tcPr>
          <w:p w14:paraId="58EA9957" w14:textId="77777777" w:rsidR="004604F3" w:rsidRDefault="00E1217F">
            <w:r>
              <w:t>72,00</w:t>
            </w:r>
          </w:p>
        </w:tc>
        <w:tc>
          <w:tcPr>
            <w:tcW w:w="785" w:type="dxa"/>
            <w:shd w:val="clear" w:color="auto" w:fill="FFFFFF"/>
          </w:tcPr>
          <w:p w14:paraId="3B0988C8" w14:textId="77777777" w:rsidR="004604F3" w:rsidRDefault="00E1217F">
            <w:r>
              <w:t>0,5600</w:t>
            </w:r>
          </w:p>
        </w:tc>
        <w:tc>
          <w:tcPr>
            <w:tcW w:w="785" w:type="dxa"/>
            <w:shd w:val="clear" w:color="auto" w:fill="FFFFFF"/>
          </w:tcPr>
          <w:p w14:paraId="77D122E4" w14:textId="77777777" w:rsidR="004604F3" w:rsidRDefault="00E1217F">
            <w:r>
              <w:t>4,8850</w:t>
            </w:r>
          </w:p>
        </w:tc>
        <w:tc>
          <w:tcPr>
            <w:tcW w:w="785" w:type="dxa"/>
            <w:shd w:val="clear" w:color="auto" w:fill="FFFFFF"/>
          </w:tcPr>
          <w:p w14:paraId="2D34748C" w14:textId="77777777" w:rsidR="004604F3" w:rsidRDefault="00E1217F">
            <w:r>
              <w:t>14,0577</w:t>
            </w:r>
          </w:p>
        </w:tc>
        <w:tc>
          <w:tcPr>
            <w:tcW w:w="785" w:type="dxa"/>
            <w:shd w:val="clear" w:color="auto" w:fill="FFFFFF"/>
          </w:tcPr>
          <w:p w14:paraId="5067F21B" w14:textId="77777777" w:rsidR="004604F3" w:rsidRDefault="00E1217F">
            <w:r>
              <w:t>19,5027</w:t>
            </w:r>
          </w:p>
        </w:tc>
        <w:tc>
          <w:tcPr>
            <w:tcW w:w="785" w:type="dxa"/>
            <w:shd w:val="clear" w:color="auto" w:fill="FFFFFF"/>
          </w:tcPr>
          <w:p w14:paraId="3EBFC815" w14:textId="77777777" w:rsidR="004604F3" w:rsidRDefault="00E1217F">
            <w:r>
              <w:t>69,8715</w:t>
            </w:r>
          </w:p>
        </w:tc>
        <w:tc>
          <w:tcPr>
            <w:tcW w:w="785" w:type="dxa"/>
            <w:shd w:val="clear" w:color="auto" w:fill="FFFFFF"/>
          </w:tcPr>
          <w:p w14:paraId="5E6B9209" w14:textId="77777777" w:rsidR="004604F3" w:rsidRDefault="00E1217F">
            <w:r>
              <w:t>52,4973</w:t>
            </w:r>
          </w:p>
        </w:tc>
        <w:tc>
          <w:tcPr>
            <w:tcW w:w="785" w:type="dxa"/>
            <w:shd w:val="clear" w:color="auto" w:fill="FFFFFF"/>
          </w:tcPr>
          <w:p w14:paraId="5FCE5D40" w14:textId="77777777" w:rsidR="004604F3" w:rsidRDefault="00E1217F">
            <w:r>
              <w:t>27,09</w:t>
            </w:r>
          </w:p>
        </w:tc>
      </w:tr>
      <w:tr w:rsidR="004604F3" w14:paraId="5EC5EC1C" w14:textId="77777777">
        <w:trPr>
          <w:cantSplit/>
        </w:trPr>
        <w:tc>
          <w:tcPr>
            <w:tcW w:w="785" w:type="dxa"/>
            <w:shd w:val="clear" w:color="auto" w:fill="F2F2F2"/>
          </w:tcPr>
          <w:p w14:paraId="41C3A6F4" w14:textId="77777777" w:rsidR="004604F3" w:rsidRDefault="00E1217F">
            <w:r>
              <w:t>УПК № 8 Мундыбаш</w:t>
            </w:r>
          </w:p>
        </w:tc>
        <w:tc>
          <w:tcPr>
            <w:tcW w:w="785" w:type="dxa"/>
            <w:shd w:val="clear" w:color="auto" w:fill="FFFFFF"/>
          </w:tcPr>
          <w:p w14:paraId="09E8B423" w14:textId="77777777" w:rsidR="004604F3" w:rsidRDefault="00E1217F">
            <w:r>
              <w:t>2026</w:t>
            </w:r>
          </w:p>
        </w:tc>
        <w:tc>
          <w:tcPr>
            <w:tcW w:w="785" w:type="dxa"/>
            <w:shd w:val="clear" w:color="auto" w:fill="FFFFFF"/>
          </w:tcPr>
          <w:p w14:paraId="3F535FDB" w14:textId="77777777" w:rsidR="004604F3" w:rsidRDefault="00E1217F">
            <w:r>
              <w:t>36,00</w:t>
            </w:r>
          </w:p>
        </w:tc>
        <w:tc>
          <w:tcPr>
            <w:tcW w:w="785" w:type="dxa"/>
            <w:shd w:val="clear" w:color="auto" w:fill="FFFFFF"/>
          </w:tcPr>
          <w:p w14:paraId="7C9136C9" w14:textId="77777777" w:rsidR="004604F3" w:rsidRDefault="00E1217F">
            <w:r>
              <w:t>36,00</w:t>
            </w:r>
          </w:p>
        </w:tc>
        <w:tc>
          <w:tcPr>
            <w:tcW w:w="785" w:type="dxa"/>
            <w:shd w:val="clear" w:color="auto" w:fill="FFFFFF"/>
          </w:tcPr>
          <w:p w14:paraId="69EFC23D" w14:textId="77777777" w:rsidR="004604F3" w:rsidRDefault="00E1217F">
            <w:r>
              <w:t>0,4730</w:t>
            </w:r>
          </w:p>
        </w:tc>
        <w:tc>
          <w:tcPr>
            <w:tcW w:w="785" w:type="dxa"/>
            <w:shd w:val="clear" w:color="auto" w:fill="FFFFFF"/>
          </w:tcPr>
          <w:p w14:paraId="2DFB9CDE" w14:textId="77777777" w:rsidR="004604F3" w:rsidRDefault="00E1217F">
            <w:r>
              <w:t>2,7330</w:t>
            </w:r>
          </w:p>
        </w:tc>
        <w:tc>
          <w:tcPr>
            <w:tcW w:w="785" w:type="dxa"/>
            <w:shd w:val="clear" w:color="auto" w:fill="FFFFFF"/>
          </w:tcPr>
          <w:p w14:paraId="28BDAA0C" w14:textId="77777777" w:rsidR="004604F3" w:rsidRDefault="00E1217F">
            <w:r>
              <w:t>17,0415</w:t>
            </w:r>
          </w:p>
        </w:tc>
        <w:tc>
          <w:tcPr>
            <w:tcW w:w="785" w:type="dxa"/>
            <w:shd w:val="clear" w:color="auto" w:fill="FFFFFF"/>
          </w:tcPr>
          <w:p w14:paraId="0F314715" w14:textId="77777777" w:rsidR="004604F3" w:rsidRDefault="00E1217F">
            <w:r>
              <w:t>20,2475</w:t>
            </w:r>
          </w:p>
        </w:tc>
        <w:tc>
          <w:tcPr>
            <w:tcW w:w="785" w:type="dxa"/>
            <w:shd w:val="clear" w:color="auto" w:fill="FFFFFF"/>
          </w:tcPr>
          <w:p w14:paraId="7080B75C" w14:textId="77777777" w:rsidR="004604F3" w:rsidRDefault="00E1217F">
            <w:r>
              <w:t>35,1389</w:t>
            </w:r>
          </w:p>
        </w:tc>
        <w:tc>
          <w:tcPr>
            <w:tcW w:w="785" w:type="dxa"/>
            <w:shd w:val="clear" w:color="auto" w:fill="FFFFFF"/>
          </w:tcPr>
          <w:p w14:paraId="1507303F" w14:textId="77777777" w:rsidR="004604F3" w:rsidRDefault="00E1217F">
            <w:r>
              <w:t>15,7525</w:t>
            </w:r>
          </w:p>
        </w:tc>
        <w:tc>
          <w:tcPr>
            <w:tcW w:w="785" w:type="dxa"/>
            <w:shd w:val="clear" w:color="auto" w:fill="FFFFFF"/>
          </w:tcPr>
          <w:p w14:paraId="4FD2A30C" w14:textId="77777777" w:rsidR="004604F3" w:rsidRDefault="00E1217F">
            <w:r>
              <w:t>56,24</w:t>
            </w:r>
          </w:p>
        </w:tc>
      </w:tr>
      <w:tr w:rsidR="004604F3" w14:paraId="22A12326" w14:textId="77777777">
        <w:trPr>
          <w:cantSplit/>
        </w:trPr>
        <w:tc>
          <w:tcPr>
            <w:tcW w:w="785" w:type="dxa"/>
            <w:shd w:val="clear" w:color="auto" w:fill="F2F2F2"/>
          </w:tcPr>
          <w:p w14:paraId="69FFC576" w14:textId="77777777" w:rsidR="004604F3" w:rsidRDefault="004604F3"/>
        </w:tc>
        <w:tc>
          <w:tcPr>
            <w:tcW w:w="785" w:type="dxa"/>
            <w:shd w:val="clear" w:color="auto" w:fill="FFFFFF"/>
          </w:tcPr>
          <w:p w14:paraId="14473129" w14:textId="77777777" w:rsidR="004604F3" w:rsidRDefault="00E1217F">
            <w:r>
              <w:t>2031</w:t>
            </w:r>
          </w:p>
        </w:tc>
        <w:tc>
          <w:tcPr>
            <w:tcW w:w="785" w:type="dxa"/>
            <w:shd w:val="clear" w:color="auto" w:fill="FFFFFF"/>
          </w:tcPr>
          <w:p w14:paraId="0A35BDF3" w14:textId="77777777" w:rsidR="004604F3" w:rsidRDefault="00E1217F">
            <w:r>
              <w:t>36,00</w:t>
            </w:r>
          </w:p>
        </w:tc>
        <w:tc>
          <w:tcPr>
            <w:tcW w:w="785" w:type="dxa"/>
            <w:shd w:val="clear" w:color="auto" w:fill="FFFFFF"/>
          </w:tcPr>
          <w:p w14:paraId="4AC4D4C4" w14:textId="77777777" w:rsidR="004604F3" w:rsidRDefault="00E1217F">
            <w:r>
              <w:t>36,00</w:t>
            </w:r>
          </w:p>
        </w:tc>
        <w:tc>
          <w:tcPr>
            <w:tcW w:w="785" w:type="dxa"/>
            <w:shd w:val="clear" w:color="auto" w:fill="FFFFFF"/>
          </w:tcPr>
          <w:p w14:paraId="7C233399" w14:textId="77777777" w:rsidR="004604F3" w:rsidRDefault="00E1217F">
            <w:r>
              <w:t>0,4730</w:t>
            </w:r>
          </w:p>
        </w:tc>
        <w:tc>
          <w:tcPr>
            <w:tcW w:w="785" w:type="dxa"/>
            <w:shd w:val="clear" w:color="auto" w:fill="FFFFFF"/>
          </w:tcPr>
          <w:p w14:paraId="6D7F70F6" w14:textId="77777777" w:rsidR="004604F3" w:rsidRDefault="00E1217F">
            <w:r>
              <w:t>2,7330</w:t>
            </w:r>
          </w:p>
        </w:tc>
        <w:tc>
          <w:tcPr>
            <w:tcW w:w="785" w:type="dxa"/>
            <w:shd w:val="clear" w:color="auto" w:fill="FFFFFF"/>
          </w:tcPr>
          <w:p w14:paraId="4D1D7B49" w14:textId="77777777" w:rsidR="004604F3" w:rsidRDefault="00E1217F">
            <w:r>
              <w:t>17,0415</w:t>
            </w:r>
          </w:p>
        </w:tc>
        <w:tc>
          <w:tcPr>
            <w:tcW w:w="785" w:type="dxa"/>
            <w:shd w:val="clear" w:color="auto" w:fill="FFFFFF"/>
          </w:tcPr>
          <w:p w14:paraId="7F0F8B56" w14:textId="77777777" w:rsidR="004604F3" w:rsidRDefault="00E1217F">
            <w:r>
              <w:t>20,2475</w:t>
            </w:r>
          </w:p>
        </w:tc>
        <w:tc>
          <w:tcPr>
            <w:tcW w:w="785" w:type="dxa"/>
            <w:shd w:val="clear" w:color="auto" w:fill="FFFFFF"/>
          </w:tcPr>
          <w:p w14:paraId="1261710F" w14:textId="77777777" w:rsidR="004604F3" w:rsidRDefault="00E1217F">
            <w:r>
              <w:t>35,1389</w:t>
            </w:r>
          </w:p>
        </w:tc>
        <w:tc>
          <w:tcPr>
            <w:tcW w:w="785" w:type="dxa"/>
            <w:shd w:val="clear" w:color="auto" w:fill="FFFFFF"/>
          </w:tcPr>
          <w:p w14:paraId="3F3B0805" w14:textId="77777777" w:rsidR="004604F3" w:rsidRDefault="00E1217F">
            <w:r>
              <w:t>15,7525</w:t>
            </w:r>
          </w:p>
        </w:tc>
        <w:tc>
          <w:tcPr>
            <w:tcW w:w="785" w:type="dxa"/>
            <w:shd w:val="clear" w:color="auto" w:fill="FFFFFF"/>
          </w:tcPr>
          <w:p w14:paraId="56AF6ACD" w14:textId="77777777" w:rsidR="004604F3" w:rsidRDefault="00E1217F">
            <w:r>
              <w:t>56,24</w:t>
            </w:r>
          </w:p>
        </w:tc>
      </w:tr>
      <w:tr w:rsidR="004604F3" w14:paraId="00ED2886" w14:textId="77777777">
        <w:trPr>
          <w:cantSplit/>
        </w:trPr>
        <w:tc>
          <w:tcPr>
            <w:tcW w:w="785" w:type="dxa"/>
            <w:shd w:val="clear" w:color="auto" w:fill="F2F2F2"/>
          </w:tcPr>
          <w:p w14:paraId="1ACE3921" w14:textId="77777777" w:rsidR="004604F3" w:rsidRDefault="004604F3"/>
        </w:tc>
        <w:tc>
          <w:tcPr>
            <w:tcW w:w="785" w:type="dxa"/>
            <w:shd w:val="clear" w:color="auto" w:fill="FFFFFF"/>
          </w:tcPr>
          <w:p w14:paraId="74727609" w14:textId="77777777" w:rsidR="004604F3" w:rsidRDefault="00E1217F">
            <w:r>
              <w:t>2036</w:t>
            </w:r>
          </w:p>
        </w:tc>
        <w:tc>
          <w:tcPr>
            <w:tcW w:w="785" w:type="dxa"/>
            <w:shd w:val="clear" w:color="auto" w:fill="FFFFFF"/>
          </w:tcPr>
          <w:p w14:paraId="6627294F" w14:textId="77777777" w:rsidR="004604F3" w:rsidRDefault="00E1217F">
            <w:r>
              <w:t>36,00</w:t>
            </w:r>
          </w:p>
        </w:tc>
        <w:tc>
          <w:tcPr>
            <w:tcW w:w="785" w:type="dxa"/>
            <w:shd w:val="clear" w:color="auto" w:fill="FFFFFF"/>
          </w:tcPr>
          <w:p w14:paraId="0768A73A" w14:textId="77777777" w:rsidR="004604F3" w:rsidRDefault="00E1217F">
            <w:r>
              <w:t>36,00</w:t>
            </w:r>
          </w:p>
        </w:tc>
        <w:tc>
          <w:tcPr>
            <w:tcW w:w="785" w:type="dxa"/>
            <w:shd w:val="clear" w:color="auto" w:fill="FFFFFF"/>
          </w:tcPr>
          <w:p w14:paraId="54E40248" w14:textId="77777777" w:rsidR="004604F3" w:rsidRDefault="00E1217F">
            <w:r>
              <w:t>0,4730</w:t>
            </w:r>
          </w:p>
        </w:tc>
        <w:tc>
          <w:tcPr>
            <w:tcW w:w="785" w:type="dxa"/>
            <w:shd w:val="clear" w:color="auto" w:fill="FFFFFF"/>
          </w:tcPr>
          <w:p w14:paraId="4A38766C" w14:textId="77777777" w:rsidR="004604F3" w:rsidRDefault="00E1217F">
            <w:r>
              <w:t>2,7330</w:t>
            </w:r>
          </w:p>
        </w:tc>
        <w:tc>
          <w:tcPr>
            <w:tcW w:w="785" w:type="dxa"/>
            <w:shd w:val="clear" w:color="auto" w:fill="FFFFFF"/>
          </w:tcPr>
          <w:p w14:paraId="7323E725" w14:textId="77777777" w:rsidR="004604F3" w:rsidRDefault="00E1217F">
            <w:r>
              <w:t>17,0415</w:t>
            </w:r>
          </w:p>
        </w:tc>
        <w:tc>
          <w:tcPr>
            <w:tcW w:w="785" w:type="dxa"/>
            <w:shd w:val="clear" w:color="auto" w:fill="FFFFFF"/>
          </w:tcPr>
          <w:p w14:paraId="43677572" w14:textId="77777777" w:rsidR="004604F3" w:rsidRDefault="00E1217F">
            <w:r>
              <w:t>20,2475</w:t>
            </w:r>
          </w:p>
        </w:tc>
        <w:tc>
          <w:tcPr>
            <w:tcW w:w="785" w:type="dxa"/>
            <w:shd w:val="clear" w:color="auto" w:fill="FFFFFF"/>
          </w:tcPr>
          <w:p w14:paraId="73116BC1" w14:textId="77777777" w:rsidR="004604F3" w:rsidRDefault="00E1217F">
            <w:r>
              <w:t>35,1389</w:t>
            </w:r>
          </w:p>
        </w:tc>
        <w:tc>
          <w:tcPr>
            <w:tcW w:w="785" w:type="dxa"/>
            <w:shd w:val="clear" w:color="auto" w:fill="FFFFFF"/>
          </w:tcPr>
          <w:p w14:paraId="7E5FC70B" w14:textId="77777777" w:rsidR="004604F3" w:rsidRDefault="00E1217F">
            <w:r>
              <w:t>15,7525</w:t>
            </w:r>
          </w:p>
        </w:tc>
        <w:tc>
          <w:tcPr>
            <w:tcW w:w="785" w:type="dxa"/>
            <w:shd w:val="clear" w:color="auto" w:fill="FFFFFF"/>
          </w:tcPr>
          <w:p w14:paraId="3B63DB9F" w14:textId="77777777" w:rsidR="004604F3" w:rsidRDefault="00E1217F">
            <w:r>
              <w:t>56,24</w:t>
            </w:r>
          </w:p>
        </w:tc>
      </w:tr>
      <w:tr w:rsidR="004604F3" w14:paraId="7572A774" w14:textId="77777777">
        <w:trPr>
          <w:cantSplit/>
        </w:trPr>
        <w:tc>
          <w:tcPr>
            <w:tcW w:w="785" w:type="dxa"/>
            <w:shd w:val="clear" w:color="auto" w:fill="F2F2F2"/>
          </w:tcPr>
          <w:p w14:paraId="25385447" w14:textId="77777777" w:rsidR="004604F3" w:rsidRDefault="00E1217F">
            <w:r>
              <w:t>УПК № 10 Темир-Тау</w:t>
            </w:r>
          </w:p>
        </w:tc>
        <w:tc>
          <w:tcPr>
            <w:tcW w:w="785" w:type="dxa"/>
            <w:shd w:val="clear" w:color="auto" w:fill="FFFFFF"/>
          </w:tcPr>
          <w:p w14:paraId="7D05F917" w14:textId="77777777" w:rsidR="004604F3" w:rsidRDefault="00E1217F">
            <w:r>
              <w:t>2026</w:t>
            </w:r>
          </w:p>
        </w:tc>
        <w:tc>
          <w:tcPr>
            <w:tcW w:w="785" w:type="dxa"/>
            <w:shd w:val="clear" w:color="auto" w:fill="FFFFFF"/>
          </w:tcPr>
          <w:p w14:paraId="6931CFC4" w14:textId="77777777" w:rsidR="004604F3" w:rsidRDefault="00E1217F">
            <w:r>
              <w:t>33,60</w:t>
            </w:r>
          </w:p>
        </w:tc>
        <w:tc>
          <w:tcPr>
            <w:tcW w:w="785" w:type="dxa"/>
            <w:shd w:val="clear" w:color="auto" w:fill="FFFFFF"/>
          </w:tcPr>
          <w:p w14:paraId="36FC83B8" w14:textId="77777777" w:rsidR="004604F3" w:rsidRDefault="00E1217F">
            <w:r>
              <w:t>33,60</w:t>
            </w:r>
          </w:p>
        </w:tc>
        <w:tc>
          <w:tcPr>
            <w:tcW w:w="785" w:type="dxa"/>
            <w:shd w:val="clear" w:color="auto" w:fill="FFFFFF"/>
          </w:tcPr>
          <w:p w14:paraId="10560ACE" w14:textId="77777777" w:rsidR="004604F3" w:rsidRDefault="00E1217F">
            <w:r>
              <w:t>0,1390</w:t>
            </w:r>
          </w:p>
        </w:tc>
        <w:tc>
          <w:tcPr>
            <w:tcW w:w="785" w:type="dxa"/>
            <w:shd w:val="clear" w:color="auto" w:fill="FFFFFF"/>
          </w:tcPr>
          <w:p w14:paraId="4FE935F6" w14:textId="77777777" w:rsidR="004604F3" w:rsidRDefault="00E1217F">
            <w:r>
              <w:t>0,9150</w:t>
            </w:r>
          </w:p>
        </w:tc>
        <w:tc>
          <w:tcPr>
            <w:tcW w:w="785" w:type="dxa"/>
            <w:shd w:val="clear" w:color="auto" w:fill="FFFFFF"/>
          </w:tcPr>
          <w:p w14:paraId="40C7EFE4" w14:textId="77777777" w:rsidR="004604F3" w:rsidRDefault="00E1217F">
            <w:r>
              <w:t>7,6445</w:t>
            </w:r>
          </w:p>
        </w:tc>
        <w:tc>
          <w:tcPr>
            <w:tcW w:w="785" w:type="dxa"/>
            <w:shd w:val="clear" w:color="auto" w:fill="FFFFFF"/>
          </w:tcPr>
          <w:p w14:paraId="514AC948" w14:textId="77777777" w:rsidR="004604F3" w:rsidRDefault="00E1217F">
            <w:r>
              <w:t>8,6985</w:t>
            </w:r>
          </w:p>
        </w:tc>
        <w:tc>
          <w:tcPr>
            <w:tcW w:w="785" w:type="dxa"/>
            <w:shd w:val="clear" w:color="auto" w:fill="FFFFFF"/>
          </w:tcPr>
          <w:p w14:paraId="3D18A5A0" w14:textId="77777777" w:rsidR="004604F3" w:rsidRDefault="00E1217F">
            <w:r>
              <w:t>33,0544</w:t>
            </w:r>
          </w:p>
        </w:tc>
        <w:tc>
          <w:tcPr>
            <w:tcW w:w="785" w:type="dxa"/>
            <w:shd w:val="clear" w:color="auto" w:fill="FFFFFF"/>
          </w:tcPr>
          <w:p w14:paraId="7596B620" w14:textId="77777777" w:rsidR="004604F3" w:rsidRDefault="00E1217F">
            <w:r>
              <w:t>24,9015</w:t>
            </w:r>
          </w:p>
        </w:tc>
        <w:tc>
          <w:tcPr>
            <w:tcW w:w="785" w:type="dxa"/>
            <w:shd w:val="clear" w:color="auto" w:fill="FFFFFF"/>
          </w:tcPr>
          <w:p w14:paraId="31D5E303" w14:textId="77777777" w:rsidR="004604F3" w:rsidRDefault="00E1217F">
            <w:r>
              <w:t>25,89</w:t>
            </w:r>
          </w:p>
        </w:tc>
      </w:tr>
      <w:tr w:rsidR="004604F3" w14:paraId="5B12F78B" w14:textId="77777777">
        <w:trPr>
          <w:cantSplit/>
        </w:trPr>
        <w:tc>
          <w:tcPr>
            <w:tcW w:w="785" w:type="dxa"/>
            <w:shd w:val="clear" w:color="auto" w:fill="F2F2F2"/>
          </w:tcPr>
          <w:p w14:paraId="4A8F0447" w14:textId="77777777" w:rsidR="004604F3" w:rsidRDefault="004604F3"/>
        </w:tc>
        <w:tc>
          <w:tcPr>
            <w:tcW w:w="785" w:type="dxa"/>
            <w:shd w:val="clear" w:color="auto" w:fill="FFFFFF"/>
          </w:tcPr>
          <w:p w14:paraId="6BA3EA70" w14:textId="77777777" w:rsidR="004604F3" w:rsidRDefault="00E1217F">
            <w:r>
              <w:t>2031</w:t>
            </w:r>
          </w:p>
        </w:tc>
        <w:tc>
          <w:tcPr>
            <w:tcW w:w="785" w:type="dxa"/>
            <w:shd w:val="clear" w:color="auto" w:fill="FFFFFF"/>
          </w:tcPr>
          <w:p w14:paraId="0A65B1F1" w14:textId="77777777" w:rsidR="004604F3" w:rsidRDefault="00E1217F">
            <w:r>
              <w:t>33,60</w:t>
            </w:r>
          </w:p>
        </w:tc>
        <w:tc>
          <w:tcPr>
            <w:tcW w:w="785" w:type="dxa"/>
            <w:shd w:val="clear" w:color="auto" w:fill="FFFFFF"/>
          </w:tcPr>
          <w:p w14:paraId="7A6829B6" w14:textId="77777777" w:rsidR="004604F3" w:rsidRDefault="00E1217F">
            <w:r>
              <w:t>33,60</w:t>
            </w:r>
          </w:p>
        </w:tc>
        <w:tc>
          <w:tcPr>
            <w:tcW w:w="785" w:type="dxa"/>
            <w:shd w:val="clear" w:color="auto" w:fill="FFFFFF"/>
          </w:tcPr>
          <w:p w14:paraId="0915300B" w14:textId="77777777" w:rsidR="004604F3" w:rsidRDefault="00E1217F">
            <w:r>
              <w:t>0,1390</w:t>
            </w:r>
          </w:p>
        </w:tc>
        <w:tc>
          <w:tcPr>
            <w:tcW w:w="785" w:type="dxa"/>
            <w:shd w:val="clear" w:color="auto" w:fill="FFFFFF"/>
          </w:tcPr>
          <w:p w14:paraId="0CE0D277" w14:textId="77777777" w:rsidR="004604F3" w:rsidRDefault="00E1217F">
            <w:r>
              <w:t>0,9150</w:t>
            </w:r>
          </w:p>
        </w:tc>
        <w:tc>
          <w:tcPr>
            <w:tcW w:w="785" w:type="dxa"/>
            <w:shd w:val="clear" w:color="auto" w:fill="FFFFFF"/>
          </w:tcPr>
          <w:p w14:paraId="27F6E91D" w14:textId="77777777" w:rsidR="004604F3" w:rsidRDefault="00E1217F">
            <w:r>
              <w:t>7,6445</w:t>
            </w:r>
          </w:p>
        </w:tc>
        <w:tc>
          <w:tcPr>
            <w:tcW w:w="785" w:type="dxa"/>
            <w:shd w:val="clear" w:color="auto" w:fill="FFFFFF"/>
          </w:tcPr>
          <w:p w14:paraId="4659B4C2" w14:textId="77777777" w:rsidR="004604F3" w:rsidRDefault="00E1217F">
            <w:r>
              <w:t>8,6985</w:t>
            </w:r>
          </w:p>
        </w:tc>
        <w:tc>
          <w:tcPr>
            <w:tcW w:w="785" w:type="dxa"/>
            <w:shd w:val="clear" w:color="auto" w:fill="FFFFFF"/>
          </w:tcPr>
          <w:p w14:paraId="7A784B4B" w14:textId="77777777" w:rsidR="004604F3" w:rsidRDefault="00E1217F">
            <w:r>
              <w:t>33,0544</w:t>
            </w:r>
          </w:p>
        </w:tc>
        <w:tc>
          <w:tcPr>
            <w:tcW w:w="785" w:type="dxa"/>
            <w:shd w:val="clear" w:color="auto" w:fill="FFFFFF"/>
          </w:tcPr>
          <w:p w14:paraId="73ED6DC2" w14:textId="77777777" w:rsidR="004604F3" w:rsidRDefault="00E1217F">
            <w:r>
              <w:t>24,9015</w:t>
            </w:r>
          </w:p>
        </w:tc>
        <w:tc>
          <w:tcPr>
            <w:tcW w:w="785" w:type="dxa"/>
            <w:shd w:val="clear" w:color="auto" w:fill="FFFFFF"/>
          </w:tcPr>
          <w:p w14:paraId="7698B2DE" w14:textId="77777777" w:rsidR="004604F3" w:rsidRDefault="00E1217F">
            <w:r>
              <w:t>25,89</w:t>
            </w:r>
          </w:p>
        </w:tc>
      </w:tr>
      <w:tr w:rsidR="004604F3" w14:paraId="6A45D3D0" w14:textId="77777777">
        <w:trPr>
          <w:cantSplit/>
        </w:trPr>
        <w:tc>
          <w:tcPr>
            <w:tcW w:w="785" w:type="dxa"/>
            <w:shd w:val="clear" w:color="auto" w:fill="F2F2F2"/>
          </w:tcPr>
          <w:p w14:paraId="01AF63F2" w14:textId="77777777" w:rsidR="004604F3" w:rsidRDefault="004604F3"/>
        </w:tc>
        <w:tc>
          <w:tcPr>
            <w:tcW w:w="785" w:type="dxa"/>
            <w:shd w:val="clear" w:color="auto" w:fill="FFFFFF"/>
          </w:tcPr>
          <w:p w14:paraId="4099E33A" w14:textId="77777777" w:rsidR="004604F3" w:rsidRDefault="00E1217F">
            <w:r>
              <w:t>2036</w:t>
            </w:r>
          </w:p>
        </w:tc>
        <w:tc>
          <w:tcPr>
            <w:tcW w:w="785" w:type="dxa"/>
            <w:shd w:val="clear" w:color="auto" w:fill="FFFFFF"/>
          </w:tcPr>
          <w:p w14:paraId="6AAEF745" w14:textId="77777777" w:rsidR="004604F3" w:rsidRDefault="00E1217F">
            <w:r>
              <w:t>33,60</w:t>
            </w:r>
          </w:p>
        </w:tc>
        <w:tc>
          <w:tcPr>
            <w:tcW w:w="785" w:type="dxa"/>
            <w:shd w:val="clear" w:color="auto" w:fill="FFFFFF"/>
          </w:tcPr>
          <w:p w14:paraId="555102AF" w14:textId="77777777" w:rsidR="004604F3" w:rsidRDefault="00E1217F">
            <w:r>
              <w:t>33,60</w:t>
            </w:r>
          </w:p>
        </w:tc>
        <w:tc>
          <w:tcPr>
            <w:tcW w:w="785" w:type="dxa"/>
            <w:shd w:val="clear" w:color="auto" w:fill="FFFFFF"/>
          </w:tcPr>
          <w:p w14:paraId="1FE0CDA4" w14:textId="77777777" w:rsidR="004604F3" w:rsidRDefault="00E1217F">
            <w:r>
              <w:t>0,1390</w:t>
            </w:r>
          </w:p>
        </w:tc>
        <w:tc>
          <w:tcPr>
            <w:tcW w:w="785" w:type="dxa"/>
            <w:shd w:val="clear" w:color="auto" w:fill="FFFFFF"/>
          </w:tcPr>
          <w:p w14:paraId="0E3DCCCC" w14:textId="77777777" w:rsidR="004604F3" w:rsidRDefault="00E1217F">
            <w:r>
              <w:t>0,9150</w:t>
            </w:r>
          </w:p>
        </w:tc>
        <w:tc>
          <w:tcPr>
            <w:tcW w:w="785" w:type="dxa"/>
            <w:shd w:val="clear" w:color="auto" w:fill="FFFFFF"/>
          </w:tcPr>
          <w:p w14:paraId="73E654C5" w14:textId="77777777" w:rsidR="004604F3" w:rsidRDefault="00E1217F">
            <w:r>
              <w:t>7,6445</w:t>
            </w:r>
          </w:p>
        </w:tc>
        <w:tc>
          <w:tcPr>
            <w:tcW w:w="785" w:type="dxa"/>
            <w:shd w:val="clear" w:color="auto" w:fill="FFFFFF"/>
          </w:tcPr>
          <w:p w14:paraId="664EFF47" w14:textId="77777777" w:rsidR="004604F3" w:rsidRDefault="00E1217F">
            <w:r>
              <w:t>8,6985</w:t>
            </w:r>
          </w:p>
        </w:tc>
        <w:tc>
          <w:tcPr>
            <w:tcW w:w="785" w:type="dxa"/>
            <w:shd w:val="clear" w:color="auto" w:fill="FFFFFF"/>
          </w:tcPr>
          <w:p w14:paraId="7FA42E6A" w14:textId="77777777" w:rsidR="004604F3" w:rsidRDefault="00E1217F">
            <w:r>
              <w:t>33,0544</w:t>
            </w:r>
          </w:p>
        </w:tc>
        <w:tc>
          <w:tcPr>
            <w:tcW w:w="785" w:type="dxa"/>
            <w:shd w:val="clear" w:color="auto" w:fill="FFFFFF"/>
          </w:tcPr>
          <w:p w14:paraId="5895A0BA" w14:textId="77777777" w:rsidR="004604F3" w:rsidRDefault="00E1217F">
            <w:r>
              <w:t>24,9015</w:t>
            </w:r>
          </w:p>
        </w:tc>
        <w:tc>
          <w:tcPr>
            <w:tcW w:w="785" w:type="dxa"/>
            <w:shd w:val="clear" w:color="auto" w:fill="FFFFFF"/>
          </w:tcPr>
          <w:p w14:paraId="7F43E219" w14:textId="77777777" w:rsidR="004604F3" w:rsidRDefault="00E1217F">
            <w:r>
              <w:t>25,89</w:t>
            </w:r>
          </w:p>
        </w:tc>
      </w:tr>
      <w:tr w:rsidR="004604F3" w14:paraId="1EA53F56" w14:textId="77777777">
        <w:trPr>
          <w:cantSplit/>
        </w:trPr>
        <w:tc>
          <w:tcPr>
            <w:tcW w:w="785" w:type="dxa"/>
            <w:shd w:val="clear" w:color="auto" w:fill="F2F2F2"/>
          </w:tcPr>
          <w:p w14:paraId="13DBC0C9" w14:textId="77777777" w:rsidR="004604F3" w:rsidRDefault="00E1217F">
            <w:r>
              <w:t>УПК № 3 Спасск</w:t>
            </w:r>
          </w:p>
        </w:tc>
        <w:tc>
          <w:tcPr>
            <w:tcW w:w="785" w:type="dxa"/>
            <w:shd w:val="clear" w:color="auto" w:fill="FFFFFF"/>
          </w:tcPr>
          <w:p w14:paraId="707F99E9" w14:textId="77777777" w:rsidR="004604F3" w:rsidRDefault="00E1217F">
            <w:r>
              <w:t>2026</w:t>
            </w:r>
          </w:p>
        </w:tc>
        <w:tc>
          <w:tcPr>
            <w:tcW w:w="785" w:type="dxa"/>
            <w:shd w:val="clear" w:color="auto" w:fill="FFFFFF"/>
          </w:tcPr>
          <w:p w14:paraId="6A407701" w14:textId="77777777" w:rsidR="004604F3" w:rsidRDefault="00E1217F">
            <w:r>
              <w:t>5,37</w:t>
            </w:r>
          </w:p>
        </w:tc>
        <w:tc>
          <w:tcPr>
            <w:tcW w:w="785" w:type="dxa"/>
            <w:shd w:val="clear" w:color="auto" w:fill="FFFFFF"/>
          </w:tcPr>
          <w:p w14:paraId="462248D7" w14:textId="77777777" w:rsidR="004604F3" w:rsidRDefault="00E1217F">
            <w:r>
              <w:t>5,37</w:t>
            </w:r>
          </w:p>
        </w:tc>
        <w:tc>
          <w:tcPr>
            <w:tcW w:w="785" w:type="dxa"/>
            <w:shd w:val="clear" w:color="auto" w:fill="FFFFFF"/>
          </w:tcPr>
          <w:p w14:paraId="2C513407" w14:textId="77777777" w:rsidR="004604F3" w:rsidRDefault="00E1217F">
            <w:r>
              <w:t>0,0460</w:t>
            </w:r>
          </w:p>
        </w:tc>
        <w:tc>
          <w:tcPr>
            <w:tcW w:w="785" w:type="dxa"/>
            <w:shd w:val="clear" w:color="auto" w:fill="FFFFFF"/>
          </w:tcPr>
          <w:p w14:paraId="4245B4CE" w14:textId="77777777" w:rsidR="004604F3" w:rsidRDefault="00E1217F">
            <w:r>
              <w:t>0,3850</w:t>
            </w:r>
          </w:p>
        </w:tc>
        <w:tc>
          <w:tcPr>
            <w:tcW w:w="785" w:type="dxa"/>
            <w:shd w:val="clear" w:color="auto" w:fill="FFFFFF"/>
          </w:tcPr>
          <w:p w14:paraId="07360886" w14:textId="77777777" w:rsidR="004604F3" w:rsidRDefault="00E1217F">
            <w:r>
              <w:t>1,4451</w:t>
            </w:r>
          </w:p>
        </w:tc>
        <w:tc>
          <w:tcPr>
            <w:tcW w:w="785" w:type="dxa"/>
            <w:shd w:val="clear" w:color="auto" w:fill="FFFFFF"/>
          </w:tcPr>
          <w:p w14:paraId="3EF1AD4F" w14:textId="77777777" w:rsidR="004604F3" w:rsidRDefault="00E1217F">
            <w:r>
              <w:t>1,8761</w:t>
            </w:r>
          </w:p>
        </w:tc>
        <w:tc>
          <w:tcPr>
            <w:tcW w:w="785" w:type="dxa"/>
            <w:shd w:val="clear" w:color="auto" w:fill="FFFFFF"/>
          </w:tcPr>
          <w:p w14:paraId="5892851E" w14:textId="77777777" w:rsidR="004604F3" w:rsidRDefault="00E1217F">
            <w:r>
              <w:t>5,2350</w:t>
            </w:r>
          </w:p>
        </w:tc>
        <w:tc>
          <w:tcPr>
            <w:tcW w:w="785" w:type="dxa"/>
            <w:shd w:val="clear" w:color="auto" w:fill="FFFFFF"/>
          </w:tcPr>
          <w:p w14:paraId="0809AC70" w14:textId="77777777" w:rsidR="004604F3" w:rsidRDefault="00E1217F">
            <w:r>
              <w:t>3,4939</w:t>
            </w:r>
          </w:p>
        </w:tc>
        <w:tc>
          <w:tcPr>
            <w:tcW w:w="785" w:type="dxa"/>
            <w:shd w:val="clear" w:color="auto" w:fill="FFFFFF"/>
          </w:tcPr>
          <w:p w14:paraId="762904AC" w14:textId="77777777" w:rsidR="004604F3" w:rsidRDefault="00E1217F">
            <w:r>
              <w:t>34,94</w:t>
            </w:r>
          </w:p>
        </w:tc>
      </w:tr>
      <w:tr w:rsidR="004604F3" w14:paraId="0FD2E922" w14:textId="77777777">
        <w:trPr>
          <w:cantSplit/>
        </w:trPr>
        <w:tc>
          <w:tcPr>
            <w:tcW w:w="785" w:type="dxa"/>
            <w:shd w:val="clear" w:color="auto" w:fill="F2F2F2"/>
          </w:tcPr>
          <w:p w14:paraId="447B7BAB" w14:textId="77777777" w:rsidR="004604F3" w:rsidRDefault="004604F3"/>
        </w:tc>
        <w:tc>
          <w:tcPr>
            <w:tcW w:w="785" w:type="dxa"/>
            <w:shd w:val="clear" w:color="auto" w:fill="FFFFFF"/>
          </w:tcPr>
          <w:p w14:paraId="50441627" w14:textId="77777777" w:rsidR="004604F3" w:rsidRDefault="00E1217F">
            <w:r>
              <w:t>2031</w:t>
            </w:r>
          </w:p>
        </w:tc>
        <w:tc>
          <w:tcPr>
            <w:tcW w:w="785" w:type="dxa"/>
            <w:shd w:val="clear" w:color="auto" w:fill="FFFFFF"/>
          </w:tcPr>
          <w:p w14:paraId="5F12B780" w14:textId="77777777" w:rsidR="004604F3" w:rsidRDefault="00E1217F">
            <w:r>
              <w:t>5,37</w:t>
            </w:r>
          </w:p>
        </w:tc>
        <w:tc>
          <w:tcPr>
            <w:tcW w:w="785" w:type="dxa"/>
            <w:shd w:val="clear" w:color="auto" w:fill="FFFFFF"/>
          </w:tcPr>
          <w:p w14:paraId="6C168177" w14:textId="77777777" w:rsidR="004604F3" w:rsidRDefault="00E1217F">
            <w:r>
              <w:t>5,37</w:t>
            </w:r>
          </w:p>
        </w:tc>
        <w:tc>
          <w:tcPr>
            <w:tcW w:w="785" w:type="dxa"/>
            <w:shd w:val="clear" w:color="auto" w:fill="FFFFFF"/>
          </w:tcPr>
          <w:p w14:paraId="36719583" w14:textId="77777777" w:rsidR="004604F3" w:rsidRDefault="00E1217F">
            <w:r>
              <w:t>0,0460</w:t>
            </w:r>
          </w:p>
        </w:tc>
        <w:tc>
          <w:tcPr>
            <w:tcW w:w="785" w:type="dxa"/>
            <w:shd w:val="clear" w:color="auto" w:fill="FFFFFF"/>
          </w:tcPr>
          <w:p w14:paraId="3E818FFE" w14:textId="77777777" w:rsidR="004604F3" w:rsidRDefault="00E1217F">
            <w:r>
              <w:t>0,3870</w:t>
            </w:r>
          </w:p>
        </w:tc>
        <w:tc>
          <w:tcPr>
            <w:tcW w:w="785" w:type="dxa"/>
            <w:shd w:val="clear" w:color="auto" w:fill="FFFFFF"/>
          </w:tcPr>
          <w:p w14:paraId="0B7DCF1B" w14:textId="77777777" w:rsidR="004604F3" w:rsidRDefault="00E1217F">
            <w:r>
              <w:t>1,4501</w:t>
            </w:r>
          </w:p>
        </w:tc>
        <w:tc>
          <w:tcPr>
            <w:tcW w:w="785" w:type="dxa"/>
            <w:shd w:val="clear" w:color="auto" w:fill="FFFFFF"/>
          </w:tcPr>
          <w:p w14:paraId="747EEB63" w14:textId="77777777" w:rsidR="004604F3" w:rsidRDefault="00E1217F">
            <w:r>
              <w:t>1,8831</w:t>
            </w:r>
          </w:p>
        </w:tc>
        <w:tc>
          <w:tcPr>
            <w:tcW w:w="785" w:type="dxa"/>
            <w:shd w:val="clear" w:color="auto" w:fill="FFFFFF"/>
          </w:tcPr>
          <w:p w14:paraId="44193817" w14:textId="77777777" w:rsidR="004604F3" w:rsidRDefault="00E1217F">
            <w:r>
              <w:t>5,2355</w:t>
            </w:r>
          </w:p>
        </w:tc>
        <w:tc>
          <w:tcPr>
            <w:tcW w:w="785" w:type="dxa"/>
            <w:shd w:val="clear" w:color="auto" w:fill="FFFFFF"/>
          </w:tcPr>
          <w:p w14:paraId="16899F67" w14:textId="77777777" w:rsidR="004604F3" w:rsidRDefault="00E1217F">
            <w:r>
              <w:t>3,4869</w:t>
            </w:r>
          </w:p>
        </w:tc>
        <w:tc>
          <w:tcPr>
            <w:tcW w:w="785" w:type="dxa"/>
            <w:shd w:val="clear" w:color="auto" w:fill="FFFFFF"/>
          </w:tcPr>
          <w:p w14:paraId="38B4EC1D" w14:textId="77777777" w:rsidR="004604F3" w:rsidRDefault="00E1217F">
            <w:r>
              <w:t>35,07</w:t>
            </w:r>
          </w:p>
        </w:tc>
      </w:tr>
      <w:tr w:rsidR="004604F3" w14:paraId="29927831" w14:textId="77777777">
        <w:trPr>
          <w:cantSplit/>
        </w:trPr>
        <w:tc>
          <w:tcPr>
            <w:tcW w:w="785" w:type="dxa"/>
            <w:shd w:val="clear" w:color="auto" w:fill="F2F2F2"/>
          </w:tcPr>
          <w:p w14:paraId="2946739A" w14:textId="77777777" w:rsidR="004604F3" w:rsidRDefault="004604F3"/>
        </w:tc>
        <w:tc>
          <w:tcPr>
            <w:tcW w:w="785" w:type="dxa"/>
            <w:shd w:val="clear" w:color="auto" w:fill="FFFFFF"/>
          </w:tcPr>
          <w:p w14:paraId="0ECDA1E8" w14:textId="77777777" w:rsidR="004604F3" w:rsidRDefault="00E1217F">
            <w:r>
              <w:t>2036</w:t>
            </w:r>
          </w:p>
        </w:tc>
        <w:tc>
          <w:tcPr>
            <w:tcW w:w="785" w:type="dxa"/>
            <w:shd w:val="clear" w:color="auto" w:fill="FFFFFF"/>
          </w:tcPr>
          <w:p w14:paraId="01C8F549" w14:textId="77777777" w:rsidR="004604F3" w:rsidRDefault="00E1217F">
            <w:r>
              <w:t>5,37</w:t>
            </w:r>
          </w:p>
        </w:tc>
        <w:tc>
          <w:tcPr>
            <w:tcW w:w="785" w:type="dxa"/>
            <w:shd w:val="clear" w:color="auto" w:fill="FFFFFF"/>
          </w:tcPr>
          <w:p w14:paraId="1576A73F" w14:textId="77777777" w:rsidR="004604F3" w:rsidRDefault="00E1217F">
            <w:r>
              <w:t>5,37</w:t>
            </w:r>
          </w:p>
        </w:tc>
        <w:tc>
          <w:tcPr>
            <w:tcW w:w="785" w:type="dxa"/>
            <w:shd w:val="clear" w:color="auto" w:fill="FFFFFF"/>
          </w:tcPr>
          <w:p w14:paraId="03FAD86F" w14:textId="77777777" w:rsidR="004604F3" w:rsidRDefault="00E1217F">
            <w:r>
              <w:t>0,0460</w:t>
            </w:r>
          </w:p>
        </w:tc>
        <w:tc>
          <w:tcPr>
            <w:tcW w:w="785" w:type="dxa"/>
            <w:shd w:val="clear" w:color="auto" w:fill="FFFFFF"/>
          </w:tcPr>
          <w:p w14:paraId="494DDBD0" w14:textId="77777777" w:rsidR="004604F3" w:rsidRDefault="00E1217F">
            <w:r>
              <w:t>0,3870</w:t>
            </w:r>
          </w:p>
        </w:tc>
        <w:tc>
          <w:tcPr>
            <w:tcW w:w="785" w:type="dxa"/>
            <w:shd w:val="clear" w:color="auto" w:fill="FFFFFF"/>
          </w:tcPr>
          <w:p w14:paraId="4AF68AF6" w14:textId="77777777" w:rsidR="004604F3" w:rsidRDefault="00E1217F">
            <w:r>
              <w:t>1,4501</w:t>
            </w:r>
          </w:p>
        </w:tc>
        <w:tc>
          <w:tcPr>
            <w:tcW w:w="785" w:type="dxa"/>
            <w:shd w:val="clear" w:color="auto" w:fill="FFFFFF"/>
          </w:tcPr>
          <w:p w14:paraId="6F3DD562" w14:textId="77777777" w:rsidR="004604F3" w:rsidRDefault="00E1217F">
            <w:r>
              <w:t>1,8831</w:t>
            </w:r>
          </w:p>
        </w:tc>
        <w:tc>
          <w:tcPr>
            <w:tcW w:w="785" w:type="dxa"/>
            <w:shd w:val="clear" w:color="auto" w:fill="FFFFFF"/>
          </w:tcPr>
          <w:p w14:paraId="322FFE86" w14:textId="77777777" w:rsidR="004604F3" w:rsidRDefault="00E1217F">
            <w:r>
              <w:t>5,2355</w:t>
            </w:r>
          </w:p>
        </w:tc>
        <w:tc>
          <w:tcPr>
            <w:tcW w:w="785" w:type="dxa"/>
            <w:shd w:val="clear" w:color="auto" w:fill="FFFFFF"/>
          </w:tcPr>
          <w:p w14:paraId="76442023" w14:textId="77777777" w:rsidR="004604F3" w:rsidRDefault="00E1217F">
            <w:r>
              <w:t>3,4869</w:t>
            </w:r>
          </w:p>
        </w:tc>
        <w:tc>
          <w:tcPr>
            <w:tcW w:w="785" w:type="dxa"/>
            <w:shd w:val="clear" w:color="auto" w:fill="FFFFFF"/>
          </w:tcPr>
          <w:p w14:paraId="2E91C72B" w14:textId="77777777" w:rsidR="004604F3" w:rsidRDefault="00E1217F">
            <w:r>
              <w:t>35,07</w:t>
            </w:r>
          </w:p>
        </w:tc>
      </w:tr>
      <w:tr w:rsidR="004604F3" w14:paraId="71EDB1D4" w14:textId="77777777">
        <w:trPr>
          <w:cantSplit/>
        </w:trPr>
        <w:tc>
          <w:tcPr>
            <w:tcW w:w="785" w:type="dxa"/>
            <w:shd w:val="clear" w:color="auto" w:fill="DBE5F1"/>
          </w:tcPr>
          <w:p w14:paraId="7319B2C9" w14:textId="77777777" w:rsidR="004604F3" w:rsidRDefault="00E1217F">
            <w:r>
              <w:rPr>
                <w:b/>
              </w:rPr>
              <w:t>Итого по округу</w:t>
            </w:r>
          </w:p>
        </w:tc>
        <w:tc>
          <w:tcPr>
            <w:tcW w:w="785" w:type="dxa"/>
            <w:shd w:val="clear" w:color="auto" w:fill="DBE5F1"/>
          </w:tcPr>
          <w:p w14:paraId="3BECB1B2" w14:textId="77777777" w:rsidR="004604F3" w:rsidRDefault="00E1217F">
            <w:r>
              <w:rPr>
                <w:b/>
              </w:rPr>
              <w:t>2026</w:t>
            </w:r>
          </w:p>
        </w:tc>
        <w:tc>
          <w:tcPr>
            <w:tcW w:w="785" w:type="dxa"/>
            <w:shd w:val="clear" w:color="auto" w:fill="DBE5F1"/>
          </w:tcPr>
          <w:p w14:paraId="0269CA11" w14:textId="77777777" w:rsidR="004604F3" w:rsidRDefault="00E1217F">
            <w:r>
              <w:rPr>
                <w:b/>
              </w:rPr>
              <w:t>466,67</w:t>
            </w:r>
          </w:p>
        </w:tc>
        <w:tc>
          <w:tcPr>
            <w:tcW w:w="785" w:type="dxa"/>
            <w:shd w:val="clear" w:color="auto" w:fill="DBE5F1"/>
          </w:tcPr>
          <w:p w14:paraId="2F799DD5" w14:textId="77777777" w:rsidR="004604F3" w:rsidRDefault="00E1217F">
            <w:r>
              <w:rPr>
                <w:b/>
              </w:rPr>
              <w:t>466,67</w:t>
            </w:r>
          </w:p>
        </w:tc>
        <w:tc>
          <w:tcPr>
            <w:tcW w:w="785" w:type="dxa"/>
            <w:shd w:val="clear" w:color="auto" w:fill="DBE5F1"/>
          </w:tcPr>
          <w:p w14:paraId="67A8BBF0" w14:textId="77777777" w:rsidR="004604F3" w:rsidRDefault="00E1217F">
            <w:r>
              <w:rPr>
                <w:b/>
              </w:rPr>
              <w:t>8,6460</w:t>
            </w:r>
          </w:p>
        </w:tc>
        <w:tc>
          <w:tcPr>
            <w:tcW w:w="785" w:type="dxa"/>
            <w:shd w:val="clear" w:color="auto" w:fill="DBE5F1"/>
          </w:tcPr>
          <w:p w14:paraId="4F3EC293" w14:textId="77777777" w:rsidR="004604F3" w:rsidRDefault="00E1217F">
            <w:r>
              <w:rPr>
                <w:b/>
              </w:rPr>
              <w:t>22,2420</w:t>
            </w:r>
          </w:p>
        </w:tc>
        <w:tc>
          <w:tcPr>
            <w:tcW w:w="785" w:type="dxa"/>
            <w:shd w:val="clear" w:color="auto" w:fill="DBE5F1"/>
          </w:tcPr>
          <w:p w14:paraId="35BB59D2" w14:textId="77777777" w:rsidR="004604F3" w:rsidRDefault="00E1217F">
            <w:r>
              <w:rPr>
                <w:b/>
              </w:rPr>
              <w:t>196,6072</w:t>
            </w:r>
          </w:p>
        </w:tc>
        <w:tc>
          <w:tcPr>
            <w:tcW w:w="785" w:type="dxa"/>
            <w:shd w:val="clear" w:color="auto" w:fill="DBE5F1"/>
          </w:tcPr>
          <w:p w14:paraId="6F718DA6" w14:textId="77777777" w:rsidR="004604F3" w:rsidRDefault="00E1217F">
            <w:r>
              <w:rPr>
                <w:b/>
              </w:rPr>
              <w:t>227,4952</w:t>
            </w:r>
          </w:p>
        </w:tc>
        <w:tc>
          <w:tcPr>
            <w:tcW w:w="785" w:type="dxa"/>
            <w:shd w:val="clear" w:color="auto" w:fill="DBE5F1"/>
          </w:tcPr>
          <w:p w14:paraId="72541AA1" w14:textId="77777777" w:rsidR="004604F3" w:rsidRDefault="00E1217F">
            <w:r>
              <w:rPr>
                <w:b/>
              </w:rPr>
              <w:t>449,2243</w:t>
            </w:r>
          </w:p>
        </w:tc>
        <w:tc>
          <w:tcPr>
            <w:tcW w:w="785" w:type="dxa"/>
            <w:shd w:val="clear" w:color="auto" w:fill="DBE5F1"/>
          </w:tcPr>
          <w:p w14:paraId="1F8E801C" w14:textId="77777777" w:rsidR="004604F3" w:rsidRDefault="00E1217F">
            <w:r>
              <w:rPr>
                <w:b/>
              </w:rPr>
              <w:t>239,1748</w:t>
            </w:r>
          </w:p>
        </w:tc>
        <w:tc>
          <w:tcPr>
            <w:tcW w:w="785" w:type="dxa"/>
            <w:shd w:val="clear" w:color="auto" w:fill="DBE5F1"/>
          </w:tcPr>
          <w:p w14:paraId="38D5821F" w14:textId="77777777" w:rsidR="004604F3" w:rsidRDefault="00E1217F">
            <w:r>
              <w:rPr>
                <w:b/>
              </w:rPr>
              <w:t>48,75</w:t>
            </w:r>
          </w:p>
        </w:tc>
      </w:tr>
      <w:tr w:rsidR="004604F3" w14:paraId="73C247BC" w14:textId="77777777">
        <w:trPr>
          <w:cantSplit/>
        </w:trPr>
        <w:tc>
          <w:tcPr>
            <w:tcW w:w="785" w:type="dxa"/>
            <w:shd w:val="clear" w:color="auto" w:fill="DBE5F1"/>
          </w:tcPr>
          <w:p w14:paraId="46CC18A9" w14:textId="77777777" w:rsidR="004604F3" w:rsidRDefault="004604F3"/>
        </w:tc>
        <w:tc>
          <w:tcPr>
            <w:tcW w:w="785" w:type="dxa"/>
            <w:shd w:val="clear" w:color="auto" w:fill="DBE5F1"/>
          </w:tcPr>
          <w:p w14:paraId="1EDAF4F9" w14:textId="77777777" w:rsidR="004604F3" w:rsidRDefault="00E1217F">
            <w:r>
              <w:rPr>
                <w:b/>
              </w:rPr>
              <w:t>2031</w:t>
            </w:r>
          </w:p>
        </w:tc>
        <w:tc>
          <w:tcPr>
            <w:tcW w:w="785" w:type="dxa"/>
            <w:shd w:val="clear" w:color="auto" w:fill="DBE5F1"/>
          </w:tcPr>
          <w:p w14:paraId="50F4A54F" w14:textId="77777777" w:rsidR="004604F3" w:rsidRDefault="00E1217F">
            <w:r>
              <w:rPr>
                <w:b/>
              </w:rPr>
              <w:t>466,67</w:t>
            </w:r>
          </w:p>
        </w:tc>
        <w:tc>
          <w:tcPr>
            <w:tcW w:w="785" w:type="dxa"/>
            <w:shd w:val="clear" w:color="auto" w:fill="DBE5F1"/>
          </w:tcPr>
          <w:p w14:paraId="5476B206" w14:textId="77777777" w:rsidR="004604F3" w:rsidRDefault="00E1217F">
            <w:r>
              <w:rPr>
                <w:b/>
              </w:rPr>
              <w:t>466,67</w:t>
            </w:r>
          </w:p>
        </w:tc>
        <w:tc>
          <w:tcPr>
            <w:tcW w:w="785" w:type="dxa"/>
            <w:shd w:val="clear" w:color="auto" w:fill="DBE5F1"/>
          </w:tcPr>
          <w:p w14:paraId="6898605A" w14:textId="77777777" w:rsidR="004604F3" w:rsidRDefault="00E1217F">
            <w:r>
              <w:rPr>
                <w:b/>
              </w:rPr>
              <w:t>8,6480</w:t>
            </w:r>
          </w:p>
        </w:tc>
        <w:tc>
          <w:tcPr>
            <w:tcW w:w="785" w:type="dxa"/>
            <w:shd w:val="clear" w:color="auto" w:fill="DBE5F1"/>
          </w:tcPr>
          <w:p w14:paraId="38B5442C" w14:textId="77777777" w:rsidR="004604F3" w:rsidRDefault="00E1217F">
            <w:r>
              <w:rPr>
                <w:b/>
              </w:rPr>
              <w:t>22,2610</w:t>
            </w:r>
          </w:p>
        </w:tc>
        <w:tc>
          <w:tcPr>
            <w:tcW w:w="785" w:type="dxa"/>
            <w:shd w:val="clear" w:color="auto" w:fill="DBE5F1"/>
          </w:tcPr>
          <w:p w14:paraId="1D051FE8" w14:textId="77777777" w:rsidR="004604F3" w:rsidRDefault="00E1217F">
            <w:r>
              <w:rPr>
                <w:b/>
              </w:rPr>
              <w:t>243,3222</w:t>
            </w:r>
          </w:p>
        </w:tc>
        <w:tc>
          <w:tcPr>
            <w:tcW w:w="785" w:type="dxa"/>
            <w:shd w:val="clear" w:color="auto" w:fill="DBE5F1"/>
          </w:tcPr>
          <w:p w14:paraId="68A5CB8A" w14:textId="77777777" w:rsidR="004604F3" w:rsidRDefault="00E1217F">
            <w:r>
              <w:rPr>
                <w:b/>
              </w:rPr>
              <w:t>274,2312</w:t>
            </w:r>
          </w:p>
        </w:tc>
        <w:tc>
          <w:tcPr>
            <w:tcW w:w="785" w:type="dxa"/>
            <w:shd w:val="clear" w:color="auto" w:fill="DBE5F1"/>
          </w:tcPr>
          <w:p w14:paraId="3B7E592E" w14:textId="77777777" w:rsidR="004604F3" w:rsidRDefault="00E1217F">
            <w:r>
              <w:rPr>
                <w:b/>
              </w:rPr>
              <w:t>450,9363</w:t>
            </w:r>
          </w:p>
        </w:tc>
        <w:tc>
          <w:tcPr>
            <w:tcW w:w="785" w:type="dxa"/>
            <w:shd w:val="clear" w:color="auto" w:fill="DBE5F1"/>
          </w:tcPr>
          <w:p w14:paraId="793010B3" w14:textId="77777777" w:rsidR="004604F3" w:rsidRDefault="00E1217F">
            <w:r>
              <w:rPr>
                <w:b/>
              </w:rPr>
              <w:t>192,4388</w:t>
            </w:r>
          </w:p>
        </w:tc>
        <w:tc>
          <w:tcPr>
            <w:tcW w:w="785" w:type="dxa"/>
            <w:shd w:val="clear" w:color="auto" w:fill="DBE5F1"/>
          </w:tcPr>
          <w:p w14:paraId="43FD9ECF" w14:textId="77777777" w:rsidR="004604F3" w:rsidRDefault="00E1217F">
            <w:r>
              <w:rPr>
                <w:b/>
              </w:rPr>
              <w:t>58,76</w:t>
            </w:r>
          </w:p>
        </w:tc>
      </w:tr>
      <w:tr w:rsidR="004604F3" w14:paraId="1C4CC0E2" w14:textId="77777777">
        <w:trPr>
          <w:cantSplit/>
        </w:trPr>
        <w:tc>
          <w:tcPr>
            <w:tcW w:w="785" w:type="dxa"/>
            <w:shd w:val="clear" w:color="auto" w:fill="DBE5F1"/>
          </w:tcPr>
          <w:p w14:paraId="7F46DDA5" w14:textId="77777777" w:rsidR="004604F3" w:rsidRDefault="004604F3"/>
        </w:tc>
        <w:tc>
          <w:tcPr>
            <w:tcW w:w="785" w:type="dxa"/>
            <w:shd w:val="clear" w:color="auto" w:fill="DBE5F1"/>
          </w:tcPr>
          <w:p w14:paraId="5CB207F0" w14:textId="77777777" w:rsidR="004604F3" w:rsidRDefault="00E1217F">
            <w:r>
              <w:rPr>
                <w:b/>
              </w:rPr>
              <w:t>2036</w:t>
            </w:r>
          </w:p>
        </w:tc>
        <w:tc>
          <w:tcPr>
            <w:tcW w:w="785" w:type="dxa"/>
            <w:shd w:val="clear" w:color="auto" w:fill="DBE5F1"/>
          </w:tcPr>
          <w:p w14:paraId="34E76BEA" w14:textId="77777777" w:rsidR="004604F3" w:rsidRDefault="00E1217F">
            <w:r>
              <w:rPr>
                <w:b/>
              </w:rPr>
              <w:t>466,67</w:t>
            </w:r>
          </w:p>
        </w:tc>
        <w:tc>
          <w:tcPr>
            <w:tcW w:w="785" w:type="dxa"/>
            <w:shd w:val="clear" w:color="auto" w:fill="DBE5F1"/>
          </w:tcPr>
          <w:p w14:paraId="2D23AECD" w14:textId="77777777" w:rsidR="004604F3" w:rsidRDefault="00E1217F">
            <w:r>
              <w:rPr>
                <w:b/>
              </w:rPr>
              <w:t>466,67</w:t>
            </w:r>
          </w:p>
        </w:tc>
        <w:tc>
          <w:tcPr>
            <w:tcW w:w="785" w:type="dxa"/>
            <w:shd w:val="clear" w:color="auto" w:fill="DBE5F1"/>
          </w:tcPr>
          <w:p w14:paraId="4CF5AA31" w14:textId="77777777" w:rsidR="004604F3" w:rsidRDefault="00E1217F">
            <w:r>
              <w:rPr>
                <w:b/>
              </w:rPr>
              <w:t>8,6480</w:t>
            </w:r>
          </w:p>
        </w:tc>
        <w:tc>
          <w:tcPr>
            <w:tcW w:w="785" w:type="dxa"/>
            <w:shd w:val="clear" w:color="auto" w:fill="DBE5F1"/>
          </w:tcPr>
          <w:p w14:paraId="078EEABA" w14:textId="77777777" w:rsidR="004604F3" w:rsidRDefault="00E1217F">
            <w:r>
              <w:rPr>
                <w:b/>
              </w:rPr>
              <w:t>22,2610</w:t>
            </w:r>
          </w:p>
        </w:tc>
        <w:tc>
          <w:tcPr>
            <w:tcW w:w="785" w:type="dxa"/>
            <w:shd w:val="clear" w:color="auto" w:fill="DBE5F1"/>
          </w:tcPr>
          <w:p w14:paraId="10CF9BA5" w14:textId="77777777" w:rsidR="004604F3" w:rsidRDefault="00E1217F">
            <w:r>
              <w:rPr>
                <w:b/>
              </w:rPr>
              <w:t>243,3222</w:t>
            </w:r>
          </w:p>
        </w:tc>
        <w:tc>
          <w:tcPr>
            <w:tcW w:w="785" w:type="dxa"/>
            <w:shd w:val="clear" w:color="auto" w:fill="DBE5F1"/>
          </w:tcPr>
          <w:p w14:paraId="0792B3A8" w14:textId="77777777" w:rsidR="004604F3" w:rsidRDefault="00E1217F">
            <w:r>
              <w:rPr>
                <w:b/>
              </w:rPr>
              <w:t>274,2312</w:t>
            </w:r>
          </w:p>
        </w:tc>
        <w:tc>
          <w:tcPr>
            <w:tcW w:w="785" w:type="dxa"/>
            <w:shd w:val="clear" w:color="auto" w:fill="DBE5F1"/>
          </w:tcPr>
          <w:p w14:paraId="2202D5AD" w14:textId="77777777" w:rsidR="004604F3" w:rsidRDefault="00E1217F">
            <w:r>
              <w:rPr>
                <w:b/>
              </w:rPr>
              <w:t>450,9363</w:t>
            </w:r>
          </w:p>
        </w:tc>
        <w:tc>
          <w:tcPr>
            <w:tcW w:w="785" w:type="dxa"/>
            <w:shd w:val="clear" w:color="auto" w:fill="DBE5F1"/>
          </w:tcPr>
          <w:p w14:paraId="61CC16AD" w14:textId="77777777" w:rsidR="004604F3" w:rsidRDefault="00E1217F">
            <w:r>
              <w:rPr>
                <w:b/>
              </w:rPr>
              <w:t>192,4388</w:t>
            </w:r>
          </w:p>
        </w:tc>
        <w:tc>
          <w:tcPr>
            <w:tcW w:w="785" w:type="dxa"/>
            <w:shd w:val="clear" w:color="auto" w:fill="DBE5F1"/>
          </w:tcPr>
          <w:p w14:paraId="6D8ED9F7" w14:textId="77777777" w:rsidR="004604F3" w:rsidRDefault="00E1217F">
            <w:r>
              <w:rPr>
                <w:b/>
              </w:rPr>
              <w:t>58,76</w:t>
            </w:r>
          </w:p>
        </w:tc>
      </w:tr>
    </w:tbl>
    <w:p w14:paraId="47906429" w14:textId="77777777" w:rsidR="00D2184C" w:rsidRDefault="00D2184C">
      <w:pPr>
        <w:sectPr w:rsidR="00D2184C" w:rsidSect="00034616">
          <w:footerReference w:type="default" r:id="rId18"/>
          <w:pgSz w:w="16838" w:h="11906" w:orient="landscape"/>
          <w:pgMar w:top="850" w:right="567" w:bottom="850" w:left="85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14:paraId="095F4C5E" w14:textId="77777777" w:rsidR="004604F3" w:rsidRPr="00844B84" w:rsidRDefault="00E1217F">
      <w:pPr>
        <w:rPr>
          <w:lang w:val="ru-RU"/>
        </w:rPr>
      </w:pPr>
      <w:r w:rsidRPr="00844B84">
        <w:rPr>
          <w:lang w:val="ru-RU"/>
        </w:rPr>
        <w:t>Порядок величин в строке соответствует физике процесса. Установленная мощность — сумма номинальных мощностей котлоагрегатов. Располагаемая мощность равна установленной: подтверждённых технических ограничений ни по одному источнику не заявлено. Тепловая мощность нетто получается вычитанием расхода на собственные нужды из располагаемой мощности. Полная максимальная нагрузка складывается из расчётной нагрузки потребителей, потерь в тепловых сетях и расхода на собственные нужды. Резерв определяется как разность располагаемой мощности и полной максимальной нагрузки.</w:t>
      </w:r>
    </w:p>
    <w:p w14:paraId="280172F7" w14:textId="77777777" w:rsidR="004604F3" w:rsidRPr="00844B84" w:rsidRDefault="00E1217F">
      <w:pPr>
        <w:rPr>
          <w:lang w:val="ru-RU"/>
        </w:rPr>
      </w:pPr>
      <w:r w:rsidRPr="00844B84">
        <w:rPr>
          <w:lang w:val="ru-RU"/>
        </w:rPr>
        <w:t>По округу на 2026 год установленная и располагаемая мощность составляют 466,67 Гкал/ч, полная максимальная нагрузка — 227,4952 Гкал/ч, резерв — 239,1748 Гкал/ч при загрузке оборудования 48,75 процента. К 2031 году полная максимальная нагрузка возрастает до 274,2312 Гкал/ч, резерв сокращается до 192,4388 Гкал/ч, загрузка достигает 58,76 процента. На 2036 год величины сохраняются на уровне 2031 года: принятый сценарий не предусматривает дальнейшего прироста нагрузки после промежуточного этапа.</w:t>
      </w:r>
    </w:p>
    <w:p w14:paraId="5AA425C7" w14:textId="77777777" w:rsidR="004604F3" w:rsidRPr="00844B84" w:rsidRDefault="00E1217F">
      <w:pPr>
        <w:rPr>
          <w:lang w:val="ru-RU"/>
        </w:rPr>
      </w:pPr>
      <w:r w:rsidRPr="00844B84">
        <w:rPr>
          <w:lang w:val="ru-RU"/>
        </w:rPr>
        <w:t>Дефицит располагаемой мощности на расчётном периоде возникает по одному источнику из десяти — УПК № 5 «Новый Шерегеш», где к 2031 году полная максимальная нагрузка 114,4463 Гкал/ч превышает располагаемую мощность 114,000 Гкал/ч на 0,4463 Гкал/ч. По остальным девяти источникам резерв сохраняется на всех этапах.</w:t>
      </w:r>
    </w:p>
    <w:p w14:paraId="664A1809" w14:textId="77777777" w:rsidR="004604F3" w:rsidRPr="00844B84" w:rsidRDefault="00E1217F">
      <w:pPr>
        <w:rPr>
          <w:lang w:val="ru-RU"/>
        </w:rPr>
      </w:pPr>
      <w:r w:rsidRPr="00844B84">
        <w:rPr>
          <w:lang w:val="ru-RU"/>
        </w:rPr>
        <w:t xml:space="preserve">Резервная тепловая мощность по договорам на поддержание резервной тепловой мощности в округе не выделяется: такие договоры единой теплоснабжающей организацией не заключены. Тепловая нагрузка, устанавливаемая по договорам на поддержание резервной тепловой мощности и по долгосрочным договорам с ценой по соглашению сторон, в округе отсутствует по той же причине. Аварийный резерв как самостоятельная величина не выделяется: результат вывода наиболее мощного котлоагрегата приведён скринингом режима </w:t>
      </w:r>
      <w:r>
        <w:t>N</w:t>
      </w:r>
      <w:r w:rsidRPr="00844B84">
        <w:rPr>
          <w:lang w:val="ru-RU"/>
        </w:rPr>
        <w:t>−1 в разделе 5.</w:t>
      </w:r>
    </w:p>
    <w:p w14:paraId="4388FBD1" w14:textId="77777777" w:rsidR="004604F3" w:rsidRPr="00844B84" w:rsidRDefault="00E1217F">
      <w:pPr>
        <w:rPr>
          <w:lang w:val="ru-RU"/>
        </w:rPr>
      </w:pPr>
      <w:r w:rsidRPr="00844B84">
        <w:rPr>
          <w:lang w:val="ru-RU"/>
        </w:rPr>
        <w:t>Зон действия источников тепловой энергии, расположенных в границах двух или более населённых пунктов, в округе нет: каждая из десяти зон целиком находится в границах одного населённого пункта. Перспективные балансы для межпоселенческих зон, предусмотренные подпунктом «г» пункта 6 требований, поэтому не составляются.</w:t>
      </w:r>
    </w:p>
    <w:p w14:paraId="79316600" w14:textId="77777777" w:rsidR="00AE595B" w:rsidRPr="00844B84" w:rsidRDefault="00293C0B">
      <w:pPr>
        <w:pStyle w:val="21"/>
        <w:rPr>
          <w:lang w:val="ru-RU"/>
        </w:rPr>
      </w:pPr>
      <w:bookmarkStart w:id="33" w:name="_Toc238017232"/>
      <w:r w:rsidRPr="00844B84">
        <w:rPr>
          <w:lang w:val="ru-RU"/>
        </w:rPr>
        <w:t>2.19. Радиус эффективного теплоснабжения</w:t>
      </w:r>
      <w:bookmarkEnd w:id="33"/>
    </w:p>
    <w:p w14:paraId="77230F79" w14:textId="77777777" w:rsidR="00AE595B" w:rsidRPr="00844B84" w:rsidRDefault="00293C0B">
      <w:pPr>
        <w:rPr>
          <w:lang w:val="ru-RU"/>
        </w:rPr>
      </w:pPr>
      <w:r w:rsidRPr="00844B84">
        <w:rPr>
          <w:lang w:val="ru-RU"/>
        </w:rPr>
        <w:t>Радиус эффективного теплоснабжения — максимальное расстояние от теплопотребляющей установки до ближайшего источника тепловой энергии, при превышении которого подключение к данной системе теплоснабжения нецелесообразно по причине увеличения совокупных расходов в системе. Порядок его определения установлен приложением № 40 к Методическим указаниям, утверждённым приказом Минэнерго России № 212.</w:t>
      </w:r>
    </w:p>
    <w:p w14:paraId="1715905E" w14:textId="77777777" w:rsidR="00AE595B" w:rsidRPr="00844B84" w:rsidRDefault="00293C0B">
      <w:pPr>
        <w:rPr>
          <w:lang w:val="ru-RU"/>
        </w:rPr>
      </w:pPr>
      <w:r w:rsidRPr="00844B84">
        <w:rPr>
          <w:lang w:val="ru-RU"/>
        </w:rPr>
        <w:t>Определение радиуса по указанному приложению выполняется не как единая величина зоны, а применительно к конкретному заявителю: сопоставляется стоимость тепловой энергии в системе теплоснабжения до и после присоединения его нагрузки. Расчёт требует необходимой валовой выручки на отпуск тепловой энергии с коллекторов источника и отдельно на её передачу, объёмов отпуска по каждому расчётному периоду регулирования, нормы доходности инвестированного капитала, а также пьезометрического графика пути движения теплоносителя, построенного в электронной модели системы теплоснабжения.</w:t>
      </w:r>
    </w:p>
    <w:p w14:paraId="31501FEB" w14:textId="77777777" w:rsidR="00AE595B" w:rsidRPr="00844B84" w:rsidRDefault="00293C0B">
      <w:pPr>
        <w:rPr>
          <w:lang w:val="ru-RU"/>
        </w:rPr>
      </w:pPr>
      <w:r w:rsidRPr="00844B84">
        <w:rPr>
          <w:lang w:val="ru-RU"/>
        </w:rPr>
        <w:t>Ни один из перечисленных входов в составе исходных данных не подтверждён: раздельная валовая выручка на производство и на передачу не представлена, норма доходности не установлена, пьезометрические графики отсутствуют. Числовое значение радиуса эффективного теплоснабжения настоящей редакцией не утверждается: величина, полученная без этих входов, была бы произвольной. Позиция внесена в перечень остаточных пробелов.</w:t>
      </w:r>
    </w:p>
    <w:p w14:paraId="69E555EE" w14:textId="77777777" w:rsidR="00AE595B" w:rsidRPr="00844B84" w:rsidRDefault="00293C0B">
      <w:pPr>
        <w:rPr>
          <w:lang w:val="ru-RU"/>
        </w:rPr>
      </w:pPr>
      <w:r w:rsidRPr="00844B84">
        <w:rPr>
          <w:lang w:val="ru-RU"/>
        </w:rPr>
        <w:t>До получения указанных данных расширение зон действия источников рассматривается по признаку наличия свободной располагаемой мощности и пропускной способности тепловых сетей. Свободная располагаемая мощность имеется по девяти источникам из десяти; по УПК № 5 «Новый Шерегеш» к 2031 году свободный балансовый резерв исчерпывается, и расширение его зоны действия без увеличения мощности источника не допускается.</w:t>
      </w:r>
    </w:p>
    <w:p w14:paraId="1E1E8A51" w14:textId="77777777" w:rsidR="00844B84" w:rsidRDefault="00844B84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32"/>
          <w:szCs w:val="32"/>
          <w:lang w:val="ru-RU"/>
        </w:rPr>
      </w:pPr>
      <w:bookmarkStart w:id="34" w:name="_Toc238017233"/>
      <w:r>
        <w:rPr>
          <w:lang w:val="ru-RU"/>
        </w:rPr>
        <w:br w:type="page"/>
      </w:r>
    </w:p>
    <w:p w14:paraId="14AD0CC3" w14:textId="77777777" w:rsidR="006E7A08" w:rsidRPr="005731F7" w:rsidRDefault="00267E76">
      <w:pPr>
        <w:pStyle w:val="1"/>
        <w:spacing w:before="1200"/>
        <w:jc w:val="center"/>
        <w:rPr>
          <w:color w:val="4F81BD" w:themeColor="accent1"/>
          <w:lang w:val="ru-RU"/>
        </w:rPr>
      </w:pPr>
      <w:r w:rsidRPr="005731F7">
        <w:rPr>
          <w:color w:val="4F81BD" w:themeColor="accent1"/>
          <w:lang w:val="ru-RU"/>
        </w:rPr>
        <w:t>3. Существующие и перспективные балансы теплоносителя</w:t>
      </w:r>
      <w:bookmarkEnd w:id="34"/>
    </w:p>
    <w:p w14:paraId="4DCF4551" w14:textId="77777777" w:rsidR="00AD64D8" w:rsidRPr="00844B84" w:rsidRDefault="004F5CC8">
      <w:pPr>
        <w:spacing w:after="80"/>
        <w:jc w:val="both"/>
        <w:rPr>
          <w:lang w:val="ru-RU"/>
        </w:rPr>
      </w:pPr>
      <w:r w:rsidRPr="00844B84">
        <w:rPr>
          <w:lang w:val="ru-RU"/>
        </w:rPr>
        <w:t>Раздел утверждает балансы производительности водоподготовительных установок и максимального потребления теплоносителя в системах теплоснабжения округа. Расчётное обоснование приведено в обосновывающих материалах.</w:t>
      </w:r>
    </w:p>
    <w:p w14:paraId="23A32246" w14:textId="77777777" w:rsidR="004604F3" w:rsidRPr="00844B84" w:rsidRDefault="00E1217F">
      <w:pPr>
        <w:pStyle w:val="21"/>
        <w:rPr>
          <w:lang w:val="ru-RU"/>
        </w:rPr>
      </w:pPr>
      <w:bookmarkStart w:id="35" w:name="_Toc238017234"/>
      <w:r w:rsidRPr="00844B84">
        <w:rPr>
          <w:lang w:val="ru-RU"/>
        </w:rPr>
        <w:t>3.1. Порядок расчёта балансов теплоносителя</w:t>
      </w:r>
      <w:bookmarkEnd w:id="35"/>
    </w:p>
    <w:p w14:paraId="446695D8" w14:textId="77777777" w:rsidR="004604F3" w:rsidRPr="00844B84" w:rsidRDefault="00E1217F">
      <w:pPr>
        <w:rPr>
          <w:lang w:val="ru-RU"/>
        </w:rPr>
      </w:pPr>
      <w:r w:rsidRPr="00844B84">
        <w:rPr>
          <w:lang w:val="ru-RU"/>
        </w:rPr>
        <w:t>Балансы теплоносителя составлены в следующем порядке. Сначала определяется расчётный часовой расход воды на подпитку тепловой сети, затем нормативы технологических потерь и затрат теплоносителя, затем годовые величины по каждой зоне действия источника, и в завершение — потребность в производительности водоподготовительной установки в эксплуатационном и в аварийном режимах.</w:t>
      </w:r>
    </w:p>
    <w:p w14:paraId="2E8F6513" w14:textId="77777777" w:rsidR="004604F3" w:rsidRPr="00844B84" w:rsidRDefault="00E1217F">
      <w:pPr>
        <w:rPr>
          <w:lang w:val="ru-RU"/>
        </w:rPr>
      </w:pPr>
      <w:r w:rsidRPr="00844B84">
        <w:rPr>
          <w:lang w:val="ru-RU"/>
        </w:rPr>
        <w:t>Расчётный часовой расход воды на подпитку принимается по нормативным утечкам теплоносителя, определяемым от объёма тепловой сети и оборудования зоны, с добавлением водоразбора горячего водоснабжения для зон с открытой схемой и отпуска теплоносителя на производственные нужды. Нормативные утечки нормируются объёмом тепловой сети, а не отпуском тепловой энергии, поэтому по большинству зон они практически не изменяются на расчётном периоде. Исключение составляет УПК № 5 «Новый Шерегеш», где объём тепловой сети возрастает вследствие развития системы, и нормативные утечки масштабируются коэффициентом объёма 2,85207.</w:t>
      </w:r>
    </w:p>
    <w:p w14:paraId="4E254911" w14:textId="77777777" w:rsidR="004604F3" w:rsidRPr="00844B84" w:rsidRDefault="00E1217F">
      <w:pPr>
        <w:rPr>
          <w:lang w:val="ru-RU"/>
        </w:rPr>
      </w:pPr>
      <w:r w:rsidRPr="00844B84">
        <w:rPr>
          <w:lang w:val="ru-RU"/>
        </w:rPr>
        <w:t>Нормативы технологических потерь и затрат теплоносителя приняты по порядку определения нормативов технологических потерь при передаче тепловой энергии и теплоносителя. Сверхнормативные утечки по всем зонам приняты нулевыми: превышение нормативных величин теплоснабжающей организацией не заявлялось и актами не подтверждено.</w:t>
      </w:r>
    </w:p>
    <w:p w14:paraId="0770EFBD" w14:textId="77777777" w:rsidR="004604F3" w:rsidRPr="00844B84" w:rsidRDefault="00E1217F">
      <w:pPr>
        <w:rPr>
          <w:lang w:val="ru-RU"/>
        </w:rPr>
      </w:pPr>
      <w:r w:rsidRPr="00844B84">
        <w:rPr>
          <w:lang w:val="ru-RU"/>
        </w:rPr>
        <w:t>Аварийный режим нормируется отдельно и объёмом тепловой сети, а не водоразбором горячего водоснабжения; восполнение аварийной утечки выполняется химически не обработанной и не деаэрированной водой. По этой причине аварийный баланс не сводится с эксплуатационным и приводится самостоятельной таблицей.</w:t>
      </w:r>
    </w:p>
    <w:p w14:paraId="12A9E1FB" w14:textId="77777777" w:rsidR="004604F3" w:rsidRPr="00844B84" w:rsidRDefault="00E1217F">
      <w:pPr>
        <w:rPr>
          <w:lang w:val="ru-RU"/>
        </w:rPr>
      </w:pPr>
      <w:r w:rsidRPr="00844B84">
        <w:rPr>
          <w:lang w:val="ru-RU"/>
        </w:rPr>
        <w:t>Все величины балансов теплоносителя выражены в тоннах в год либо в тоннах в час и с величинами тепловой энергии в гигакалориях не сопоставляются: теплоноситель и тепловая энергия — различные учётные сущности.</w:t>
      </w:r>
    </w:p>
    <w:p w14:paraId="1A4F1621" w14:textId="77777777" w:rsidR="00AD64D8" w:rsidRPr="005731F7" w:rsidRDefault="004F5CC8">
      <w:pPr>
        <w:pStyle w:val="21"/>
        <w:rPr>
          <w:lang w:val="ru-RU"/>
        </w:rPr>
      </w:pPr>
      <w:bookmarkStart w:id="36" w:name="_Toc238017235"/>
      <w:r w:rsidRPr="005731F7">
        <w:rPr>
          <w:lang w:val="ru-RU"/>
        </w:rPr>
        <w:t>3.2. Схемы горячего водоснабжения</w:t>
      </w:r>
      <w:bookmarkEnd w:id="36"/>
    </w:p>
    <w:p w14:paraId="6710AF73" w14:textId="77777777" w:rsidR="00AD64D8" w:rsidRPr="00844B84" w:rsidRDefault="004F5CC8">
      <w:pPr>
        <w:spacing w:after="80"/>
        <w:jc w:val="both"/>
        <w:rPr>
          <w:lang w:val="ru-RU"/>
        </w:rPr>
      </w:pPr>
      <w:r w:rsidRPr="00844B84">
        <w:rPr>
          <w:lang w:val="ru-RU"/>
        </w:rPr>
        <w:t>Открытый водоразбор подтверждён численно по восьми системам; по системе УПК № 8 «Мундыбаш» подтверждена открытая составляющая при смешанном приготовлении горячей воды. По системе УПК № 9 «ГРЭ» тип системы установлен как открытый и определена нагрузка горячего водоснабжения 0,002 Гкал/ч, однако численный баланс теплоносителя не раскрыт, поэтому водоразбор по этой системе настоящим разделом не утверждается. Отсутствие одной величины не означает отсутствия сведений о системе в целом.</w:t>
      </w:r>
    </w:p>
    <w:p w14:paraId="0627C937" w14:textId="77777777" w:rsidR="00AD64D8" w:rsidRPr="00844B84" w:rsidRDefault="004F5CC8">
      <w:pPr>
        <w:spacing w:after="80"/>
        <w:jc w:val="both"/>
        <w:rPr>
          <w:lang w:val="ru-RU"/>
        </w:rPr>
      </w:pPr>
      <w:r w:rsidRPr="00844B84">
        <w:rPr>
          <w:lang w:val="ru-RU"/>
        </w:rPr>
        <w:t>Решение о переводе открытых систем горячего водоснабжения на закрытые принимается соответствующим разделом утверждаемой части и в настоящей редакции не изменяется.</w:t>
      </w:r>
    </w:p>
    <w:p w14:paraId="3F5EEED0" w14:textId="77777777" w:rsidR="00AD64D8" w:rsidRPr="00844B84" w:rsidRDefault="004F5CC8">
      <w:pPr>
        <w:pStyle w:val="21"/>
        <w:rPr>
          <w:lang w:val="ru-RU"/>
        </w:rPr>
      </w:pPr>
      <w:bookmarkStart w:id="37" w:name="_Toc238017236"/>
      <w:r w:rsidRPr="005731F7">
        <w:rPr>
          <w:lang w:val="ru-RU"/>
        </w:rPr>
        <w:t>3.3. Утверждаемые балансы теплоносителя</w:t>
      </w:r>
      <w:bookmarkEnd w:id="37"/>
    </w:p>
    <w:p w14:paraId="37FC855E" w14:textId="77777777" w:rsidR="00AD64D8" w:rsidRPr="00844B84" w:rsidRDefault="004F5CC8">
      <w:pPr>
        <w:keepNext/>
        <w:spacing w:before="160"/>
        <w:rPr>
          <w:lang w:val="ru-RU"/>
        </w:rPr>
      </w:pPr>
      <w:r w:rsidRPr="00844B84">
        <w:rPr>
          <w:b/>
          <w:lang w:val="ru-RU"/>
        </w:rPr>
        <w:t>Таблица 3.1 — Годовое потребление теплоносителя, т/год</w:t>
      </w: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17"/>
        <w:gridCol w:w="1338"/>
        <w:gridCol w:w="1338"/>
        <w:gridCol w:w="1338"/>
        <w:gridCol w:w="2318"/>
        <w:gridCol w:w="2430"/>
      </w:tblGrid>
      <w:tr w:rsidR="00AD64D8" w:rsidRPr="004D1FEB" w14:paraId="772E6F25" w14:textId="77777777">
        <w:trPr>
          <w:cantSplit/>
          <w:tblHeader/>
          <w:jc w:val="center"/>
        </w:trPr>
        <w:tc>
          <w:tcPr>
            <w:tcW w:w="0" w:type="auto"/>
            <w:shd w:val="clear" w:color="auto" w:fill="E2F0D9"/>
          </w:tcPr>
          <w:p w14:paraId="6D953EE3" w14:textId="77777777" w:rsidR="00AD64D8" w:rsidRDefault="004F5CC8">
            <w:pPr>
              <w:jc w:val="center"/>
            </w:pPr>
            <w:r>
              <w:rPr>
                <w:b/>
              </w:rPr>
              <w:t>Система</w:t>
            </w:r>
          </w:p>
        </w:tc>
        <w:tc>
          <w:tcPr>
            <w:tcW w:w="0" w:type="auto"/>
            <w:shd w:val="clear" w:color="auto" w:fill="E2F0D9"/>
          </w:tcPr>
          <w:p w14:paraId="119A7F35" w14:textId="77777777" w:rsidR="00AD64D8" w:rsidRDefault="004F5CC8">
            <w:pPr>
              <w:jc w:val="center"/>
            </w:pPr>
            <w:r>
              <w:rPr>
                <w:b/>
              </w:rPr>
              <w:t>Подпитка 2026</w:t>
            </w:r>
          </w:p>
        </w:tc>
        <w:tc>
          <w:tcPr>
            <w:tcW w:w="0" w:type="auto"/>
            <w:shd w:val="clear" w:color="auto" w:fill="E2F0D9"/>
          </w:tcPr>
          <w:p w14:paraId="6F0EC7BA" w14:textId="77777777" w:rsidR="00AD64D8" w:rsidRDefault="004F5CC8">
            <w:pPr>
              <w:jc w:val="center"/>
            </w:pPr>
            <w:r>
              <w:rPr>
                <w:b/>
              </w:rPr>
              <w:t>Подпитка 2031</w:t>
            </w:r>
          </w:p>
        </w:tc>
        <w:tc>
          <w:tcPr>
            <w:tcW w:w="0" w:type="auto"/>
            <w:shd w:val="clear" w:color="auto" w:fill="E2F0D9"/>
          </w:tcPr>
          <w:p w14:paraId="2511229B" w14:textId="77777777" w:rsidR="00AD64D8" w:rsidRDefault="004F5CC8">
            <w:pPr>
              <w:jc w:val="center"/>
            </w:pPr>
            <w:r>
              <w:rPr>
                <w:b/>
              </w:rPr>
              <w:t>Подпитка 2036</w:t>
            </w:r>
          </w:p>
        </w:tc>
        <w:tc>
          <w:tcPr>
            <w:tcW w:w="0" w:type="auto"/>
            <w:shd w:val="clear" w:color="auto" w:fill="E2F0D9"/>
          </w:tcPr>
          <w:p w14:paraId="1D696DDA" w14:textId="77777777" w:rsidR="00AD64D8" w:rsidRPr="00844B84" w:rsidRDefault="004F5CC8">
            <w:pPr>
              <w:jc w:val="center"/>
              <w:rPr>
                <w:lang w:val="ru-RU"/>
              </w:rPr>
            </w:pPr>
            <w:r w:rsidRPr="00844B84">
              <w:rPr>
                <w:b/>
                <w:lang w:val="ru-RU"/>
              </w:rPr>
              <w:t>в том числе нормативные утечки 2026</w:t>
            </w:r>
          </w:p>
        </w:tc>
        <w:tc>
          <w:tcPr>
            <w:tcW w:w="0" w:type="auto"/>
            <w:shd w:val="clear" w:color="auto" w:fill="E2F0D9"/>
          </w:tcPr>
          <w:p w14:paraId="70A7F9FE" w14:textId="77777777" w:rsidR="00AD64D8" w:rsidRPr="00844B84" w:rsidRDefault="004F5CC8">
            <w:pPr>
              <w:jc w:val="center"/>
              <w:rPr>
                <w:lang w:val="ru-RU"/>
              </w:rPr>
            </w:pPr>
            <w:r w:rsidRPr="00844B84">
              <w:rPr>
                <w:b/>
                <w:lang w:val="ru-RU"/>
              </w:rPr>
              <w:t>в том числе отпуск теплоносителя 2026</w:t>
            </w:r>
          </w:p>
        </w:tc>
      </w:tr>
      <w:tr w:rsidR="00AD64D8" w14:paraId="262D7E64" w14:textId="77777777">
        <w:trPr>
          <w:cantSplit/>
          <w:jc w:val="center"/>
        </w:trPr>
        <w:tc>
          <w:tcPr>
            <w:tcW w:w="0" w:type="auto"/>
          </w:tcPr>
          <w:p w14:paraId="4B6AD19B" w14:textId="77777777" w:rsidR="00AD64D8" w:rsidRDefault="004F5CC8">
            <w:r>
              <w:t>УПК № 1 Таштагол</w:t>
            </w:r>
          </w:p>
        </w:tc>
        <w:tc>
          <w:tcPr>
            <w:tcW w:w="0" w:type="auto"/>
          </w:tcPr>
          <w:p w14:paraId="5BF80831" w14:textId="77777777" w:rsidR="00AD64D8" w:rsidRDefault="004F5CC8">
            <w:pPr>
              <w:jc w:val="center"/>
            </w:pPr>
            <w:r>
              <w:t>399 334</w:t>
            </w:r>
          </w:p>
        </w:tc>
        <w:tc>
          <w:tcPr>
            <w:tcW w:w="0" w:type="auto"/>
          </w:tcPr>
          <w:p w14:paraId="555F1452" w14:textId="77777777" w:rsidR="00AD64D8" w:rsidRDefault="004F5CC8">
            <w:pPr>
              <w:jc w:val="center"/>
            </w:pPr>
            <w:r>
              <w:t>399 332</w:t>
            </w:r>
          </w:p>
        </w:tc>
        <w:tc>
          <w:tcPr>
            <w:tcW w:w="0" w:type="auto"/>
          </w:tcPr>
          <w:p w14:paraId="3B9B636F" w14:textId="77777777" w:rsidR="00AD64D8" w:rsidRDefault="004F5CC8">
            <w:pPr>
              <w:jc w:val="center"/>
            </w:pPr>
            <w:r>
              <w:t>399 332</w:t>
            </w:r>
          </w:p>
        </w:tc>
        <w:tc>
          <w:tcPr>
            <w:tcW w:w="0" w:type="auto"/>
          </w:tcPr>
          <w:p w14:paraId="53426467" w14:textId="77777777" w:rsidR="00AD64D8" w:rsidRDefault="004F5CC8">
            <w:pPr>
              <w:jc w:val="center"/>
            </w:pPr>
            <w:r>
              <w:t>57 857</w:t>
            </w:r>
          </w:p>
        </w:tc>
        <w:tc>
          <w:tcPr>
            <w:tcW w:w="0" w:type="auto"/>
          </w:tcPr>
          <w:p w14:paraId="35129D68" w14:textId="77777777" w:rsidR="00AD64D8" w:rsidRDefault="004F5CC8">
            <w:pPr>
              <w:jc w:val="center"/>
            </w:pPr>
            <w:r>
              <w:t>341 475</w:t>
            </w:r>
          </w:p>
        </w:tc>
      </w:tr>
      <w:tr w:rsidR="00AD64D8" w14:paraId="5E1B2687" w14:textId="77777777">
        <w:trPr>
          <w:cantSplit/>
          <w:jc w:val="center"/>
        </w:trPr>
        <w:tc>
          <w:tcPr>
            <w:tcW w:w="0" w:type="auto"/>
          </w:tcPr>
          <w:p w14:paraId="3A56937A" w14:textId="77777777" w:rsidR="00AD64D8" w:rsidRDefault="004F5CC8">
            <w:r>
              <w:t>УПК № 2 Шалым</w:t>
            </w:r>
          </w:p>
        </w:tc>
        <w:tc>
          <w:tcPr>
            <w:tcW w:w="0" w:type="auto"/>
          </w:tcPr>
          <w:p w14:paraId="26647E4C" w14:textId="77777777" w:rsidR="00AD64D8" w:rsidRDefault="004F5CC8">
            <w:pPr>
              <w:jc w:val="center"/>
            </w:pPr>
            <w:r>
              <w:t>19 988</w:t>
            </w:r>
          </w:p>
        </w:tc>
        <w:tc>
          <w:tcPr>
            <w:tcW w:w="0" w:type="auto"/>
          </w:tcPr>
          <w:p w14:paraId="784DEE51" w14:textId="77777777" w:rsidR="00AD64D8" w:rsidRDefault="004F5CC8">
            <w:pPr>
              <w:jc w:val="center"/>
            </w:pPr>
            <w:r>
              <w:t>19 988</w:t>
            </w:r>
          </w:p>
        </w:tc>
        <w:tc>
          <w:tcPr>
            <w:tcW w:w="0" w:type="auto"/>
          </w:tcPr>
          <w:p w14:paraId="60BC88EB" w14:textId="77777777" w:rsidR="00AD64D8" w:rsidRDefault="004F5CC8">
            <w:pPr>
              <w:jc w:val="center"/>
            </w:pPr>
            <w:r>
              <w:t>19 988</w:t>
            </w:r>
          </w:p>
        </w:tc>
        <w:tc>
          <w:tcPr>
            <w:tcW w:w="0" w:type="auto"/>
          </w:tcPr>
          <w:p w14:paraId="3BDD8400" w14:textId="77777777" w:rsidR="00AD64D8" w:rsidRDefault="004F5CC8">
            <w:pPr>
              <w:jc w:val="center"/>
            </w:pPr>
            <w:r>
              <w:t>1 831</w:t>
            </w:r>
          </w:p>
        </w:tc>
        <w:tc>
          <w:tcPr>
            <w:tcW w:w="0" w:type="auto"/>
          </w:tcPr>
          <w:p w14:paraId="3C1DCBAB" w14:textId="77777777" w:rsidR="00AD64D8" w:rsidRDefault="004F5CC8">
            <w:pPr>
              <w:jc w:val="center"/>
            </w:pPr>
            <w:r>
              <w:t>18 157</w:t>
            </w:r>
          </w:p>
        </w:tc>
      </w:tr>
      <w:tr w:rsidR="00AD64D8" w14:paraId="38AF9881" w14:textId="77777777">
        <w:trPr>
          <w:cantSplit/>
          <w:jc w:val="center"/>
        </w:trPr>
        <w:tc>
          <w:tcPr>
            <w:tcW w:w="0" w:type="auto"/>
          </w:tcPr>
          <w:p w14:paraId="52A1E6DA" w14:textId="77777777" w:rsidR="00AD64D8" w:rsidRDefault="004F5CC8">
            <w:r>
              <w:t>УПК № 2 ЦМК</w:t>
            </w:r>
          </w:p>
        </w:tc>
        <w:tc>
          <w:tcPr>
            <w:tcW w:w="0" w:type="auto"/>
          </w:tcPr>
          <w:p w14:paraId="282222EC" w14:textId="77777777" w:rsidR="00AD64D8" w:rsidRDefault="004F5CC8">
            <w:pPr>
              <w:jc w:val="center"/>
            </w:pPr>
            <w:r>
              <w:t>15 007</w:t>
            </w:r>
          </w:p>
        </w:tc>
        <w:tc>
          <w:tcPr>
            <w:tcW w:w="0" w:type="auto"/>
          </w:tcPr>
          <w:p w14:paraId="40A27686" w14:textId="77777777" w:rsidR="00AD64D8" w:rsidRDefault="004F5CC8">
            <w:pPr>
              <w:jc w:val="center"/>
            </w:pPr>
            <w:r>
              <w:t>15 007</w:t>
            </w:r>
          </w:p>
        </w:tc>
        <w:tc>
          <w:tcPr>
            <w:tcW w:w="0" w:type="auto"/>
          </w:tcPr>
          <w:p w14:paraId="33A9D4C3" w14:textId="77777777" w:rsidR="00AD64D8" w:rsidRDefault="004F5CC8">
            <w:pPr>
              <w:jc w:val="center"/>
            </w:pPr>
            <w:r>
              <w:t>15 007</w:t>
            </w:r>
          </w:p>
        </w:tc>
        <w:tc>
          <w:tcPr>
            <w:tcW w:w="0" w:type="auto"/>
          </w:tcPr>
          <w:p w14:paraId="15540DC4" w14:textId="77777777" w:rsidR="00AD64D8" w:rsidRDefault="004F5CC8">
            <w:pPr>
              <w:jc w:val="center"/>
            </w:pPr>
            <w:r>
              <w:t>1 741</w:t>
            </w:r>
          </w:p>
        </w:tc>
        <w:tc>
          <w:tcPr>
            <w:tcW w:w="0" w:type="auto"/>
          </w:tcPr>
          <w:p w14:paraId="54A0D246" w14:textId="77777777" w:rsidR="00AD64D8" w:rsidRDefault="004F5CC8">
            <w:pPr>
              <w:jc w:val="center"/>
            </w:pPr>
            <w:r>
              <w:t>13 266</w:t>
            </w:r>
          </w:p>
        </w:tc>
      </w:tr>
      <w:tr w:rsidR="00AD64D8" w14:paraId="1472AB11" w14:textId="77777777">
        <w:trPr>
          <w:cantSplit/>
          <w:jc w:val="center"/>
        </w:trPr>
        <w:tc>
          <w:tcPr>
            <w:tcW w:w="0" w:type="auto"/>
          </w:tcPr>
          <w:p w14:paraId="437A54DF" w14:textId="77777777" w:rsidR="00AD64D8" w:rsidRDefault="004F5CC8">
            <w:r>
              <w:t>УПК № 9 ГРЭ</w:t>
            </w:r>
          </w:p>
        </w:tc>
        <w:tc>
          <w:tcPr>
            <w:tcW w:w="0" w:type="auto"/>
          </w:tcPr>
          <w:p w14:paraId="4716B7D8" w14:textId="77777777" w:rsidR="00AD64D8" w:rsidRDefault="004F5CC8">
            <w:pPr>
              <w:jc w:val="center"/>
            </w:pPr>
            <w:r>
              <w:t>не раскрыт</w:t>
            </w:r>
          </w:p>
        </w:tc>
        <w:tc>
          <w:tcPr>
            <w:tcW w:w="0" w:type="auto"/>
          </w:tcPr>
          <w:p w14:paraId="4D97A239" w14:textId="77777777" w:rsidR="00AD64D8" w:rsidRDefault="004F5CC8">
            <w:pPr>
              <w:jc w:val="center"/>
            </w:pPr>
            <w:r>
              <w:t>не раскрыт</w:t>
            </w:r>
          </w:p>
        </w:tc>
        <w:tc>
          <w:tcPr>
            <w:tcW w:w="0" w:type="auto"/>
          </w:tcPr>
          <w:p w14:paraId="4D374CDB" w14:textId="77777777" w:rsidR="00AD64D8" w:rsidRDefault="004F5CC8">
            <w:pPr>
              <w:jc w:val="center"/>
            </w:pPr>
            <w:r>
              <w:t>не раскрыт</w:t>
            </w:r>
          </w:p>
        </w:tc>
        <w:tc>
          <w:tcPr>
            <w:tcW w:w="0" w:type="auto"/>
          </w:tcPr>
          <w:p w14:paraId="5D8C59D4" w14:textId="77777777" w:rsidR="00AD64D8" w:rsidRDefault="004F5CC8">
            <w:pPr>
              <w:jc w:val="center"/>
            </w:pPr>
            <w:r>
              <w:t>не раскрыт</w:t>
            </w:r>
          </w:p>
        </w:tc>
        <w:tc>
          <w:tcPr>
            <w:tcW w:w="0" w:type="auto"/>
          </w:tcPr>
          <w:p w14:paraId="6C5F05E9" w14:textId="77777777" w:rsidR="00AD64D8" w:rsidRDefault="004F5CC8">
            <w:pPr>
              <w:jc w:val="center"/>
            </w:pPr>
            <w:r>
              <w:t>не раскрыт</w:t>
            </w:r>
          </w:p>
        </w:tc>
      </w:tr>
      <w:tr w:rsidR="00AD64D8" w14:paraId="6D7B4ECA" w14:textId="77777777">
        <w:trPr>
          <w:cantSplit/>
          <w:jc w:val="center"/>
        </w:trPr>
        <w:tc>
          <w:tcPr>
            <w:tcW w:w="0" w:type="auto"/>
          </w:tcPr>
          <w:p w14:paraId="0E19628D" w14:textId="77777777" w:rsidR="00AD64D8" w:rsidRDefault="004F5CC8">
            <w:r>
              <w:t>УПК № 5 Новый Шерегеш</w:t>
            </w:r>
          </w:p>
        </w:tc>
        <w:tc>
          <w:tcPr>
            <w:tcW w:w="0" w:type="auto"/>
          </w:tcPr>
          <w:p w14:paraId="7EE6779D" w14:textId="77777777" w:rsidR="00AD64D8" w:rsidRDefault="004F5CC8">
            <w:pPr>
              <w:jc w:val="center"/>
            </w:pPr>
            <w:r>
              <w:t>235 554</w:t>
            </w:r>
          </w:p>
        </w:tc>
        <w:tc>
          <w:tcPr>
            <w:tcW w:w="0" w:type="auto"/>
          </w:tcPr>
          <w:p w14:paraId="6A87AB4F" w14:textId="77777777" w:rsidR="00AD64D8" w:rsidRDefault="004F5CC8">
            <w:pPr>
              <w:jc w:val="center"/>
            </w:pPr>
            <w:r>
              <w:t>268 475</w:t>
            </w:r>
          </w:p>
        </w:tc>
        <w:tc>
          <w:tcPr>
            <w:tcW w:w="0" w:type="auto"/>
          </w:tcPr>
          <w:p w14:paraId="71C3D77A" w14:textId="77777777" w:rsidR="00AD64D8" w:rsidRDefault="004F5CC8">
            <w:pPr>
              <w:jc w:val="center"/>
            </w:pPr>
            <w:r>
              <w:t>268 475</w:t>
            </w:r>
          </w:p>
        </w:tc>
        <w:tc>
          <w:tcPr>
            <w:tcW w:w="0" w:type="auto"/>
          </w:tcPr>
          <w:p w14:paraId="012E651A" w14:textId="77777777" w:rsidR="00AD64D8" w:rsidRDefault="004F5CC8">
            <w:pPr>
              <w:jc w:val="center"/>
            </w:pPr>
            <w:r>
              <w:t>17 775</w:t>
            </w:r>
          </w:p>
        </w:tc>
        <w:tc>
          <w:tcPr>
            <w:tcW w:w="0" w:type="auto"/>
          </w:tcPr>
          <w:p w14:paraId="6BE93AA2" w14:textId="77777777" w:rsidR="00AD64D8" w:rsidRDefault="004F5CC8">
            <w:pPr>
              <w:jc w:val="center"/>
            </w:pPr>
            <w:r>
              <w:t>217 064</w:t>
            </w:r>
          </w:p>
        </w:tc>
      </w:tr>
      <w:tr w:rsidR="00AD64D8" w14:paraId="4051678B" w14:textId="77777777">
        <w:trPr>
          <w:cantSplit/>
          <w:jc w:val="center"/>
        </w:trPr>
        <w:tc>
          <w:tcPr>
            <w:tcW w:w="0" w:type="auto"/>
          </w:tcPr>
          <w:p w14:paraId="2E8A7D04" w14:textId="77777777" w:rsidR="00AD64D8" w:rsidRDefault="004F5CC8">
            <w:r>
              <w:t>УПК № 6 Старый Шерегеш</w:t>
            </w:r>
          </w:p>
        </w:tc>
        <w:tc>
          <w:tcPr>
            <w:tcW w:w="0" w:type="auto"/>
          </w:tcPr>
          <w:p w14:paraId="11EAD002" w14:textId="77777777" w:rsidR="00AD64D8" w:rsidRDefault="004F5CC8">
            <w:pPr>
              <w:jc w:val="center"/>
            </w:pPr>
            <w:r>
              <w:t>23 280</w:t>
            </w:r>
          </w:p>
        </w:tc>
        <w:tc>
          <w:tcPr>
            <w:tcW w:w="0" w:type="auto"/>
          </w:tcPr>
          <w:p w14:paraId="783A9020" w14:textId="77777777" w:rsidR="00AD64D8" w:rsidRDefault="004F5CC8">
            <w:pPr>
              <w:jc w:val="center"/>
            </w:pPr>
            <w:r>
              <w:t>23 280</w:t>
            </w:r>
          </w:p>
        </w:tc>
        <w:tc>
          <w:tcPr>
            <w:tcW w:w="0" w:type="auto"/>
          </w:tcPr>
          <w:p w14:paraId="79B80CB0" w14:textId="77777777" w:rsidR="00AD64D8" w:rsidRDefault="004F5CC8">
            <w:pPr>
              <w:jc w:val="center"/>
            </w:pPr>
            <w:r>
              <w:t>23 280</w:t>
            </w:r>
          </w:p>
        </w:tc>
        <w:tc>
          <w:tcPr>
            <w:tcW w:w="0" w:type="auto"/>
          </w:tcPr>
          <w:p w14:paraId="24CBBFE3" w14:textId="77777777" w:rsidR="00AD64D8" w:rsidRDefault="004F5CC8">
            <w:pPr>
              <w:jc w:val="center"/>
            </w:pPr>
            <w:r>
              <w:t>890</w:t>
            </w:r>
          </w:p>
        </w:tc>
        <w:tc>
          <w:tcPr>
            <w:tcW w:w="0" w:type="auto"/>
          </w:tcPr>
          <w:p w14:paraId="378D3C5C" w14:textId="77777777" w:rsidR="00AD64D8" w:rsidRDefault="004F5CC8">
            <w:pPr>
              <w:jc w:val="center"/>
            </w:pPr>
            <w:r>
              <w:t>22 390</w:t>
            </w:r>
          </w:p>
        </w:tc>
      </w:tr>
      <w:tr w:rsidR="00AD64D8" w14:paraId="6B2567D2" w14:textId="77777777">
        <w:trPr>
          <w:cantSplit/>
          <w:jc w:val="center"/>
        </w:trPr>
        <w:tc>
          <w:tcPr>
            <w:tcW w:w="0" w:type="auto"/>
          </w:tcPr>
          <w:p w14:paraId="0DFE1C56" w14:textId="77777777" w:rsidR="00AD64D8" w:rsidRDefault="004F5CC8">
            <w:r>
              <w:t>УПК № 7 Каз</w:t>
            </w:r>
          </w:p>
        </w:tc>
        <w:tc>
          <w:tcPr>
            <w:tcW w:w="0" w:type="auto"/>
          </w:tcPr>
          <w:p w14:paraId="6891C4BD" w14:textId="77777777" w:rsidR="00AD64D8" w:rsidRDefault="004F5CC8">
            <w:pPr>
              <w:jc w:val="center"/>
            </w:pPr>
            <w:r>
              <w:t>113 155</w:t>
            </w:r>
          </w:p>
        </w:tc>
        <w:tc>
          <w:tcPr>
            <w:tcW w:w="0" w:type="auto"/>
          </w:tcPr>
          <w:p w14:paraId="3B357B06" w14:textId="77777777" w:rsidR="00AD64D8" w:rsidRDefault="004F5CC8">
            <w:pPr>
              <w:jc w:val="center"/>
            </w:pPr>
            <w:r>
              <w:t>113 155</w:t>
            </w:r>
          </w:p>
        </w:tc>
        <w:tc>
          <w:tcPr>
            <w:tcW w:w="0" w:type="auto"/>
          </w:tcPr>
          <w:p w14:paraId="0DBD7265" w14:textId="77777777" w:rsidR="00AD64D8" w:rsidRDefault="004F5CC8">
            <w:pPr>
              <w:jc w:val="center"/>
            </w:pPr>
            <w:r>
              <w:t>113 155</w:t>
            </w:r>
          </w:p>
        </w:tc>
        <w:tc>
          <w:tcPr>
            <w:tcW w:w="0" w:type="auto"/>
          </w:tcPr>
          <w:p w14:paraId="37DA3EAB" w14:textId="77777777" w:rsidR="00AD64D8" w:rsidRDefault="004F5CC8">
            <w:pPr>
              <w:jc w:val="center"/>
            </w:pPr>
            <w:r>
              <w:t>36 626</w:t>
            </w:r>
          </w:p>
        </w:tc>
        <w:tc>
          <w:tcPr>
            <w:tcW w:w="0" w:type="auto"/>
          </w:tcPr>
          <w:p w14:paraId="4AA305E1" w14:textId="77777777" w:rsidR="00AD64D8" w:rsidRDefault="004F5CC8">
            <w:pPr>
              <w:jc w:val="center"/>
            </w:pPr>
            <w:r>
              <w:t>76 238</w:t>
            </w:r>
          </w:p>
        </w:tc>
      </w:tr>
      <w:tr w:rsidR="00AD64D8" w14:paraId="31B6382A" w14:textId="77777777">
        <w:trPr>
          <w:cantSplit/>
          <w:jc w:val="center"/>
        </w:trPr>
        <w:tc>
          <w:tcPr>
            <w:tcW w:w="0" w:type="auto"/>
          </w:tcPr>
          <w:p w14:paraId="150CD063" w14:textId="77777777" w:rsidR="00AD64D8" w:rsidRDefault="004F5CC8">
            <w:r>
              <w:t>УПК № 8 Мундыбаш</w:t>
            </w:r>
          </w:p>
        </w:tc>
        <w:tc>
          <w:tcPr>
            <w:tcW w:w="0" w:type="auto"/>
          </w:tcPr>
          <w:p w14:paraId="27A32B6D" w14:textId="77777777" w:rsidR="00AD64D8" w:rsidRDefault="004F5CC8">
            <w:pPr>
              <w:jc w:val="center"/>
            </w:pPr>
            <w:r>
              <w:t>69 420</w:t>
            </w:r>
          </w:p>
        </w:tc>
        <w:tc>
          <w:tcPr>
            <w:tcW w:w="0" w:type="auto"/>
          </w:tcPr>
          <w:p w14:paraId="39C5B6AF" w14:textId="77777777" w:rsidR="00AD64D8" w:rsidRDefault="004F5CC8">
            <w:pPr>
              <w:jc w:val="center"/>
            </w:pPr>
            <w:r>
              <w:t>69 419</w:t>
            </w:r>
          </w:p>
        </w:tc>
        <w:tc>
          <w:tcPr>
            <w:tcW w:w="0" w:type="auto"/>
          </w:tcPr>
          <w:p w14:paraId="70FE395A" w14:textId="77777777" w:rsidR="00AD64D8" w:rsidRDefault="004F5CC8">
            <w:pPr>
              <w:jc w:val="center"/>
            </w:pPr>
            <w:r>
              <w:t>69 419</w:t>
            </w:r>
          </w:p>
        </w:tc>
        <w:tc>
          <w:tcPr>
            <w:tcW w:w="0" w:type="auto"/>
          </w:tcPr>
          <w:p w14:paraId="63EB3378" w14:textId="77777777" w:rsidR="00AD64D8" w:rsidRDefault="004F5CC8">
            <w:pPr>
              <w:jc w:val="center"/>
            </w:pPr>
            <w:r>
              <w:t>7 236</w:t>
            </w:r>
          </w:p>
        </w:tc>
        <w:tc>
          <w:tcPr>
            <w:tcW w:w="0" w:type="auto"/>
          </w:tcPr>
          <w:p w14:paraId="51227383" w14:textId="77777777" w:rsidR="00AD64D8" w:rsidRDefault="004F5CC8">
            <w:pPr>
              <w:jc w:val="center"/>
            </w:pPr>
            <w:r>
              <w:t>62 183</w:t>
            </w:r>
          </w:p>
        </w:tc>
      </w:tr>
      <w:tr w:rsidR="00AD64D8" w14:paraId="560007F7" w14:textId="77777777">
        <w:trPr>
          <w:cantSplit/>
          <w:jc w:val="center"/>
        </w:trPr>
        <w:tc>
          <w:tcPr>
            <w:tcW w:w="0" w:type="auto"/>
          </w:tcPr>
          <w:p w14:paraId="3695795A" w14:textId="77777777" w:rsidR="00AD64D8" w:rsidRDefault="004F5CC8">
            <w:r>
              <w:t>УПК № 10 Темир-Тау</w:t>
            </w:r>
          </w:p>
        </w:tc>
        <w:tc>
          <w:tcPr>
            <w:tcW w:w="0" w:type="auto"/>
          </w:tcPr>
          <w:p w14:paraId="1F5D4039" w14:textId="77777777" w:rsidR="00AD64D8" w:rsidRDefault="004F5CC8">
            <w:pPr>
              <w:jc w:val="center"/>
            </w:pPr>
            <w:r>
              <w:t>35 496</w:t>
            </w:r>
          </w:p>
        </w:tc>
        <w:tc>
          <w:tcPr>
            <w:tcW w:w="0" w:type="auto"/>
          </w:tcPr>
          <w:p w14:paraId="57758BF8" w14:textId="77777777" w:rsidR="00AD64D8" w:rsidRDefault="004F5CC8">
            <w:pPr>
              <w:jc w:val="center"/>
            </w:pPr>
            <w:r>
              <w:t>35 497</w:t>
            </w:r>
          </w:p>
        </w:tc>
        <w:tc>
          <w:tcPr>
            <w:tcW w:w="0" w:type="auto"/>
          </w:tcPr>
          <w:p w14:paraId="53878AF3" w14:textId="77777777" w:rsidR="00AD64D8" w:rsidRDefault="004F5CC8">
            <w:pPr>
              <w:jc w:val="center"/>
            </w:pPr>
            <w:r>
              <w:t>35 497</w:t>
            </w:r>
          </w:p>
        </w:tc>
        <w:tc>
          <w:tcPr>
            <w:tcW w:w="0" w:type="auto"/>
          </w:tcPr>
          <w:p w14:paraId="11EA6EA9" w14:textId="77777777" w:rsidR="00AD64D8" w:rsidRDefault="004F5CC8">
            <w:pPr>
              <w:jc w:val="center"/>
            </w:pPr>
            <w:r>
              <w:t>6 418</w:t>
            </w:r>
          </w:p>
        </w:tc>
        <w:tc>
          <w:tcPr>
            <w:tcW w:w="0" w:type="auto"/>
          </w:tcPr>
          <w:p w14:paraId="69A40FD3" w14:textId="77777777" w:rsidR="00AD64D8" w:rsidRDefault="004F5CC8">
            <w:pPr>
              <w:jc w:val="center"/>
            </w:pPr>
            <w:r>
              <w:t>29 079</w:t>
            </w:r>
          </w:p>
        </w:tc>
      </w:tr>
      <w:tr w:rsidR="00AD64D8" w14:paraId="39DF0F99" w14:textId="77777777">
        <w:trPr>
          <w:cantSplit/>
          <w:jc w:val="center"/>
        </w:trPr>
        <w:tc>
          <w:tcPr>
            <w:tcW w:w="0" w:type="auto"/>
          </w:tcPr>
          <w:p w14:paraId="5A3E614D" w14:textId="77777777" w:rsidR="00AD64D8" w:rsidRDefault="004F5CC8">
            <w:r>
              <w:t>УПК № 3 Спасск</w:t>
            </w:r>
          </w:p>
        </w:tc>
        <w:tc>
          <w:tcPr>
            <w:tcW w:w="0" w:type="auto"/>
          </w:tcPr>
          <w:p w14:paraId="2627A742" w14:textId="77777777" w:rsidR="00AD64D8" w:rsidRDefault="004F5CC8">
            <w:pPr>
              <w:jc w:val="center"/>
            </w:pPr>
            <w:r>
              <w:t>3 745</w:t>
            </w:r>
          </w:p>
        </w:tc>
        <w:tc>
          <w:tcPr>
            <w:tcW w:w="0" w:type="auto"/>
          </w:tcPr>
          <w:p w14:paraId="5A48521C" w14:textId="77777777" w:rsidR="00AD64D8" w:rsidRDefault="004F5CC8">
            <w:pPr>
              <w:jc w:val="center"/>
            </w:pPr>
            <w:r>
              <w:t>3 745</w:t>
            </w:r>
          </w:p>
        </w:tc>
        <w:tc>
          <w:tcPr>
            <w:tcW w:w="0" w:type="auto"/>
          </w:tcPr>
          <w:p w14:paraId="2382F2C9" w14:textId="77777777" w:rsidR="00AD64D8" w:rsidRDefault="004F5CC8">
            <w:pPr>
              <w:jc w:val="center"/>
            </w:pPr>
            <w:r>
              <w:t>3 745</w:t>
            </w:r>
          </w:p>
        </w:tc>
        <w:tc>
          <w:tcPr>
            <w:tcW w:w="0" w:type="auto"/>
          </w:tcPr>
          <w:p w14:paraId="71A8D119" w14:textId="77777777" w:rsidR="00AD64D8" w:rsidRDefault="004F5CC8">
            <w:pPr>
              <w:jc w:val="center"/>
            </w:pPr>
            <w:r>
              <w:t>813</w:t>
            </w:r>
          </w:p>
        </w:tc>
        <w:tc>
          <w:tcPr>
            <w:tcW w:w="0" w:type="auto"/>
          </w:tcPr>
          <w:p w14:paraId="746AA23E" w14:textId="77777777" w:rsidR="00AD64D8" w:rsidRDefault="004F5CC8">
            <w:pPr>
              <w:jc w:val="center"/>
            </w:pPr>
            <w:r>
              <w:t>2 932</w:t>
            </w:r>
          </w:p>
        </w:tc>
      </w:tr>
    </w:tbl>
    <w:p w14:paraId="3D6629CA" w14:textId="77777777" w:rsidR="00AD64D8" w:rsidRDefault="00AD64D8">
      <w:pPr>
        <w:spacing w:after="40"/>
      </w:pPr>
    </w:p>
    <w:p w14:paraId="135DEF9F" w14:textId="77777777" w:rsidR="00AD64D8" w:rsidRPr="00844B84" w:rsidRDefault="004F5CC8">
      <w:pPr>
        <w:spacing w:after="80"/>
        <w:jc w:val="both"/>
        <w:rPr>
          <w:lang w:val="ru-RU"/>
        </w:rPr>
      </w:pPr>
      <w:r w:rsidRPr="00844B84">
        <w:rPr>
          <w:lang w:val="ru-RU"/>
        </w:rPr>
        <w:t>Сверхнормативные утечки теплоносителя по всем системам приняты нулевыми. По девяти системам из десяти балансы теплоносителя на 2031 и 2036 годы равны балансу 2026 года. По системе УПК № 5 «Новый Шерегеш» подпитка возрастает с 235 554 до 268 475 т/год вследствие роста нормативных утечек, масштабируемых объёмом тепловой сети зоны. Схемы присоединения горячего водоснабжения в горизонте настоящим разделом не изменяются; неизменность схемы присоединения не означает неизменности баланса теплоносителя, поскольку баланс зависит также от развития сети и нагрузки.</w:t>
      </w:r>
    </w:p>
    <w:p w14:paraId="15BE53F2" w14:textId="77777777" w:rsidR="00AD64D8" w:rsidRPr="00844B84" w:rsidRDefault="004F5CC8">
      <w:pPr>
        <w:pStyle w:val="21"/>
        <w:rPr>
          <w:lang w:val="ru-RU"/>
        </w:rPr>
      </w:pPr>
      <w:bookmarkStart w:id="38" w:name="_Toc238017237"/>
      <w:r w:rsidRPr="005731F7">
        <w:rPr>
          <w:lang w:val="ru-RU"/>
        </w:rPr>
        <w:t>3.4. Паровые и конденсатные системы</w:t>
      </w:r>
      <w:bookmarkEnd w:id="38"/>
    </w:p>
    <w:p w14:paraId="41A732B2" w14:textId="77777777" w:rsidR="00AD64D8" w:rsidRPr="00844B84" w:rsidRDefault="004F5CC8">
      <w:pPr>
        <w:spacing w:after="80"/>
        <w:jc w:val="both"/>
        <w:rPr>
          <w:lang w:val="ru-RU"/>
        </w:rPr>
      </w:pPr>
      <w:r w:rsidRPr="00844B84">
        <w:rPr>
          <w:lang w:val="ru-RU"/>
        </w:rPr>
        <w:t xml:space="preserve">Паровые сети протяжённостью </w:t>
      </w:r>
      <w:r>
        <w:t xml:space="preserve">4 019 м и конденсатные сети протяжённостью </w:t>
      </w:r>
      <w:r w:rsidRPr="00844B84">
        <w:rPr>
          <w:lang w:val="ru-RU"/>
        </w:rPr>
        <w:t>1 300 м относятся к системе УПК № 1 «Таштагол», учитываются отдельно и в протяжённость водяных тепловых сетей не включаются. Массовый расход пара и процент возврата конденсата настоящим разделом не утверждаются.</w:t>
      </w:r>
    </w:p>
    <w:p w14:paraId="4650B0F4" w14:textId="77777777" w:rsidR="00363A1F" w:rsidRPr="00844B84" w:rsidRDefault="00832053">
      <w:pPr>
        <w:pStyle w:val="21"/>
        <w:rPr>
          <w:lang w:val="ru-RU"/>
        </w:rPr>
      </w:pPr>
      <w:bookmarkStart w:id="39" w:name="_Toc238017238"/>
      <w:r w:rsidRPr="00844B84">
        <w:rPr>
          <w:lang w:val="ru-RU"/>
        </w:rPr>
        <w:t>3.5. Годовые балансы теплоносителя</w:t>
      </w:r>
      <w:bookmarkEnd w:id="39"/>
    </w:p>
    <w:p w14:paraId="20A155C3" w14:textId="77777777" w:rsidR="00363A1F" w:rsidRPr="005731F7" w:rsidRDefault="00832053">
      <w:pPr>
        <w:rPr>
          <w:b/>
          <w:bCs/>
          <w:lang w:val="ru-RU"/>
        </w:rPr>
      </w:pPr>
      <w:r w:rsidRPr="005731F7">
        <w:rPr>
          <w:b/>
          <w:bCs/>
          <w:lang w:val="ru-RU"/>
        </w:rPr>
        <w:t>Таблица 3.2 — Подпитка тепловых сетей и её составляющие, т/год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10"/>
        <w:gridCol w:w="1290"/>
        <w:gridCol w:w="1987"/>
        <w:gridCol w:w="2519"/>
        <w:gridCol w:w="1462"/>
        <w:gridCol w:w="1421"/>
      </w:tblGrid>
      <w:tr w:rsidR="00363A1F" w14:paraId="49BD007D" w14:textId="77777777">
        <w:trPr>
          <w:cantSplit/>
          <w:tblHeader/>
        </w:trPr>
        <w:tc>
          <w:tcPr>
            <w:tcW w:w="0" w:type="auto"/>
            <w:shd w:val="clear" w:color="auto" w:fill="E2F0D9"/>
          </w:tcPr>
          <w:p w14:paraId="6863DA80" w14:textId="77777777" w:rsidR="00363A1F" w:rsidRDefault="00832053">
            <w:pPr>
              <w:jc w:val="center"/>
            </w:pPr>
            <w:r>
              <w:rPr>
                <w:b/>
              </w:rPr>
              <w:t>Источник</w:t>
            </w:r>
          </w:p>
        </w:tc>
        <w:tc>
          <w:tcPr>
            <w:tcW w:w="0" w:type="auto"/>
            <w:shd w:val="clear" w:color="auto" w:fill="E2F0D9"/>
          </w:tcPr>
          <w:p w14:paraId="59C25756" w14:textId="77777777" w:rsidR="00363A1F" w:rsidRDefault="00832053">
            <w:pPr>
              <w:jc w:val="center"/>
            </w:pPr>
            <w:r>
              <w:rPr>
                <w:b/>
              </w:rPr>
              <w:t>Подпитка 2026</w:t>
            </w:r>
          </w:p>
        </w:tc>
        <w:tc>
          <w:tcPr>
            <w:tcW w:w="0" w:type="auto"/>
            <w:shd w:val="clear" w:color="auto" w:fill="E2F0D9"/>
          </w:tcPr>
          <w:p w14:paraId="0F9D5B3B" w14:textId="77777777" w:rsidR="00363A1F" w:rsidRPr="00844B84" w:rsidRDefault="00832053">
            <w:pPr>
              <w:jc w:val="center"/>
              <w:rPr>
                <w:lang w:val="ru-RU"/>
              </w:rPr>
            </w:pPr>
            <w:r w:rsidRPr="00844B84">
              <w:rPr>
                <w:b/>
                <w:lang w:val="ru-RU"/>
              </w:rPr>
              <w:t>в том числе нормативные утечки</w:t>
            </w:r>
          </w:p>
        </w:tc>
        <w:tc>
          <w:tcPr>
            <w:tcW w:w="0" w:type="auto"/>
            <w:shd w:val="clear" w:color="auto" w:fill="E2F0D9"/>
          </w:tcPr>
          <w:p w14:paraId="22C1A9DF" w14:textId="77777777" w:rsidR="00363A1F" w:rsidRPr="00844B84" w:rsidRDefault="00832053">
            <w:pPr>
              <w:jc w:val="center"/>
              <w:rPr>
                <w:lang w:val="ru-RU"/>
              </w:rPr>
            </w:pPr>
            <w:r w:rsidRPr="00844B84">
              <w:rPr>
                <w:b/>
                <w:lang w:val="ru-RU"/>
              </w:rPr>
              <w:t>в том числе производственные нужды</w:t>
            </w:r>
          </w:p>
        </w:tc>
        <w:tc>
          <w:tcPr>
            <w:tcW w:w="0" w:type="auto"/>
            <w:shd w:val="clear" w:color="auto" w:fill="E2F0D9"/>
          </w:tcPr>
          <w:p w14:paraId="7A9E95C4" w14:textId="77777777" w:rsidR="00363A1F" w:rsidRPr="00844B84" w:rsidRDefault="00832053">
            <w:pPr>
              <w:jc w:val="center"/>
              <w:rPr>
                <w:lang w:val="ru-RU"/>
              </w:rPr>
            </w:pPr>
            <w:r w:rsidRPr="00844B84">
              <w:rPr>
                <w:b/>
                <w:lang w:val="ru-RU"/>
              </w:rPr>
              <w:t>в том числе отпуск на нужды ГВС</w:t>
            </w:r>
          </w:p>
        </w:tc>
        <w:tc>
          <w:tcPr>
            <w:tcW w:w="0" w:type="auto"/>
            <w:shd w:val="clear" w:color="auto" w:fill="E2F0D9"/>
          </w:tcPr>
          <w:p w14:paraId="30E48487" w14:textId="77777777" w:rsidR="00363A1F" w:rsidRDefault="00832053">
            <w:pPr>
              <w:jc w:val="center"/>
            </w:pPr>
            <w:r>
              <w:rPr>
                <w:b/>
              </w:rPr>
              <w:t>Подпитка 2031 и 2036</w:t>
            </w:r>
          </w:p>
        </w:tc>
      </w:tr>
      <w:tr w:rsidR="00363A1F" w14:paraId="0EF4D5EE" w14:textId="77777777">
        <w:trPr>
          <w:cantSplit/>
        </w:trPr>
        <w:tc>
          <w:tcPr>
            <w:tcW w:w="0" w:type="auto"/>
            <w:shd w:val="clear" w:color="auto" w:fill="F2F2F2"/>
          </w:tcPr>
          <w:p w14:paraId="72C8A641" w14:textId="77777777" w:rsidR="00363A1F" w:rsidRDefault="00832053">
            <w:r>
              <w:t>УПК № 1 «Таштагол»</w:t>
            </w:r>
          </w:p>
        </w:tc>
        <w:tc>
          <w:tcPr>
            <w:tcW w:w="0" w:type="auto"/>
            <w:shd w:val="clear" w:color="auto" w:fill="FFFFFF"/>
          </w:tcPr>
          <w:p w14:paraId="169F0C91" w14:textId="77777777" w:rsidR="00363A1F" w:rsidRDefault="00832053">
            <w:r>
              <w:t>399 334</w:t>
            </w:r>
          </w:p>
        </w:tc>
        <w:tc>
          <w:tcPr>
            <w:tcW w:w="0" w:type="auto"/>
            <w:shd w:val="clear" w:color="auto" w:fill="FFFFFF"/>
          </w:tcPr>
          <w:p w14:paraId="6EB1E160" w14:textId="77777777" w:rsidR="00363A1F" w:rsidRDefault="00832053">
            <w:r>
              <w:t>57 857</w:t>
            </w:r>
          </w:p>
        </w:tc>
        <w:tc>
          <w:tcPr>
            <w:tcW w:w="0" w:type="auto"/>
            <w:shd w:val="clear" w:color="auto" w:fill="FFFFFF"/>
          </w:tcPr>
          <w:p w14:paraId="392023C0" w14:textId="77777777" w:rsidR="00363A1F" w:rsidRDefault="00832053">
            <w:r>
              <w:t>0</w:t>
            </w:r>
          </w:p>
        </w:tc>
        <w:tc>
          <w:tcPr>
            <w:tcW w:w="0" w:type="auto"/>
            <w:shd w:val="clear" w:color="auto" w:fill="FFFFFF"/>
          </w:tcPr>
          <w:p w14:paraId="21084A9A" w14:textId="77777777" w:rsidR="00363A1F" w:rsidRDefault="00832053">
            <w:r>
              <w:t>341 475</w:t>
            </w:r>
          </w:p>
        </w:tc>
        <w:tc>
          <w:tcPr>
            <w:tcW w:w="0" w:type="auto"/>
            <w:shd w:val="clear" w:color="auto" w:fill="FFFFFF"/>
          </w:tcPr>
          <w:p w14:paraId="5622C538" w14:textId="77777777" w:rsidR="00363A1F" w:rsidRDefault="00832053">
            <w:r>
              <w:t>399 332</w:t>
            </w:r>
          </w:p>
        </w:tc>
      </w:tr>
      <w:tr w:rsidR="00363A1F" w14:paraId="21F77858" w14:textId="77777777">
        <w:trPr>
          <w:cantSplit/>
        </w:trPr>
        <w:tc>
          <w:tcPr>
            <w:tcW w:w="0" w:type="auto"/>
            <w:shd w:val="clear" w:color="auto" w:fill="F2F2F2"/>
          </w:tcPr>
          <w:p w14:paraId="61BFC41B" w14:textId="77777777" w:rsidR="00363A1F" w:rsidRDefault="00832053">
            <w:r>
              <w:t>УПК № 2 «Шалым»</w:t>
            </w:r>
          </w:p>
        </w:tc>
        <w:tc>
          <w:tcPr>
            <w:tcW w:w="0" w:type="auto"/>
            <w:shd w:val="clear" w:color="auto" w:fill="FFFFFF"/>
          </w:tcPr>
          <w:p w14:paraId="14D325F0" w14:textId="77777777" w:rsidR="00363A1F" w:rsidRDefault="00832053">
            <w:r>
              <w:t>19 988</w:t>
            </w:r>
          </w:p>
        </w:tc>
        <w:tc>
          <w:tcPr>
            <w:tcW w:w="0" w:type="auto"/>
            <w:shd w:val="clear" w:color="auto" w:fill="FFFFFF"/>
          </w:tcPr>
          <w:p w14:paraId="036331C5" w14:textId="77777777" w:rsidR="00363A1F" w:rsidRDefault="00832053">
            <w:r>
              <w:t>1 831</w:t>
            </w:r>
          </w:p>
        </w:tc>
        <w:tc>
          <w:tcPr>
            <w:tcW w:w="0" w:type="auto"/>
            <w:shd w:val="clear" w:color="auto" w:fill="FFFFFF"/>
          </w:tcPr>
          <w:p w14:paraId="0F791448" w14:textId="77777777" w:rsidR="00363A1F" w:rsidRDefault="00832053">
            <w:r>
              <w:t>0</w:t>
            </w:r>
          </w:p>
        </w:tc>
        <w:tc>
          <w:tcPr>
            <w:tcW w:w="0" w:type="auto"/>
            <w:shd w:val="clear" w:color="auto" w:fill="FFFFFF"/>
          </w:tcPr>
          <w:p w14:paraId="330BCD19" w14:textId="77777777" w:rsidR="00363A1F" w:rsidRDefault="00832053">
            <w:r>
              <w:t>18 157</w:t>
            </w:r>
          </w:p>
        </w:tc>
        <w:tc>
          <w:tcPr>
            <w:tcW w:w="0" w:type="auto"/>
            <w:shd w:val="clear" w:color="auto" w:fill="FFFFFF"/>
          </w:tcPr>
          <w:p w14:paraId="66C801BC" w14:textId="77777777" w:rsidR="00363A1F" w:rsidRDefault="00832053">
            <w:r>
              <w:t>19 988</w:t>
            </w:r>
          </w:p>
        </w:tc>
      </w:tr>
      <w:tr w:rsidR="00363A1F" w14:paraId="21AA2563" w14:textId="77777777">
        <w:trPr>
          <w:cantSplit/>
        </w:trPr>
        <w:tc>
          <w:tcPr>
            <w:tcW w:w="0" w:type="auto"/>
            <w:shd w:val="clear" w:color="auto" w:fill="F2F2F2"/>
          </w:tcPr>
          <w:p w14:paraId="2DD082CA" w14:textId="77777777" w:rsidR="00363A1F" w:rsidRDefault="00832053">
            <w:r>
              <w:t>УПК № 2 «ЦМК»</w:t>
            </w:r>
          </w:p>
        </w:tc>
        <w:tc>
          <w:tcPr>
            <w:tcW w:w="0" w:type="auto"/>
            <w:shd w:val="clear" w:color="auto" w:fill="FFFFFF"/>
          </w:tcPr>
          <w:p w14:paraId="3336496A" w14:textId="77777777" w:rsidR="00363A1F" w:rsidRDefault="00832053">
            <w:r>
              <w:t>15 007</w:t>
            </w:r>
          </w:p>
        </w:tc>
        <w:tc>
          <w:tcPr>
            <w:tcW w:w="0" w:type="auto"/>
            <w:shd w:val="clear" w:color="auto" w:fill="FFFFFF"/>
          </w:tcPr>
          <w:p w14:paraId="44AB2CAB" w14:textId="77777777" w:rsidR="00363A1F" w:rsidRDefault="00832053">
            <w:r>
              <w:t>1 741</w:t>
            </w:r>
          </w:p>
        </w:tc>
        <w:tc>
          <w:tcPr>
            <w:tcW w:w="0" w:type="auto"/>
            <w:shd w:val="clear" w:color="auto" w:fill="FFFFFF"/>
          </w:tcPr>
          <w:p w14:paraId="75DD68B2" w14:textId="77777777" w:rsidR="00363A1F" w:rsidRDefault="00832053">
            <w:r>
              <w:t>0</w:t>
            </w:r>
          </w:p>
        </w:tc>
        <w:tc>
          <w:tcPr>
            <w:tcW w:w="0" w:type="auto"/>
            <w:shd w:val="clear" w:color="auto" w:fill="FFFFFF"/>
          </w:tcPr>
          <w:p w14:paraId="4A0666EE" w14:textId="77777777" w:rsidR="00363A1F" w:rsidRDefault="00832053">
            <w:r>
              <w:t>13 266</w:t>
            </w:r>
          </w:p>
        </w:tc>
        <w:tc>
          <w:tcPr>
            <w:tcW w:w="0" w:type="auto"/>
            <w:shd w:val="clear" w:color="auto" w:fill="FFFFFF"/>
          </w:tcPr>
          <w:p w14:paraId="72A79272" w14:textId="77777777" w:rsidR="00363A1F" w:rsidRDefault="00832053">
            <w:r>
              <w:t>15 007</w:t>
            </w:r>
          </w:p>
        </w:tc>
      </w:tr>
      <w:tr w:rsidR="00363A1F" w14:paraId="4D5D8A72" w14:textId="77777777">
        <w:trPr>
          <w:cantSplit/>
        </w:trPr>
        <w:tc>
          <w:tcPr>
            <w:tcW w:w="0" w:type="auto"/>
            <w:shd w:val="clear" w:color="auto" w:fill="F2F2F2"/>
          </w:tcPr>
          <w:p w14:paraId="1769181D" w14:textId="77777777" w:rsidR="00363A1F" w:rsidRDefault="00832053">
            <w:r>
              <w:t>УПК № 9 «ГРЭ»</w:t>
            </w:r>
          </w:p>
        </w:tc>
        <w:tc>
          <w:tcPr>
            <w:tcW w:w="0" w:type="auto"/>
            <w:shd w:val="clear" w:color="auto" w:fill="FFFFFF"/>
          </w:tcPr>
          <w:p w14:paraId="35CEDF83" w14:textId="77777777" w:rsidR="00363A1F" w:rsidRDefault="00832053">
            <w:r>
              <w:t>не раскрыт</w:t>
            </w:r>
          </w:p>
        </w:tc>
        <w:tc>
          <w:tcPr>
            <w:tcW w:w="0" w:type="auto"/>
            <w:shd w:val="clear" w:color="auto" w:fill="FFFFFF"/>
          </w:tcPr>
          <w:p w14:paraId="5C61694C" w14:textId="77777777" w:rsidR="00363A1F" w:rsidRDefault="00832053">
            <w:r>
              <w:t>не раскрыт</w:t>
            </w:r>
          </w:p>
        </w:tc>
        <w:tc>
          <w:tcPr>
            <w:tcW w:w="0" w:type="auto"/>
            <w:shd w:val="clear" w:color="auto" w:fill="FFFFFF"/>
          </w:tcPr>
          <w:p w14:paraId="2011781B" w14:textId="77777777" w:rsidR="00363A1F" w:rsidRDefault="00832053">
            <w:r>
              <w:t>не раскрыт</w:t>
            </w:r>
          </w:p>
        </w:tc>
        <w:tc>
          <w:tcPr>
            <w:tcW w:w="0" w:type="auto"/>
            <w:shd w:val="clear" w:color="auto" w:fill="FFFFFF"/>
          </w:tcPr>
          <w:p w14:paraId="59396213" w14:textId="77777777" w:rsidR="00363A1F" w:rsidRDefault="00832053">
            <w:r>
              <w:t>не раскрыт</w:t>
            </w:r>
          </w:p>
        </w:tc>
        <w:tc>
          <w:tcPr>
            <w:tcW w:w="0" w:type="auto"/>
            <w:shd w:val="clear" w:color="auto" w:fill="FFFFFF"/>
          </w:tcPr>
          <w:p w14:paraId="09744A92" w14:textId="77777777" w:rsidR="00363A1F" w:rsidRDefault="00832053">
            <w:r>
              <w:t>не раскрыт</w:t>
            </w:r>
          </w:p>
        </w:tc>
      </w:tr>
      <w:tr w:rsidR="00363A1F" w14:paraId="6E774FDA" w14:textId="77777777">
        <w:trPr>
          <w:cantSplit/>
        </w:trPr>
        <w:tc>
          <w:tcPr>
            <w:tcW w:w="0" w:type="auto"/>
            <w:shd w:val="clear" w:color="auto" w:fill="F2F2F2"/>
          </w:tcPr>
          <w:p w14:paraId="1895153A" w14:textId="77777777" w:rsidR="00363A1F" w:rsidRDefault="00832053">
            <w:r>
              <w:t>УПК № 5 «Новый Шерегеш»</w:t>
            </w:r>
          </w:p>
        </w:tc>
        <w:tc>
          <w:tcPr>
            <w:tcW w:w="0" w:type="auto"/>
            <w:shd w:val="clear" w:color="auto" w:fill="FFFFFF"/>
          </w:tcPr>
          <w:p w14:paraId="2A5C156F" w14:textId="77777777" w:rsidR="00363A1F" w:rsidRDefault="00832053">
            <w:r>
              <w:t>235 554</w:t>
            </w:r>
          </w:p>
        </w:tc>
        <w:tc>
          <w:tcPr>
            <w:tcW w:w="0" w:type="auto"/>
            <w:shd w:val="clear" w:color="auto" w:fill="FFFFFF"/>
          </w:tcPr>
          <w:p w14:paraId="29AF021E" w14:textId="77777777" w:rsidR="00363A1F" w:rsidRDefault="00832053">
            <w:r>
              <w:t>17 775</w:t>
            </w:r>
          </w:p>
        </w:tc>
        <w:tc>
          <w:tcPr>
            <w:tcW w:w="0" w:type="auto"/>
            <w:shd w:val="clear" w:color="auto" w:fill="FFFFFF"/>
          </w:tcPr>
          <w:p w14:paraId="39F0F49E" w14:textId="77777777" w:rsidR="00363A1F" w:rsidRDefault="00832053">
            <w:r>
              <w:t>715</w:t>
            </w:r>
          </w:p>
        </w:tc>
        <w:tc>
          <w:tcPr>
            <w:tcW w:w="0" w:type="auto"/>
            <w:shd w:val="clear" w:color="auto" w:fill="FFFFFF"/>
          </w:tcPr>
          <w:p w14:paraId="6BE52252" w14:textId="77777777" w:rsidR="00363A1F" w:rsidRDefault="00832053">
            <w:r>
              <w:t>217 064</w:t>
            </w:r>
          </w:p>
        </w:tc>
        <w:tc>
          <w:tcPr>
            <w:tcW w:w="0" w:type="auto"/>
            <w:shd w:val="clear" w:color="auto" w:fill="FFFFFF"/>
          </w:tcPr>
          <w:p w14:paraId="50628439" w14:textId="77777777" w:rsidR="00363A1F" w:rsidRDefault="00832053">
            <w:r>
              <w:t>268 475</w:t>
            </w:r>
          </w:p>
        </w:tc>
      </w:tr>
      <w:tr w:rsidR="00363A1F" w14:paraId="42D1A36D" w14:textId="77777777">
        <w:trPr>
          <w:cantSplit/>
        </w:trPr>
        <w:tc>
          <w:tcPr>
            <w:tcW w:w="0" w:type="auto"/>
            <w:shd w:val="clear" w:color="auto" w:fill="F2F2F2"/>
          </w:tcPr>
          <w:p w14:paraId="723F5388" w14:textId="77777777" w:rsidR="00363A1F" w:rsidRDefault="00832053">
            <w:r>
              <w:t>УПК № 6 «Старый Шерегеш»</w:t>
            </w:r>
          </w:p>
        </w:tc>
        <w:tc>
          <w:tcPr>
            <w:tcW w:w="0" w:type="auto"/>
            <w:shd w:val="clear" w:color="auto" w:fill="FFFFFF"/>
          </w:tcPr>
          <w:p w14:paraId="027473A2" w14:textId="77777777" w:rsidR="00363A1F" w:rsidRDefault="00832053">
            <w:r>
              <w:t>23 280</w:t>
            </w:r>
          </w:p>
        </w:tc>
        <w:tc>
          <w:tcPr>
            <w:tcW w:w="0" w:type="auto"/>
            <w:shd w:val="clear" w:color="auto" w:fill="FFFFFF"/>
          </w:tcPr>
          <w:p w14:paraId="4884BEA1" w14:textId="77777777" w:rsidR="00363A1F" w:rsidRDefault="00832053">
            <w:r>
              <w:t>890</w:t>
            </w:r>
          </w:p>
        </w:tc>
        <w:tc>
          <w:tcPr>
            <w:tcW w:w="0" w:type="auto"/>
            <w:shd w:val="clear" w:color="auto" w:fill="FFFFFF"/>
          </w:tcPr>
          <w:p w14:paraId="279209D9" w14:textId="77777777" w:rsidR="00363A1F" w:rsidRDefault="00832053">
            <w:r>
              <w:t>0</w:t>
            </w:r>
          </w:p>
        </w:tc>
        <w:tc>
          <w:tcPr>
            <w:tcW w:w="0" w:type="auto"/>
            <w:shd w:val="clear" w:color="auto" w:fill="FFFFFF"/>
          </w:tcPr>
          <w:p w14:paraId="28908EC5" w14:textId="77777777" w:rsidR="00363A1F" w:rsidRDefault="00832053">
            <w:r>
              <w:t>22 390</w:t>
            </w:r>
          </w:p>
        </w:tc>
        <w:tc>
          <w:tcPr>
            <w:tcW w:w="0" w:type="auto"/>
            <w:shd w:val="clear" w:color="auto" w:fill="FFFFFF"/>
          </w:tcPr>
          <w:p w14:paraId="4CC1D33D" w14:textId="77777777" w:rsidR="00363A1F" w:rsidRDefault="00832053">
            <w:r>
              <w:t>23 280</w:t>
            </w:r>
          </w:p>
        </w:tc>
      </w:tr>
      <w:tr w:rsidR="00363A1F" w14:paraId="5EC48705" w14:textId="77777777">
        <w:trPr>
          <w:cantSplit/>
        </w:trPr>
        <w:tc>
          <w:tcPr>
            <w:tcW w:w="0" w:type="auto"/>
            <w:shd w:val="clear" w:color="auto" w:fill="F2F2F2"/>
          </w:tcPr>
          <w:p w14:paraId="7F776562" w14:textId="77777777" w:rsidR="00363A1F" w:rsidRDefault="00832053">
            <w:r>
              <w:t>УПК № 7 «Каз»</w:t>
            </w:r>
          </w:p>
        </w:tc>
        <w:tc>
          <w:tcPr>
            <w:tcW w:w="0" w:type="auto"/>
            <w:shd w:val="clear" w:color="auto" w:fill="FFFFFF"/>
          </w:tcPr>
          <w:p w14:paraId="22796A2C" w14:textId="77777777" w:rsidR="00363A1F" w:rsidRDefault="00832053">
            <w:r>
              <w:t>113 155</w:t>
            </w:r>
          </w:p>
        </w:tc>
        <w:tc>
          <w:tcPr>
            <w:tcW w:w="0" w:type="auto"/>
            <w:shd w:val="clear" w:color="auto" w:fill="FFFFFF"/>
          </w:tcPr>
          <w:p w14:paraId="26EAE058" w14:textId="77777777" w:rsidR="00363A1F" w:rsidRDefault="00832053">
            <w:r>
              <w:t>36 626</w:t>
            </w:r>
          </w:p>
        </w:tc>
        <w:tc>
          <w:tcPr>
            <w:tcW w:w="0" w:type="auto"/>
            <w:shd w:val="clear" w:color="auto" w:fill="FFFFFF"/>
          </w:tcPr>
          <w:p w14:paraId="1BAD58F4" w14:textId="77777777" w:rsidR="00363A1F" w:rsidRDefault="00832053">
            <w:r>
              <w:t>291</w:t>
            </w:r>
          </w:p>
        </w:tc>
        <w:tc>
          <w:tcPr>
            <w:tcW w:w="0" w:type="auto"/>
            <w:shd w:val="clear" w:color="auto" w:fill="FFFFFF"/>
          </w:tcPr>
          <w:p w14:paraId="643A38F8" w14:textId="77777777" w:rsidR="00363A1F" w:rsidRDefault="00832053">
            <w:r>
              <w:t>76 238</w:t>
            </w:r>
          </w:p>
        </w:tc>
        <w:tc>
          <w:tcPr>
            <w:tcW w:w="0" w:type="auto"/>
            <w:shd w:val="clear" w:color="auto" w:fill="FFFFFF"/>
          </w:tcPr>
          <w:p w14:paraId="28A86201" w14:textId="77777777" w:rsidR="00363A1F" w:rsidRDefault="00832053">
            <w:r>
              <w:t>113 155</w:t>
            </w:r>
          </w:p>
        </w:tc>
      </w:tr>
      <w:tr w:rsidR="00363A1F" w14:paraId="29F9F35C" w14:textId="77777777">
        <w:trPr>
          <w:cantSplit/>
        </w:trPr>
        <w:tc>
          <w:tcPr>
            <w:tcW w:w="0" w:type="auto"/>
            <w:shd w:val="clear" w:color="auto" w:fill="F2F2F2"/>
          </w:tcPr>
          <w:p w14:paraId="347CAFAC" w14:textId="77777777" w:rsidR="00363A1F" w:rsidRDefault="00832053">
            <w:r>
              <w:t>УПК № 8 «Мундыбаш»</w:t>
            </w:r>
          </w:p>
        </w:tc>
        <w:tc>
          <w:tcPr>
            <w:tcW w:w="0" w:type="auto"/>
            <w:shd w:val="clear" w:color="auto" w:fill="FFFFFF"/>
          </w:tcPr>
          <w:p w14:paraId="2E6C1FB2" w14:textId="77777777" w:rsidR="00363A1F" w:rsidRDefault="00832053">
            <w:r>
              <w:t>69 420</w:t>
            </w:r>
          </w:p>
        </w:tc>
        <w:tc>
          <w:tcPr>
            <w:tcW w:w="0" w:type="auto"/>
            <w:shd w:val="clear" w:color="auto" w:fill="FFFFFF"/>
          </w:tcPr>
          <w:p w14:paraId="0508AAB6" w14:textId="77777777" w:rsidR="00363A1F" w:rsidRDefault="00832053">
            <w:r>
              <w:t>7 236</w:t>
            </w:r>
          </w:p>
        </w:tc>
        <w:tc>
          <w:tcPr>
            <w:tcW w:w="0" w:type="auto"/>
            <w:shd w:val="clear" w:color="auto" w:fill="FFFFFF"/>
          </w:tcPr>
          <w:p w14:paraId="3889C0B0" w14:textId="77777777" w:rsidR="00363A1F" w:rsidRDefault="00832053">
            <w:r>
              <w:t>0</w:t>
            </w:r>
          </w:p>
        </w:tc>
        <w:tc>
          <w:tcPr>
            <w:tcW w:w="0" w:type="auto"/>
            <w:shd w:val="clear" w:color="auto" w:fill="FFFFFF"/>
          </w:tcPr>
          <w:p w14:paraId="17B1FF19" w14:textId="77777777" w:rsidR="00363A1F" w:rsidRDefault="00832053">
            <w:r>
              <w:t>62 183</w:t>
            </w:r>
          </w:p>
        </w:tc>
        <w:tc>
          <w:tcPr>
            <w:tcW w:w="0" w:type="auto"/>
            <w:shd w:val="clear" w:color="auto" w:fill="FFFFFF"/>
          </w:tcPr>
          <w:p w14:paraId="22942FC9" w14:textId="77777777" w:rsidR="00363A1F" w:rsidRDefault="00832053">
            <w:r>
              <w:t>69 419</w:t>
            </w:r>
          </w:p>
        </w:tc>
      </w:tr>
      <w:tr w:rsidR="00363A1F" w14:paraId="4B57D756" w14:textId="77777777">
        <w:trPr>
          <w:cantSplit/>
        </w:trPr>
        <w:tc>
          <w:tcPr>
            <w:tcW w:w="0" w:type="auto"/>
            <w:shd w:val="clear" w:color="auto" w:fill="F2F2F2"/>
          </w:tcPr>
          <w:p w14:paraId="74F9D2E1" w14:textId="77777777" w:rsidR="00363A1F" w:rsidRDefault="00832053">
            <w:r>
              <w:t>УПК № 10 «Темир-Тау»</w:t>
            </w:r>
          </w:p>
        </w:tc>
        <w:tc>
          <w:tcPr>
            <w:tcW w:w="0" w:type="auto"/>
            <w:shd w:val="clear" w:color="auto" w:fill="FFFFFF"/>
          </w:tcPr>
          <w:p w14:paraId="2F1C065D" w14:textId="77777777" w:rsidR="00363A1F" w:rsidRDefault="00832053">
            <w:r>
              <w:t>35 496</w:t>
            </w:r>
          </w:p>
        </w:tc>
        <w:tc>
          <w:tcPr>
            <w:tcW w:w="0" w:type="auto"/>
            <w:shd w:val="clear" w:color="auto" w:fill="FFFFFF"/>
          </w:tcPr>
          <w:p w14:paraId="612CE4BE" w14:textId="77777777" w:rsidR="00363A1F" w:rsidRDefault="00832053">
            <w:r>
              <w:t>6 418</w:t>
            </w:r>
          </w:p>
        </w:tc>
        <w:tc>
          <w:tcPr>
            <w:tcW w:w="0" w:type="auto"/>
            <w:shd w:val="clear" w:color="auto" w:fill="FFFFFF"/>
          </w:tcPr>
          <w:p w14:paraId="12502764" w14:textId="77777777" w:rsidR="00363A1F" w:rsidRDefault="00832053">
            <w:r>
              <w:t>0</w:t>
            </w:r>
          </w:p>
        </w:tc>
        <w:tc>
          <w:tcPr>
            <w:tcW w:w="0" w:type="auto"/>
            <w:shd w:val="clear" w:color="auto" w:fill="FFFFFF"/>
          </w:tcPr>
          <w:p w14:paraId="2803DD0E" w14:textId="77777777" w:rsidR="00363A1F" w:rsidRDefault="00832053">
            <w:r>
              <w:t>29 079</w:t>
            </w:r>
          </w:p>
        </w:tc>
        <w:tc>
          <w:tcPr>
            <w:tcW w:w="0" w:type="auto"/>
            <w:shd w:val="clear" w:color="auto" w:fill="FFFFFF"/>
          </w:tcPr>
          <w:p w14:paraId="37441EA1" w14:textId="77777777" w:rsidR="00363A1F" w:rsidRDefault="00832053">
            <w:r>
              <w:t>35 497</w:t>
            </w:r>
          </w:p>
        </w:tc>
      </w:tr>
      <w:tr w:rsidR="00363A1F" w14:paraId="150C3145" w14:textId="77777777">
        <w:trPr>
          <w:cantSplit/>
        </w:trPr>
        <w:tc>
          <w:tcPr>
            <w:tcW w:w="0" w:type="auto"/>
            <w:shd w:val="clear" w:color="auto" w:fill="F2F2F2"/>
          </w:tcPr>
          <w:p w14:paraId="03ECD7B6" w14:textId="77777777" w:rsidR="00363A1F" w:rsidRDefault="00832053">
            <w:r>
              <w:t>УПК № 3 «Спасск»</w:t>
            </w:r>
          </w:p>
        </w:tc>
        <w:tc>
          <w:tcPr>
            <w:tcW w:w="0" w:type="auto"/>
            <w:shd w:val="clear" w:color="auto" w:fill="FFFFFF"/>
          </w:tcPr>
          <w:p w14:paraId="301C0FF3" w14:textId="77777777" w:rsidR="00363A1F" w:rsidRDefault="00832053">
            <w:r>
              <w:t>3 745</w:t>
            </w:r>
          </w:p>
        </w:tc>
        <w:tc>
          <w:tcPr>
            <w:tcW w:w="0" w:type="auto"/>
            <w:shd w:val="clear" w:color="auto" w:fill="FFFFFF"/>
          </w:tcPr>
          <w:p w14:paraId="3F9CA4E9" w14:textId="77777777" w:rsidR="00363A1F" w:rsidRDefault="00832053">
            <w:r>
              <w:t>813</w:t>
            </w:r>
          </w:p>
        </w:tc>
        <w:tc>
          <w:tcPr>
            <w:tcW w:w="0" w:type="auto"/>
            <w:shd w:val="clear" w:color="auto" w:fill="FFFFFF"/>
          </w:tcPr>
          <w:p w14:paraId="776F4AFE" w14:textId="77777777" w:rsidR="00363A1F" w:rsidRDefault="00832053">
            <w:r>
              <w:t>0</w:t>
            </w:r>
          </w:p>
        </w:tc>
        <w:tc>
          <w:tcPr>
            <w:tcW w:w="0" w:type="auto"/>
            <w:shd w:val="clear" w:color="auto" w:fill="FFFFFF"/>
          </w:tcPr>
          <w:p w14:paraId="039CF600" w14:textId="77777777" w:rsidR="00363A1F" w:rsidRDefault="00832053">
            <w:r>
              <w:t>2 932</w:t>
            </w:r>
          </w:p>
        </w:tc>
        <w:tc>
          <w:tcPr>
            <w:tcW w:w="0" w:type="auto"/>
            <w:shd w:val="clear" w:color="auto" w:fill="FFFFFF"/>
          </w:tcPr>
          <w:p w14:paraId="37961E11" w14:textId="77777777" w:rsidR="00363A1F" w:rsidRDefault="00832053">
            <w:r>
              <w:t>3 745</w:t>
            </w:r>
          </w:p>
        </w:tc>
      </w:tr>
    </w:tbl>
    <w:p w14:paraId="0FCAD54C" w14:textId="77777777" w:rsidR="00363A1F" w:rsidRPr="00844B84" w:rsidRDefault="00832053">
      <w:pPr>
        <w:rPr>
          <w:lang w:val="ru-RU"/>
        </w:rPr>
      </w:pPr>
      <w:r w:rsidRPr="00844B84">
        <w:rPr>
          <w:lang w:val="ru-RU"/>
        </w:rPr>
        <w:t>По девяти системам из десяти балансы теплоносителя на 2031 и 2036 годы равны балансу базового года. По системе УПК № 5 «Новый Шерегеш» подпитка возрастает с 235 554 до 268 475 т/год вследствие роста нормативных утечек. Неизменность схемы присоединения горячего водоснабжения не означает неизменности баланса теплоносителя.</w:t>
      </w:r>
    </w:p>
    <w:p w14:paraId="7365850B" w14:textId="77777777" w:rsidR="00363A1F" w:rsidRPr="00844B84" w:rsidRDefault="00832053">
      <w:pPr>
        <w:pStyle w:val="21"/>
        <w:rPr>
          <w:lang w:val="ru-RU"/>
        </w:rPr>
      </w:pPr>
      <w:bookmarkStart w:id="40" w:name="_Toc238017239"/>
      <w:r w:rsidRPr="00844B84">
        <w:rPr>
          <w:lang w:val="ru-RU"/>
        </w:rPr>
        <w:t>3.6. Производительность водоподготовительных установок</w:t>
      </w:r>
      <w:bookmarkEnd w:id="40"/>
    </w:p>
    <w:p w14:paraId="18ADFF4B" w14:textId="77777777" w:rsidR="00363A1F" w:rsidRPr="005731F7" w:rsidRDefault="00832053">
      <w:pPr>
        <w:rPr>
          <w:b/>
          <w:bCs/>
          <w:lang w:val="ru-RU"/>
        </w:rPr>
      </w:pPr>
      <w:r w:rsidRPr="005731F7">
        <w:rPr>
          <w:b/>
          <w:bCs/>
          <w:lang w:val="ru-RU"/>
        </w:rPr>
        <w:t>Таблица 3.3 — Часовой баланс водоподготовки в нормальном режиме, т/ч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93"/>
        <w:gridCol w:w="2521"/>
        <w:gridCol w:w="2477"/>
        <w:gridCol w:w="1253"/>
        <w:gridCol w:w="1233"/>
        <w:gridCol w:w="1312"/>
      </w:tblGrid>
      <w:tr w:rsidR="00363A1F" w14:paraId="79AFE570" w14:textId="77777777">
        <w:trPr>
          <w:cantSplit/>
          <w:tblHeader/>
        </w:trPr>
        <w:tc>
          <w:tcPr>
            <w:tcW w:w="0" w:type="auto"/>
            <w:shd w:val="clear" w:color="auto" w:fill="E2F0D9"/>
          </w:tcPr>
          <w:p w14:paraId="6627A34E" w14:textId="77777777" w:rsidR="00363A1F" w:rsidRDefault="00832053">
            <w:pPr>
              <w:jc w:val="center"/>
            </w:pPr>
            <w:r>
              <w:rPr>
                <w:b/>
              </w:rPr>
              <w:t>Источник</w:t>
            </w:r>
          </w:p>
        </w:tc>
        <w:tc>
          <w:tcPr>
            <w:tcW w:w="0" w:type="auto"/>
            <w:shd w:val="clear" w:color="auto" w:fill="E2F0D9"/>
          </w:tcPr>
          <w:p w14:paraId="19B0D6FB" w14:textId="77777777" w:rsidR="00363A1F" w:rsidRDefault="00832053">
            <w:pPr>
              <w:jc w:val="center"/>
            </w:pPr>
            <w:r>
              <w:rPr>
                <w:b/>
              </w:rPr>
              <w:t>Производительность установки</w:t>
            </w:r>
          </w:p>
        </w:tc>
        <w:tc>
          <w:tcPr>
            <w:tcW w:w="0" w:type="auto"/>
            <w:shd w:val="clear" w:color="auto" w:fill="E2F0D9"/>
          </w:tcPr>
          <w:p w14:paraId="30342763" w14:textId="77777777" w:rsidR="00363A1F" w:rsidRDefault="00832053">
            <w:pPr>
              <w:jc w:val="center"/>
            </w:pPr>
            <w:r>
              <w:rPr>
                <w:b/>
              </w:rPr>
              <w:t>Требуемая производительность</w:t>
            </w:r>
          </w:p>
        </w:tc>
        <w:tc>
          <w:tcPr>
            <w:tcW w:w="0" w:type="auto"/>
            <w:shd w:val="clear" w:color="auto" w:fill="E2F0D9"/>
          </w:tcPr>
          <w:p w14:paraId="5BD7D063" w14:textId="77777777" w:rsidR="00363A1F" w:rsidRDefault="00832053">
            <w:pPr>
              <w:jc w:val="center"/>
            </w:pPr>
            <w:r>
              <w:rPr>
                <w:b/>
              </w:rPr>
              <w:t>Подпитка 2026</w:t>
            </w:r>
          </w:p>
        </w:tc>
        <w:tc>
          <w:tcPr>
            <w:tcW w:w="0" w:type="auto"/>
            <w:shd w:val="clear" w:color="auto" w:fill="E2F0D9"/>
          </w:tcPr>
          <w:p w14:paraId="0162547D" w14:textId="77777777" w:rsidR="00363A1F" w:rsidRDefault="00832053">
            <w:pPr>
              <w:jc w:val="center"/>
            </w:pPr>
            <w:r>
              <w:rPr>
                <w:b/>
              </w:rPr>
              <w:t>Резерв или дефицит 2026</w:t>
            </w:r>
          </w:p>
        </w:tc>
        <w:tc>
          <w:tcPr>
            <w:tcW w:w="0" w:type="auto"/>
            <w:shd w:val="clear" w:color="auto" w:fill="E2F0D9"/>
          </w:tcPr>
          <w:p w14:paraId="344FEFD1" w14:textId="77777777" w:rsidR="00363A1F" w:rsidRDefault="00832053">
            <w:pPr>
              <w:jc w:val="center"/>
            </w:pPr>
            <w:r>
              <w:rPr>
                <w:b/>
              </w:rPr>
              <w:t>Резерв или дефицит 2031 и 2036</w:t>
            </w:r>
          </w:p>
        </w:tc>
      </w:tr>
      <w:tr w:rsidR="00363A1F" w14:paraId="48117002" w14:textId="77777777">
        <w:trPr>
          <w:cantSplit/>
        </w:trPr>
        <w:tc>
          <w:tcPr>
            <w:tcW w:w="0" w:type="auto"/>
            <w:shd w:val="clear" w:color="auto" w:fill="F2F2F2"/>
          </w:tcPr>
          <w:p w14:paraId="6C01EE16" w14:textId="77777777" w:rsidR="00363A1F" w:rsidRDefault="00832053">
            <w:r>
              <w:t>УПК № 1 «Таштагол»</w:t>
            </w:r>
          </w:p>
        </w:tc>
        <w:tc>
          <w:tcPr>
            <w:tcW w:w="0" w:type="auto"/>
            <w:shd w:val="clear" w:color="auto" w:fill="FFFFFF"/>
          </w:tcPr>
          <w:p w14:paraId="2117B5E9" w14:textId="77777777" w:rsidR="00363A1F" w:rsidRDefault="00832053">
            <w:r>
              <w:t>120,0</w:t>
            </w:r>
          </w:p>
        </w:tc>
        <w:tc>
          <w:tcPr>
            <w:tcW w:w="0" w:type="auto"/>
            <w:shd w:val="clear" w:color="auto" w:fill="FFFFFF"/>
          </w:tcPr>
          <w:p w14:paraId="25AA5F1F" w14:textId="77777777" w:rsidR="00363A1F" w:rsidRDefault="00832053">
            <w:r>
              <w:t>47,2</w:t>
            </w:r>
          </w:p>
        </w:tc>
        <w:tc>
          <w:tcPr>
            <w:tcW w:w="0" w:type="auto"/>
            <w:shd w:val="clear" w:color="auto" w:fill="FFFFFF"/>
          </w:tcPr>
          <w:p w14:paraId="140FF9F0" w14:textId="77777777" w:rsidR="00363A1F" w:rsidRDefault="00832053">
            <w:r>
              <w:t>45,586</w:t>
            </w:r>
          </w:p>
        </w:tc>
        <w:tc>
          <w:tcPr>
            <w:tcW w:w="0" w:type="auto"/>
            <w:shd w:val="clear" w:color="auto" w:fill="FFFFFF"/>
          </w:tcPr>
          <w:p w14:paraId="43F41F37" w14:textId="77777777" w:rsidR="00363A1F" w:rsidRDefault="00832053">
            <w:r>
              <w:t>74,414</w:t>
            </w:r>
          </w:p>
        </w:tc>
        <w:tc>
          <w:tcPr>
            <w:tcW w:w="0" w:type="auto"/>
            <w:shd w:val="clear" w:color="auto" w:fill="FFFFFF"/>
          </w:tcPr>
          <w:p w14:paraId="075E4F36" w14:textId="77777777" w:rsidR="00363A1F" w:rsidRDefault="00832053">
            <w:r>
              <w:t>74,414</w:t>
            </w:r>
          </w:p>
        </w:tc>
      </w:tr>
      <w:tr w:rsidR="00363A1F" w14:paraId="6DC5EFD4" w14:textId="77777777">
        <w:trPr>
          <w:cantSplit/>
        </w:trPr>
        <w:tc>
          <w:tcPr>
            <w:tcW w:w="0" w:type="auto"/>
            <w:shd w:val="clear" w:color="auto" w:fill="F2F2F2"/>
          </w:tcPr>
          <w:p w14:paraId="6002C8B4" w14:textId="77777777" w:rsidR="00363A1F" w:rsidRDefault="00832053">
            <w:r>
              <w:t>УПК № 2 «Шалым»</w:t>
            </w:r>
          </w:p>
        </w:tc>
        <w:tc>
          <w:tcPr>
            <w:tcW w:w="0" w:type="auto"/>
            <w:shd w:val="clear" w:color="auto" w:fill="FFFFFF"/>
          </w:tcPr>
          <w:p w14:paraId="65DA8245" w14:textId="77777777" w:rsidR="00363A1F" w:rsidRDefault="00832053">
            <w:r>
              <w:t>0,0</w:t>
            </w:r>
          </w:p>
        </w:tc>
        <w:tc>
          <w:tcPr>
            <w:tcW w:w="0" w:type="auto"/>
            <w:shd w:val="clear" w:color="auto" w:fill="FFFFFF"/>
          </w:tcPr>
          <w:p w14:paraId="0AC48BF4" w14:textId="77777777" w:rsidR="00363A1F" w:rsidRDefault="00832053">
            <w:r>
              <w:t>3,4</w:t>
            </w:r>
          </w:p>
        </w:tc>
        <w:tc>
          <w:tcPr>
            <w:tcW w:w="0" w:type="auto"/>
            <w:shd w:val="clear" w:color="auto" w:fill="FFFFFF"/>
          </w:tcPr>
          <w:p w14:paraId="3139BEEC" w14:textId="77777777" w:rsidR="00363A1F" w:rsidRDefault="00832053">
            <w:r>
              <w:t>2,282</w:t>
            </w:r>
          </w:p>
        </w:tc>
        <w:tc>
          <w:tcPr>
            <w:tcW w:w="0" w:type="auto"/>
            <w:shd w:val="clear" w:color="auto" w:fill="FFFFFF"/>
          </w:tcPr>
          <w:p w14:paraId="0F5E2ED1" w14:textId="77777777" w:rsidR="00363A1F" w:rsidRDefault="00832053">
            <w:r>
              <w:t>−2,282</w:t>
            </w:r>
          </w:p>
        </w:tc>
        <w:tc>
          <w:tcPr>
            <w:tcW w:w="0" w:type="auto"/>
            <w:shd w:val="clear" w:color="auto" w:fill="FFFFFF"/>
          </w:tcPr>
          <w:p w14:paraId="2B36BB8E" w14:textId="77777777" w:rsidR="00363A1F" w:rsidRDefault="00832053">
            <w:r>
              <w:t>−2,282</w:t>
            </w:r>
          </w:p>
        </w:tc>
      </w:tr>
      <w:tr w:rsidR="00363A1F" w14:paraId="628496B4" w14:textId="77777777">
        <w:trPr>
          <w:cantSplit/>
        </w:trPr>
        <w:tc>
          <w:tcPr>
            <w:tcW w:w="0" w:type="auto"/>
            <w:shd w:val="clear" w:color="auto" w:fill="F2F2F2"/>
          </w:tcPr>
          <w:p w14:paraId="5D8E8F86" w14:textId="77777777" w:rsidR="00363A1F" w:rsidRDefault="00832053">
            <w:r>
              <w:t>УПК № 2 «ЦМК»</w:t>
            </w:r>
          </w:p>
        </w:tc>
        <w:tc>
          <w:tcPr>
            <w:tcW w:w="0" w:type="auto"/>
            <w:shd w:val="clear" w:color="auto" w:fill="FFFFFF"/>
          </w:tcPr>
          <w:p w14:paraId="4124FD18" w14:textId="77777777" w:rsidR="00363A1F" w:rsidRDefault="00832053">
            <w:r>
              <w:t>20,0</w:t>
            </w:r>
          </w:p>
        </w:tc>
        <w:tc>
          <w:tcPr>
            <w:tcW w:w="0" w:type="auto"/>
            <w:shd w:val="clear" w:color="auto" w:fill="FFFFFF"/>
          </w:tcPr>
          <w:p w14:paraId="430E4D65" w14:textId="77777777" w:rsidR="00363A1F" w:rsidRDefault="00832053">
            <w:r>
              <w:t>1,8</w:t>
            </w:r>
          </w:p>
        </w:tc>
        <w:tc>
          <w:tcPr>
            <w:tcW w:w="0" w:type="auto"/>
            <w:shd w:val="clear" w:color="auto" w:fill="FFFFFF"/>
          </w:tcPr>
          <w:p w14:paraId="16BC0711" w14:textId="77777777" w:rsidR="00363A1F" w:rsidRDefault="00832053">
            <w:r>
              <w:t>1,713</w:t>
            </w:r>
          </w:p>
        </w:tc>
        <w:tc>
          <w:tcPr>
            <w:tcW w:w="0" w:type="auto"/>
            <w:shd w:val="clear" w:color="auto" w:fill="FFFFFF"/>
          </w:tcPr>
          <w:p w14:paraId="4667D5D1" w14:textId="77777777" w:rsidR="00363A1F" w:rsidRDefault="00832053">
            <w:r>
              <w:t>18,287</w:t>
            </w:r>
          </w:p>
        </w:tc>
        <w:tc>
          <w:tcPr>
            <w:tcW w:w="0" w:type="auto"/>
            <w:shd w:val="clear" w:color="auto" w:fill="FFFFFF"/>
          </w:tcPr>
          <w:p w14:paraId="18828713" w14:textId="77777777" w:rsidR="00363A1F" w:rsidRDefault="00832053">
            <w:r>
              <w:t>18,287</w:t>
            </w:r>
          </w:p>
        </w:tc>
      </w:tr>
      <w:tr w:rsidR="00363A1F" w14:paraId="6F7A730D" w14:textId="77777777">
        <w:trPr>
          <w:cantSplit/>
        </w:trPr>
        <w:tc>
          <w:tcPr>
            <w:tcW w:w="0" w:type="auto"/>
            <w:shd w:val="clear" w:color="auto" w:fill="F2F2F2"/>
          </w:tcPr>
          <w:p w14:paraId="13965714" w14:textId="77777777" w:rsidR="00363A1F" w:rsidRDefault="00832053">
            <w:r>
              <w:t>УПК № 9 «ГРЭ»</w:t>
            </w:r>
          </w:p>
        </w:tc>
        <w:tc>
          <w:tcPr>
            <w:tcW w:w="0" w:type="auto"/>
            <w:shd w:val="clear" w:color="auto" w:fill="FFFFFF"/>
          </w:tcPr>
          <w:p w14:paraId="09974C06" w14:textId="77777777" w:rsidR="00363A1F" w:rsidRDefault="00832053">
            <w:r>
              <w:t>0,0</w:t>
            </w:r>
          </w:p>
        </w:tc>
        <w:tc>
          <w:tcPr>
            <w:tcW w:w="0" w:type="auto"/>
            <w:shd w:val="clear" w:color="auto" w:fill="FFFFFF"/>
          </w:tcPr>
          <w:p w14:paraId="0C4C26AC" w14:textId="77777777" w:rsidR="00363A1F" w:rsidRDefault="00832053">
            <w:r>
              <w:t>0,1</w:t>
            </w:r>
          </w:p>
        </w:tc>
        <w:tc>
          <w:tcPr>
            <w:tcW w:w="0" w:type="auto"/>
            <w:shd w:val="clear" w:color="auto" w:fill="FFFFFF"/>
          </w:tcPr>
          <w:p w14:paraId="60745991" w14:textId="77777777" w:rsidR="00363A1F" w:rsidRDefault="00832053">
            <w:r>
              <w:t>0,000</w:t>
            </w:r>
          </w:p>
        </w:tc>
        <w:tc>
          <w:tcPr>
            <w:tcW w:w="0" w:type="auto"/>
            <w:shd w:val="clear" w:color="auto" w:fill="FFFFFF"/>
          </w:tcPr>
          <w:p w14:paraId="6A9CFBA5" w14:textId="77777777" w:rsidR="00363A1F" w:rsidRDefault="00832053">
            <w:r>
              <w:t>0,000</w:t>
            </w:r>
          </w:p>
        </w:tc>
        <w:tc>
          <w:tcPr>
            <w:tcW w:w="0" w:type="auto"/>
            <w:shd w:val="clear" w:color="auto" w:fill="FFFFFF"/>
          </w:tcPr>
          <w:p w14:paraId="236EDF55" w14:textId="77777777" w:rsidR="00363A1F" w:rsidRDefault="00832053">
            <w:r>
              <w:t>0,000</w:t>
            </w:r>
          </w:p>
        </w:tc>
      </w:tr>
      <w:tr w:rsidR="00363A1F" w14:paraId="5BE8F4E1" w14:textId="77777777">
        <w:trPr>
          <w:cantSplit/>
        </w:trPr>
        <w:tc>
          <w:tcPr>
            <w:tcW w:w="0" w:type="auto"/>
            <w:shd w:val="clear" w:color="auto" w:fill="F2F2F2"/>
          </w:tcPr>
          <w:p w14:paraId="479CBC3F" w14:textId="77777777" w:rsidR="00363A1F" w:rsidRDefault="00832053">
            <w:r>
              <w:t>УПК № 5 «Новый Шерегеш»</w:t>
            </w:r>
          </w:p>
        </w:tc>
        <w:tc>
          <w:tcPr>
            <w:tcW w:w="0" w:type="auto"/>
            <w:shd w:val="clear" w:color="auto" w:fill="FFFFFF"/>
          </w:tcPr>
          <w:p w14:paraId="62EEA6E9" w14:textId="77777777" w:rsidR="00363A1F" w:rsidRDefault="00832053">
            <w:r>
              <w:t>26,4</w:t>
            </w:r>
          </w:p>
        </w:tc>
        <w:tc>
          <w:tcPr>
            <w:tcW w:w="0" w:type="auto"/>
            <w:shd w:val="clear" w:color="auto" w:fill="FFFFFF"/>
          </w:tcPr>
          <w:p w14:paraId="7886134E" w14:textId="77777777" w:rsidR="00363A1F" w:rsidRDefault="00832053">
            <w:r>
              <w:t>29,9</w:t>
            </w:r>
          </w:p>
        </w:tc>
        <w:tc>
          <w:tcPr>
            <w:tcW w:w="0" w:type="auto"/>
            <w:shd w:val="clear" w:color="auto" w:fill="FFFFFF"/>
          </w:tcPr>
          <w:p w14:paraId="4A9F8F4C" w14:textId="77777777" w:rsidR="00363A1F" w:rsidRDefault="00832053">
            <w:r>
              <w:t>26,890</w:t>
            </w:r>
          </w:p>
        </w:tc>
        <w:tc>
          <w:tcPr>
            <w:tcW w:w="0" w:type="auto"/>
            <w:shd w:val="clear" w:color="auto" w:fill="FFFFFF"/>
          </w:tcPr>
          <w:p w14:paraId="6649291A" w14:textId="77777777" w:rsidR="00363A1F" w:rsidRDefault="00832053">
            <w:r>
              <w:t>−0,490</w:t>
            </w:r>
          </w:p>
        </w:tc>
        <w:tc>
          <w:tcPr>
            <w:tcW w:w="0" w:type="auto"/>
            <w:shd w:val="clear" w:color="auto" w:fill="FFFFFF"/>
          </w:tcPr>
          <w:p w14:paraId="1FBACA20" w14:textId="77777777" w:rsidR="00363A1F" w:rsidRDefault="00832053">
            <w:r>
              <w:t>−4,248</w:t>
            </w:r>
          </w:p>
        </w:tc>
      </w:tr>
      <w:tr w:rsidR="00363A1F" w14:paraId="60ABFE3C" w14:textId="77777777">
        <w:trPr>
          <w:cantSplit/>
        </w:trPr>
        <w:tc>
          <w:tcPr>
            <w:tcW w:w="0" w:type="auto"/>
            <w:shd w:val="clear" w:color="auto" w:fill="F2F2F2"/>
          </w:tcPr>
          <w:p w14:paraId="130751FA" w14:textId="77777777" w:rsidR="00363A1F" w:rsidRDefault="00832053">
            <w:r>
              <w:t>УПК № 6 «Старый Шерегеш»</w:t>
            </w:r>
          </w:p>
        </w:tc>
        <w:tc>
          <w:tcPr>
            <w:tcW w:w="0" w:type="auto"/>
            <w:shd w:val="clear" w:color="auto" w:fill="FFFFFF"/>
          </w:tcPr>
          <w:p w14:paraId="1AE0AF6D" w14:textId="77777777" w:rsidR="00363A1F" w:rsidRDefault="00832053">
            <w:r>
              <w:t>5,0</w:t>
            </w:r>
          </w:p>
        </w:tc>
        <w:tc>
          <w:tcPr>
            <w:tcW w:w="0" w:type="auto"/>
            <w:shd w:val="clear" w:color="auto" w:fill="FFFFFF"/>
          </w:tcPr>
          <w:p w14:paraId="38B6A6A4" w14:textId="77777777" w:rsidR="00363A1F" w:rsidRDefault="00832053">
            <w:r>
              <w:t>2,8</w:t>
            </w:r>
          </w:p>
        </w:tc>
        <w:tc>
          <w:tcPr>
            <w:tcW w:w="0" w:type="auto"/>
            <w:shd w:val="clear" w:color="auto" w:fill="FFFFFF"/>
          </w:tcPr>
          <w:p w14:paraId="5223A457" w14:textId="77777777" w:rsidR="00363A1F" w:rsidRDefault="00832053">
            <w:r>
              <w:t>2,658</w:t>
            </w:r>
          </w:p>
        </w:tc>
        <w:tc>
          <w:tcPr>
            <w:tcW w:w="0" w:type="auto"/>
            <w:shd w:val="clear" w:color="auto" w:fill="FFFFFF"/>
          </w:tcPr>
          <w:p w14:paraId="3C647160" w14:textId="77777777" w:rsidR="00363A1F" w:rsidRDefault="00832053">
            <w:r>
              <w:t>2,342</w:t>
            </w:r>
          </w:p>
        </w:tc>
        <w:tc>
          <w:tcPr>
            <w:tcW w:w="0" w:type="auto"/>
            <w:shd w:val="clear" w:color="auto" w:fill="FFFFFF"/>
          </w:tcPr>
          <w:p w14:paraId="745E4C8F" w14:textId="77777777" w:rsidR="00363A1F" w:rsidRDefault="00832053">
            <w:r>
              <w:t>2,342</w:t>
            </w:r>
          </w:p>
        </w:tc>
      </w:tr>
      <w:tr w:rsidR="00363A1F" w14:paraId="12F2A4D6" w14:textId="77777777">
        <w:trPr>
          <w:cantSplit/>
        </w:trPr>
        <w:tc>
          <w:tcPr>
            <w:tcW w:w="0" w:type="auto"/>
            <w:shd w:val="clear" w:color="auto" w:fill="F2F2F2"/>
          </w:tcPr>
          <w:p w14:paraId="41454067" w14:textId="77777777" w:rsidR="00363A1F" w:rsidRDefault="00832053">
            <w:r>
              <w:t>УПК № 7 «Каз»</w:t>
            </w:r>
          </w:p>
        </w:tc>
        <w:tc>
          <w:tcPr>
            <w:tcW w:w="0" w:type="auto"/>
            <w:shd w:val="clear" w:color="auto" w:fill="FFFFFF"/>
          </w:tcPr>
          <w:p w14:paraId="18C48BE2" w14:textId="77777777" w:rsidR="00363A1F" w:rsidRDefault="00832053">
            <w:r>
              <w:t>40,0</w:t>
            </w:r>
          </w:p>
        </w:tc>
        <w:tc>
          <w:tcPr>
            <w:tcW w:w="0" w:type="auto"/>
            <w:shd w:val="clear" w:color="auto" w:fill="FFFFFF"/>
          </w:tcPr>
          <w:p w14:paraId="4737161F" w14:textId="77777777" w:rsidR="00363A1F" w:rsidRDefault="00832053">
            <w:r>
              <w:t>13,5</w:t>
            </w:r>
          </w:p>
        </w:tc>
        <w:tc>
          <w:tcPr>
            <w:tcW w:w="0" w:type="auto"/>
            <w:shd w:val="clear" w:color="auto" w:fill="FFFFFF"/>
          </w:tcPr>
          <w:p w14:paraId="275885DF" w14:textId="77777777" w:rsidR="00363A1F" w:rsidRDefault="00832053">
            <w:r>
              <w:t>12,917</w:t>
            </w:r>
          </w:p>
        </w:tc>
        <w:tc>
          <w:tcPr>
            <w:tcW w:w="0" w:type="auto"/>
            <w:shd w:val="clear" w:color="auto" w:fill="FFFFFF"/>
          </w:tcPr>
          <w:p w14:paraId="0A1470FD" w14:textId="77777777" w:rsidR="00363A1F" w:rsidRDefault="00832053">
            <w:r>
              <w:t>27,083</w:t>
            </w:r>
          </w:p>
        </w:tc>
        <w:tc>
          <w:tcPr>
            <w:tcW w:w="0" w:type="auto"/>
            <w:shd w:val="clear" w:color="auto" w:fill="FFFFFF"/>
          </w:tcPr>
          <w:p w14:paraId="4D3F5D7F" w14:textId="77777777" w:rsidR="00363A1F" w:rsidRDefault="00832053">
            <w:r>
              <w:t>27,083</w:t>
            </w:r>
          </w:p>
        </w:tc>
      </w:tr>
      <w:tr w:rsidR="00363A1F" w14:paraId="427E3572" w14:textId="77777777">
        <w:trPr>
          <w:cantSplit/>
        </w:trPr>
        <w:tc>
          <w:tcPr>
            <w:tcW w:w="0" w:type="auto"/>
            <w:shd w:val="clear" w:color="auto" w:fill="F2F2F2"/>
          </w:tcPr>
          <w:p w14:paraId="01AA551A" w14:textId="77777777" w:rsidR="00363A1F" w:rsidRDefault="00832053">
            <w:r>
              <w:t>УПК № 8 «Мундыбаш»</w:t>
            </w:r>
          </w:p>
        </w:tc>
        <w:tc>
          <w:tcPr>
            <w:tcW w:w="0" w:type="auto"/>
            <w:shd w:val="clear" w:color="auto" w:fill="FFFFFF"/>
          </w:tcPr>
          <w:p w14:paraId="7E8F7220" w14:textId="77777777" w:rsidR="00363A1F" w:rsidRDefault="00832053">
            <w:r>
              <w:t>60,0</w:t>
            </w:r>
          </w:p>
        </w:tc>
        <w:tc>
          <w:tcPr>
            <w:tcW w:w="0" w:type="auto"/>
            <w:shd w:val="clear" w:color="auto" w:fill="FFFFFF"/>
          </w:tcPr>
          <w:p w14:paraId="601A31DB" w14:textId="77777777" w:rsidR="00363A1F" w:rsidRDefault="00832053">
            <w:r>
              <w:t>8,3</w:t>
            </w:r>
          </w:p>
        </w:tc>
        <w:tc>
          <w:tcPr>
            <w:tcW w:w="0" w:type="auto"/>
            <w:shd w:val="clear" w:color="auto" w:fill="FFFFFF"/>
          </w:tcPr>
          <w:p w14:paraId="67F78A14" w14:textId="77777777" w:rsidR="00363A1F" w:rsidRDefault="00832053">
            <w:r>
              <w:t>7,925</w:t>
            </w:r>
          </w:p>
        </w:tc>
        <w:tc>
          <w:tcPr>
            <w:tcW w:w="0" w:type="auto"/>
            <w:shd w:val="clear" w:color="auto" w:fill="FFFFFF"/>
          </w:tcPr>
          <w:p w14:paraId="1E791435" w14:textId="77777777" w:rsidR="00363A1F" w:rsidRDefault="00832053">
            <w:r>
              <w:t>52,075</w:t>
            </w:r>
          </w:p>
        </w:tc>
        <w:tc>
          <w:tcPr>
            <w:tcW w:w="0" w:type="auto"/>
            <w:shd w:val="clear" w:color="auto" w:fill="FFFFFF"/>
          </w:tcPr>
          <w:p w14:paraId="26090128" w14:textId="77777777" w:rsidR="00363A1F" w:rsidRDefault="00832053">
            <w:r>
              <w:t>52,075</w:t>
            </w:r>
          </w:p>
        </w:tc>
      </w:tr>
      <w:tr w:rsidR="00363A1F" w14:paraId="7F971ABA" w14:textId="77777777">
        <w:trPr>
          <w:cantSplit/>
        </w:trPr>
        <w:tc>
          <w:tcPr>
            <w:tcW w:w="0" w:type="auto"/>
            <w:shd w:val="clear" w:color="auto" w:fill="F2F2F2"/>
          </w:tcPr>
          <w:p w14:paraId="7ED52F0D" w14:textId="77777777" w:rsidR="00363A1F" w:rsidRDefault="00832053">
            <w:r>
              <w:t>УПК № 10 «Темир-Тау»</w:t>
            </w:r>
          </w:p>
        </w:tc>
        <w:tc>
          <w:tcPr>
            <w:tcW w:w="0" w:type="auto"/>
            <w:shd w:val="clear" w:color="auto" w:fill="FFFFFF"/>
          </w:tcPr>
          <w:p w14:paraId="537B015A" w14:textId="77777777" w:rsidR="00363A1F" w:rsidRDefault="00832053">
            <w:r>
              <w:t>0,0</w:t>
            </w:r>
          </w:p>
        </w:tc>
        <w:tc>
          <w:tcPr>
            <w:tcW w:w="0" w:type="auto"/>
            <w:shd w:val="clear" w:color="auto" w:fill="FFFFFF"/>
          </w:tcPr>
          <w:p w14:paraId="30EFCECF" w14:textId="77777777" w:rsidR="00363A1F" w:rsidRDefault="00832053">
            <w:r>
              <w:t>6,1</w:t>
            </w:r>
          </w:p>
        </w:tc>
        <w:tc>
          <w:tcPr>
            <w:tcW w:w="0" w:type="auto"/>
            <w:shd w:val="clear" w:color="auto" w:fill="FFFFFF"/>
          </w:tcPr>
          <w:p w14:paraId="7ADDB15D" w14:textId="77777777" w:rsidR="00363A1F" w:rsidRDefault="00832053">
            <w:r>
              <w:t>4,052</w:t>
            </w:r>
          </w:p>
        </w:tc>
        <w:tc>
          <w:tcPr>
            <w:tcW w:w="0" w:type="auto"/>
            <w:shd w:val="clear" w:color="auto" w:fill="FFFFFF"/>
          </w:tcPr>
          <w:p w14:paraId="25EA38A5" w14:textId="77777777" w:rsidR="00363A1F" w:rsidRDefault="00832053">
            <w:r>
              <w:t>−4,052</w:t>
            </w:r>
          </w:p>
        </w:tc>
        <w:tc>
          <w:tcPr>
            <w:tcW w:w="0" w:type="auto"/>
            <w:shd w:val="clear" w:color="auto" w:fill="FFFFFF"/>
          </w:tcPr>
          <w:p w14:paraId="258BCF29" w14:textId="77777777" w:rsidR="00363A1F" w:rsidRDefault="00832053">
            <w:r>
              <w:t>−4,052</w:t>
            </w:r>
          </w:p>
        </w:tc>
      </w:tr>
      <w:tr w:rsidR="00363A1F" w14:paraId="384A2958" w14:textId="77777777">
        <w:trPr>
          <w:cantSplit/>
        </w:trPr>
        <w:tc>
          <w:tcPr>
            <w:tcW w:w="0" w:type="auto"/>
            <w:shd w:val="clear" w:color="auto" w:fill="F2F2F2"/>
          </w:tcPr>
          <w:p w14:paraId="62E952AC" w14:textId="77777777" w:rsidR="00363A1F" w:rsidRDefault="00832053">
            <w:r>
              <w:t>УПК № 3 «Спасск»</w:t>
            </w:r>
          </w:p>
        </w:tc>
        <w:tc>
          <w:tcPr>
            <w:tcW w:w="0" w:type="auto"/>
            <w:shd w:val="clear" w:color="auto" w:fill="FFFFFF"/>
          </w:tcPr>
          <w:p w14:paraId="2C156920" w14:textId="77777777" w:rsidR="00363A1F" w:rsidRDefault="00832053">
            <w:r>
              <w:t>0,0</w:t>
            </w:r>
          </w:p>
        </w:tc>
        <w:tc>
          <w:tcPr>
            <w:tcW w:w="0" w:type="auto"/>
            <w:shd w:val="clear" w:color="auto" w:fill="FFFFFF"/>
          </w:tcPr>
          <w:p w14:paraId="4C6EC5E5" w14:textId="77777777" w:rsidR="00363A1F" w:rsidRDefault="00832053">
            <w:r>
              <w:t>0,6</w:t>
            </w:r>
          </w:p>
        </w:tc>
        <w:tc>
          <w:tcPr>
            <w:tcW w:w="0" w:type="auto"/>
            <w:shd w:val="clear" w:color="auto" w:fill="FFFFFF"/>
          </w:tcPr>
          <w:p w14:paraId="50AAB0CA" w14:textId="77777777" w:rsidR="00363A1F" w:rsidRDefault="00832053">
            <w:r>
              <w:t>0,428</w:t>
            </w:r>
          </w:p>
        </w:tc>
        <w:tc>
          <w:tcPr>
            <w:tcW w:w="0" w:type="auto"/>
            <w:shd w:val="clear" w:color="auto" w:fill="FFFFFF"/>
          </w:tcPr>
          <w:p w14:paraId="3F4D23FA" w14:textId="77777777" w:rsidR="00363A1F" w:rsidRDefault="00832053">
            <w:r>
              <w:t>−0,428</w:t>
            </w:r>
          </w:p>
        </w:tc>
        <w:tc>
          <w:tcPr>
            <w:tcW w:w="0" w:type="auto"/>
            <w:shd w:val="clear" w:color="auto" w:fill="FFFFFF"/>
          </w:tcPr>
          <w:p w14:paraId="0D6A0B8F" w14:textId="77777777" w:rsidR="00363A1F" w:rsidRDefault="00832053">
            <w:r>
              <w:t>−0,428</w:t>
            </w:r>
          </w:p>
        </w:tc>
      </w:tr>
    </w:tbl>
    <w:p w14:paraId="1020D7E2" w14:textId="77777777" w:rsidR="00363A1F" w:rsidRPr="00844B84" w:rsidRDefault="00832053">
      <w:pPr>
        <w:rPr>
          <w:lang w:val="ru-RU"/>
        </w:rPr>
      </w:pPr>
      <w:r w:rsidRPr="00844B84">
        <w:rPr>
          <w:lang w:val="ru-RU"/>
        </w:rPr>
        <w:t>Дефицит производительности водоподготовительных установок в нормальном режиме утверждается по четырём системам на базовый год: УПК № 10 «Темир-Тау» — 4,05 т/ч, УПК № 2 «Шалым» — 2,28 т/ч, УПК № 5 «Новый Шерегеш» — 0,49 т/ч, УПК № 3 «Спасск» — 0,43 т/ч. По УПК № 5 на расчётный срок дефицит возрастает до 4,25 т/ч.</w:t>
      </w:r>
    </w:p>
    <w:p w14:paraId="5706B472" w14:textId="77777777" w:rsidR="00363A1F" w:rsidRPr="00844B84" w:rsidRDefault="00832053">
      <w:pPr>
        <w:rPr>
          <w:lang w:val="ru-RU"/>
        </w:rPr>
      </w:pPr>
      <w:r w:rsidRPr="00844B84">
        <w:rPr>
          <w:lang w:val="ru-RU"/>
        </w:rPr>
        <w:t>По трём системам заявленная производительность установки равна нулю при ненулевой требуемой. Нулевое значение подтверждённым отсутствием водоподготовки не является.</w:t>
      </w:r>
    </w:p>
    <w:p w14:paraId="37454DDC" w14:textId="77777777" w:rsidR="00AD64D8" w:rsidRPr="00844B84" w:rsidRDefault="004F5CC8">
      <w:pPr>
        <w:spacing w:after="80"/>
        <w:rPr>
          <w:lang w:val="ru-RU"/>
        </w:rPr>
      </w:pPr>
      <w:r w:rsidRPr="00844B84">
        <w:rPr>
          <w:i/>
          <w:color w:val="993300"/>
          <w:lang w:val="ru-RU"/>
        </w:rPr>
        <w:t>требуются исходные данные: технология и производительность водоподготовки по системам УПК № 2 «Шалым», УПК № 9 «ГРЭ», УПК № 10 «Темир-Тау», УПК № 3 «Спасск».</w:t>
      </w:r>
    </w:p>
    <w:p w14:paraId="78C8BF98" w14:textId="77777777" w:rsidR="00363A1F" w:rsidRPr="00844B84" w:rsidRDefault="00832053">
      <w:pPr>
        <w:pStyle w:val="21"/>
        <w:rPr>
          <w:lang w:val="ru-RU"/>
        </w:rPr>
      </w:pPr>
      <w:bookmarkStart w:id="41" w:name="_Toc238017240"/>
      <w:r w:rsidRPr="00844B84">
        <w:rPr>
          <w:lang w:val="ru-RU"/>
        </w:rPr>
        <w:t>3.7. Аварийный режим подпитки</w:t>
      </w:r>
      <w:bookmarkEnd w:id="41"/>
    </w:p>
    <w:p w14:paraId="486B1FC8" w14:textId="77777777" w:rsidR="00363A1F" w:rsidRPr="005731F7" w:rsidRDefault="00832053">
      <w:pPr>
        <w:rPr>
          <w:b/>
          <w:bCs/>
          <w:lang w:val="ru-RU"/>
        </w:rPr>
      </w:pPr>
      <w:r w:rsidRPr="005731F7">
        <w:rPr>
          <w:b/>
          <w:bCs/>
          <w:lang w:val="ru-RU"/>
        </w:rPr>
        <w:t>Таблица 3.4 — Баланс подпитки в аварийном режиме, т/ч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029"/>
        <w:gridCol w:w="2759"/>
        <w:gridCol w:w="2343"/>
        <w:gridCol w:w="1425"/>
        <w:gridCol w:w="1933"/>
      </w:tblGrid>
      <w:tr w:rsidR="00363A1F" w14:paraId="6DC199C3" w14:textId="77777777">
        <w:trPr>
          <w:cantSplit/>
          <w:tblHeader/>
        </w:trPr>
        <w:tc>
          <w:tcPr>
            <w:tcW w:w="0" w:type="auto"/>
            <w:shd w:val="clear" w:color="auto" w:fill="E2F0D9"/>
          </w:tcPr>
          <w:p w14:paraId="50AF1558" w14:textId="77777777" w:rsidR="00363A1F" w:rsidRDefault="00832053">
            <w:pPr>
              <w:jc w:val="center"/>
            </w:pPr>
            <w:r>
              <w:rPr>
                <w:b/>
              </w:rPr>
              <w:t>Источник</w:t>
            </w:r>
          </w:p>
        </w:tc>
        <w:tc>
          <w:tcPr>
            <w:tcW w:w="0" w:type="auto"/>
            <w:shd w:val="clear" w:color="auto" w:fill="E2F0D9"/>
          </w:tcPr>
          <w:p w14:paraId="67D2BB11" w14:textId="77777777" w:rsidR="00363A1F" w:rsidRDefault="00832053">
            <w:pPr>
              <w:jc w:val="center"/>
            </w:pPr>
            <w:r>
              <w:rPr>
                <w:b/>
              </w:rPr>
              <w:t>Производительность установки</w:t>
            </w:r>
          </w:p>
        </w:tc>
        <w:tc>
          <w:tcPr>
            <w:tcW w:w="0" w:type="auto"/>
            <w:shd w:val="clear" w:color="auto" w:fill="E2F0D9"/>
          </w:tcPr>
          <w:p w14:paraId="1A5F5CCF" w14:textId="77777777" w:rsidR="00363A1F" w:rsidRDefault="00832053">
            <w:pPr>
              <w:jc w:val="center"/>
            </w:pPr>
            <w:r>
              <w:rPr>
                <w:b/>
              </w:rPr>
              <w:t>Нормируемая аварийная подпитка</w:t>
            </w:r>
          </w:p>
        </w:tc>
        <w:tc>
          <w:tcPr>
            <w:tcW w:w="0" w:type="auto"/>
            <w:shd w:val="clear" w:color="auto" w:fill="E2F0D9"/>
          </w:tcPr>
          <w:p w14:paraId="57783EAD" w14:textId="77777777" w:rsidR="00363A1F" w:rsidRDefault="00832053">
            <w:pPr>
              <w:jc w:val="center"/>
            </w:pPr>
            <w:r>
              <w:rPr>
                <w:b/>
              </w:rPr>
              <w:t>Резерв или дефицит</w:t>
            </w:r>
          </w:p>
        </w:tc>
        <w:tc>
          <w:tcPr>
            <w:tcW w:w="0" w:type="auto"/>
            <w:shd w:val="clear" w:color="auto" w:fill="E2F0D9"/>
          </w:tcPr>
          <w:p w14:paraId="3B0945A5" w14:textId="77777777" w:rsidR="00363A1F" w:rsidRDefault="00832053">
            <w:pPr>
              <w:jc w:val="center"/>
            </w:pPr>
            <w:r>
              <w:rPr>
                <w:b/>
              </w:rPr>
              <w:t>Баки-аккумуляторы</w:t>
            </w:r>
          </w:p>
        </w:tc>
      </w:tr>
      <w:tr w:rsidR="00363A1F" w14:paraId="11644FA6" w14:textId="77777777">
        <w:trPr>
          <w:cantSplit/>
        </w:trPr>
        <w:tc>
          <w:tcPr>
            <w:tcW w:w="0" w:type="auto"/>
            <w:shd w:val="clear" w:color="auto" w:fill="F2F2F2"/>
          </w:tcPr>
          <w:p w14:paraId="3734D157" w14:textId="77777777" w:rsidR="00363A1F" w:rsidRDefault="00832053">
            <w:r>
              <w:t>УПК № 1 «Таштагол»</w:t>
            </w:r>
          </w:p>
        </w:tc>
        <w:tc>
          <w:tcPr>
            <w:tcW w:w="0" w:type="auto"/>
            <w:shd w:val="clear" w:color="auto" w:fill="FFFFFF"/>
          </w:tcPr>
          <w:p w14:paraId="004FC80F" w14:textId="77777777" w:rsidR="00363A1F" w:rsidRDefault="00832053">
            <w:r>
              <w:t>120,0</w:t>
            </w:r>
          </w:p>
        </w:tc>
        <w:tc>
          <w:tcPr>
            <w:tcW w:w="0" w:type="auto"/>
            <w:shd w:val="clear" w:color="auto" w:fill="FFFFFF"/>
          </w:tcPr>
          <w:p w14:paraId="0FBA8593" w14:textId="77777777" w:rsidR="00363A1F" w:rsidRDefault="00832053">
            <w:r>
              <w:t>55,0</w:t>
            </w:r>
          </w:p>
        </w:tc>
        <w:tc>
          <w:tcPr>
            <w:tcW w:w="0" w:type="auto"/>
            <w:shd w:val="clear" w:color="auto" w:fill="FFFFFF"/>
          </w:tcPr>
          <w:p w14:paraId="01A30CA2" w14:textId="77777777" w:rsidR="00363A1F" w:rsidRDefault="00832053">
            <w:r>
              <w:t>65,00</w:t>
            </w:r>
          </w:p>
        </w:tc>
        <w:tc>
          <w:tcPr>
            <w:tcW w:w="0" w:type="auto"/>
            <w:shd w:val="clear" w:color="auto" w:fill="FFFFFF"/>
          </w:tcPr>
          <w:p w14:paraId="6728557B" w14:textId="77777777" w:rsidR="00363A1F" w:rsidRDefault="00832053">
            <w:r>
              <w:t>0 ед., 0 м³</w:t>
            </w:r>
          </w:p>
        </w:tc>
      </w:tr>
      <w:tr w:rsidR="00363A1F" w14:paraId="4BAA6253" w14:textId="77777777">
        <w:trPr>
          <w:cantSplit/>
        </w:trPr>
        <w:tc>
          <w:tcPr>
            <w:tcW w:w="0" w:type="auto"/>
            <w:shd w:val="clear" w:color="auto" w:fill="F2F2F2"/>
          </w:tcPr>
          <w:p w14:paraId="50503D0A" w14:textId="77777777" w:rsidR="00363A1F" w:rsidRDefault="00832053">
            <w:r>
              <w:t>УПК № 2 «Шалым»</w:t>
            </w:r>
          </w:p>
        </w:tc>
        <w:tc>
          <w:tcPr>
            <w:tcW w:w="0" w:type="auto"/>
            <w:shd w:val="clear" w:color="auto" w:fill="FFFFFF"/>
          </w:tcPr>
          <w:p w14:paraId="31428924" w14:textId="77777777" w:rsidR="00363A1F" w:rsidRDefault="00832053">
            <w:r>
              <w:t>0,0</w:t>
            </w:r>
          </w:p>
        </w:tc>
        <w:tc>
          <w:tcPr>
            <w:tcW w:w="0" w:type="auto"/>
            <w:shd w:val="clear" w:color="auto" w:fill="FFFFFF"/>
          </w:tcPr>
          <w:p w14:paraId="6094021E" w14:textId="77777777" w:rsidR="00363A1F" w:rsidRDefault="00832053">
            <w:r>
              <w:t>4,3</w:t>
            </w:r>
          </w:p>
        </w:tc>
        <w:tc>
          <w:tcPr>
            <w:tcW w:w="0" w:type="auto"/>
            <w:shd w:val="clear" w:color="auto" w:fill="FFFFFF"/>
          </w:tcPr>
          <w:p w14:paraId="29222326" w14:textId="77777777" w:rsidR="00363A1F" w:rsidRDefault="00832053">
            <w:r>
              <w:t>−4,30</w:t>
            </w:r>
          </w:p>
        </w:tc>
        <w:tc>
          <w:tcPr>
            <w:tcW w:w="0" w:type="auto"/>
            <w:shd w:val="clear" w:color="auto" w:fill="FFFFFF"/>
          </w:tcPr>
          <w:p w14:paraId="1DAB3203" w14:textId="77777777" w:rsidR="00363A1F" w:rsidRDefault="00832053">
            <w:r>
              <w:t>2 ед., 100 м³</w:t>
            </w:r>
          </w:p>
        </w:tc>
      </w:tr>
      <w:tr w:rsidR="00363A1F" w14:paraId="4A759B04" w14:textId="77777777">
        <w:trPr>
          <w:cantSplit/>
        </w:trPr>
        <w:tc>
          <w:tcPr>
            <w:tcW w:w="0" w:type="auto"/>
            <w:shd w:val="clear" w:color="auto" w:fill="F2F2F2"/>
          </w:tcPr>
          <w:p w14:paraId="628ADDB2" w14:textId="77777777" w:rsidR="00363A1F" w:rsidRDefault="00832053">
            <w:r>
              <w:t>УПК № 2 «ЦМК»</w:t>
            </w:r>
          </w:p>
        </w:tc>
        <w:tc>
          <w:tcPr>
            <w:tcW w:w="0" w:type="auto"/>
            <w:shd w:val="clear" w:color="auto" w:fill="FFFFFF"/>
          </w:tcPr>
          <w:p w14:paraId="0467E3D0" w14:textId="77777777" w:rsidR="00363A1F" w:rsidRDefault="00832053">
            <w:r>
              <w:t>20,0</w:t>
            </w:r>
          </w:p>
        </w:tc>
        <w:tc>
          <w:tcPr>
            <w:tcW w:w="0" w:type="auto"/>
            <w:shd w:val="clear" w:color="auto" w:fill="FFFFFF"/>
          </w:tcPr>
          <w:p w14:paraId="209B567D" w14:textId="77777777" w:rsidR="00363A1F" w:rsidRDefault="00832053">
            <w:r>
              <w:t>1,4</w:t>
            </w:r>
          </w:p>
        </w:tc>
        <w:tc>
          <w:tcPr>
            <w:tcW w:w="0" w:type="auto"/>
            <w:shd w:val="clear" w:color="auto" w:fill="FFFFFF"/>
          </w:tcPr>
          <w:p w14:paraId="0251CE88" w14:textId="77777777" w:rsidR="00363A1F" w:rsidRDefault="00832053">
            <w:r>
              <w:t>18,60</w:t>
            </w:r>
          </w:p>
        </w:tc>
        <w:tc>
          <w:tcPr>
            <w:tcW w:w="0" w:type="auto"/>
            <w:shd w:val="clear" w:color="auto" w:fill="FFFFFF"/>
          </w:tcPr>
          <w:p w14:paraId="176CF812" w14:textId="77777777" w:rsidR="00363A1F" w:rsidRDefault="00832053">
            <w:r>
              <w:t>0 ед., 0 м³</w:t>
            </w:r>
          </w:p>
        </w:tc>
      </w:tr>
      <w:tr w:rsidR="00363A1F" w14:paraId="72C44EB0" w14:textId="77777777">
        <w:trPr>
          <w:cantSplit/>
        </w:trPr>
        <w:tc>
          <w:tcPr>
            <w:tcW w:w="0" w:type="auto"/>
            <w:shd w:val="clear" w:color="auto" w:fill="F2F2F2"/>
          </w:tcPr>
          <w:p w14:paraId="1CC8B615" w14:textId="77777777" w:rsidR="00363A1F" w:rsidRDefault="00832053">
            <w:r>
              <w:t>УПК № 9 «ГРЭ»</w:t>
            </w:r>
          </w:p>
        </w:tc>
        <w:tc>
          <w:tcPr>
            <w:tcW w:w="0" w:type="auto"/>
            <w:shd w:val="clear" w:color="auto" w:fill="FFFFFF"/>
          </w:tcPr>
          <w:p w14:paraId="5AFDFDFF" w14:textId="77777777" w:rsidR="00363A1F" w:rsidRDefault="00832053">
            <w:r>
              <w:t>0,0</w:t>
            </w:r>
          </w:p>
        </w:tc>
        <w:tc>
          <w:tcPr>
            <w:tcW w:w="0" w:type="auto"/>
            <w:shd w:val="clear" w:color="auto" w:fill="FFFFFF"/>
          </w:tcPr>
          <w:p w14:paraId="5D060C95" w14:textId="77777777" w:rsidR="00363A1F" w:rsidRDefault="00832053">
            <w:r>
              <w:t>0,6</w:t>
            </w:r>
          </w:p>
        </w:tc>
        <w:tc>
          <w:tcPr>
            <w:tcW w:w="0" w:type="auto"/>
            <w:shd w:val="clear" w:color="auto" w:fill="FFFFFF"/>
          </w:tcPr>
          <w:p w14:paraId="4C1D8E03" w14:textId="77777777" w:rsidR="00363A1F" w:rsidRDefault="00832053">
            <w:r>
              <w:t>−0,60</w:t>
            </w:r>
          </w:p>
        </w:tc>
        <w:tc>
          <w:tcPr>
            <w:tcW w:w="0" w:type="auto"/>
            <w:shd w:val="clear" w:color="auto" w:fill="FFFFFF"/>
          </w:tcPr>
          <w:p w14:paraId="24DDF9C9" w14:textId="77777777" w:rsidR="00363A1F" w:rsidRDefault="00832053">
            <w:r>
              <w:t>0 ед., 0 м³</w:t>
            </w:r>
          </w:p>
        </w:tc>
      </w:tr>
      <w:tr w:rsidR="00363A1F" w14:paraId="6C66416A" w14:textId="77777777">
        <w:trPr>
          <w:cantSplit/>
        </w:trPr>
        <w:tc>
          <w:tcPr>
            <w:tcW w:w="0" w:type="auto"/>
            <w:shd w:val="clear" w:color="auto" w:fill="F2F2F2"/>
          </w:tcPr>
          <w:p w14:paraId="700B9864" w14:textId="77777777" w:rsidR="00363A1F" w:rsidRDefault="00832053">
            <w:r>
              <w:t>УПК № 5 «Новый Шерегеш»</w:t>
            </w:r>
          </w:p>
        </w:tc>
        <w:tc>
          <w:tcPr>
            <w:tcW w:w="0" w:type="auto"/>
            <w:shd w:val="clear" w:color="auto" w:fill="FFFFFF"/>
          </w:tcPr>
          <w:p w14:paraId="07E2283F" w14:textId="77777777" w:rsidR="00363A1F" w:rsidRDefault="00832053">
            <w:r>
              <w:t>26,4</w:t>
            </w:r>
          </w:p>
        </w:tc>
        <w:tc>
          <w:tcPr>
            <w:tcW w:w="0" w:type="auto"/>
            <w:shd w:val="clear" w:color="auto" w:fill="FFFFFF"/>
          </w:tcPr>
          <w:p w14:paraId="0A2EAC5E" w14:textId="77777777" w:rsidR="00363A1F" w:rsidRDefault="00832053">
            <w:r>
              <w:t>101,8</w:t>
            </w:r>
          </w:p>
        </w:tc>
        <w:tc>
          <w:tcPr>
            <w:tcW w:w="0" w:type="auto"/>
            <w:shd w:val="clear" w:color="auto" w:fill="FFFFFF"/>
          </w:tcPr>
          <w:p w14:paraId="3B973D75" w14:textId="77777777" w:rsidR="00363A1F" w:rsidRDefault="00832053">
            <w:r>
              <w:t>−75,40</w:t>
            </w:r>
          </w:p>
        </w:tc>
        <w:tc>
          <w:tcPr>
            <w:tcW w:w="0" w:type="auto"/>
            <w:shd w:val="clear" w:color="auto" w:fill="FFFFFF"/>
          </w:tcPr>
          <w:p w14:paraId="341D8AE5" w14:textId="77777777" w:rsidR="00363A1F" w:rsidRDefault="00832053">
            <w:r>
              <w:t>0 ед., 0 м³</w:t>
            </w:r>
          </w:p>
        </w:tc>
      </w:tr>
      <w:tr w:rsidR="00363A1F" w14:paraId="469F8D74" w14:textId="77777777">
        <w:trPr>
          <w:cantSplit/>
        </w:trPr>
        <w:tc>
          <w:tcPr>
            <w:tcW w:w="0" w:type="auto"/>
            <w:shd w:val="clear" w:color="auto" w:fill="F2F2F2"/>
          </w:tcPr>
          <w:p w14:paraId="29E871A0" w14:textId="77777777" w:rsidR="00363A1F" w:rsidRDefault="00832053">
            <w:r>
              <w:t>УПК № 6 «Старый Шерегеш»</w:t>
            </w:r>
          </w:p>
        </w:tc>
        <w:tc>
          <w:tcPr>
            <w:tcW w:w="0" w:type="auto"/>
            <w:shd w:val="clear" w:color="auto" w:fill="FFFFFF"/>
          </w:tcPr>
          <w:p w14:paraId="555BD32D" w14:textId="77777777" w:rsidR="00363A1F" w:rsidRDefault="00832053">
            <w:r>
              <w:t>5,0</w:t>
            </w:r>
          </w:p>
        </w:tc>
        <w:tc>
          <w:tcPr>
            <w:tcW w:w="0" w:type="auto"/>
            <w:shd w:val="clear" w:color="auto" w:fill="FFFFFF"/>
          </w:tcPr>
          <w:p w14:paraId="3EC14D33" w14:textId="77777777" w:rsidR="00363A1F" w:rsidRDefault="00832053">
            <w:r>
              <w:t>2,1</w:t>
            </w:r>
          </w:p>
        </w:tc>
        <w:tc>
          <w:tcPr>
            <w:tcW w:w="0" w:type="auto"/>
            <w:shd w:val="clear" w:color="auto" w:fill="FFFFFF"/>
          </w:tcPr>
          <w:p w14:paraId="18BB6DEE" w14:textId="77777777" w:rsidR="00363A1F" w:rsidRDefault="00832053">
            <w:r>
              <w:t>2,90</w:t>
            </w:r>
          </w:p>
        </w:tc>
        <w:tc>
          <w:tcPr>
            <w:tcW w:w="0" w:type="auto"/>
            <w:shd w:val="clear" w:color="auto" w:fill="FFFFFF"/>
          </w:tcPr>
          <w:p w14:paraId="6974F31D" w14:textId="77777777" w:rsidR="00363A1F" w:rsidRDefault="00832053">
            <w:r>
              <w:t>0 ед., 0 м³</w:t>
            </w:r>
          </w:p>
        </w:tc>
      </w:tr>
      <w:tr w:rsidR="00363A1F" w14:paraId="0FE95C39" w14:textId="77777777">
        <w:trPr>
          <w:cantSplit/>
        </w:trPr>
        <w:tc>
          <w:tcPr>
            <w:tcW w:w="0" w:type="auto"/>
            <w:shd w:val="clear" w:color="auto" w:fill="F2F2F2"/>
          </w:tcPr>
          <w:p w14:paraId="720286E3" w14:textId="77777777" w:rsidR="00363A1F" w:rsidRDefault="00832053">
            <w:r>
              <w:t>УПК № 7 «Каз»</w:t>
            </w:r>
          </w:p>
        </w:tc>
        <w:tc>
          <w:tcPr>
            <w:tcW w:w="0" w:type="auto"/>
            <w:shd w:val="clear" w:color="auto" w:fill="FFFFFF"/>
          </w:tcPr>
          <w:p w14:paraId="65FD93F2" w14:textId="77777777" w:rsidR="00363A1F" w:rsidRDefault="00832053">
            <w:r>
              <w:t>40,0</w:t>
            </w:r>
          </w:p>
        </w:tc>
        <w:tc>
          <w:tcPr>
            <w:tcW w:w="0" w:type="auto"/>
            <w:shd w:val="clear" w:color="auto" w:fill="FFFFFF"/>
          </w:tcPr>
          <w:p w14:paraId="4C2190E4" w14:textId="77777777" w:rsidR="00363A1F" w:rsidRDefault="00832053">
            <w:r>
              <w:t>19,4</w:t>
            </w:r>
          </w:p>
        </w:tc>
        <w:tc>
          <w:tcPr>
            <w:tcW w:w="0" w:type="auto"/>
            <w:shd w:val="clear" w:color="auto" w:fill="FFFFFF"/>
          </w:tcPr>
          <w:p w14:paraId="3EC05CD6" w14:textId="77777777" w:rsidR="00363A1F" w:rsidRDefault="00832053">
            <w:r>
              <w:t>20,60</w:t>
            </w:r>
          </w:p>
        </w:tc>
        <w:tc>
          <w:tcPr>
            <w:tcW w:w="0" w:type="auto"/>
            <w:shd w:val="clear" w:color="auto" w:fill="FFFFFF"/>
          </w:tcPr>
          <w:p w14:paraId="74B647B2" w14:textId="77777777" w:rsidR="00363A1F" w:rsidRDefault="00832053">
            <w:r>
              <w:t>0 ед., 0 м³</w:t>
            </w:r>
          </w:p>
        </w:tc>
      </w:tr>
      <w:tr w:rsidR="00363A1F" w14:paraId="44B0220A" w14:textId="77777777">
        <w:trPr>
          <w:cantSplit/>
        </w:trPr>
        <w:tc>
          <w:tcPr>
            <w:tcW w:w="0" w:type="auto"/>
            <w:shd w:val="clear" w:color="auto" w:fill="F2F2F2"/>
          </w:tcPr>
          <w:p w14:paraId="0683A132" w14:textId="77777777" w:rsidR="00363A1F" w:rsidRDefault="00832053">
            <w:r>
              <w:t>УПК № 8 «Мундыбаш»</w:t>
            </w:r>
          </w:p>
        </w:tc>
        <w:tc>
          <w:tcPr>
            <w:tcW w:w="0" w:type="auto"/>
            <w:shd w:val="clear" w:color="auto" w:fill="FFFFFF"/>
          </w:tcPr>
          <w:p w14:paraId="02CBAE45" w14:textId="77777777" w:rsidR="00363A1F" w:rsidRDefault="00832053">
            <w:r>
              <w:t>60,0</w:t>
            </w:r>
          </w:p>
        </w:tc>
        <w:tc>
          <w:tcPr>
            <w:tcW w:w="0" w:type="auto"/>
            <w:shd w:val="clear" w:color="auto" w:fill="FFFFFF"/>
          </w:tcPr>
          <w:p w14:paraId="5AE93BE5" w14:textId="77777777" w:rsidR="00363A1F" w:rsidRDefault="00832053">
            <w:r>
              <w:t>7,2</w:t>
            </w:r>
          </w:p>
        </w:tc>
        <w:tc>
          <w:tcPr>
            <w:tcW w:w="0" w:type="auto"/>
            <w:shd w:val="clear" w:color="auto" w:fill="FFFFFF"/>
          </w:tcPr>
          <w:p w14:paraId="40ABAE30" w14:textId="77777777" w:rsidR="00363A1F" w:rsidRDefault="00832053">
            <w:r>
              <w:t>52,80</w:t>
            </w:r>
          </w:p>
        </w:tc>
        <w:tc>
          <w:tcPr>
            <w:tcW w:w="0" w:type="auto"/>
            <w:shd w:val="clear" w:color="auto" w:fill="FFFFFF"/>
          </w:tcPr>
          <w:p w14:paraId="15464ACC" w14:textId="77777777" w:rsidR="00363A1F" w:rsidRDefault="00832053">
            <w:r>
              <w:t>1 ед., 190 м³</w:t>
            </w:r>
          </w:p>
        </w:tc>
      </w:tr>
      <w:tr w:rsidR="00363A1F" w14:paraId="061F4602" w14:textId="77777777">
        <w:trPr>
          <w:cantSplit/>
        </w:trPr>
        <w:tc>
          <w:tcPr>
            <w:tcW w:w="0" w:type="auto"/>
            <w:shd w:val="clear" w:color="auto" w:fill="F2F2F2"/>
          </w:tcPr>
          <w:p w14:paraId="3416C0BC" w14:textId="77777777" w:rsidR="00363A1F" w:rsidRDefault="00832053">
            <w:r>
              <w:t>УПК № 10 «Темир-Тау»</w:t>
            </w:r>
          </w:p>
        </w:tc>
        <w:tc>
          <w:tcPr>
            <w:tcW w:w="0" w:type="auto"/>
            <w:shd w:val="clear" w:color="auto" w:fill="FFFFFF"/>
          </w:tcPr>
          <w:p w14:paraId="67ECC3BC" w14:textId="77777777" w:rsidR="00363A1F" w:rsidRDefault="00832053">
            <w:r>
              <w:t>0,0</w:t>
            </w:r>
          </w:p>
        </w:tc>
        <w:tc>
          <w:tcPr>
            <w:tcW w:w="0" w:type="auto"/>
            <w:shd w:val="clear" w:color="auto" w:fill="FFFFFF"/>
          </w:tcPr>
          <w:p w14:paraId="011E0287" w14:textId="77777777" w:rsidR="00363A1F" w:rsidRDefault="00832053">
            <w:r>
              <w:t>5,4</w:t>
            </w:r>
          </w:p>
        </w:tc>
        <w:tc>
          <w:tcPr>
            <w:tcW w:w="0" w:type="auto"/>
            <w:shd w:val="clear" w:color="auto" w:fill="FFFFFF"/>
          </w:tcPr>
          <w:p w14:paraId="7753B8DA" w14:textId="77777777" w:rsidR="00363A1F" w:rsidRDefault="00832053">
            <w:r>
              <w:t>−5,40</w:t>
            </w:r>
          </w:p>
        </w:tc>
        <w:tc>
          <w:tcPr>
            <w:tcW w:w="0" w:type="auto"/>
            <w:shd w:val="clear" w:color="auto" w:fill="FFFFFF"/>
          </w:tcPr>
          <w:p w14:paraId="61E76BCB" w14:textId="77777777" w:rsidR="00363A1F" w:rsidRDefault="00832053">
            <w:r>
              <w:t>0 ед., 0 м³</w:t>
            </w:r>
          </w:p>
        </w:tc>
      </w:tr>
      <w:tr w:rsidR="00363A1F" w14:paraId="7C3EF9DF" w14:textId="77777777">
        <w:trPr>
          <w:cantSplit/>
        </w:trPr>
        <w:tc>
          <w:tcPr>
            <w:tcW w:w="0" w:type="auto"/>
            <w:shd w:val="clear" w:color="auto" w:fill="F2F2F2"/>
          </w:tcPr>
          <w:p w14:paraId="78CD667B" w14:textId="77777777" w:rsidR="00363A1F" w:rsidRDefault="00832053">
            <w:r>
              <w:t>УПК № 3 «Спасск»</w:t>
            </w:r>
          </w:p>
        </w:tc>
        <w:tc>
          <w:tcPr>
            <w:tcW w:w="0" w:type="auto"/>
            <w:shd w:val="clear" w:color="auto" w:fill="FFFFFF"/>
          </w:tcPr>
          <w:p w14:paraId="7AE17FE1" w14:textId="77777777" w:rsidR="00363A1F" w:rsidRDefault="00832053">
            <w:r>
              <w:t>0,0</w:t>
            </w:r>
          </w:p>
        </w:tc>
        <w:tc>
          <w:tcPr>
            <w:tcW w:w="0" w:type="auto"/>
            <w:shd w:val="clear" w:color="auto" w:fill="FFFFFF"/>
          </w:tcPr>
          <w:p w14:paraId="37F3DD0A" w14:textId="77777777" w:rsidR="00363A1F" w:rsidRDefault="00832053">
            <w:r>
              <w:t>1,1</w:t>
            </w:r>
          </w:p>
        </w:tc>
        <w:tc>
          <w:tcPr>
            <w:tcW w:w="0" w:type="auto"/>
            <w:shd w:val="clear" w:color="auto" w:fill="FFFFFF"/>
          </w:tcPr>
          <w:p w14:paraId="21739DAE" w14:textId="77777777" w:rsidR="00363A1F" w:rsidRDefault="00832053">
            <w:r>
              <w:t>−1,10</w:t>
            </w:r>
          </w:p>
        </w:tc>
        <w:tc>
          <w:tcPr>
            <w:tcW w:w="0" w:type="auto"/>
            <w:shd w:val="clear" w:color="auto" w:fill="FFFFFF"/>
          </w:tcPr>
          <w:p w14:paraId="6B74D5E7" w14:textId="77777777" w:rsidR="00363A1F" w:rsidRDefault="00832053">
            <w:r>
              <w:t>0 ед., 0 м³</w:t>
            </w:r>
          </w:p>
        </w:tc>
      </w:tr>
    </w:tbl>
    <w:p w14:paraId="1704E310" w14:textId="77777777" w:rsidR="00363A1F" w:rsidRPr="00844B84" w:rsidRDefault="00832053">
      <w:pPr>
        <w:rPr>
          <w:lang w:val="ru-RU"/>
        </w:rPr>
      </w:pPr>
      <w:r w:rsidRPr="00844B84">
        <w:rPr>
          <w:lang w:val="ru-RU"/>
        </w:rPr>
        <w:t>Дефицит подпитки в аварийном режиме утверждается по пяти системам. Наибольшее значение относится к УПК № 5 «Новый Шерегеш» — 75,40 т/ч при отсутствии баков-аккумуляторов. Аварийная подпитка нормируется объёмом тепловой сети и переводом горячего водоснабжения на закрытую схему не устраняется. Нормальный и аварийный режимы подпитки являются самостоятельными величинами.</w:t>
      </w:r>
    </w:p>
    <w:p w14:paraId="3187AAD0" w14:textId="77777777" w:rsidR="00AE595B" w:rsidRPr="00844B84" w:rsidRDefault="00293C0B">
      <w:pPr>
        <w:pStyle w:val="21"/>
        <w:rPr>
          <w:lang w:val="ru-RU"/>
        </w:rPr>
      </w:pPr>
      <w:bookmarkStart w:id="42" w:name="_Toc238017241"/>
      <w:r w:rsidRPr="00844B84">
        <w:rPr>
          <w:lang w:val="ru-RU"/>
        </w:rPr>
        <w:t>3.8. Режим отпуска тепловой энергии</w:t>
      </w:r>
      <w:bookmarkEnd w:id="42"/>
    </w:p>
    <w:p w14:paraId="3CB0CAC6" w14:textId="77777777" w:rsidR="006E7A08" w:rsidRPr="001D7D92" w:rsidRDefault="00267E76">
      <w:pPr>
        <w:ind w:firstLine="709"/>
        <w:jc w:val="both"/>
        <w:rPr>
          <w:lang w:val="ru-RU"/>
        </w:rPr>
      </w:pPr>
      <w:r w:rsidRPr="001D7D92">
        <w:rPr>
          <w:lang w:val="ru-RU"/>
        </w:rPr>
        <w:t>Отпуск тепловой энергии регулируется центральным качественным способом: температура теплоносителя на выходе с источника изменяется в зависимости от температуры наружного воздуха. Центральное регулирование дополняется местным в тепловых пунктах.</w:t>
      </w:r>
    </w:p>
    <w:p w14:paraId="655FE645" w14:textId="77777777" w:rsidR="006E7A08" w:rsidRPr="001D7D92" w:rsidRDefault="00267E76">
      <w:pPr>
        <w:ind w:firstLine="709"/>
        <w:jc w:val="both"/>
        <w:rPr>
          <w:lang w:val="ru-RU"/>
        </w:rPr>
      </w:pPr>
      <w:r w:rsidRPr="001D7D92">
        <w:rPr>
          <w:lang w:val="ru-RU"/>
        </w:rPr>
        <w:t>Схемой принимается сохранение существующих температурных графиков. Основным графиком отпуска тепловой энергии по округу является 95/70 °С. По зоне УПК № 7 «Каз» действует график 130/65 °С с температурой излома 65 °С. В системе УПК № 5 «Новый Шерегеш» на участках от источника до бойлерной применяется повышенный график 130/70 °С, после бойлерной тепловые сети работают по графику 95/70 °С. Температура излома графика для нужд горячего водоснабжения составляет от 55 до 65 °С в зависимости от системы. Температура обратного теплоносителя и температура излома являются разными параметрами и не отождествляются.</w:t>
      </w:r>
    </w:p>
    <w:p w14:paraId="2B11C4D4" w14:textId="77777777" w:rsidR="006E7A08" w:rsidRPr="00844B84" w:rsidRDefault="00267E76">
      <w:pPr>
        <w:keepNext/>
        <w:keepLines/>
        <w:rPr>
          <w:lang w:val="ru-RU"/>
        </w:rPr>
      </w:pPr>
      <w:r w:rsidRPr="00844B84">
        <w:rPr>
          <w:b/>
          <w:lang w:val="ru-RU"/>
        </w:rPr>
        <w:t>Таблица 3.5 — Температурные графики действующих котельных (лист «Таблица 5.3 Б» расчётной книги)</w:t>
      </w:r>
    </w:p>
    <w:tbl>
      <w:tblPr>
        <w:tblStyle w:val="aff0"/>
        <w:tblW w:w="5000" w:type="pct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84"/>
        <w:gridCol w:w="3449"/>
        <w:gridCol w:w="2327"/>
        <w:gridCol w:w="927"/>
        <w:gridCol w:w="1048"/>
        <w:gridCol w:w="1006"/>
        <w:gridCol w:w="1138"/>
      </w:tblGrid>
      <w:tr w:rsidR="006E7A08" w14:paraId="559A791A" w14:textId="77777777">
        <w:trPr>
          <w:cantSplit/>
          <w:tblHeader/>
          <w:jc w:val="center"/>
        </w:trPr>
        <w:tc>
          <w:tcPr>
            <w:tcW w:w="0" w:type="auto"/>
            <w:vMerge w:val="restart"/>
            <w:shd w:val="clear" w:color="auto" w:fill="E2F0D9"/>
            <w:vAlign w:val="center"/>
          </w:tcPr>
          <w:p w14:paraId="63B8B1BC" w14:textId="77777777" w:rsidR="006E7A08" w:rsidRDefault="00267E76">
            <w:pPr>
              <w:jc w:val="center"/>
            </w:pPr>
            <w:r>
              <w:rPr>
                <w:b/>
              </w:rPr>
              <w:t>№ пп</w:t>
            </w:r>
          </w:p>
        </w:tc>
        <w:tc>
          <w:tcPr>
            <w:tcW w:w="0" w:type="auto"/>
            <w:vMerge w:val="restart"/>
            <w:shd w:val="clear" w:color="auto" w:fill="E2F0D9"/>
            <w:vAlign w:val="center"/>
          </w:tcPr>
          <w:p w14:paraId="3F876665" w14:textId="77777777" w:rsidR="006E7A08" w:rsidRDefault="00267E76">
            <w:pPr>
              <w:jc w:val="center"/>
            </w:pPr>
            <w:r>
              <w:rPr>
                <w:b/>
              </w:rPr>
              <w:t>Наименование источника</w:t>
            </w:r>
          </w:p>
        </w:tc>
        <w:tc>
          <w:tcPr>
            <w:tcW w:w="0" w:type="auto"/>
            <w:vMerge w:val="restart"/>
            <w:shd w:val="clear" w:color="auto" w:fill="E2F0D9"/>
            <w:vAlign w:val="center"/>
          </w:tcPr>
          <w:p w14:paraId="486FF626" w14:textId="77777777" w:rsidR="006E7A08" w:rsidRDefault="00267E76">
            <w:pPr>
              <w:jc w:val="center"/>
            </w:pPr>
            <w:r>
              <w:rPr>
                <w:b/>
              </w:rPr>
              <w:t>Контур</w:t>
            </w:r>
          </w:p>
        </w:tc>
        <w:tc>
          <w:tcPr>
            <w:tcW w:w="0" w:type="auto"/>
            <w:gridSpan w:val="2"/>
            <w:shd w:val="clear" w:color="auto" w:fill="E2F0D9"/>
            <w:vAlign w:val="center"/>
          </w:tcPr>
          <w:p w14:paraId="0A42F842" w14:textId="77777777" w:rsidR="006E7A08" w:rsidRDefault="00267E76">
            <w:pPr>
              <w:jc w:val="center"/>
            </w:pPr>
            <w:r>
              <w:rPr>
                <w:b/>
              </w:rPr>
              <w:t>Действующий, °С</w:t>
            </w:r>
          </w:p>
        </w:tc>
        <w:tc>
          <w:tcPr>
            <w:tcW w:w="0" w:type="auto"/>
            <w:gridSpan w:val="2"/>
            <w:shd w:val="clear" w:color="auto" w:fill="E2F0D9"/>
            <w:vAlign w:val="center"/>
          </w:tcPr>
          <w:p w14:paraId="463AB765" w14:textId="77777777" w:rsidR="006E7A08" w:rsidRDefault="00267E76">
            <w:pPr>
              <w:jc w:val="center"/>
            </w:pPr>
            <w:r>
              <w:rPr>
                <w:b/>
              </w:rPr>
              <w:t>Перспективный, °С</w:t>
            </w:r>
          </w:p>
        </w:tc>
      </w:tr>
      <w:tr w:rsidR="006E7A08" w14:paraId="25926215" w14:textId="77777777">
        <w:trPr>
          <w:cantSplit/>
          <w:tblHeader/>
          <w:jc w:val="center"/>
        </w:trPr>
        <w:tc>
          <w:tcPr>
            <w:tcW w:w="0" w:type="auto"/>
            <w:vMerge/>
            <w:shd w:val="clear" w:color="auto" w:fill="E2F0D9"/>
            <w:vAlign w:val="center"/>
          </w:tcPr>
          <w:p w14:paraId="2224CB5D" w14:textId="77777777" w:rsidR="006E7A08" w:rsidRDefault="006E7A08">
            <w:pPr>
              <w:jc w:val="center"/>
            </w:pPr>
          </w:p>
        </w:tc>
        <w:tc>
          <w:tcPr>
            <w:tcW w:w="0" w:type="auto"/>
            <w:vMerge/>
            <w:shd w:val="clear" w:color="auto" w:fill="E2F0D9"/>
            <w:vAlign w:val="center"/>
          </w:tcPr>
          <w:p w14:paraId="789A7E5B" w14:textId="77777777" w:rsidR="006E7A08" w:rsidRDefault="006E7A08">
            <w:pPr>
              <w:jc w:val="center"/>
            </w:pPr>
          </w:p>
        </w:tc>
        <w:tc>
          <w:tcPr>
            <w:tcW w:w="0" w:type="auto"/>
            <w:vMerge/>
            <w:shd w:val="clear" w:color="auto" w:fill="E2F0D9"/>
            <w:vAlign w:val="center"/>
          </w:tcPr>
          <w:p w14:paraId="59EE6583" w14:textId="77777777" w:rsidR="006E7A08" w:rsidRDefault="006E7A08">
            <w:pPr>
              <w:jc w:val="center"/>
            </w:pPr>
          </w:p>
        </w:tc>
        <w:tc>
          <w:tcPr>
            <w:tcW w:w="0" w:type="auto"/>
            <w:shd w:val="clear" w:color="auto" w:fill="E2F0D9"/>
            <w:vAlign w:val="center"/>
          </w:tcPr>
          <w:p w14:paraId="29B9478E" w14:textId="77777777" w:rsidR="006E7A08" w:rsidRDefault="00267E76">
            <w:pPr>
              <w:jc w:val="center"/>
            </w:pPr>
            <w:r>
              <w:rPr>
                <w:b/>
              </w:rPr>
              <w:t>подача</w:t>
            </w:r>
          </w:p>
        </w:tc>
        <w:tc>
          <w:tcPr>
            <w:tcW w:w="0" w:type="auto"/>
            <w:shd w:val="clear" w:color="auto" w:fill="E2F0D9"/>
            <w:vAlign w:val="center"/>
          </w:tcPr>
          <w:p w14:paraId="43FADAD1" w14:textId="77777777" w:rsidR="006E7A08" w:rsidRDefault="00267E76">
            <w:pPr>
              <w:jc w:val="center"/>
            </w:pPr>
            <w:r>
              <w:rPr>
                <w:b/>
              </w:rPr>
              <w:t>обратка</w:t>
            </w:r>
          </w:p>
        </w:tc>
        <w:tc>
          <w:tcPr>
            <w:tcW w:w="0" w:type="auto"/>
            <w:shd w:val="clear" w:color="auto" w:fill="E2F0D9"/>
            <w:vAlign w:val="center"/>
          </w:tcPr>
          <w:p w14:paraId="09A961AA" w14:textId="77777777" w:rsidR="006E7A08" w:rsidRDefault="00267E76">
            <w:pPr>
              <w:jc w:val="center"/>
            </w:pPr>
            <w:r>
              <w:rPr>
                <w:b/>
              </w:rPr>
              <w:t>подача</w:t>
            </w:r>
          </w:p>
        </w:tc>
        <w:tc>
          <w:tcPr>
            <w:tcW w:w="0" w:type="auto"/>
            <w:shd w:val="clear" w:color="auto" w:fill="E2F0D9"/>
            <w:vAlign w:val="center"/>
          </w:tcPr>
          <w:p w14:paraId="42147326" w14:textId="77777777" w:rsidR="006E7A08" w:rsidRDefault="00267E76">
            <w:pPr>
              <w:jc w:val="center"/>
            </w:pPr>
            <w:r>
              <w:rPr>
                <w:b/>
              </w:rPr>
              <w:t>обратка</w:t>
            </w:r>
          </w:p>
        </w:tc>
      </w:tr>
      <w:tr w:rsidR="006E7A08" w14:paraId="24F0FAD3" w14:textId="77777777">
        <w:trPr>
          <w:cantSplit/>
          <w:tblHeader/>
          <w:jc w:val="center"/>
        </w:trPr>
        <w:tc>
          <w:tcPr>
            <w:tcW w:w="0" w:type="auto"/>
            <w:shd w:val="clear" w:color="auto" w:fill="F2F2F2"/>
            <w:vAlign w:val="center"/>
          </w:tcPr>
          <w:p w14:paraId="7BC97AF8" w14:textId="77777777" w:rsidR="006E7A08" w:rsidRDefault="00267E76">
            <w:pPr>
              <w:jc w:val="center"/>
            </w:pPr>
            <w:r>
              <w:t>1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7B7F76E6" w14:textId="77777777" w:rsidR="006E7A08" w:rsidRDefault="00267E76">
            <w:pPr>
              <w:jc w:val="center"/>
            </w:pPr>
            <w:r>
              <w:t>2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64014AAA" w14:textId="77777777" w:rsidR="006E7A08" w:rsidRDefault="00267E76">
            <w:pPr>
              <w:jc w:val="center"/>
            </w:pPr>
            <w:r>
              <w:t>3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209A585E" w14:textId="77777777" w:rsidR="006E7A08" w:rsidRDefault="00267E76">
            <w:pPr>
              <w:jc w:val="center"/>
            </w:pPr>
            <w:r>
              <w:t>4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5C3CC43F" w14:textId="77777777" w:rsidR="006E7A08" w:rsidRDefault="00267E76">
            <w:pPr>
              <w:jc w:val="center"/>
            </w:pPr>
            <w:r>
              <w:t>5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22418446" w14:textId="77777777" w:rsidR="006E7A08" w:rsidRDefault="00267E76">
            <w:pPr>
              <w:jc w:val="center"/>
            </w:pPr>
            <w:r>
              <w:t>6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467C2DAC" w14:textId="77777777" w:rsidR="006E7A08" w:rsidRDefault="00267E76">
            <w:pPr>
              <w:jc w:val="center"/>
            </w:pPr>
            <w:r>
              <w:t>7</w:t>
            </w:r>
          </w:p>
        </w:tc>
      </w:tr>
      <w:tr w:rsidR="006E7A08" w14:paraId="1D471D03" w14:textId="77777777">
        <w:trPr>
          <w:cantSplit/>
          <w:jc w:val="center"/>
        </w:trPr>
        <w:tc>
          <w:tcPr>
            <w:tcW w:w="0" w:type="auto"/>
          </w:tcPr>
          <w:p w14:paraId="4BD3343D" w14:textId="77777777" w:rsidR="006E7A08" w:rsidRDefault="00267E76">
            <w:pPr>
              <w:jc w:val="center"/>
            </w:pPr>
            <w:r>
              <w:t>1</w:t>
            </w:r>
          </w:p>
        </w:tc>
        <w:tc>
          <w:tcPr>
            <w:tcW w:w="0" w:type="auto"/>
          </w:tcPr>
          <w:p w14:paraId="0087DBDC" w14:textId="77777777" w:rsidR="006E7A08" w:rsidRDefault="00267E76">
            <w:r>
              <w:t>УПК № 1 (г. Таштагол)</w:t>
            </w:r>
          </w:p>
        </w:tc>
        <w:tc>
          <w:tcPr>
            <w:tcW w:w="0" w:type="auto"/>
          </w:tcPr>
          <w:p w14:paraId="770A3646" w14:textId="77777777" w:rsidR="006E7A08" w:rsidRDefault="00267E76">
            <w:r>
              <w:t>Отопление</w:t>
            </w:r>
          </w:p>
        </w:tc>
        <w:tc>
          <w:tcPr>
            <w:tcW w:w="0" w:type="auto"/>
          </w:tcPr>
          <w:p w14:paraId="5DD113D7" w14:textId="77777777" w:rsidR="006E7A08" w:rsidRDefault="00267E76">
            <w:pPr>
              <w:jc w:val="center"/>
            </w:pPr>
            <w:r>
              <w:t>95</w:t>
            </w:r>
          </w:p>
        </w:tc>
        <w:tc>
          <w:tcPr>
            <w:tcW w:w="0" w:type="auto"/>
          </w:tcPr>
          <w:p w14:paraId="38F30097" w14:textId="77777777" w:rsidR="006E7A08" w:rsidRDefault="00267E76">
            <w:pPr>
              <w:jc w:val="center"/>
            </w:pPr>
            <w:r>
              <w:t>70</w:t>
            </w:r>
          </w:p>
        </w:tc>
        <w:tc>
          <w:tcPr>
            <w:tcW w:w="0" w:type="auto"/>
          </w:tcPr>
          <w:p w14:paraId="5D6A6065" w14:textId="77777777" w:rsidR="006E7A08" w:rsidRDefault="00267E76">
            <w:pPr>
              <w:jc w:val="center"/>
            </w:pPr>
            <w:r>
              <w:t>95</w:t>
            </w:r>
          </w:p>
        </w:tc>
        <w:tc>
          <w:tcPr>
            <w:tcW w:w="0" w:type="auto"/>
          </w:tcPr>
          <w:p w14:paraId="5500DDBA" w14:textId="77777777" w:rsidR="006E7A08" w:rsidRDefault="00267E76">
            <w:pPr>
              <w:jc w:val="center"/>
            </w:pPr>
            <w:r>
              <w:t>70</w:t>
            </w:r>
          </w:p>
        </w:tc>
      </w:tr>
      <w:tr w:rsidR="006E7A08" w14:paraId="180F8AB1" w14:textId="77777777">
        <w:trPr>
          <w:cantSplit/>
          <w:jc w:val="center"/>
        </w:trPr>
        <w:tc>
          <w:tcPr>
            <w:tcW w:w="0" w:type="auto"/>
          </w:tcPr>
          <w:p w14:paraId="4C30B9E8" w14:textId="77777777" w:rsidR="006E7A08" w:rsidRDefault="00267E76">
            <w:pPr>
              <w:jc w:val="center"/>
            </w:pPr>
            <w:r>
              <w:t>2</w:t>
            </w:r>
          </w:p>
        </w:tc>
        <w:tc>
          <w:tcPr>
            <w:tcW w:w="0" w:type="auto"/>
          </w:tcPr>
          <w:p w14:paraId="0458CD81" w14:textId="77777777" w:rsidR="006E7A08" w:rsidRDefault="00267E76">
            <w:r>
              <w:t>УПК № 2 Шалым (г. Таштагол)</w:t>
            </w:r>
          </w:p>
        </w:tc>
        <w:tc>
          <w:tcPr>
            <w:tcW w:w="0" w:type="auto"/>
          </w:tcPr>
          <w:p w14:paraId="5DD087A2" w14:textId="77777777" w:rsidR="006E7A08" w:rsidRDefault="00267E76">
            <w:r>
              <w:t>Отопление</w:t>
            </w:r>
          </w:p>
        </w:tc>
        <w:tc>
          <w:tcPr>
            <w:tcW w:w="0" w:type="auto"/>
          </w:tcPr>
          <w:p w14:paraId="23F02D6A" w14:textId="77777777" w:rsidR="006E7A08" w:rsidRDefault="00267E76">
            <w:pPr>
              <w:jc w:val="center"/>
            </w:pPr>
            <w:r>
              <w:t>95</w:t>
            </w:r>
          </w:p>
        </w:tc>
        <w:tc>
          <w:tcPr>
            <w:tcW w:w="0" w:type="auto"/>
          </w:tcPr>
          <w:p w14:paraId="500B13FF" w14:textId="77777777" w:rsidR="006E7A08" w:rsidRDefault="00267E76">
            <w:pPr>
              <w:jc w:val="center"/>
            </w:pPr>
            <w:r>
              <w:t>70</w:t>
            </w:r>
          </w:p>
        </w:tc>
        <w:tc>
          <w:tcPr>
            <w:tcW w:w="0" w:type="auto"/>
          </w:tcPr>
          <w:p w14:paraId="540B0B55" w14:textId="77777777" w:rsidR="006E7A08" w:rsidRDefault="00267E76">
            <w:pPr>
              <w:jc w:val="center"/>
            </w:pPr>
            <w:r>
              <w:t>95</w:t>
            </w:r>
          </w:p>
        </w:tc>
        <w:tc>
          <w:tcPr>
            <w:tcW w:w="0" w:type="auto"/>
          </w:tcPr>
          <w:p w14:paraId="46BE92B9" w14:textId="77777777" w:rsidR="006E7A08" w:rsidRDefault="00267E76">
            <w:pPr>
              <w:jc w:val="center"/>
            </w:pPr>
            <w:r>
              <w:t>70</w:t>
            </w:r>
          </w:p>
        </w:tc>
      </w:tr>
      <w:tr w:rsidR="006E7A08" w14:paraId="66E92664" w14:textId="77777777">
        <w:trPr>
          <w:cantSplit/>
          <w:jc w:val="center"/>
        </w:trPr>
        <w:tc>
          <w:tcPr>
            <w:tcW w:w="0" w:type="auto"/>
          </w:tcPr>
          <w:p w14:paraId="274866B8" w14:textId="77777777" w:rsidR="006E7A08" w:rsidRDefault="00267E76">
            <w:pPr>
              <w:jc w:val="center"/>
            </w:pPr>
            <w:r>
              <w:t>3</w:t>
            </w:r>
          </w:p>
        </w:tc>
        <w:tc>
          <w:tcPr>
            <w:tcW w:w="0" w:type="auto"/>
          </w:tcPr>
          <w:p w14:paraId="1F996016" w14:textId="77777777" w:rsidR="006E7A08" w:rsidRDefault="00267E76">
            <w:r>
              <w:t>УПК № 2 ЦМК (г. Таштагол)</w:t>
            </w:r>
          </w:p>
        </w:tc>
        <w:tc>
          <w:tcPr>
            <w:tcW w:w="0" w:type="auto"/>
          </w:tcPr>
          <w:p w14:paraId="5A07EB28" w14:textId="77777777" w:rsidR="006E7A08" w:rsidRDefault="00267E76">
            <w:r>
              <w:t>Отопление</w:t>
            </w:r>
          </w:p>
        </w:tc>
        <w:tc>
          <w:tcPr>
            <w:tcW w:w="0" w:type="auto"/>
          </w:tcPr>
          <w:p w14:paraId="7CD53C16" w14:textId="77777777" w:rsidR="006E7A08" w:rsidRDefault="00267E76">
            <w:pPr>
              <w:jc w:val="center"/>
            </w:pPr>
            <w:r>
              <w:t>95</w:t>
            </w:r>
          </w:p>
        </w:tc>
        <w:tc>
          <w:tcPr>
            <w:tcW w:w="0" w:type="auto"/>
          </w:tcPr>
          <w:p w14:paraId="1B6F210A" w14:textId="77777777" w:rsidR="006E7A08" w:rsidRDefault="00267E76">
            <w:pPr>
              <w:jc w:val="center"/>
            </w:pPr>
            <w:r>
              <w:t>70</w:t>
            </w:r>
          </w:p>
        </w:tc>
        <w:tc>
          <w:tcPr>
            <w:tcW w:w="0" w:type="auto"/>
          </w:tcPr>
          <w:p w14:paraId="115338A7" w14:textId="77777777" w:rsidR="006E7A08" w:rsidRDefault="00267E76">
            <w:pPr>
              <w:jc w:val="center"/>
            </w:pPr>
            <w:r>
              <w:t>95</w:t>
            </w:r>
          </w:p>
        </w:tc>
        <w:tc>
          <w:tcPr>
            <w:tcW w:w="0" w:type="auto"/>
          </w:tcPr>
          <w:p w14:paraId="40B1251A" w14:textId="77777777" w:rsidR="006E7A08" w:rsidRDefault="00267E76">
            <w:pPr>
              <w:jc w:val="center"/>
            </w:pPr>
            <w:r>
              <w:t>70</w:t>
            </w:r>
          </w:p>
        </w:tc>
      </w:tr>
      <w:tr w:rsidR="006E7A08" w14:paraId="77EA3D05" w14:textId="77777777">
        <w:trPr>
          <w:cantSplit/>
          <w:jc w:val="center"/>
        </w:trPr>
        <w:tc>
          <w:tcPr>
            <w:tcW w:w="0" w:type="auto"/>
          </w:tcPr>
          <w:p w14:paraId="1972C344" w14:textId="77777777" w:rsidR="006E7A08" w:rsidRDefault="00267E76">
            <w:pPr>
              <w:jc w:val="center"/>
            </w:pPr>
            <w:r>
              <w:t>4</w:t>
            </w:r>
          </w:p>
        </w:tc>
        <w:tc>
          <w:tcPr>
            <w:tcW w:w="0" w:type="auto"/>
          </w:tcPr>
          <w:p w14:paraId="62B9C19F" w14:textId="77777777" w:rsidR="006E7A08" w:rsidRDefault="00267E76">
            <w:r>
              <w:t>УПК № 9 ГРЭ (г. Таштагол)</w:t>
            </w:r>
          </w:p>
        </w:tc>
        <w:tc>
          <w:tcPr>
            <w:tcW w:w="0" w:type="auto"/>
          </w:tcPr>
          <w:p w14:paraId="0B45DA44" w14:textId="77777777" w:rsidR="006E7A08" w:rsidRDefault="00267E76">
            <w:r>
              <w:t>Отопление</w:t>
            </w:r>
          </w:p>
        </w:tc>
        <w:tc>
          <w:tcPr>
            <w:tcW w:w="0" w:type="auto"/>
          </w:tcPr>
          <w:p w14:paraId="11D30C97" w14:textId="77777777" w:rsidR="006E7A08" w:rsidRDefault="00267E76">
            <w:pPr>
              <w:jc w:val="center"/>
            </w:pPr>
            <w:r>
              <w:t>95</w:t>
            </w:r>
          </w:p>
        </w:tc>
        <w:tc>
          <w:tcPr>
            <w:tcW w:w="0" w:type="auto"/>
          </w:tcPr>
          <w:p w14:paraId="6896C4EF" w14:textId="77777777" w:rsidR="006E7A08" w:rsidRDefault="00267E76">
            <w:pPr>
              <w:jc w:val="center"/>
            </w:pPr>
            <w:r>
              <w:t>70</w:t>
            </w:r>
          </w:p>
        </w:tc>
        <w:tc>
          <w:tcPr>
            <w:tcW w:w="0" w:type="auto"/>
          </w:tcPr>
          <w:p w14:paraId="7B0DFAFC" w14:textId="77777777" w:rsidR="006E7A08" w:rsidRDefault="00267E76">
            <w:pPr>
              <w:jc w:val="center"/>
            </w:pPr>
            <w:r>
              <w:t>95</w:t>
            </w:r>
          </w:p>
        </w:tc>
        <w:tc>
          <w:tcPr>
            <w:tcW w:w="0" w:type="auto"/>
          </w:tcPr>
          <w:p w14:paraId="6262808B" w14:textId="77777777" w:rsidR="006E7A08" w:rsidRDefault="00267E76">
            <w:pPr>
              <w:jc w:val="center"/>
            </w:pPr>
            <w:r>
              <w:t>70</w:t>
            </w:r>
          </w:p>
        </w:tc>
      </w:tr>
      <w:tr w:rsidR="006E7A08" w14:paraId="5B002C19" w14:textId="77777777">
        <w:trPr>
          <w:cantSplit/>
          <w:jc w:val="center"/>
        </w:trPr>
        <w:tc>
          <w:tcPr>
            <w:tcW w:w="0" w:type="auto"/>
          </w:tcPr>
          <w:p w14:paraId="7033D190" w14:textId="77777777" w:rsidR="006E7A08" w:rsidRDefault="00267E76">
            <w:pPr>
              <w:jc w:val="center"/>
            </w:pPr>
            <w:r>
              <w:t>5</w:t>
            </w:r>
          </w:p>
        </w:tc>
        <w:tc>
          <w:tcPr>
            <w:tcW w:w="0" w:type="auto"/>
          </w:tcPr>
          <w:p w14:paraId="0EFB7F1F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УПК № 5 Новый Шерегеш (пгт Шерегеш)</w:t>
            </w:r>
          </w:p>
        </w:tc>
        <w:tc>
          <w:tcPr>
            <w:tcW w:w="0" w:type="auto"/>
          </w:tcPr>
          <w:p w14:paraId="61487AD6" w14:textId="77777777" w:rsidR="006E7A08" w:rsidRDefault="00267E76">
            <w:r>
              <w:t>Отопление</w:t>
            </w:r>
          </w:p>
        </w:tc>
        <w:tc>
          <w:tcPr>
            <w:tcW w:w="0" w:type="auto"/>
          </w:tcPr>
          <w:p w14:paraId="349D54E3" w14:textId="77777777" w:rsidR="006E7A08" w:rsidRDefault="00267E76">
            <w:pPr>
              <w:jc w:val="center"/>
            </w:pPr>
            <w:r>
              <w:t>95</w:t>
            </w:r>
          </w:p>
        </w:tc>
        <w:tc>
          <w:tcPr>
            <w:tcW w:w="0" w:type="auto"/>
          </w:tcPr>
          <w:p w14:paraId="12CE4695" w14:textId="77777777" w:rsidR="006E7A08" w:rsidRDefault="00267E76">
            <w:pPr>
              <w:jc w:val="center"/>
            </w:pPr>
            <w:r>
              <w:t>70</w:t>
            </w:r>
          </w:p>
        </w:tc>
        <w:tc>
          <w:tcPr>
            <w:tcW w:w="0" w:type="auto"/>
          </w:tcPr>
          <w:p w14:paraId="0E768BDD" w14:textId="77777777" w:rsidR="006E7A08" w:rsidRDefault="00267E76">
            <w:pPr>
              <w:jc w:val="center"/>
            </w:pPr>
            <w:r>
              <w:t>95</w:t>
            </w:r>
          </w:p>
        </w:tc>
        <w:tc>
          <w:tcPr>
            <w:tcW w:w="0" w:type="auto"/>
          </w:tcPr>
          <w:p w14:paraId="74E04691" w14:textId="77777777" w:rsidR="006E7A08" w:rsidRDefault="00267E76">
            <w:pPr>
              <w:jc w:val="center"/>
            </w:pPr>
            <w:r>
              <w:t>70</w:t>
            </w:r>
          </w:p>
        </w:tc>
      </w:tr>
      <w:tr w:rsidR="006E7A08" w14:paraId="6E954527" w14:textId="77777777">
        <w:trPr>
          <w:cantSplit/>
          <w:jc w:val="center"/>
        </w:trPr>
        <w:tc>
          <w:tcPr>
            <w:tcW w:w="0" w:type="auto"/>
          </w:tcPr>
          <w:p w14:paraId="30A8AC00" w14:textId="77777777" w:rsidR="006E7A08" w:rsidRDefault="00267E76">
            <w:pPr>
              <w:jc w:val="center"/>
            </w:pPr>
            <w:r>
              <w:t>6</w:t>
            </w:r>
          </w:p>
        </w:tc>
        <w:tc>
          <w:tcPr>
            <w:tcW w:w="0" w:type="auto"/>
          </w:tcPr>
          <w:p w14:paraId="51DB4B93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УПК № 6 Старый Шерегеш (пгт Шерегеш)</w:t>
            </w:r>
          </w:p>
        </w:tc>
        <w:tc>
          <w:tcPr>
            <w:tcW w:w="0" w:type="auto"/>
          </w:tcPr>
          <w:p w14:paraId="64EF1C7E" w14:textId="77777777" w:rsidR="006E7A08" w:rsidRDefault="00267E76">
            <w:r>
              <w:t>Отопление</w:t>
            </w:r>
          </w:p>
        </w:tc>
        <w:tc>
          <w:tcPr>
            <w:tcW w:w="0" w:type="auto"/>
          </w:tcPr>
          <w:p w14:paraId="442502A9" w14:textId="77777777" w:rsidR="006E7A08" w:rsidRDefault="00267E76">
            <w:pPr>
              <w:jc w:val="center"/>
            </w:pPr>
            <w:r>
              <w:t>95</w:t>
            </w:r>
          </w:p>
        </w:tc>
        <w:tc>
          <w:tcPr>
            <w:tcW w:w="0" w:type="auto"/>
          </w:tcPr>
          <w:p w14:paraId="5AE3F505" w14:textId="77777777" w:rsidR="006E7A08" w:rsidRDefault="00267E76">
            <w:pPr>
              <w:jc w:val="center"/>
            </w:pPr>
            <w:r>
              <w:t>70</w:t>
            </w:r>
          </w:p>
        </w:tc>
        <w:tc>
          <w:tcPr>
            <w:tcW w:w="0" w:type="auto"/>
          </w:tcPr>
          <w:p w14:paraId="763BA2AB" w14:textId="77777777" w:rsidR="006E7A08" w:rsidRDefault="00267E76">
            <w:pPr>
              <w:jc w:val="center"/>
            </w:pPr>
            <w:r>
              <w:t>95</w:t>
            </w:r>
          </w:p>
        </w:tc>
        <w:tc>
          <w:tcPr>
            <w:tcW w:w="0" w:type="auto"/>
          </w:tcPr>
          <w:p w14:paraId="68DC82DD" w14:textId="77777777" w:rsidR="006E7A08" w:rsidRDefault="00267E76">
            <w:pPr>
              <w:jc w:val="center"/>
            </w:pPr>
            <w:r>
              <w:t>70</w:t>
            </w:r>
          </w:p>
        </w:tc>
      </w:tr>
      <w:tr w:rsidR="006E7A08" w14:paraId="1DDC8E1B" w14:textId="77777777">
        <w:trPr>
          <w:cantSplit/>
          <w:jc w:val="center"/>
        </w:trPr>
        <w:tc>
          <w:tcPr>
            <w:tcW w:w="0" w:type="auto"/>
          </w:tcPr>
          <w:p w14:paraId="6F8AE672" w14:textId="77777777" w:rsidR="006E7A08" w:rsidRDefault="00267E76">
            <w:pPr>
              <w:jc w:val="center"/>
            </w:pPr>
            <w:r>
              <w:t>7</w:t>
            </w:r>
          </w:p>
        </w:tc>
        <w:tc>
          <w:tcPr>
            <w:tcW w:w="0" w:type="auto"/>
          </w:tcPr>
          <w:p w14:paraId="3EB7983A" w14:textId="77777777" w:rsidR="006E7A08" w:rsidRDefault="00267E76">
            <w:r>
              <w:t>УПК № 7 Каз (пгт Каз)</w:t>
            </w:r>
          </w:p>
        </w:tc>
        <w:tc>
          <w:tcPr>
            <w:tcW w:w="0" w:type="auto"/>
          </w:tcPr>
          <w:p w14:paraId="2457C9CE" w14:textId="77777777" w:rsidR="006E7A08" w:rsidRDefault="00267E76">
            <w:r>
              <w:t>Отопление</w:t>
            </w:r>
          </w:p>
        </w:tc>
        <w:tc>
          <w:tcPr>
            <w:tcW w:w="0" w:type="auto"/>
          </w:tcPr>
          <w:p w14:paraId="56E5AA6B" w14:textId="77777777" w:rsidR="006E7A08" w:rsidRDefault="00267E76">
            <w:pPr>
              <w:jc w:val="center"/>
            </w:pPr>
            <w:r>
              <w:t>130</w:t>
            </w:r>
          </w:p>
        </w:tc>
        <w:tc>
          <w:tcPr>
            <w:tcW w:w="0" w:type="auto"/>
          </w:tcPr>
          <w:p w14:paraId="43C7A8C2" w14:textId="77777777" w:rsidR="006E7A08" w:rsidRDefault="00267E76">
            <w:pPr>
              <w:jc w:val="center"/>
            </w:pPr>
            <w:r>
              <w:t>65</w:t>
            </w:r>
          </w:p>
        </w:tc>
        <w:tc>
          <w:tcPr>
            <w:tcW w:w="0" w:type="auto"/>
          </w:tcPr>
          <w:p w14:paraId="5DA1E4CE" w14:textId="77777777" w:rsidR="006E7A08" w:rsidRDefault="00267E76">
            <w:pPr>
              <w:jc w:val="center"/>
            </w:pPr>
            <w:r>
              <w:t>130</w:t>
            </w:r>
          </w:p>
        </w:tc>
        <w:tc>
          <w:tcPr>
            <w:tcW w:w="0" w:type="auto"/>
          </w:tcPr>
          <w:p w14:paraId="26D393DF" w14:textId="77777777" w:rsidR="006E7A08" w:rsidRDefault="00267E76">
            <w:pPr>
              <w:jc w:val="center"/>
            </w:pPr>
            <w:r>
              <w:t>65</w:t>
            </w:r>
          </w:p>
        </w:tc>
      </w:tr>
      <w:tr w:rsidR="006E7A08" w14:paraId="438C6ACA" w14:textId="77777777">
        <w:trPr>
          <w:cantSplit/>
          <w:jc w:val="center"/>
        </w:trPr>
        <w:tc>
          <w:tcPr>
            <w:tcW w:w="0" w:type="auto"/>
          </w:tcPr>
          <w:p w14:paraId="31446F36" w14:textId="77777777" w:rsidR="006E7A08" w:rsidRDefault="00267E76">
            <w:pPr>
              <w:jc w:val="center"/>
            </w:pPr>
            <w:r>
              <w:t>8</w:t>
            </w:r>
          </w:p>
        </w:tc>
        <w:tc>
          <w:tcPr>
            <w:tcW w:w="0" w:type="auto"/>
          </w:tcPr>
          <w:p w14:paraId="296B3672" w14:textId="77777777" w:rsidR="006E7A08" w:rsidRDefault="00267E76">
            <w:r>
              <w:t>УПК № 8 Мундыбаш (пгт Мундыбаш)</w:t>
            </w:r>
          </w:p>
        </w:tc>
        <w:tc>
          <w:tcPr>
            <w:tcW w:w="0" w:type="auto"/>
          </w:tcPr>
          <w:p w14:paraId="1114865D" w14:textId="77777777" w:rsidR="006E7A08" w:rsidRDefault="006E7A08"/>
        </w:tc>
        <w:tc>
          <w:tcPr>
            <w:tcW w:w="0" w:type="auto"/>
          </w:tcPr>
          <w:p w14:paraId="5B73542F" w14:textId="77777777" w:rsidR="006E7A08" w:rsidRDefault="006E7A08"/>
        </w:tc>
        <w:tc>
          <w:tcPr>
            <w:tcW w:w="0" w:type="auto"/>
          </w:tcPr>
          <w:p w14:paraId="727163F7" w14:textId="77777777" w:rsidR="006E7A08" w:rsidRDefault="006E7A08"/>
        </w:tc>
        <w:tc>
          <w:tcPr>
            <w:tcW w:w="0" w:type="auto"/>
          </w:tcPr>
          <w:p w14:paraId="0314F338" w14:textId="77777777" w:rsidR="006E7A08" w:rsidRDefault="006E7A08"/>
        </w:tc>
        <w:tc>
          <w:tcPr>
            <w:tcW w:w="0" w:type="auto"/>
          </w:tcPr>
          <w:p w14:paraId="55C361D1" w14:textId="77777777" w:rsidR="006E7A08" w:rsidRDefault="006E7A08"/>
        </w:tc>
      </w:tr>
      <w:tr w:rsidR="006E7A08" w14:paraId="6E799266" w14:textId="77777777">
        <w:trPr>
          <w:cantSplit/>
          <w:jc w:val="center"/>
        </w:trPr>
        <w:tc>
          <w:tcPr>
            <w:tcW w:w="0" w:type="auto"/>
          </w:tcPr>
          <w:p w14:paraId="7CE9AC62" w14:textId="77777777" w:rsidR="006E7A08" w:rsidRDefault="00267E76">
            <w:r>
              <w:t>8.1</w:t>
            </w:r>
          </w:p>
        </w:tc>
        <w:tc>
          <w:tcPr>
            <w:tcW w:w="0" w:type="auto"/>
          </w:tcPr>
          <w:p w14:paraId="2B87261C" w14:textId="77777777" w:rsidR="006E7A08" w:rsidRDefault="00267E76">
            <w:r>
              <w:t>бойлерная УПК</w:t>
            </w:r>
          </w:p>
        </w:tc>
        <w:tc>
          <w:tcPr>
            <w:tcW w:w="0" w:type="auto"/>
          </w:tcPr>
          <w:p w14:paraId="7ACDD969" w14:textId="77777777" w:rsidR="006E7A08" w:rsidRDefault="00267E76">
            <w:r>
              <w:t>Отопление, ГВС (открытая)</w:t>
            </w:r>
          </w:p>
        </w:tc>
        <w:tc>
          <w:tcPr>
            <w:tcW w:w="0" w:type="auto"/>
          </w:tcPr>
          <w:p w14:paraId="461A77CC" w14:textId="77777777" w:rsidR="006E7A08" w:rsidRDefault="00267E76">
            <w:pPr>
              <w:jc w:val="center"/>
            </w:pPr>
            <w:r>
              <w:t>95</w:t>
            </w:r>
          </w:p>
        </w:tc>
        <w:tc>
          <w:tcPr>
            <w:tcW w:w="0" w:type="auto"/>
          </w:tcPr>
          <w:p w14:paraId="0072A142" w14:textId="77777777" w:rsidR="006E7A08" w:rsidRDefault="00267E76">
            <w:pPr>
              <w:jc w:val="center"/>
            </w:pPr>
            <w:r>
              <w:t>70</w:t>
            </w:r>
          </w:p>
        </w:tc>
        <w:tc>
          <w:tcPr>
            <w:tcW w:w="0" w:type="auto"/>
          </w:tcPr>
          <w:p w14:paraId="48A113C7" w14:textId="77777777" w:rsidR="006E7A08" w:rsidRDefault="00267E76">
            <w:pPr>
              <w:jc w:val="center"/>
            </w:pPr>
            <w:r>
              <w:t>95</w:t>
            </w:r>
          </w:p>
        </w:tc>
        <w:tc>
          <w:tcPr>
            <w:tcW w:w="0" w:type="auto"/>
          </w:tcPr>
          <w:p w14:paraId="668098FA" w14:textId="77777777" w:rsidR="006E7A08" w:rsidRDefault="00267E76">
            <w:pPr>
              <w:jc w:val="center"/>
            </w:pPr>
            <w:r>
              <w:t>70</w:t>
            </w:r>
          </w:p>
        </w:tc>
      </w:tr>
      <w:tr w:rsidR="006E7A08" w14:paraId="4CB8E04C" w14:textId="77777777">
        <w:trPr>
          <w:cantSplit/>
          <w:jc w:val="center"/>
        </w:trPr>
        <w:tc>
          <w:tcPr>
            <w:tcW w:w="0" w:type="auto"/>
          </w:tcPr>
          <w:p w14:paraId="48F23C41" w14:textId="77777777" w:rsidR="006E7A08" w:rsidRDefault="00267E76">
            <w:r>
              <w:t>8.2</w:t>
            </w:r>
          </w:p>
        </w:tc>
        <w:tc>
          <w:tcPr>
            <w:tcW w:w="0" w:type="auto"/>
          </w:tcPr>
          <w:p w14:paraId="0FFE645B" w14:textId="77777777" w:rsidR="006E7A08" w:rsidRDefault="00267E76">
            <w:r>
              <w:t>бойлерная</w:t>
            </w:r>
          </w:p>
        </w:tc>
        <w:tc>
          <w:tcPr>
            <w:tcW w:w="0" w:type="auto"/>
          </w:tcPr>
          <w:p w14:paraId="2D5CA943" w14:textId="77777777" w:rsidR="006E7A08" w:rsidRDefault="00267E76">
            <w:r>
              <w:t>ГВС (закрытая)</w:t>
            </w:r>
          </w:p>
        </w:tc>
        <w:tc>
          <w:tcPr>
            <w:tcW w:w="0" w:type="auto"/>
          </w:tcPr>
          <w:p w14:paraId="56D63DA4" w14:textId="77777777" w:rsidR="006E7A08" w:rsidRDefault="00267E76">
            <w:pPr>
              <w:jc w:val="center"/>
            </w:pPr>
            <w:r>
              <w:t>95</w:t>
            </w:r>
          </w:p>
        </w:tc>
        <w:tc>
          <w:tcPr>
            <w:tcW w:w="0" w:type="auto"/>
          </w:tcPr>
          <w:p w14:paraId="74078F4C" w14:textId="77777777" w:rsidR="006E7A08" w:rsidRDefault="00267E76">
            <w:pPr>
              <w:jc w:val="center"/>
            </w:pPr>
            <w:r>
              <w:t>70</w:t>
            </w:r>
          </w:p>
        </w:tc>
        <w:tc>
          <w:tcPr>
            <w:tcW w:w="0" w:type="auto"/>
          </w:tcPr>
          <w:p w14:paraId="611144D4" w14:textId="77777777" w:rsidR="006E7A08" w:rsidRDefault="00267E76">
            <w:pPr>
              <w:jc w:val="center"/>
            </w:pPr>
            <w:r>
              <w:t>95</w:t>
            </w:r>
          </w:p>
        </w:tc>
        <w:tc>
          <w:tcPr>
            <w:tcW w:w="0" w:type="auto"/>
          </w:tcPr>
          <w:p w14:paraId="6E8A5A58" w14:textId="77777777" w:rsidR="006E7A08" w:rsidRDefault="00267E76">
            <w:pPr>
              <w:jc w:val="center"/>
            </w:pPr>
            <w:r>
              <w:t>70</w:t>
            </w:r>
          </w:p>
        </w:tc>
      </w:tr>
      <w:tr w:rsidR="006E7A08" w14:paraId="6BBE091B" w14:textId="77777777">
        <w:trPr>
          <w:cantSplit/>
          <w:jc w:val="center"/>
        </w:trPr>
        <w:tc>
          <w:tcPr>
            <w:tcW w:w="0" w:type="auto"/>
          </w:tcPr>
          <w:p w14:paraId="6B81A709" w14:textId="77777777" w:rsidR="006E7A08" w:rsidRDefault="00267E76">
            <w:pPr>
              <w:jc w:val="center"/>
            </w:pPr>
            <w:r>
              <w:t>9</w:t>
            </w:r>
          </w:p>
        </w:tc>
        <w:tc>
          <w:tcPr>
            <w:tcW w:w="0" w:type="auto"/>
          </w:tcPr>
          <w:p w14:paraId="67F205E5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УПК № 10 Темир-Тау (пгт Темиртау)</w:t>
            </w:r>
          </w:p>
        </w:tc>
        <w:tc>
          <w:tcPr>
            <w:tcW w:w="0" w:type="auto"/>
          </w:tcPr>
          <w:p w14:paraId="4AD90552" w14:textId="77777777" w:rsidR="006E7A08" w:rsidRDefault="00267E76">
            <w:r>
              <w:t>Отопление</w:t>
            </w:r>
          </w:p>
        </w:tc>
        <w:tc>
          <w:tcPr>
            <w:tcW w:w="0" w:type="auto"/>
          </w:tcPr>
          <w:p w14:paraId="02AE008C" w14:textId="77777777" w:rsidR="006E7A08" w:rsidRDefault="00267E76">
            <w:pPr>
              <w:jc w:val="center"/>
            </w:pPr>
            <w:r>
              <w:t>95</w:t>
            </w:r>
          </w:p>
        </w:tc>
        <w:tc>
          <w:tcPr>
            <w:tcW w:w="0" w:type="auto"/>
          </w:tcPr>
          <w:p w14:paraId="6857A198" w14:textId="77777777" w:rsidR="006E7A08" w:rsidRDefault="00267E76">
            <w:pPr>
              <w:jc w:val="center"/>
            </w:pPr>
            <w:r>
              <w:t>70</w:t>
            </w:r>
          </w:p>
        </w:tc>
        <w:tc>
          <w:tcPr>
            <w:tcW w:w="0" w:type="auto"/>
          </w:tcPr>
          <w:p w14:paraId="04DF40E8" w14:textId="77777777" w:rsidR="006E7A08" w:rsidRDefault="00267E76">
            <w:pPr>
              <w:jc w:val="center"/>
            </w:pPr>
            <w:r>
              <w:t>95</w:t>
            </w:r>
          </w:p>
        </w:tc>
        <w:tc>
          <w:tcPr>
            <w:tcW w:w="0" w:type="auto"/>
          </w:tcPr>
          <w:p w14:paraId="03C9B1FE" w14:textId="77777777" w:rsidR="006E7A08" w:rsidRDefault="00267E76">
            <w:pPr>
              <w:jc w:val="center"/>
            </w:pPr>
            <w:r>
              <w:t>70</w:t>
            </w:r>
          </w:p>
        </w:tc>
      </w:tr>
      <w:tr w:rsidR="006E7A08" w14:paraId="3B70A11C" w14:textId="77777777">
        <w:trPr>
          <w:cantSplit/>
          <w:jc w:val="center"/>
        </w:trPr>
        <w:tc>
          <w:tcPr>
            <w:tcW w:w="0" w:type="auto"/>
          </w:tcPr>
          <w:p w14:paraId="7470349C" w14:textId="77777777" w:rsidR="006E7A08" w:rsidRDefault="00267E76">
            <w:pPr>
              <w:jc w:val="center"/>
            </w:pPr>
            <w:r>
              <w:t>10</w:t>
            </w:r>
          </w:p>
        </w:tc>
        <w:tc>
          <w:tcPr>
            <w:tcW w:w="0" w:type="auto"/>
          </w:tcPr>
          <w:p w14:paraId="0F9F42C8" w14:textId="77777777" w:rsidR="006E7A08" w:rsidRDefault="00267E76">
            <w:r>
              <w:t>УПК № 3 Спасск (пгт Спасск)</w:t>
            </w:r>
          </w:p>
        </w:tc>
        <w:tc>
          <w:tcPr>
            <w:tcW w:w="0" w:type="auto"/>
          </w:tcPr>
          <w:p w14:paraId="6BD19ABE" w14:textId="77777777" w:rsidR="006E7A08" w:rsidRDefault="00267E76">
            <w:r>
              <w:t>Отопление</w:t>
            </w:r>
          </w:p>
        </w:tc>
        <w:tc>
          <w:tcPr>
            <w:tcW w:w="0" w:type="auto"/>
          </w:tcPr>
          <w:p w14:paraId="632A4BAE" w14:textId="77777777" w:rsidR="006E7A08" w:rsidRDefault="00267E76">
            <w:pPr>
              <w:jc w:val="center"/>
            </w:pPr>
            <w:r>
              <w:t>95</w:t>
            </w:r>
          </w:p>
        </w:tc>
        <w:tc>
          <w:tcPr>
            <w:tcW w:w="0" w:type="auto"/>
          </w:tcPr>
          <w:p w14:paraId="68A63856" w14:textId="77777777" w:rsidR="006E7A08" w:rsidRDefault="00267E76">
            <w:pPr>
              <w:jc w:val="center"/>
            </w:pPr>
            <w:r>
              <w:t>70</w:t>
            </w:r>
          </w:p>
        </w:tc>
        <w:tc>
          <w:tcPr>
            <w:tcW w:w="0" w:type="auto"/>
          </w:tcPr>
          <w:p w14:paraId="4BCC2B2F" w14:textId="77777777" w:rsidR="006E7A08" w:rsidRDefault="00267E76">
            <w:pPr>
              <w:jc w:val="center"/>
            </w:pPr>
            <w:r>
              <w:t>95</w:t>
            </w:r>
          </w:p>
        </w:tc>
        <w:tc>
          <w:tcPr>
            <w:tcW w:w="0" w:type="auto"/>
          </w:tcPr>
          <w:p w14:paraId="72A19226" w14:textId="77777777" w:rsidR="006E7A08" w:rsidRDefault="00267E76">
            <w:pPr>
              <w:jc w:val="center"/>
            </w:pPr>
            <w:r>
              <w:t>70</w:t>
            </w:r>
          </w:p>
        </w:tc>
      </w:tr>
    </w:tbl>
    <w:p w14:paraId="6AE178D3" w14:textId="77777777" w:rsidR="006E7A08" w:rsidRDefault="00267E76">
      <w:pPr>
        <w:spacing w:after="0"/>
        <w:ind w:firstLine="709"/>
        <w:jc w:val="both"/>
      </w:pPr>
      <w:r>
        <w:t>1. Температура излома графика: 1 — 60 → 65; 2 — 55 → 65; 3 — 55 → 65; 4 — 60 → 65; 5 — 60 → 65; 6 — 60 → 65; 7 — 65 → 65; 8.1 — 60 → 65; 8.2 — 60 → —; 9 — 60 → 65; 10 — 55 → 65 °С.</w:t>
      </w:r>
    </w:p>
    <w:p w14:paraId="66E525B2" w14:textId="77777777" w:rsidR="00194F39" w:rsidRDefault="003D0394">
      <w:pPr>
        <w:pStyle w:val="21"/>
      </w:pPr>
      <w:bookmarkStart w:id="43" w:name="_Toc238017242"/>
      <w:r>
        <w:t>3.9. Утверждаемые температурные графики</w:t>
      </w:r>
      <w:bookmarkEnd w:id="43"/>
    </w:p>
    <w:p w14:paraId="7FE3FEFE" w14:textId="77777777" w:rsidR="00194F39" w:rsidRPr="005731F7" w:rsidRDefault="003D0394">
      <w:pPr>
        <w:rPr>
          <w:b/>
          <w:bCs/>
          <w:lang w:val="ru-RU"/>
        </w:rPr>
      </w:pPr>
      <w:r w:rsidRPr="005731F7">
        <w:rPr>
          <w:b/>
          <w:bCs/>
          <w:lang w:val="ru-RU"/>
        </w:rPr>
        <w:t>Таблица 3.6 — Температурные графики отпуска тепловой энергии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097"/>
        <w:gridCol w:w="2314"/>
        <w:gridCol w:w="1958"/>
        <w:gridCol w:w="2131"/>
        <w:gridCol w:w="1989"/>
      </w:tblGrid>
      <w:tr w:rsidR="00194F39" w14:paraId="6590C206" w14:textId="77777777">
        <w:trPr>
          <w:cantSplit/>
          <w:tblHeader/>
        </w:trPr>
        <w:tc>
          <w:tcPr>
            <w:tcW w:w="0" w:type="auto"/>
            <w:shd w:val="clear" w:color="auto" w:fill="E2F0D9"/>
          </w:tcPr>
          <w:p w14:paraId="68BA549A" w14:textId="77777777" w:rsidR="00194F39" w:rsidRDefault="003D0394">
            <w:pPr>
              <w:jc w:val="center"/>
            </w:pPr>
            <w:r>
              <w:rPr>
                <w:b/>
              </w:rPr>
              <w:t>Источник</w:t>
            </w:r>
          </w:p>
        </w:tc>
        <w:tc>
          <w:tcPr>
            <w:tcW w:w="0" w:type="auto"/>
            <w:shd w:val="clear" w:color="auto" w:fill="E2F0D9"/>
          </w:tcPr>
          <w:p w14:paraId="4F4C7B60" w14:textId="77777777" w:rsidR="00194F39" w:rsidRDefault="003D0394">
            <w:pPr>
              <w:jc w:val="center"/>
            </w:pPr>
            <w:r>
              <w:rPr>
                <w:b/>
              </w:rPr>
              <w:t>Температурный график, °C</w:t>
            </w:r>
          </w:p>
        </w:tc>
        <w:tc>
          <w:tcPr>
            <w:tcW w:w="0" w:type="auto"/>
            <w:shd w:val="clear" w:color="auto" w:fill="E2F0D9"/>
          </w:tcPr>
          <w:p w14:paraId="4425ED23" w14:textId="77777777" w:rsidR="00194F39" w:rsidRDefault="003D0394">
            <w:pPr>
              <w:jc w:val="center"/>
            </w:pPr>
            <w:r>
              <w:rPr>
                <w:b/>
              </w:rPr>
              <w:t>Температура излома, °C</w:t>
            </w:r>
          </w:p>
        </w:tc>
        <w:tc>
          <w:tcPr>
            <w:tcW w:w="0" w:type="auto"/>
            <w:shd w:val="clear" w:color="auto" w:fill="E2F0D9"/>
          </w:tcPr>
          <w:p w14:paraId="7E073AB1" w14:textId="77777777" w:rsidR="00194F39" w:rsidRDefault="003D0394">
            <w:pPr>
              <w:jc w:val="center"/>
            </w:pPr>
            <w:r>
              <w:rPr>
                <w:b/>
              </w:rPr>
              <w:t>Способ регулирования</w:t>
            </w:r>
          </w:p>
        </w:tc>
        <w:tc>
          <w:tcPr>
            <w:tcW w:w="0" w:type="auto"/>
            <w:shd w:val="clear" w:color="auto" w:fill="E2F0D9"/>
          </w:tcPr>
          <w:p w14:paraId="7663967A" w14:textId="77777777" w:rsidR="00194F39" w:rsidRDefault="003D0394">
            <w:pPr>
              <w:jc w:val="center"/>
            </w:pPr>
            <w:r>
              <w:rPr>
                <w:b/>
              </w:rPr>
              <w:t>Решение на расчётный срок</w:t>
            </w:r>
          </w:p>
        </w:tc>
      </w:tr>
      <w:tr w:rsidR="00194F39" w14:paraId="1A08E51F" w14:textId="77777777">
        <w:trPr>
          <w:cantSplit/>
        </w:trPr>
        <w:tc>
          <w:tcPr>
            <w:tcW w:w="0" w:type="auto"/>
            <w:shd w:val="clear" w:color="auto" w:fill="F2F2F2"/>
          </w:tcPr>
          <w:p w14:paraId="7D705C2F" w14:textId="77777777" w:rsidR="00194F39" w:rsidRDefault="003D0394">
            <w:r>
              <w:t>УПК № 1 «Таштагол»</w:t>
            </w:r>
          </w:p>
        </w:tc>
        <w:tc>
          <w:tcPr>
            <w:tcW w:w="0" w:type="auto"/>
            <w:shd w:val="clear" w:color="auto" w:fill="FFFFFF"/>
          </w:tcPr>
          <w:p w14:paraId="5A8D6884" w14:textId="77777777" w:rsidR="00194F39" w:rsidRDefault="003D0394">
            <w:r>
              <w:t>95/70</w:t>
            </w:r>
          </w:p>
        </w:tc>
        <w:tc>
          <w:tcPr>
            <w:tcW w:w="0" w:type="auto"/>
            <w:shd w:val="clear" w:color="auto" w:fill="FFFFFF"/>
          </w:tcPr>
          <w:p w14:paraId="7DEF6A17" w14:textId="77777777" w:rsidR="00194F39" w:rsidRDefault="003D0394">
            <w:r>
              <w:t>60</w:t>
            </w:r>
          </w:p>
        </w:tc>
        <w:tc>
          <w:tcPr>
            <w:tcW w:w="0" w:type="auto"/>
            <w:shd w:val="clear" w:color="auto" w:fill="FFFFFF"/>
          </w:tcPr>
          <w:p w14:paraId="64C5E1E6" w14:textId="77777777" w:rsidR="00194F39" w:rsidRDefault="003D0394">
            <w:r>
              <w:t>центральное качественное</w:t>
            </w:r>
          </w:p>
        </w:tc>
        <w:tc>
          <w:tcPr>
            <w:tcW w:w="0" w:type="auto"/>
            <w:shd w:val="clear" w:color="auto" w:fill="FFFFFF"/>
          </w:tcPr>
          <w:p w14:paraId="167823FA" w14:textId="77777777" w:rsidR="00194F39" w:rsidRDefault="003D0394">
            <w:r>
              <w:t>сохраняется</w:t>
            </w:r>
          </w:p>
        </w:tc>
      </w:tr>
      <w:tr w:rsidR="00194F39" w14:paraId="0F5D108C" w14:textId="77777777">
        <w:trPr>
          <w:cantSplit/>
        </w:trPr>
        <w:tc>
          <w:tcPr>
            <w:tcW w:w="0" w:type="auto"/>
            <w:shd w:val="clear" w:color="auto" w:fill="F2F2F2"/>
          </w:tcPr>
          <w:p w14:paraId="624A8BAF" w14:textId="77777777" w:rsidR="00194F39" w:rsidRDefault="003D0394">
            <w:r>
              <w:t>УПК № 2 «Шалым»</w:t>
            </w:r>
          </w:p>
        </w:tc>
        <w:tc>
          <w:tcPr>
            <w:tcW w:w="0" w:type="auto"/>
            <w:shd w:val="clear" w:color="auto" w:fill="FFFFFF"/>
          </w:tcPr>
          <w:p w14:paraId="60DDA5F8" w14:textId="77777777" w:rsidR="00194F39" w:rsidRDefault="003D0394">
            <w:r>
              <w:t>95/70</w:t>
            </w:r>
          </w:p>
        </w:tc>
        <w:tc>
          <w:tcPr>
            <w:tcW w:w="0" w:type="auto"/>
            <w:shd w:val="clear" w:color="auto" w:fill="FFFFFF"/>
          </w:tcPr>
          <w:p w14:paraId="3234FC6D" w14:textId="77777777" w:rsidR="00194F39" w:rsidRDefault="003D0394">
            <w:r>
              <w:t>55</w:t>
            </w:r>
          </w:p>
        </w:tc>
        <w:tc>
          <w:tcPr>
            <w:tcW w:w="0" w:type="auto"/>
            <w:shd w:val="clear" w:color="auto" w:fill="FFFFFF"/>
          </w:tcPr>
          <w:p w14:paraId="35C4B990" w14:textId="77777777" w:rsidR="00194F39" w:rsidRDefault="003D0394">
            <w:r>
              <w:t>центральное качественное</w:t>
            </w:r>
          </w:p>
        </w:tc>
        <w:tc>
          <w:tcPr>
            <w:tcW w:w="0" w:type="auto"/>
            <w:shd w:val="clear" w:color="auto" w:fill="FFFFFF"/>
          </w:tcPr>
          <w:p w14:paraId="570FAC97" w14:textId="77777777" w:rsidR="00194F39" w:rsidRDefault="003D0394">
            <w:r>
              <w:t>сохраняется</w:t>
            </w:r>
          </w:p>
        </w:tc>
      </w:tr>
      <w:tr w:rsidR="00194F39" w14:paraId="4A981FEC" w14:textId="77777777">
        <w:trPr>
          <w:cantSplit/>
        </w:trPr>
        <w:tc>
          <w:tcPr>
            <w:tcW w:w="0" w:type="auto"/>
            <w:shd w:val="clear" w:color="auto" w:fill="F2F2F2"/>
          </w:tcPr>
          <w:p w14:paraId="00508FB9" w14:textId="77777777" w:rsidR="00194F39" w:rsidRDefault="003D0394">
            <w:r>
              <w:t>УПК № 2 «ЦМК»</w:t>
            </w:r>
          </w:p>
        </w:tc>
        <w:tc>
          <w:tcPr>
            <w:tcW w:w="0" w:type="auto"/>
            <w:shd w:val="clear" w:color="auto" w:fill="FFFFFF"/>
          </w:tcPr>
          <w:p w14:paraId="2DA65CE9" w14:textId="77777777" w:rsidR="00194F39" w:rsidRDefault="003D0394">
            <w:r>
              <w:t>95/70</w:t>
            </w:r>
          </w:p>
        </w:tc>
        <w:tc>
          <w:tcPr>
            <w:tcW w:w="0" w:type="auto"/>
            <w:shd w:val="clear" w:color="auto" w:fill="FFFFFF"/>
          </w:tcPr>
          <w:p w14:paraId="62473308" w14:textId="77777777" w:rsidR="00194F39" w:rsidRDefault="003D0394">
            <w:r>
              <w:t>55</w:t>
            </w:r>
          </w:p>
        </w:tc>
        <w:tc>
          <w:tcPr>
            <w:tcW w:w="0" w:type="auto"/>
            <w:shd w:val="clear" w:color="auto" w:fill="FFFFFF"/>
          </w:tcPr>
          <w:p w14:paraId="607DA0B5" w14:textId="77777777" w:rsidR="00194F39" w:rsidRDefault="003D0394">
            <w:r>
              <w:t>центральное качественное</w:t>
            </w:r>
          </w:p>
        </w:tc>
        <w:tc>
          <w:tcPr>
            <w:tcW w:w="0" w:type="auto"/>
            <w:shd w:val="clear" w:color="auto" w:fill="FFFFFF"/>
          </w:tcPr>
          <w:p w14:paraId="4E8B21AF" w14:textId="77777777" w:rsidR="00194F39" w:rsidRDefault="003D0394">
            <w:r>
              <w:t>сохраняется</w:t>
            </w:r>
          </w:p>
        </w:tc>
      </w:tr>
      <w:tr w:rsidR="00194F39" w14:paraId="06DC2293" w14:textId="77777777">
        <w:trPr>
          <w:cantSplit/>
        </w:trPr>
        <w:tc>
          <w:tcPr>
            <w:tcW w:w="0" w:type="auto"/>
            <w:shd w:val="clear" w:color="auto" w:fill="F2F2F2"/>
          </w:tcPr>
          <w:p w14:paraId="490D8969" w14:textId="77777777" w:rsidR="00194F39" w:rsidRDefault="003D0394">
            <w:r>
              <w:t>УПК № 9 «ГРЭ»</w:t>
            </w:r>
          </w:p>
        </w:tc>
        <w:tc>
          <w:tcPr>
            <w:tcW w:w="0" w:type="auto"/>
            <w:shd w:val="clear" w:color="auto" w:fill="FFFFFF"/>
          </w:tcPr>
          <w:p w14:paraId="275D5178" w14:textId="77777777" w:rsidR="00194F39" w:rsidRDefault="003D0394">
            <w:r>
              <w:t>95/70</w:t>
            </w:r>
          </w:p>
        </w:tc>
        <w:tc>
          <w:tcPr>
            <w:tcW w:w="0" w:type="auto"/>
            <w:shd w:val="clear" w:color="auto" w:fill="FFFFFF"/>
          </w:tcPr>
          <w:p w14:paraId="420B37A5" w14:textId="77777777" w:rsidR="00194F39" w:rsidRDefault="003D0394">
            <w:r>
              <w:t>60</w:t>
            </w:r>
          </w:p>
        </w:tc>
        <w:tc>
          <w:tcPr>
            <w:tcW w:w="0" w:type="auto"/>
            <w:shd w:val="clear" w:color="auto" w:fill="FFFFFF"/>
          </w:tcPr>
          <w:p w14:paraId="4362809E" w14:textId="77777777" w:rsidR="00194F39" w:rsidRDefault="003D0394">
            <w:r>
              <w:t>центральное качественное</w:t>
            </w:r>
          </w:p>
        </w:tc>
        <w:tc>
          <w:tcPr>
            <w:tcW w:w="0" w:type="auto"/>
            <w:shd w:val="clear" w:color="auto" w:fill="FFFFFF"/>
          </w:tcPr>
          <w:p w14:paraId="34ED18C6" w14:textId="77777777" w:rsidR="00194F39" w:rsidRDefault="003D0394">
            <w:r>
              <w:t>сохраняется</w:t>
            </w:r>
          </w:p>
        </w:tc>
      </w:tr>
      <w:tr w:rsidR="00194F39" w14:paraId="5671B3E9" w14:textId="77777777">
        <w:trPr>
          <w:cantSplit/>
        </w:trPr>
        <w:tc>
          <w:tcPr>
            <w:tcW w:w="0" w:type="auto"/>
            <w:shd w:val="clear" w:color="auto" w:fill="F2F2F2"/>
          </w:tcPr>
          <w:p w14:paraId="46270F2F" w14:textId="77777777" w:rsidR="00194F39" w:rsidRDefault="003D0394">
            <w:r>
              <w:t>УПК № 5 «Новый Шерегеш»</w:t>
            </w:r>
          </w:p>
        </w:tc>
        <w:tc>
          <w:tcPr>
            <w:tcW w:w="0" w:type="auto"/>
            <w:shd w:val="clear" w:color="auto" w:fill="FFFFFF"/>
          </w:tcPr>
          <w:p w14:paraId="637E573D" w14:textId="77777777" w:rsidR="00194F39" w:rsidRDefault="003D0394">
            <w:r>
              <w:t>95/70</w:t>
            </w:r>
          </w:p>
        </w:tc>
        <w:tc>
          <w:tcPr>
            <w:tcW w:w="0" w:type="auto"/>
            <w:shd w:val="clear" w:color="auto" w:fill="FFFFFF"/>
          </w:tcPr>
          <w:p w14:paraId="00E59ED9" w14:textId="77777777" w:rsidR="00194F39" w:rsidRDefault="003D0394">
            <w:r>
              <w:t>60</w:t>
            </w:r>
          </w:p>
        </w:tc>
        <w:tc>
          <w:tcPr>
            <w:tcW w:w="0" w:type="auto"/>
            <w:shd w:val="clear" w:color="auto" w:fill="FFFFFF"/>
          </w:tcPr>
          <w:p w14:paraId="040B9C97" w14:textId="77777777" w:rsidR="00194F39" w:rsidRDefault="003D0394">
            <w:r>
              <w:t>центральное качественное</w:t>
            </w:r>
          </w:p>
        </w:tc>
        <w:tc>
          <w:tcPr>
            <w:tcW w:w="0" w:type="auto"/>
            <w:shd w:val="clear" w:color="auto" w:fill="FFFFFF"/>
          </w:tcPr>
          <w:p w14:paraId="4C82F159" w14:textId="77777777" w:rsidR="00194F39" w:rsidRDefault="003D0394">
            <w:r>
              <w:t>сохраняется</w:t>
            </w:r>
          </w:p>
        </w:tc>
      </w:tr>
      <w:tr w:rsidR="00194F39" w14:paraId="6B30A141" w14:textId="77777777">
        <w:trPr>
          <w:cantSplit/>
        </w:trPr>
        <w:tc>
          <w:tcPr>
            <w:tcW w:w="0" w:type="auto"/>
            <w:shd w:val="clear" w:color="auto" w:fill="F2F2F2"/>
          </w:tcPr>
          <w:p w14:paraId="630FE4A8" w14:textId="77777777" w:rsidR="00194F39" w:rsidRDefault="003D0394">
            <w:r>
              <w:t>УПК № 6 «Старый Шерегеш»</w:t>
            </w:r>
          </w:p>
        </w:tc>
        <w:tc>
          <w:tcPr>
            <w:tcW w:w="0" w:type="auto"/>
            <w:shd w:val="clear" w:color="auto" w:fill="FFFFFF"/>
          </w:tcPr>
          <w:p w14:paraId="73C3FA43" w14:textId="77777777" w:rsidR="00194F39" w:rsidRDefault="003D0394">
            <w:r>
              <w:t>95/70</w:t>
            </w:r>
          </w:p>
        </w:tc>
        <w:tc>
          <w:tcPr>
            <w:tcW w:w="0" w:type="auto"/>
            <w:shd w:val="clear" w:color="auto" w:fill="FFFFFF"/>
          </w:tcPr>
          <w:p w14:paraId="4064D87F" w14:textId="77777777" w:rsidR="00194F39" w:rsidRDefault="003D0394">
            <w:r>
              <w:t>60</w:t>
            </w:r>
          </w:p>
        </w:tc>
        <w:tc>
          <w:tcPr>
            <w:tcW w:w="0" w:type="auto"/>
            <w:shd w:val="clear" w:color="auto" w:fill="FFFFFF"/>
          </w:tcPr>
          <w:p w14:paraId="77D25939" w14:textId="77777777" w:rsidR="00194F39" w:rsidRDefault="003D0394">
            <w:r>
              <w:t>центральное качественное</w:t>
            </w:r>
          </w:p>
        </w:tc>
        <w:tc>
          <w:tcPr>
            <w:tcW w:w="0" w:type="auto"/>
            <w:shd w:val="clear" w:color="auto" w:fill="FFFFFF"/>
          </w:tcPr>
          <w:p w14:paraId="5BB5DEC9" w14:textId="77777777" w:rsidR="00194F39" w:rsidRDefault="003D0394">
            <w:r>
              <w:t>сохраняется</w:t>
            </w:r>
          </w:p>
        </w:tc>
      </w:tr>
      <w:tr w:rsidR="00194F39" w14:paraId="4957D331" w14:textId="77777777">
        <w:trPr>
          <w:cantSplit/>
        </w:trPr>
        <w:tc>
          <w:tcPr>
            <w:tcW w:w="0" w:type="auto"/>
            <w:shd w:val="clear" w:color="auto" w:fill="F2F2F2"/>
          </w:tcPr>
          <w:p w14:paraId="43A72B75" w14:textId="77777777" w:rsidR="00194F39" w:rsidRDefault="003D0394">
            <w:r>
              <w:t>УПК № 7 «Каз»</w:t>
            </w:r>
          </w:p>
        </w:tc>
        <w:tc>
          <w:tcPr>
            <w:tcW w:w="0" w:type="auto"/>
            <w:shd w:val="clear" w:color="auto" w:fill="FFFFFF"/>
          </w:tcPr>
          <w:p w14:paraId="7F3AF041" w14:textId="77777777" w:rsidR="00194F39" w:rsidRDefault="003D0394">
            <w:r>
              <w:t>130/65</w:t>
            </w:r>
          </w:p>
        </w:tc>
        <w:tc>
          <w:tcPr>
            <w:tcW w:w="0" w:type="auto"/>
            <w:shd w:val="clear" w:color="auto" w:fill="FFFFFF"/>
          </w:tcPr>
          <w:p w14:paraId="131FFC21" w14:textId="77777777" w:rsidR="00194F39" w:rsidRDefault="003D0394">
            <w:r>
              <w:t>65</w:t>
            </w:r>
          </w:p>
        </w:tc>
        <w:tc>
          <w:tcPr>
            <w:tcW w:w="0" w:type="auto"/>
            <w:shd w:val="clear" w:color="auto" w:fill="FFFFFF"/>
          </w:tcPr>
          <w:p w14:paraId="4D18440C" w14:textId="77777777" w:rsidR="00194F39" w:rsidRDefault="003D0394">
            <w:r>
              <w:t>центральное качественное</w:t>
            </w:r>
          </w:p>
        </w:tc>
        <w:tc>
          <w:tcPr>
            <w:tcW w:w="0" w:type="auto"/>
            <w:shd w:val="clear" w:color="auto" w:fill="FFFFFF"/>
          </w:tcPr>
          <w:p w14:paraId="36F753D5" w14:textId="77777777" w:rsidR="00194F39" w:rsidRDefault="003D0394">
            <w:r>
              <w:t>сохраняется</w:t>
            </w:r>
          </w:p>
        </w:tc>
      </w:tr>
      <w:tr w:rsidR="00194F39" w14:paraId="095EC600" w14:textId="77777777">
        <w:trPr>
          <w:cantSplit/>
        </w:trPr>
        <w:tc>
          <w:tcPr>
            <w:tcW w:w="0" w:type="auto"/>
            <w:shd w:val="clear" w:color="auto" w:fill="F2F2F2"/>
          </w:tcPr>
          <w:p w14:paraId="494DDD36" w14:textId="77777777" w:rsidR="00194F39" w:rsidRDefault="003D0394">
            <w:r>
              <w:t>УПК № 8 «Мундыбаш»</w:t>
            </w:r>
          </w:p>
        </w:tc>
        <w:tc>
          <w:tcPr>
            <w:tcW w:w="0" w:type="auto"/>
            <w:shd w:val="clear" w:color="auto" w:fill="FFFFFF"/>
          </w:tcPr>
          <w:p w14:paraId="4B2C355C" w14:textId="77777777" w:rsidR="00194F39" w:rsidRDefault="003D0394">
            <w:r>
              <w:t>95/70</w:t>
            </w:r>
          </w:p>
        </w:tc>
        <w:tc>
          <w:tcPr>
            <w:tcW w:w="0" w:type="auto"/>
            <w:shd w:val="clear" w:color="auto" w:fill="FFFFFF"/>
          </w:tcPr>
          <w:p w14:paraId="7A07F4F7" w14:textId="77777777" w:rsidR="00194F39" w:rsidRDefault="003D0394">
            <w:r>
              <w:t>60</w:t>
            </w:r>
          </w:p>
        </w:tc>
        <w:tc>
          <w:tcPr>
            <w:tcW w:w="0" w:type="auto"/>
            <w:shd w:val="clear" w:color="auto" w:fill="FFFFFF"/>
          </w:tcPr>
          <w:p w14:paraId="1E4DB32D" w14:textId="77777777" w:rsidR="00194F39" w:rsidRDefault="003D0394">
            <w:r>
              <w:t>центральное качественное</w:t>
            </w:r>
          </w:p>
        </w:tc>
        <w:tc>
          <w:tcPr>
            <w:tcW w:w="0" w:type="auto"/>
            <w:shd w:val="clear" w:color="auto" w:fill="FFFFFF"/>
          </w:tcPr>
          <w:p w14:paraId="25DF7A2D" w14:textId="77777777" w:rsidR="00194F39" w:rsidRDefault="003D0394">
            <w:r>
              <w:t>сохраняется</w:t>
            </w:r>
          </w:p>
        </w:tc>
      </w:tr>
      <w:tr w:rsidR="00194F39" w14:paraId="67285C54" w14:textId="77777777">
        <w:trPr>
          <w:cantSplit/>
        </w:trPr>
        <w:tc>
          <w:tcPr>
            <w:tcW w:w="0" w:type="auto"/>
            <w:shd w:val="clear" w:color="auto" w:fill="F2F2F2"/>
          </w:tcPr>
          <w:p w14:paraId="13DEA394" w14:textId="77777777" w:rsidR="00194F39" w:rsidRDefault="003D0394">
            <w:r>
              <w:t>УПК № 10 «Темир-Тау»</w:t>
            </w:r>
          </w:p>
        </w:tc>
        <w:tc>
          <w:tcPr>
            <w:tcW w:w="0" w:type="auto"/>
            <w:shd w:val="clear" w:color="auto" w:fill="FFFFFF"/>
          </w:tcPr>
          <w:p w14:paraId="5F36135F" w14:textId="77777777" w:rsidR="00194F39" w:rsidRDefault="003D0394">
            <w:r>
              <w:t>95/70</w:t>
            </w:r>
          </w:p>
        </w:tc>
        <w:tc>
          <w:tcPr>
            <w:tcW w:w="0" w:type="auto"/>
            <w:shd w:val="clear" w:color="auto" w:fill="FFFFFF"/>
          </w:tcPr>
          <w:p w14:paraId="3891FC9A" w14:textId="77777777" w:rsidR="00194F39" w:rsidRDefault="003D0394">
            <w:r>
              <w:t>60</w:t>
            </w:r>
          </w:p>
        </w:tc>
        <w:tc>
          <w:tcPr>
            <w:tcW w:w="0" w:type="auto"/>
            <w:shd w:val="clear" w:color="auto" w:fill="FFFFFF"/>
          </w:tcPr>
          <w:p w14:paraId="539478A9" w14:textId="77777777" w:rsidR="00194F39" w:rsidRDefault="003D0394">
            <w:r>
              <w:t>центральное качественное</w:t>
            </w:r>
          </w:p>
        </w:tc>
        <w:tc>
          <w:tcPr>
            <w:tcW w:w="0" w:type="auto"/>
            <w:shd w:val="clear" w:color="auto" w:fill="FFFFFF"/>
          </w:tcPr>
          <w:p w14:paraId="01E5C7A3" w14:textId="77777777" w:rsidR="00194F39" w:rsidRDefault="003D0394">
            <w:r>
              <w:t>сохраняется</w:t>
            </w:r>
          </w:p>
        </w:tc>
      </w:tr>
      <w:tr w:rsidR="00194F39" w14:paraId="787EC325" w14:textId="77777777">
        <w:trPr>
          <w:cantSplit/>
        </w:trPr>
        <w:tc>
          <w:tcPr>
            <w:tcW w:w="0" w:type="auto"/>
            <w:shd w:val="clear" w:color="auto" w:fill="F2F2F2"/>
          </w:tcPr>
          <w:p w14:paraId="126AF17D" w14:textId="77777777" w:rsidR="00194F39" w:rsidRDefault="003D0394">
            <w:r>
              <w:t>УПК № 3 «Спасск»</w:t>
            </w:r>
          </w:p>
        </w:tc>
        <w:tc>
          <w:tcPr>
            <w:tcW w:w="0" w:type="auto"/>
            <w:shd w:val="clear" w:color="auto" w:fill="FFFFFF"/>
          </w:tcPr>
          <w:p w14:paraId="2BBF1344" w14:textId="77777777" w:rsidR="00194F39" w:rsidRDefault="003D0394">
            <w:r>
              <w:t>95/70</w:t>
            </w:r>
          </w:p>
        </w:tc>
        <w:tc>
          <w:tcPr>
            <w:tcW w:w="0" w:type="auto"/>
            <w:shd w:val="clear" w:color="auto" w:fill="FFFFFF"/>
          </w:tcPr>
          <w:p w14:paraId="5C52DCC9" w14:textId="77777777" w:rsidR="00194F39" w:rsidRDefault="003D0394">
            <w:r>
              <w:t>55</w:t>
            </w:r>
          </w:p>
        </w:tc>
        <w:tc>
          <w:tcPr>
            <w:tcW w:w="0" w:type="auto"/>
            <w:shd w:val="clear" w:color="auto" w:fill="FFFFFF"/>
          </w:tcPr>
          <w:p w14:paraId="71ECF6FD" w14:textId="77777777" w:rsidR="00194F39" w:rsidRDefault="003D0394">
            <w:r>
              <w:t>центральное качественное</w:t>
            </w:r>
          </w:p>
        </w:tc>
        <w:tc>
          <w:tcPr>
            <w:tcW w:w="0" w:type="auto"/>
            <w:shd w:val="clear" w:color="auto" w:fill="FFFFFF"/>
          </w:tcPr>
          <w:p w14:paraId="2ACC3E4C" w14:textId="77777777" w:rsidR="00194F39" w:rsidRDefault="003D0394">
            <w:r>
              <w:t>сохраняется</w:t>
            </w:r>
          </w:p>
        </w:tc>
      </w:tr>
    </w:tbl>
    <w:p w14:paraId="321164F8" w14:textId="77777777" w:rsidR="00194F39" w:rsidRPr="00844B84" w:rsidRDefault="003D0394">
      <w:pPr>
        <w:rPr>
          <w:lang w:val="ru-RU"/>
        </w:rPr>
      </w:pPr>
      <w:r w:rsidRPr="00844B84">
        <w:rPr>
          <w:lang w:val="ru-RU"/>
        </w:rPr>
        <w:t>Основным графиком отпуска тепловой энергии по округу является 95/70 °</w:t>
      </w:r>
      <w:r>
        <w:t>C</w:t>
      </w:r>
      <w:r w:rsidRPr="00844B84">
        <w:rPr>
          <w:lang w:val="ru-RU"/>
        </w:rPr>
        <w:t>. По зоне УПК № 7 «Каз» действует график 130/65 °</w:t>
      </w:r>
      <w:r>
        <w:t>C</w:t>
      </w:r>
      <w:r w:rsidRPr="00844B84">
        <w:rPr>
          <w:lang w:val="ru-RU"/>
        </w:rPr>
        <w:t xml:space="preserve"> с температурой излома 65 °</w:t>
      </w:r>
      <w:r>
        <w:t>C</w:t>
      </w:r>
      <w:r w:rsidRPr="00844B84">
        <w:rPr>
          <w:lang w:val="ru-RU"/>
        </w:rPr>
        <w:t>. В системе УПК № 5 «Новый Шерегеш» на участках от источника до бойлерной применяется повышенный график 130/70 °</w:t>
      </w:r>
      <w:r>
        <w:t>C</w:t>
      </w:r>
      <w:r w:rsidRPr="00844B84">
        <w:rPr>
          <w:lang w:val="ru-RU"/>
        </w:rPr>
        <w:t>, после бойлерной — 95/70 °</w:t>
      </w:r>
      <w:r>
        <w:t>C</w:t>
      </w:r>
      <w:r w:rsidRPr="00844B84">
        <w:rPr>
          <w:lang w:val="ru-RU"/>
        </w:rPr>
        <w:t>. Температура обратного теплоносителя и температура излома являются разными параметрами.</w:t>
      </w:r>
    </w:p>
    <w:p w14:paraId="605B41C1" w14:textId="77777777" w:rsidR="00194F39" w:rsidRPr="00844B84" w:rsidRDefault="003D0394">
      <w:pPr>
        <w:rPr>
          <w:lang w:val="ru-RU"/>
        </w:rPr>
      </w:pPr>
      <w:r w:rsidRPr="00844B84">
        <w:rPr>
          <w:lang w:val="ru-RU"/>
        </w:rPr>
        <w:t>Изменение температурных графиков на расчётном периоде не утверждается.</w:t>
      </w:r>
    </w:p>
    <w:p w14:paraId="27F663C7" w14:textId="77777777" w:rsidR="00844B84" w:rsidRDefault="00844B84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32"/>
          <w:szCs w:val="32"/>
          <w:lang w:val="ru-RU"/>
        </w:rPr>
      </w:pPr>
      <w:bookmarkStart w:id="44" w:name="_Toc238017243"/>
      <w:r>
        <w:rPr>
          <w:lang w:val="ru-RU"/>
        </w:rPr>
        <w:br w:type="page"/>
      </w:r>
    </w:p>
    <w:p w14:paraId="325E9AE4" w14:textId="77777777" w:rsidR="006E7A08" w:rsidRPr="005731F7" w:rsidRDefault="00267E76">
      <w:pPr>
        <w:pStyle w:val="1"/>
        <w:spacing w:before="1200"/>
        <w:jc w:val="center"/>
        <w:rPr>
          <w:color w:val="4F81BD" w:themeColor="accent1"/>
          <w:lang w:val="ru-RU"/>
        </w:rPr>
      </w:pPr>
      <w:r w:rsidRPr="005731F7">
        <w:rPr>
          <w:color w:val="4F81BD" w:themeColor="accent1"/>
          <w:lang w:val="ru-RU"/>
        </w:rPr>
        <w:t>4. Основные положения мастер-плана развития систем теплоснабжения муниципального округа</w:t>
      </w:r>
      <w:bookmarkEnd w:id="44"/>
    </w:p>
    <w:p w14:paraId="7268EF3F" w14:textId="77777777" w:rsidR="00AD64D8" w:rsidRPr="005731F7" w:rsidRDefault="004F5CC8">
      <w:pPr>
        <w:pStyle w:val="21"/>
        <w:rPr>
          <w:lang w:val="ru-RU"/>
        </w:rPr>
      </w:pPr>
      <w:bookmarkStart w:id="45" w:name="_Toc238017244"/>
      <w:r w:rsidRPr="005731F7">
        <w:rPr>
          <w:lang w:val="ru-RU"/>
        </w:rPr>
        <w:t>4.1. Принятый вариант развития</w:t>
      </w:r>
      <w:bookmarkEnd w:id="45"/>
    </w:p>
    <w:p w14:paraId="3EAF3C99" w14:textId="77777777" w:rsidR="00AD64D8" w:rsidRPr="00844B84" w:rsidRDefault="004F5CC8">
      <w:pPr>
        <w:spacing w:after="80"/>
        <w:jc w:val="both"/>
        <w:rPr>
          <w:lang w:val="ru-RU"/>
        </w:rPr>
      </w:pPr>
      <w:r w:rsidRPr="00844B84">
        <w:rPr>
          <w:lang w:val="ru-RU"/>
        </w:rPr>
        <w:t>Развитие систем теплоснабжения округа на период 2026–2036 годов осуществляется по варианту перевода источников тепловой энергии на природный газ с замещением изношенного и низкоэффективного котельного оборудования и заменой ветхих участков тепловых сетей.</w:t>
      </w:r>
    </w:p>
    <w:p w14:paraId="63B48508" w14:textId="77777777" w:rsidR="00AD64D8" w:rsidRPr="00844B84" w:rsidRDefault="004F5CC8">
      <w:pPr>
        <w:spacing w:after="80"/>
        <w:jc w:val="both"/>
        <w:rPr>
          <w:lang w:val="ru-RU"/>
        </w:rPr>
      </w:pPr>
      <w:r w:rsidRPr="00844B84">
        <w:rPr>
          <w:lang w:val="ru-RU"/>
        </w:rPr>
        <w:t>Вариант сохранения существующей угольной конфигурации отклонён: он противоречит программе подготовки потребителей к приёму газа, не обеспечивает покрытие перспективной тепловой нагрузки зоны УПК № 5 «Новый Шерегеш» и сохраняет нарастающий износ оборудования и тепловых сетей.</w:t>
      </w:r>
    </w:p>
    <w:p w14:paraId="1F6080BD" w14:textId="77777777" w:rsidR="00AD64D8" w:rsidRPr="00844B84" w:rsidRDefault="004F5CC8">
      <w:pPr>
        <w:spacing w:after="80"/>
        <w:jc w:val="both"/>
        <w:rPr>
          <w:lang w:val="ru-RU"/>
        </w:rPr>
      </w:pPr>
      <w:r w:rsidRPr="00844B84">
        <w:rPr>
          <w:lang w:val="ru-RU"/>
        </w:rPr>
        <w:t>Изменение конфигурации систем теплоснабжения, перераспределение тепловых нагрузок между зонами и объединение зон настоящей схемой не предусматриваются: межисточниковых связей в округе не выявлено, техническое основание отсутствует.</w:t>
      </w:r>
    </w:p>
    <w:p w14:paraId="54379DAA" w14:textId="77777777" w:rsidR="00AD64D8" w:rsidRPr="005731F7" w:rsidRDefault="004F5CC8">
      <w:pPr>
        <w:pStyle w:val="21"/>
        <w:rPr>
          <w:lang w:val="ru-RU"/>
        </w:rPr>
      </w:pPr>
      <w:bookmarkStart w:id="46" w:name="_Toc238017245"/>
      <w:r w:rsidRPr="005731F7">
        <w:rPr>
          <w:lang w:val="ru-RU"/>
        </w:rPr>
        <w:t>4.2. Перевод источников на природный газ</w:t>
      </w:r>
      <w:bookmarkEnd w:id="46"/>
    </w:p>
    <w:p w14:paraId="74A855C7" w14:textId="77777777" w:rsidR="00AD64D8" w:rsidRPr="00844B84" w:rsidRDefault="004F5CC8">
      <w:pPr>
        <w:keepNext/>
        <w:spacing w:before="160"/>
        <w:rPr>
          <w:lang w:val="ru-RU"/>
        </w:rPr>
      </w:pPr>
      <w:r w:rsidRPr="00844B84">
        <w:rPr>
          <w:b/>
          <w:lang w:val="ru-RU"/>
        </w:rPr>
        <w:t>Таблица 4.1 — Календарь перевода источников на природный газ</w:t>
      </w: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52"/>
        <w:gridCol w:w="7430"/>
        <w:gridCol w:w="1397"/>
      </w:tblGrid>
      <w:tr w:rsidR="00AD64D8" w14:paraId="65C631CA" w14:textId="77777777">
        <w:trPr>
          <w:cantSplit/>
          <w:tblHeader/>
          <w:jc w:val="center"/>
        </w:trPr>
        <w:tc>
          <w:tcPr>
            <w:tcW w:w="0" w:type="auto"/>
            <w:shd w:val="clear" w:color="auto" w:fill="E2F0D9"/>
          </w:tcPr>
          <w:p w14:paraId="78EF9705" w14:textId="77777777" w:rsidR="00AD64D8" w:rsidRDefault="004F5CC8">
            <w:pPr>
              <w:jc w:val="center"/>
            </w:pPr>
            <w:r>
              <w:rPr>
                <w:b/>
              </w:rPr>
              <w:t>Год</w:t>
            </w:r>
          </w:p>
        </w:tc>
        <w:tc>
          <w:tcPr>
            <w:tcW w:w="0" w:type="auto"/>
            <w:shd w:val="clear" w:color="auto" w:fill="E2F0D9"/>
          </w:tcPr>
          <w:p w14:paraId="1A819208" w14:textId="77777777" w:rsidR="00AD64D8" w:rsidRDefault="004F5CC8">
            <w:pPr>
              <w:jc w:val="center"/>
            </w:pPr>
            <w:r>
              <w:rPr>
                <w:b/>
              </w:rPr>
              <w:t>Источники</w:t>
            </w:r>
          </w:p>
        </w:tc>
        <w:tc>
          <w:tcPr>
            <w:tcW w:w="0" w:type="auto"/>
            <w:shd w:val="clear" w:color="auto" w:fill="E2F0D9"/>
          </w:tcPr>
          <w:p w14:paraId="77CBF014" w14:textId="77777777" w:rsidR="00AD64D8" w:rsidRDefault="004F5CC8">
            <w:pPr>
              <w:jc w:val="center"/>
            </w:pPr>
            <w:r>
              <w:rPr>
                <w:b/>
              </w:rPr>
              <w:t>Количество</w:t>
            </w:r>
          </w:p>
        </w:tc>
      </w:tr>
      <w:tr w:rsidR="00AD64D8" w14:paraId="3352CC41" w14:textId="77777777">
        <w:trPr>
          <w:cantSplit/>
          <w:jc w:val="center"/>
        </w:trPr>
        <w:tc>
          <w:tcPr>
            <w:tcW w:w="0" w:type="auto"/>
          </w:tcPr>
          <w:p w14:paraId="7F70FC67" w14:textId="77777777" w:rsidR="00AD64D8" w:rsidRDefault="004F5CC8">
            <w:r>
              <w:t>2034</w:t>
            </w:r>
          </w:p>
        </w:tc>
        <w:tc>
          <w:tcPr>
            <w:tcW w:w="0" w:type="auto"/>
          </w:tcPr>
          <w:p w14:paraId="2C8FFC72" w14:textId="77777777" w:rsidR="00AD64D8" w:rsidRDefault="004F5CC8">
            <w:pPr>
              <w:jc w:val="center"/>
            </w:pPr>
            <w:r>
              <w:t>УПК № 7 «Каз», УПК № 8 «Мундыбаш», УПК № 10 «Темир-Тау»</w:t>
            </w:r>
          </w:p>
        </w:tc>
        <w:tc>
          <w:tcPr>
            <w:tcW w:w="0" w:type="auto"/>
          </w:tcPr>
          <w:p w14:paraId="2AD4732A" w14:textId="77777777" w:rsidR="00AD64D8" w:rsidRDefault="004F5CC8">
            <w:pPr>
              <w:jc w:val="center"/>
            </w:pPr>
            <w:r>
              <w:t>три</w:t>
            </w:r>
          </w:p>
        </w:tc>
      </w:tr>
      <w:tr w:rsidR="00AD64D8" w14:paraId="4A9F925C" w14:textId="77777777">
        <w:trPr>
          <w:cantSplit/>
          <w:jc w:val="center"/>
        </w:trPr>
        <w:tc>
          <w:tcPr>
            <w:tcW w:w="0" w:type="auto"/>
          </w:tcPr>
          <w:p w14:paraId="0A72A3B9" w14:textId="77777777" w:rsidR="00AD64D8" w:rsidRDefault="004F5CC8">
            <w:r>
              <w:t>2035</w:t>
            </w:r>
          </w:p>
        </w:tc>
        <w:tc>
          <w:tcPr>
            <w:tcW w:w="0" w:type="auto"/>
          </w:tcPr>
          <w:p w14:paraId="6AFF95F8" w14:textId="77777777" w:rsidR="00AD64D8" w:rsidRDefault="004F5CC8">
            <w:pPr>
              <w:jc w:val="center"/>
            </w:pPr>
            <w:r>
              <w:t>УПК № 1, УПК № 2 «Шалым», УПК № 2 «ЦМК», УПК № 3 «Спасск», УПК № 9 «ГРЭ»</w:t>
            </w:r>
          </w:p>
        </w:tc>
        <w:tc>
          <w:tcPr>
            <w:tcW w:w="0" w:type="auto"/>
          </w:tcPr>
          <w:p w14:paraId="6A2939E9" w14:textId="77777777" w:rsidR="00AD64D8" w:rsidRDefault="004F5CC8">
            <w:pPr>
              <w:jc w:val="center"/>
            </w:pPr>
            <w:r>
              <w:t>пять</w:t>
            </w:r>
          </w:p>
        </w:tc>
      </w:tr>
      <w:tr w:rsidR="00AD64D8" w14:paraId="5C7EAF70" w14:textId="77777777">
        <w:trPr>
          <w:cantSplit/>
          <w:jc w:val="center"/>
        </w:trPr>
        <w:tc>
          <w:tcPr>
            <w:tcW w:w="0" w:type="auto"/>
          </w:tcPr>
          <w:p w14:paraId="66BEB0C8" w14:textId="77777777" w:rsidR="00AD64D8" w:rsidRDefault="004F5CC8">
            <w:r>
              <w:t>срок уточняется</w:t>
            </w:r>
          </w:p>
        </w:tc>
        <w:tc>
          <w:tcPr>
            <w:tcW w:w="0" w:type="auto"/>
          </w:tcPr>
          <w:p w14:paraId="3C90CEEF" w14:textId="77777777" w:rsidR="00AD64D8" w:rsidRPr="00844B84" w:rsidRDefault="004F5CC8">
            <w:pPr>
              <w:jc w:val="center"/>
              <w:rPr>
                <w:lang w:val="ru-RU"/>
              </w:rPr>
            </w:pPr>
            <w:r w:rsidRPr="00844B84">
              <w:rPr>
                <w:lang w:val="ru-RU"/>
              </w:rPr>
              <w:t>УПК № 5 «Новый Шерегеш», УПК № 6 «Старый Шерегеш»</w:t>
            </w:r>
          </w:p>
        </w:tc>
        <w:tc>
          <w:tcPr>
            <w:tcW w:w="0" w:type="auto"/>
          </w:tcPr>
          <w:p w14:paraId="1A5F7E58" w14:textId="77777777" w:rsidR="00AD64D8" w:rsidRDefault="004F5CC8">
            <w:pPr>
              <w:jc w:val="center"/>
            </w:pPr>
            <w:r>
              <w:t>два</w:t>
            </w:r>
          </w:p>
        </w:tc>
      </w:tr>
    </w:tbl>
    <w:p w14:paraId="031D41BE" w14:textId="77777777" w:rsidR="00AD64D8" w:rsidRDefault="00AD64D8">
      <w:pPr>
        <w:spacing w:after="40"/>
      </w:pPr>
    </w:p>
    <w:p w14:paraId="146FD8A3" w14:textId="77777777" w:rsidR="00AD64D8" w:rsidRPr="00844B84" w:rsidRDefault="004F5CC8">
      <w:pPr>
        <w:spacing w:after="80"/>
        <w:jc w:val="both"/>
        <w:rPr>
          <w:lang w:val="ru-RU"/>
        </w:rPr>
      </w:pPr>
      <w:r w:rsidRPr="00844B84">
        <w:rPr>
          <w:lang w:val="ru-RU"/>
        </w:rPr>
        <w:t>Календарный график по УПК № 5 и УПК № 6 в программе отсутствует; перевод этих источников подтверждается договором поставки газа, срок реализации принимается в пределах горизонта схемы и подлежит уточнению.</w:t>
      </w:r>
    </w:p>
    <w:p w14:paraId="21D6AB0D" w14:textId="77777777" w:rsidR="00AD64D8" w:rsidRPr="00844B84" w:rsidRDefault="004F5CC8">
      <w:pPr>
        <w:spacing w:after="80"/>
        <w:jc w:val="both"/>
        <w:rPr>
          <w:lang w:val="ru-RU"/>
        </w:rPr>
      </w:pPr>
      <w:r w:rsidRPr="00844B84">
        <w:rPr>
          <w:lang w:val="ru-RU"/>
        </w:rPr>
        <w:t>Техническое решение перевода — перевод существующих котлоагрегатов либо установка нового оборудования — определяется проектной документацией по каждому источнику. Решения взаимоисключающие и суммированию не подлежат.</w:t>
      </w:r>
    </w:p>
    <w:p w14:paraId="436CE74A" w14:textId="77777777" w:rsidR="00AD64D8" w:rsidRPr="005731F7" w:rsidRDefault="004F5CC8">
      <w:pPr>
        <w:pStyle w:val="21"/>
        <w:rPr>
          <w:lang w:val="ru-RU"/>
        </w:rPr>
      </w:pPr>
      <w:bookmarkStart w:id="47" w:name="_Toc238017246"/>
      <w:r w:rsidRPr="005731F7">
        <w:rPr>
          <w:lang w:val="ru-RU"/>
        </w:rPr>
        <w:t>4.3. Развитие источников тепловой энергии</w:t>
      </w:r>
      <w:bookmarkEnd w:id="47"/>
    </w:p>
    <w:p w14:paraId="43F1EC5B" w14:textId="77777777" w:rsidR="00AD64D8" w:rsidRPr="00844B84" w:rsidRDefault="004F5CC8">
      <w:pPr>
        <w:keepNext/>
        <w:spacing w:before="160"/>
        <w:rPr>
          <w:lang w:val="ru-RU"/>
        </w:rPr>
      </w:pPr>
      <w:r w:rsidRPr="00844B84">
        <w:rPr>
          <w:b/>
          <w:lang w:val="ru-RU"/>
        </w:rPr>
        <w:t>Таблица 4.2 — Решения по источникам</w:t>
      </w: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923"/>
        <w:gridCol w:w="5078"/>
        <w:gridCol w:w="1449"/>
        <w:gridCol w:w="2029"/>
      </w:tblGrid>
      <w:tr w:rsidR="00AD64D8" w14:paraId="7B12003E" w14:textId="77777777">
        <w:trPr>
          <w:cantSplit/>
          <w:tblHeader/>
          <w:jc w:val="center"/>
        </w:trPr>
        <w:tc>
          <w:tcPr>
            <w:tcW w:w="0" w:type="auto"/>
            <w:shd w:val="clear" w:color="auto" w:fill="E2F0D9"/>
          </w:tcPr>
          <w:p w14:paraId="33053D2B" w14:textId="77777777" w:rsidR="00AD64D8" w:rsidRDefault="004F5CC8">
            <w:pPr>
              <w:jc w:val="center"/>
            </w:pPr>
            <w:r>
              <w:rPr>
                <w:b/>
              </w:rPr>
              <w:t>Источник</w:t>
            </w:r>
          </w:p>
        </w:tc>
        <w:tc>
          <w:tcPr>
            <w:tcW w:w="0" w:type="auto"/>
            <w:shd w:val="clear" w:color="auto" w:fill="E2F0D9"/>
          </w:tcPr>
          <w:p w14:paraId="6B0879DA" w14:textId="77777777" w:rsidR="00AD64D8" w:rsidRDefault="004F5CC8">
            <w:pPr>
              <w:jc w:val="center"/>
            </w:pPr>
            <w:r>
              <w:rPr>
                <w:b/>
              </w:rPr>
              <w:t>Решение</w:t>
            </w:r>
          </w:p>
        </w:tc>
        <w:tc>
          <w:tcPr>
            <w:tcW w:w="0" w:type="auto"/>
            <w:shd w:val="clear" w:color="auto" w:fill="E2F0D9"/>
          </w:tcPr>
          <w:p w14:paraId="3F379B3A" w14:textId="77777777" w:rsidR="00AD64D8" w:rsidRDefault="004F5CC8">
            <w:pPr>
              <w:jc w:val="center"/>
            </w:pPr>
            <w:r>
              <w:rPr>
                <w:b/>
              </w:rPr>
              <w:t>Срок</w:t>
            </w:r>
          </w:p>
        </w:tc>
        <w:tc>
          <w:tcPr>
            <w:tcW w:w="0" w:type="auto"/>
            <w:shd w:val="clear" w:color="auto" w:fill="E2F0D9"/>
          </w:tcPr>
          <w:p w14:paraId="534AE3CD" w14:textId="77777777" w:rsidR="00AD64D8" w:rsidRDefault="004F5CC8">
            <w:pPr>
              <w:jc w:val="center"/>
            </w:pPr>
            <w:r>
              <w:rPr>
                <w:b/>
              </w:rPr>
              <w:t>Состояние</w:t>
            </w:r>
          </w:p>
        </w:tc>
      </w:tr>
      <w:tr w:rsidR="00AD64D8" w14:paraId="69826E7B" w14:textId="77777777">
        <w:trPr>
          <w:cantSplit/>
          <w:jc w:val="center"/>
        </w:trPr>
        <w:tc>
          <w:tcPr>
            <w:tcW w:w="0" w:type="auto"/>
          </w:tcPr>
          <w:p w14:paraId="7CA04361" w14:textId="77777777" w:rsidR="00AD64D8" w:rsidRDefault="004F5CC8">
            <w:r>
              <w:t>УПК № 1 Таштагол</w:t>
            </w:r>
          </w:p>
        </w:tc>
        <w:tc>
          <w:tcPr>
            <w:tcW w:w="0" w:type="auto"/>
          </w:tcPr>
          <w:p w14:paraId="2B45DFFE" w14:textId="77777777" w:rsidR="00AD64D8" w:rsidRDefault="004F5CC8">
            <w:pPr>
              <w:jc w:val="center"/>
            </w:pPr>
            <w:r>
              <w:t>перевод на природный газ</w:t>
            </w:r>
          </w:p>
        </w:tc>
        <w:tc>
          <w:tcPr>
            <w:tcW w:w="0" w:type="auto"/>
          </w:tcPr>
          <w:p w14:paraId="32AEE193" w14:textId="77777777" w:rsidR="00AD64D8" w:rsidRDefault="004F5CC8">
            <w:pPr>
              <w:jc w:val="center"/>
            </w:pPr>
            <w:r>
              <w:t>2035</w:t>
            </w:r>
          </w:p>
        </w:tc>
        <w:tc>
          <w:tcPr>
            <w:tcW w:w="0" w:type="auto"/>
          </w:tcPr>
          <w:p w14:paraId="7A10971F" w14:textId="77777777" w:rsidR="00AD64D8" w:rsidRDefault="004F5CC8">
            <w:pPr>
              <w:jc w:val="center"/>
            </w:pPr>
            <w:r>
              <w:t>принято</w:t>
            </w:r>
          </w:p>
        </w:tc>
      </w:tr>
      <w:tr w:rsidR="00AD64D8" w14:paraId="10286500" w14:textId="77777777">
        <w:trPr>
          <w:cantSplit/>
          <w:jc w:val="center"/>
        </w:trPr>
        <w:tc>
          <w:tcPr>
            <w:tcW w:w="0" w:type="auto"/>
          </w:tcPr>
          <w:p w14:paraId="4BD54604" w14:textId="77777777" w:rsidR="00AD64D8" w:rsidRDefault="004F5CC8">
            <w:r>
              <w:t>УПК № 2 Шалым</w:t>
            </w:r>
          </w:p>
        </w:tc>
        <w:tc>
          <w:tcPr>
            <w:tcW w:w="0" w:type="auto"/>
          </w:tcPr>
          <w:p w14:paraId="4FEBDF6B" w14:textId="77777777" w:rsidR="00AD64D8" w:rsidRDefault="004F5CC8">
            <w:pPr>
              <w:jc w:val="center"/>
            </w:pPr>
            <w:r>
              <w:t>перевод на природный газ</w:t>
            </w:r>
          </w:p>
        </w:tc>
        <w:tc>
          <w:tcPr>
            <w:tcW w:w="0" w:type="auto"/>
          </w:tcPr>
          <w:p w14:paraId="26E6EF27" w14:textId="77777777" w:rsidR="00AD64D8" w:rsidRDefault="004F5CC8">
            <w:pPr>
              <w:jc w:val="center"/>
            </w:pPr>
            <w:r>
              <w:t>2035</w:t>
            </w:r>
          </w:p>
        </w:tc>
        <w:tc>
          <w:tcPr>
            <w:tcW w:w="0" w:type="auto"/>
          </w:tcPr>
          <w:p w14:paraId="0471787F" w14:textId="77777777" w:rsidR="00AD64D8" w:rsidRDefault="004F5CC8">
            <w:pPr>
              <w:jc w:val="center"/>
            </w:pPr>
            <w:r>
              <w:t>принято с уточнением</w:t>
            </w:r>
          </w:p>
        </w:tc>
      </w:tr>
      <w:tr w:rsidR="00AD64D8" w14:paraId="2CC1B58A" w14:textId="77777777">
        <w:trPr>
          <w:cantSplit/>
          <w:jc w:val="center"/>
        </w:trPr>
        <w:tc>
          <w:tcPr>
            <w:tcW w:w="0" w:type="auto"/>
          </w:tcPr>
          <w:p w14:paraId="78B761B3" w14:textId="77777777" w:rsidR="00AD64D8" w:rsidRDefault="004F5CC8">
            <w:r>
              <w:t>УПК № 2 ЦМК</w:t>
            </w:r>
          </w:p>
        </w:tc>
        <w:tc>
          <w:tcPr>
            <w:tcW w:w="0" w:type="auto"/>
          </w:tcPr>
          <w:p w14:paraId="2E2C12C7" w14:textId="77777777" w:rsidR="00AD64D8" w:rsidRDefault="004F5CC8">
            <w:pPr>
              <w:jc w:val="center"/>
            </w:pPr>
            <w:r>
              <w:t>перевод на природный газ</w:t>
            </w:r>
          </w:p>
        </w:tc>
        <w:tc>
          <w:tcPr>
            <w:tcW w:w="0" w:type="auto"/>
          </w:tcPr>
          <w:p w14:paraId="6BD934C8" w14:textId="77777777" w:rsidR="00AD64D8" w:rsidRDefault="004F5CC8">
            <w:pPr>
              <w:jc w:val="center"/>
            </w:pPr>
            <w:r>
              <w:t>2035</w:t>
            </w:r>
          </w:p>
        </w:tc>
        <w:tc>
          <w:tcPr>
            <w:tcW w:w="0" w:type="auto"/>
          </w:tcPr>
          <w:p w14:paraId="06CACA5B" w14:textId="77777777" w:rsidR="00AD64D8" w:rsidRDefault="004F5CC8">
            <w:pPr>
              <w:jc w:val="center"/>
            </w:pPr>
            <w:r>
              <w:t>принято</w:t>
            </w:r>
          </w:p>
        </w:tc>
      </w:tr>
      <w:tr w:rsidR="00AD64D8" w14:paraId="765BF393" w14:textId="77777777">
        <w:trPr>
          <w:cantSplit/>
          <w:jc w:val="center"/>
        </w:trPr>
        <w:tc>
          <w:tcPr>
            <w:tcW w:w="0" w:type="auto"/>
          </w:tcPr>
          <w:p w14:paraId="1E5E369E" w14:textId="77777777" w:rsidR="00AD64D8" w:rsidRDefault="004F5CC8">
            <w:r>
              <w:t>УПК № 9 ГРЭ</w:t>
            </w:r>
          </w:p>
        </w:tc>
        <w:tc>
          <w:tcPr>
            <w:tcW w:w="0" w:type="auto"/>
          </w:tcPr>
          <w:p w14:paraId="1F6209D1" w14:textId="77777777" w:rsidR="00AD64D8" w:rsidRPr="00844B84" w:rsidRDefault="004F5CC8">
            <w:pPr>
              <w:jc w:val="center"/>
              <w:rPr>
                <w:lang w:val="ru-RU"/>
              </w:rPr>
            </w:pPr>
            <w:r w:rsidRPr="00844B84">
              <w:rPr>
                <w:lang w:val="ru-RU"/>
              </w:rPr>
              <w:t>перевод на природный газ, обеспечение резервного электроснабжения</w:t>
            </w:r>
          </w:p>
        </w:tc>
        <w:tc>
          <w:tcPr>
            <w:tcW w:w="0" w:type="auto"/>
          </w:tcPr>
          <w:p w14:paraId="0F1F562B" w14:textId="77777777" w:rsidR="00AD64D8" w:rsidRDefault="004F5CC8">
            <w:pPr>
              <w:jc w:val="center"/>
            </w:pPr>
            <w:r>
              <w:t>2035</w:t>
            </w:r>
          </w:p>
        </w:tc>
        <w:tc>
          <w:tcPr>
            <w:tcW w:w="0" w:type="auto"/>
          </w:tcPr>
          <w:p w14:paraId="40396EC9" w14:textId="77777777" w:rsidR="00AD64D8" w:rsidRDefault="004F5CC8">
            <w:pPr>
              <w:jc w:val="center"/>
            </w:pPr>
            <w:r>
              <w:t>принято с уточнением</w:t>
            </w:r>
          </w:p>
        </w:tc>
      </w:tr>
      <w:tr w:rsidR="00AD64D8" w14:paraId="7DE06E0E" w14:textId="77777777">
        <w:trPr>
          <w:cantSplit/>
          <w:jc w:val="center"/>
        </w:trPr>
        <w:tc>
          <w:tcPr>
            <w:tcW w:w="0" w:type="auto"/>
          </w:tcPr>
          <w:p w14:paraId="409C5772" w14:textId="77777777" w:rsidR="00AD64D8" w:rsidRDefault="004F5CC8">
            <w:r>
              <w:t>УПК № 5 Новый Шерегеш</w:t>
            </w:r>
          </w:p>
        </w:tc>
        <w:tc>
          <w:tcPr>
            <w:tcW w:w="0" w:type="auto"/>
          </w:tcPr>
          <w:p w14:paraId="48D392CB" w14:textId="77777777" w:rsidR="00AD64D8" w:rsidRPr="00844B84" w:rsidRDefault="004F5CC8">
            <w:pPr>
              <w:jc w:val="center"/>
              <w:rPr>
                <w:lang w:val="ru-RU"/>
              </w:rPr>
            </w:pPr>
            <w:r w:rsidRPr="00844B84">
              <w:rPr>
                <w:lang w:val="ru-RU"/>
              </w:rPr>
              <w:t>перевод на природный газ, замещение низкоэффективных котлов, решение по мощности зоны</w:t>
            </w:r>
          </w:p>
        </w:tc>
        <w:tc>
          <w:tcPr>
            <w:tcW w:w="0" w:type="auto"/>
          </w:tcPr>
          <w:p w14:paraId="77B3628A" w14:textId="77777777" w:rsidR="00AD64D8" w:rsidRDefault="004F5CC8">
            <w:pPr>
              <w:jc w:val="center"/>
            </w:pPr>
            <w:r>
              <w:t>срок уточняется</w:t>
            </w:r>
          </w:p>
        </w:tc>
        <w:tc>
          <w:tcPr>
            <w:tcW w:w="0" w:type="auto"/>
          </w:tcPr>
          <w:p w14:paraId="37D83E72" w14:textId="77777777" w:rsidR="00AD64D8" w:rsidRDefault="004F5CC8">
            <w:pPr>
              <w:jc w:val="center"/>
            </w:pPr>
            <w:r>
              <w:t>решение подлежит принятию</w:t>
            </w:r>
          </w:p>
        </w:tc>
      </w:tr>
      <w:tr w:rsidR="00AD64D8" w14:paraId="4FB1C791" w14:textId="77777777">
        <w:trPr>
          <w:cantSplit/>
          <w:jc w:val="center"/>
        </w:trPr>
        <w:tc>
          <w:tcPr>
            <w:tcW w:w="0" w:type="auto"/>
          </w:tcPr>
          <w:p w14:paraId="25EB1CB4" w14:textId="77777777" w:rsidR="00AD64D8" w:rsidRDefault="004F5CC8">
            <w:r>
              <w:t>УПК № 6 Старый Шерегеш</w:t>
            </w:r>
          </w:p>
        </w:tc>
        <w:tc>
          <w:tcPr>
            <w:tcW w:w="0" w:type="auto"/>
          </w:tcPr>
          <w:p w14:paraId="47B8E48E" w14:textId="77777777" w:rsidR="00AD64D8" w:rsidRDefault="004F5CC8">
            <w:pPr>
              <w:jc w:val="center"/>
            </w:pPr>
            <w:r>
              <w:t>перевод на природный газ</w:t>
            </w:r>
          </w:p>
        </w:tc>
        <w:tc>
          <w:tcPr>
            <w:tcW w:w="0" w:type="auto"/>
          </w:tcPr>
          <w:p w14:paraId="1B24FA26" w14:textId="77777777" w:rsidR="00AD64D8" w:rsidRDefault="004F5CC8">
            <w:pPr>
              <w:jc w:val="center"/>
            </w:pPr>
            <w:r>
              <w:t>срок уточняется</w:t>
            </w:r>
          </w:p>
        </w:tc>
        <w:tc>
          <w:tcPr>
            <w:tcW w:w="0" w:type="auto"/>
          </w:tcPr>
          <w:p w14:paraId="749D401E" w14:textId="77777777" w:rsidR="00AD64D8" w:rsidRDefault="004F5CC8">
            <w:pPr>
              <w:jc w:val="center"/>
            </w:pPr>
            <w:r>
              <w:t>принято с уточнением</w:t>
            </w:r>
          </w:p>
        </w:tc>
      </w:tr>
      <w:tr w:rsidR="00AD64D8" w14:paraId="7C9D546E" w14:textId="77777777">
        <w:trPr>
          <w:cantSplit/>
          <w:jc w:val="center"/>
        </w:trPr>
        <w:tc>
          <w:tcPr>
            <w:tcW w:w="0" w:type="auto"/>
          </w:tcPr>
          <w:p w14:paraId="7241EB80" w14:textId="77777777" w:rsidR="00AD64D8" w:rsidRDefault="004F5CC8">
            <w:r>
              <w:t>УПК № 7 Каз</w:t>
            </w:r>
          </w:p>
        </w:tc>
        <w:tc>
          <w:tcPr>
            <w:tcW w:w="0" w:type="auto"/>
          </w:tcPr>
          <w:p w14:paraId="65F487EE" w14:textId="77777777" w:rsidR="00AD64D8" w:rsidRPr="00844B84" w:rsidRDefault="004F5CC8">
            <w:pPr>
              <w:jc w:val="center"/>
              <w:rPr>
                <w:lang w:val="ru-RU"/>
              </w:rPr>
            </w:pPr>
            <w:r w:rsidRPr="00844B84">
              <w:rPr>
                <w:lang w:val="ru-RU"/>
              </w:rPr>
              <w:t>перевод на природный газ, резервирование тепловой сети</w:t>
            </w:r>
          </w:p>
        </w:tc>
        <w:tc>
          <w:tcPr>
            <w:tcW w:w="0" w:type="auto"/>
          </w:tcPr>
          <w:p w14:paraId="710FAE2B" w14:textId="77777777" w:rsidR="00AD64D8" w:rsidRDefault="004F5CC8">
            <w:pPr>
              <w:jc w:val="center"/>
            </w:pPr>
            <w:r>
              <w:t>2034</w:t>
            </w:r>
          </w:p>
        </w:tc>
        <w:tc>
          <w:tcPr>
            <w:tcW w:w="0" w:type="auto"/>
          </w:tcPr>
          <w:p w14:paraId="0199995E" w14:textId="77777777" w:rsidR="00AD64D8" w:rsidRDefault="004F5CC8">
            <w:pPr>
              <w:jc w:val="center"/>
            </w:pPr>
            <w:r>
              <w:t>принято с уточнением</w:t>
            </w:r>
          </w:p>
        </w:tc>
      </w:tr>
      <w:tr w:rsidR="00AD64D8" w14:paraId="42DED18B" w14:textId="77777777">
        <w:trPr>
          <w:cantSplit/>
          <w:jc w:val="center"/>
        </w:trPr>
        <w:tc>
          <w:tcPr>
            <w:tcW w:w="0" w:type="auto"/>
          </w:tcPr>
          <w:p w14:paraId="3ABD0363" w14:textId="77777777" w:rsidR="00AD64D8" w:rsidRDefault="004F5CC8">
            <w:r>
              <w:t>УПК № 8 Мундыбаш</w:t>
            </w:r>
          </w:p>
        </w:tc>
        <w:tc>
          <w:tcPr>
            <w:tcW w:w="0" w:type="auto"/>
          </w:tcPr>
          <w:p w14:paraId="0037C2E9" w14:textId="77777777" w:rsidR="00AD64D8" w:rsidRDefault="004F5CC8">
            <w:pPr>
              <w:jc w:val="center"/>
            </w:pPr>
            <w:r>
              <w:t>перевод на природный газ</w:t>
            </w:r>
          </w:p>
        </w:tc>
        <w:tc>
          <w:tcPr>
            <w:tcW w:w="0" w:type="auto"/>
          </w:tcPr>
          <w:p w14:paraId="763D253B" w14:textId="77777777" w:rsidR="00AD64D8" w:rsidRDefault="004F5CC8">
            <w:pPr>
              <w:jc w:val="center"/>
            </w:pPr>
            <w:r>
              <w:t>2034</w:t>
            </w:r>
          </w:p>
        </w:tc>
        <w:tc>
          <w:tcPr>
            <w:tcW w:w="0" w:type="auto"/>
          </w:tcPr>
          <w:p w14:paraId="22CA384E" w14:textId="77777777" w:rsidR="00AD64D8" w:rsidRDefault="004F5CC8">
            <w:pPr>
              <w:jc w:val="center"/>
            </w:pPr>
            <w:r>
              <w:t>принято</w:t>
            </w:r>
          </w:p>
        </w:tc>
      </w:tr>
      <w:tr w:rsidR="00AD64D8" w14:paraId="40FAC97A" w14:textId="77777777">
        <w:trPr>
          <w:cantSplit/>
          <w:jc w:val="center"/>
        </w:trPr>
        <w:tc>
          <w:tcPr>
            <w:tcW w:w="0" w:type="auto"/>
          </w:tcPr>
          <w:p w14:paraId="791986BA" w14:textId="77777777" w:rsidR="00AD64D8" w:rsidRDefault="004F5CC8">
            <w:r>
              <w:t>УПК № 10 Темир-Тау</w:t>
            </w:r>
          </w:p>
        </w:tc>
        <w:tc>
          <w:tcPr>
            <w:tcW w:w="0" w:type="auto"/>
          </w:tcPr>
          <w:p w14:paraId="6352877A" w14:textId="77777777" w:rsidR="00AD64D8" w:rsidRDefault="004F5CC8">
            <w:pPr>
              <w:jc w:val="center"/>
            </w:pPr>
            <w:r>
              <w:t>перевод на природный газ</w:t>
            </w:r>
          </w:p>
        </w:tc>
        <w:tc>
          <w:tcPr>
            <w:tcW w:w="0" w:type="auto"/>
          </w:tcPr>
          <w:p w14:paraId="7024418A" w14:textId="77777777" w:rsidR="00AD64D8" w:rsidRDefault="004F5CC8">
            <w:pPr>
              <w:jc w:val="center"/>
            </w:pPr>
            <w:r>
              <w:t>2034</w:t>
            </w:r>
          </w:p>
        </w:tc>
        <w:tc>
          <w:tcPr>
            <w:tcW w:w="0" w:type="auto"/>
          </w:tcPr>
          <w:p w14:paraId="39F32C64" w14:textId="77777777" w:rsidR="00AD64D8" w:rsidRDefault="004F5CC8">
            <w:pPr>
              <w:jc w:val="center"/>
            </w:pPr>
            <w:r>
              <w:t>принято с уточнением</w:t>
            </w:r>
          </w:p>
        </w:tc>
      </w:tr>
      <w:tr w:rsidR="00AD64D8" w14:paraId="1C12338F" w14:textId="77777777">
        <w:trPr>
          <w:cantSplit/>
          <w:jc w:val="center"/>
        </w:trPr>
        <w:tc>
          <w:tcPr>
            <w:tcW w:w="0" w:type="auto"/>
          </w:tcPr>
          <w:p w14:paraId="70101C4B" w14:textId="77777777" w:rsidR="00AD64D8" w:rsidRDefault="004F5CC8">
            <w:r>
              <w:t>УПК № 3 Спасск</w:t>
            </w:r>
          </w:p>
        </w:tc>
        <w:tc>
          <w:tcPr>
            <w:tcW w:w="0" w:type="auto"/>
          </w:tcPr>
          <w:p w14:paraId="351A5452" w14:textId="77777777" w:rsidR="00AD64D8" w:rsidRPr="00844B84" w:rsidRDefault="004F5CC8">
            <w:pPr>
              <w:jc w:val="center"/>
              <w:rPr>
                <w:lang w:val="ru-RU"/>
              </w:rPr>
            </w:pPr>
            <w:r w:rsidRPr="00844B84">
              <w:rPr>
                <w:lang w:val="ru-RU"/>
              </w:rPr>
              <w:t>перевод на природный газ, решение по горячему водоснабжению</w:t>
            </w:r>
          </w:p>
        </w:tc>
        <w:tc>
          <w:tcPr>
            <w:tcW w:w="0" w:type="auto"/>
          </w:tcPr>
          <w:p w14:paraId="4E2196FE" w14:textId="77777777" w:rsidR="00AD64D8" w:rsidRDefault="004F5CC8">
            <w:pPr>
              <w:jc w:val="center"/>
            </w:pPr>
            <w:r>
              <w:t>2035</w:t>
            </w:r>
          </w:p>
        </w:tc>
        <w:tc>
          <w:tcPr>
            <w:tcW w:w="0" w:type="auto"/>
          </w:tcPr>
          <w:p w14:paraId="79AA79DE" w14:textId="77777777" w:rsidR="00AD64D8" w:rsidRDefault="004F5CC8">
            <w:pPr>
              <w:jc w:val="center"/>
            </w:pPr>
            <w:r>
              <w:t>принято с уточнением</w:t>
            </w:r>
          </w:p>
        </w:tc>
      </w:tr>
    </w:tbl>
    <w:p w14:paraId="0150BCCF" w14:textId="77777777" w:rsidR="00AD64D8" w:rsidRDefault="00AD64D8">
      <w:pPr>
        <w:spacing w:after="40"/>
      </w:pPr>
    </w:p>
    <w:p w14:paraId="11680C19" w14:textId="77777777" w:rsidR="00AD64D8" w:rsidRPr="00844B84" w:rsidRDefault="004F5CC8">
      <w:pPr>
        <w:spacing w:after="80"/>
        <w:jc w:val="both"/>
        <w:rPr>
          <w:lang w:val="ru-RU"/>
        </w:rPr>
      </w:pPr>
      <w:r w:rsidRPr="00844B84">
        <w:rPr>
          <w:lang w:val="ru-RU"/>
        </w:rPr>
        <w:t>Установленная мощность источников на горизонте схемы не изменяется, за исключением зоны УПК № 5 «Новый Шерегеш», по которой решение принимается после получения результатов моделирования аварийных режимов и уточнения состава договорной нагрузки.</w:t>
      </w:r>
    </w:p>
    <w:p w14:paraId="5FA4C5B7" w14:textId="77777777" w:rsidR="00AD64D8" w:rsidRPr="005731F7" w:rsidRDefault="004F5CC8">
      <w:pPr>
        <w:pStyle w:val="21"/>
        <w:rPr>
          <w:lang w:val="ru-RU"/>
        </w:rPr>
      </w:pPr>
      <w:bookmarkStart w:id="48" w:name="_Toc238017247"/>
      <w:r w:rsidRPr="005731F7">
        <w:rPr>
          <w:lang w:val="ru-RU"/>
        </w:rPr>
        <w:t>4.4. Развитие тепловых сетей</w:t>
      </w:r>
      <w:bookmarkEnd w:id="48"/>
    </w:p>
    <w:p w14:paraId="4F41F062" w14:textId="77777777" w:rsidR="00AD64D8" w:rsidRPr="00844B84" w:rsidRDefault="004F5CC8">
      <w:pPr>
        <w:spacing w:after="80"/>
        <w:jc w:val="both"/>
        <w:rPr>
          <w:lang w:val="ru-RU"/>
        </w:rPr>
      </w:pPr>
      <w:r w:rsidRPr="00844B84">
        <w:rPr>
          <w:lang w:val="ru-RU"/>
        </w:rPr>
        <w:t>Предусматривается замена ветхих участков тепловых сетей исходя из доли ветхих участков 20–30 процентов и физического износа 52 процента. Перечень участков формируется по реестру из 1 294 участков с учётом года прокладки и диаметра.</w:t>
      </w:r>
    </w:p>
    <w:p w14:paraId="2FAFBB2A" w14:textId="77777777" w:rsidR="00AD64D8" w:rsidRPr="00844B84" w:rsidRDefault="004F5CC8">
      <w:pPr>
        <w:spacing w:after="80"/>
        <w:jc w:val="both"/>
        <w:rPr>
          <w:lang w:val="ru-RU"/>
        </w:rPr>
      </w:pPr>
      <w:r w:rsidRPr="00844B84">
        <w:rPr>
          <w:lang w:val="ru-RU"/>
        </w:rPr>
        <w:t>Участки, введённые в эксплуатацию в 2021–2024 годах суммарной длиной 4 378,5 м, замене на горизонте схемы не подлежат: при принятом сроке службы 25 лет технического основания для этого нет.</w:t>
      </w:r>
    </w:p>
    <w:p w14:paraId="03AC12C1" w14:textId="77777777" w:rsidR="00AD64D8" w:rsidRPr="00844B84" w:rsidRDefault="004F5CC8">
      <w:pPr>
        <w:spacing w:after="80"/>
        <w:jc w:val="both"/>
        <w:rPr>
          <w:lang w:val="ru-RU"/>
        </w:rPr>
      </w:pPr>
      <w:r w:rsidRPr="00844B84">
        <w:rPr>
          <w:lang w:val="ru-RU"/>
        </w:rPr>
        <w:t>Решение об устройстве резервирующих связей тепловых сетей принимается по результатам определения фактической доли резервируемой тепловой нагрузки по зонам.</w:t>
      </w:r>
    </w:p>
    <w:p w14:paraId="7B581714" w14:textId="77777777" w:rsidR="00AD64D8" w:rsidRPr="005731F7" w:rsidRDefault="004F5CC8">
      <w:pPr>
        <w:pStyle w:val="21"/>
        <w:rPr>
          <w:lang w:val="ru-RU"/>
        </w:rPr>
      </w:pPr>
      <w:bookmarkStart w:id="49" w:name="_Toc238017248"/>
      <w:r w:rsidRPr="005731F7">
        <w:rPr>
          <w:lang w:val="ru-RU"/>
        </w:rPr>
        <w:t>4.5. Горячее водоснабжение</w:t>
      </w:r>
      <w:bookmarkEnd w:id="49"/>
    </w:p>
    <w:p w14:paraId="7D7A5778" w14:textId="77777777" w:rsidR="00AD64D8" w:rsidRPr="00844B84" w:rsidRDefault="004F5CC8">
      <w:pPr>
        <w:spacing w:after="80"/>
        <w:jc w:val="both"/>
        <w:rPr>
          <w:lang w:val="ru-RU"/>
        </w:rPr>
      </w:pPr>
      <w:r w:rsidRPr="00844B84">
        <w:rPr>
          <w:lang w:val="ru-RU"/>
        </w:rPr>
        <w:t>Открытый водоразбор подтверждён численно по девяти источникам из десяти, поэтому предмет перевода охватывает практически весь округ. Решение о переводе на закрытые системы принимается после расчёта нагрузки горячего водоснабжения по каждой системе и подтверждения конфигурации водоподготовительных установок; настоящей редакцией оно не утверждается.</w:t>
      </w:r>
    </w:p>
    <w:p w14:paraId="597A8483" w14:textId="77777777" w:rsidR="00AD64D8" w:rsidRPr="00844B84" w:rsidRDefault="004F5CC8">
      <w:pPr>
        <w:spacing w:after="80"/>
        <w:jc w:val="both"/>
        <w:rPr>
          <w:lang w:val="ru-RU"/>
        </w:rPr>
      </w:pPr>
      <w:r w:rsidRPr="00844B84">
        <w:rPr>
          <w:lang w:val="ru-RU"/>
        </w:rPr>
        <w:t>В качестве технического решения рассматривается реконструкция индивидуальных тепловых пунктов с установкой теплообменников на нужды горячего водоснабжения.</w:t>
      </w:r>
    </w:p>
    <w:p w14:paraId="4C3A8169" w14:textId="77777777" w:rsidR="00AD64D8" w:rsidRPr="005731F7" w:rsidRDefault="004F5CC8">
      <w:pPr>
        <w:pStyle w:val="21"/>
        <w:rPr>
          <w:lang w:val="ru-RU"/>
        </w:rPr>
      </w:pPr>
      <w:bookmarkStart w:id="50" w:name="_Toc238017249"/>
      <w:r w:rsidRPr="005731F7">
        <w:rPr>
          <w:lang w:val="ru-RU"/>
        </w:rPr>
        <w:t>4.6. Конфигурация систем на расчётный срок</w:t>
      </w:r>
      <w:bookmarkEnd w:id="50"/>
    </w:p>
    <w:p w14:paraId="7B838197" w14:textId="77777777" w:rsidR="00AD64D8" w:rsidRPr="00844B84" w:rsidRDefault="004F5CC8">
      <w:pPr>
        <w:keepNext/>
        <w:spacing w:before="160"/>
        <w:rPr>
          <w:lang w:val="ru-RU"/>
        </w:rPr>
      </w:pPr>
      <w:r w:rsidRPr="00844B84">
        <w:rPr>
          <w:b/>
          <w:lang w:val="ru-RU"/>
        </w:rPr>
        <w:t>Таблица 4.3 — Состояние систем на 2031 и 2036 годы</w:t>
      </w: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52"/>
        <w:gridCol w:w="2254"/>
        <w:gridCol w:w="3280"/>
        <w:gridCol w:w="2093"/>
      </w:tblGrid>
      <w:tr w:rsidR="00AD64D8" w14:paraId="793E2926" w14:textId="77777777">
        <w:trPr>
          <w:cantSplit/>
          <w:tblHeader/>
          <w:jc w:val="center"/>
        </w:trPr>
        <w:tc>
          <w:tcPr>
            <w:tcW w:w="0" w:type="auto"/>
            <w:shd w:val="clear" w:color="auto" w:fill="E2F0D9"/>
          </w:tcPr>
          <w:p w14:paraId="7F0F85FF" w14:textId="77777777" w:rsidR="00AD64D8" w:rsidRDefault="004F5CC8">
            <w:pPr>
              <w:jc w:val="center"/>
            </w:pPr>
            <w:r>
              <w:rPr>
                <w:b/>
              </w:rPr>
              <w:t>Источник</w:t>
            </w:r>
          </w:p>
        </w:tc>
        <w:tc>
          <w:tcPr>
            <w:tcW w:w="0" w:type="auto"/>
            <w:shd w:val="clear" w:color="auto" w:fill="E2F0D9"/>
          </w:tcPr>
          <w:p w14:paraId="1194897E" w14:textId="77777777" w:rsidR="00AD64D8" w:rsidRDefault="004F5CC8">
            <w:pPr>
              <w:jc w:val="center"/>
            </w:pPr>
            <w:r>
              <w:rPr>
                <w:b/>
              </w:rPr>
              <w:t>Топливо на 2031 год</w:t>
            </w:r>
          </w:p>
        </w:tc>
        <w:tc>
          <w:tcPr>
            <w:tcW w:w="0" w:type="auto"/>
            <w:shd w:val="clear" w:color="auto" w:fill="E2F0D9"/>
          </w:tcPr>
          <w:p w14:paraId="0A6B5203" w14:textId="77777777" w:rsidR="00AD64D8" w:rsidRDefault="004F5CC8">
            <w:pPr>
              <w:jc w:val="center"/>
            </w:pPr>
            <w:r>
              <w:rPr>
                <w:b/>
              </w:rPr>
              <w:t>Топливо на 2036 год</w:t>
            </w:r>
          </w:p>
        </w:tc>
        <w:tc>
          <w:tcPr>
            <w:tcW w:w="0" w:type="auto"/>
            <w:shd w:val="clear" w:color="auto" w:fill="E2F0D9"/>
          </w:tcPr>
          <w:p w14:paraId="5235E926" w14:textId="77777777" w:rsidR="00AD64D8" w:rsidRDefault="004F5CC8">
            <w:pPr>
              <w:jc w:val="center"/>
            </w:pPr>
            <w:r>
              <w:rPr>
                <w:b/>
              </w:rPr>
              <w:t>Мощность, Гкал/ч</w:t>
            </w:r>
          </w:p>
        </w:tc>
      </w:tr>
      <w:tr w:rsidR="00AD64D8" w14:paraId="7B74A784" w14:textId="77777777">
        <w:trPr>
          <w:cantSplit/>
          <w:jc w:val="center"/>
        </w:trPr>
        <w:tc>
          <w:tcPr>
            <w:tcW w:w="0" w:type="auto"/>
          </w:tcPr>
          <w:p w14:paraId="60BD888B" w14:textId="77777777" w:rsidR="00AD64D8" w:rsidRDefault="004F5CC8">
            <w:r>
              <w:t>УПК № 1 Таштагол</w:t>
            </w:r>
          </w:p>
        </w:tc>
        <w:tc>
          <w:tcPr>
            <w:tcW w:w="0" w:type="auto"/>
          </w:tcPr>
          <w:p w14:paraId="622C3282" w14:textId="77777777" w:rsidR="00AD64D8" w:rsidRDefault="004F5CC8">
            <w:pPr>
              <w:jc w:val="center"/>
            </w:pPr>
            <w:r>
              <w:t>каменный уголь</w:t>
            </w:r>
          </w:p>
        </w:tc>
        <w:tc>
          <w:tcPr>
            <w:tcW w:w="0" w:type="auto"/>
          </w:tcPr>
          <w:p w14:paraId="549A8249" w14:textId="77777777" w:rsidR="00AD64D8" w:rsidRDefault="004F5CC8">
            <w:pPr>
              <w:jc w:val="center"/>
            </w:pPr>
            <w:r>
              <w:t>природный газ, 2035</w:t>
            </w:r>
          </w:p>
        </w:tc>
        <w:tc>
          <w:tcPr>
            <w:tcW w:w="0" w:type="auto"/>
          </w:tcPr>
          <w:p w14:paraId="46851B49" w14:textId="77777777" w:rsidR="00AD64D8" w:rsidRDefault="004F5CC8">
            <w:pPr>
              <w:jc w:val="center"/>
            </w:pPr>
            <w:r>
              <w:t>150,00</w:t>
            </w:r>
          </w:p>
        </w:tc>
      </w:tr>
      <w:tr w:rsidR="00AD64D8" w14:paraId="5846F483" w14:textId="77777777">
        <w:trPr>
          <w:cantSplit/>
          <w:jc w:val="center"/>
        </w:trPr>
        <w:tc>
          <w:tcPr>
            <w:tcW w:w="0" w:type="auto"/>
          </w:tcPr>
          <w:p w14:paraId="454B77A7" w14:textId="77777777" w:rsidR="00AD64D8" w:rsidRDefault="004F5CC8">
            <w:r>
              <w:t>УПК № 2 Шалым</w:t>
            </w:r>
          </w:p>
        </w:tc>
        <w:tc>
          <w:tcPr>
            <w:tcW w:w="0" w:type="auto"/>
          </w:tcPr>
          <w:p w14:paraId="7B3A0F84" w14:textId="77777777" w:rsidR="00AD64D8" w:rsidRDefault="004F5CC8">
            <w:pPr>
              <w:jc w:val="center"/>
            </w:pPr>
            <w:r>
              <w:t>каменный уголь</w:t>
            </w:r>
          </w:p>
        </w:tc>
        <w:tc>
          <w:tcPr>
            <w:tcW w:w="0" w:type="auto"/>
          </w:tcPr>
          <w:p w14:paraId="7D723096" w14:textId="77777777" w:rsidR="00AD64D8" w:rsidRDefault="004F5CC8">
            <w:pPr>
              <w:jc w:val="center"/>
            </w:pPr>
            <w:r>
              <w:t>природный газ, 2035</w:t>
            </w:r>
          </w:p>
        </w:tc>
        <w:tc>
          <w:tcPr>
            <w:tcW w:w="0" w:type="auto"/>
          </w:tcPr>
          <w:p w14:paraId="20BEF197" w14:textId="77777777" w:rsidR="00AD64D8" w:rsidRDefault="004F5CC8">
            <w:pPr>
              <w:jc w:val="center"/>
            </w:pPr>
            <w:r>
              <w:t>17,00</w:t>
            </w:r>
          </w:p>
        </w:tc>
      </w:tr>
      <w:tr w:rsidR="00AD64D8" w14:paraId="477DE4D2" w14:textId="77777777">
        <w:trPr>
          <w:cantSplit/>
          <w:jc w:val="center"/>
        </w:trPr>
        <w:tc>
          <w:tcPr>
            <w:tcW w:w="0" w:type="auto"/>
          </w:tcPr>
          <w:p w14:paraId="351F2A72" w14:textId="77777777" w:rsidR="00AD64D8" w:rsidRDefault="004F5CC8">
            <w:r>
              <w:t>УПК № 2 ЦМК</w:t>
            </w:r>
          </w:p>
        </w:tc>
        <w:tc>
          <w:tcPr>
            <w:tcW w:w="0" w:type="auto"/>
          </w:tcPr>
          <w:p w14:paraId="07AC1DA0" w14:textId="77777777" w:rsidR="00AD64D8" w:rsidRDefault="004F5CC8">
            <w:pPr>
              <w:jc w:val="center"/>
            </w:pPr>
            <w:r>
              <w:t>каменный уголь</w:t>
            </w:r>
          </w:p>
        </w:tc>
        <w:tc>
          <w:tcPr>
            <w:tcW w:w="0" w:type="auto"/>
          </w:tcPr>
          <w:p w14:paraId="70F93E2A" w14:textId="77777777" w:rsidR="00AD64D8" w:rsidRDefault="004F5CC8">
            <w:pPr>
              <w:jc w:val="center"/>
            </w:pPr>
            <w:r>
              <w:t>природный газ, 2035</w:t>
            </w:r>
          </w:p>
        </w:tc>
        <w:tc>
          <w:tcPr>
            <w:tcW w:w="0" w:type="auto"/>
          </w:tcPr>
          <w:p w14:paraId="24D2D68F" w14:textId="77777777" w:rsidR="00AD64D8" w:rsidRDefault="004F5CC8">
            <w:pPr>
              <w:jc w:val="center"/>
            </w:pPr>
            <w:r>
              <w:t>10,20</w:t>
            </w:r>
          </w:p>
        </w:tc>
      </w:tr>
      <w:tr w:rsidR="00AD64D8" w14:paraId="62D0AA2D" w14:textId="77777777">
        <w:trPr>
          <w:cantSplit/>
          <w:jc w:val="center"/>
        </w:trPr>
        <w:tc>
          <w:tcPr>
            <w:tcW w:w="0" w:type="auto"/>
          </w:tcPr>
          <w:p w14:paraId="43C020F5" w14:textId="77777777" w:rsidR="00AD64D8" w:rsidRDefault="004F5CC8">
            <w:r>
              <w:t>УПК № 9 ГРЭ</w:t>
            </w:r>
          </w:p>
        </w:tc>
        <w:tc>
          <w:tcPr>
            <w:tcW w:w="0" w:type="auto"/>
          </w:tcPr>
          <w:p w14:paraId="3CBD3A96" w14:textId="77777777" w:rsidR="00AD64D8" w:rsidRDefault="004F5CC8">
            <w:pPr>
              <w:jc w:val="center"/>
            </w:pPr>
            <w:r>
              <w:t>каменный уголь</w:t>
            </w:r>
          </w:p>
        </w:tc>
        <w:tc>
          <w:tcPr>
            <w:tcW w:w="0" w:type="auto"/>
          </w:tcPr>
          <w:p w14:paraId="427D4F54" w14:textId="77777777" w:rsidR="00AD64D8" w:rsidRDefault="004F5CC8">
            <w:pPr>
              <w:jc w:val="center"/>
            </w:pPr>
            <w:r>
              <w:t>природный газ, 2035</w:t>
            </w:r>
          </w:p>
        </w:tc>
        <w:tc>
          <w:tcPr>
            <w:tcW w:w="0" w:type="auto"/>
          </w:tcPr>
          <w:p w14:paraId="5C592441" w14:textId="77777777" w:rsidR="00AD64D8" w:rsidRDefault="004F5CC8">
            <w:pPr>
              <w:jc w:val="center"/>
            </w:pPr>
            <w:r>
              <w:t>4,50</w:t>
            </w:r>
          </w:p>
        </w:tc>
      </w:tr>
      <w:tr w:rsidR="00AD64D8" w14:paraId="44816DFC" w14:textId="77777777">
        <w:trPr>
          <w:cantSplit/>
          <w:jc w:val="center"/>
        </w:trPr>
        <w:tc>
          <w:tcPr>
            <w:tcW w:w="0" w:type="auto"/>
          </w:tcPr>
          <w:p w14:paraId="7A1D7502" w14:textId="77777777" w:rsidR="00AD64D8" w:rsidRDefault="004F5CC8">
            <w:r>
              <w:t>УПК № 5 Новый Шерегеш</w:t>
            </w:r>
          </w:p>
        </w:tc>
        <w:tc>
          <w:tcPr>
            <w:tcW w:w="0" w:type="auto"/>
          </w:tcPr>
          <w:p w14:paraId="571EC6CF" w14:textId="77777777" w:rsidR="00AD64D8" w:rsidRDefault="004F5CC8">
            <w:pPr>
              <w:jc w:val="center"/>
            </w:pPr>
            <w:r>
              <w:t>каменный уголь</w:t>
            </w:r>
          </w:p>
        </w:tc>
        <w:tc>
          <w:tcPr>
            <w:tcW w:w="0" w:type="auto"/>
          </w:tcPr>
          <w:p w14:paraId="52BDE16B" w14:textId="77777777" w:rsidR="00AD64D8" w:rsidRDefault="004F5CC8">
            <w:pPr>
              <w:jc w:val="center"/>
            </w:pPr>
            <w:r>
              <w:t>природный газ, срок уточняется</w:t>
            </w:r>
          </w:p>
        </w:tc>
        <w:tc>
          <w:tcPr>
            <w:tcW w:w="0" w:type="auto"/>
          </w:tcPr>
          <w:p w14:paraId="597DA720" w14:textId="77777777" w:rsidR="00AD64D8" w:rsidRDefault="004F5CC8">
            <w:pPr>
              <w:jc w:val="center"/>
            </w:pPr>
            <w:r>
              <w:t>114,00</w:t>
            </w:r>
          </w:p>
        </w:tc>
      </w:tr>
      <w:tr w:rsidR="00AD64D8" w14:paraId="156FD050" w14:textId="77777777">
        <w:trPr>
          <w:cantSplit/>
          <w:jc w:val="center"/>
        </w:trPr>
        <w:tc>
          <w:tcPr>
            <w:tcW w:w="0" w:type="auto"/>
          </w:tcPr>
          <w:p w14:paraId="346543F3" w14:textId="77777777" w:rsidR="00AD64D8" w:rsidRDefault="004F5CC8">
            <w:r>
              <w:t>УПК № 6 Старый Шерегеш</w:t>
            </w:r>
          </w:p>
        </w:tc>
        <w:tc>
          <w:tcPr>
            <w:tcW w:w="0" w:type="auto"/>
          </w:tcPr>
          <w:p w14:paraId="2BEC8E3B" w14:textId="77777777" w:rsidR="00AD64D8" w:rsidRDefault="004F5CC8">
            <w:pPr>
              <w:jc w:val="center"/>
            </w:pPr>
            <w:r>
              <w:t>каменный уголь</w:t>
            </w:r>
          </w:p>
        </w:tc>
        <w:tc>
          <w:tcPr>
            <w:tcW w:w="0" w:type="auto"/>
          </w:tcPr>
          <w:p w14:paraId="2D1935D1" w14:textId="77777777" w:rsidR="00AD64D8" w:rsidRDefault="004F5CC8">
            <w:pPr>
              <w:jc w:val="center"/>
            </w:pPr>
            <w:r>
              <w:t>природный газ, срок уточняется</w:t>
            </w:r>
          </w:p>
        </w:tc>
        <w:tc>
          <w:tcPr>
            <w:tcW w:w="0" w:type="auto"/>
          </w:tcPr>
          <w:p w14:paraId="3B32583C" w14:textId="77777777" w:rsidR="00AD64D8" w:rsidRDefault="004F5CC8">
            <w:pPr>
              <w:jc w:val="center"/>
            </w:pPr>
            <w:r>
              <w:t>24,00</w:t>
            </w:r>
          </w:p>
        </w:tc>
      </w:tr>
      <w:tr w:rsidR="00AD64D8" w14:paraId="3E4A10D9" w14:textId="77777777">
        <w:trPr>
          <w:cantSplit/>
          <w:jc w:val="center"/>
        </w:trPr>
        <w:tc>
          <w:tcPr>
            <w:tcW w:w="0" w:type="auto"/>
          </w:tcPr>
          <w:p w14:paraId="7D9750B8" w14:textId="77777777" w:rsidR="00AD64D8" w:rsidRDefault="004F5CC8">
            <w:r>
              <w:t>УПК № 7 Каз</w:t>
            </w:r>
          </w:p>
        </w:tc>
        <w:tc>
          <w:tcPr>
            <w:tcW w:w="0" w:type="auto"/>
          </w:tcPr>
          <w:p w14:paraId="3100A3DF" w14:textId="77777777" w:rsidR="00AD64D8" w:rsidRDefault="004F5CC8">
            <w:pPr>
              <w:jc w:val="center"/>
            </w:pPr>
            <w:r>
              <w:t>каменный уголь</w:t>
            </w:r>
          </w:p>
        </w:tc>
        <w:tc>
          <w:tcPr>
            <w:tcW w:w="0" w:type="auto"/>
          </w:tcPr>
          <w:p w14:paraId="009B73C3" w14:textId="77777777" w:rsidR="00AD64D8" w:rsidRDefault="004F5CC8">
            <w:pPr>
              <w:jc w:val="center"/>
            </w:pPr>
            <w:r>
              <w:t>природный газ, 2034</w:t>
            </w:r>
          </w:p>
        </w:tc>
        <w:tc>
          <w:tcPr>
            <w:tcW w:w="0" w:type="auto"/>
          </w:tcPr>
          <w:p w14:paraId="66B4B9D5" w14:textId="77777777" w:rsidR="00AD64D8" w:rsidRDefault="004F5CC8">
            <w:pPr>
              <w:jc w:val="center"/>
            </w:pPr>
            <w:r>
              <w:t>72,00</w:t>
            </w:r>
          </w:p>
        </w:tc>
      </w:tr>
      <w:tr w:rsidR="00AD64D8" w14:paraId="046D600E" w14:textId="77777777">
        <w:trPr>
          <w:cantSplit/>
          <w:jc w:val="center"/>
        </w:trPr>
        <w:tc>
          <w:tcPr>
            <w:tcW w:w="0" w:type="auto"/>
          </w:tcPr>
          <w:p w14:paraId="3A752C6D" w14:textId="77777777" w:rsidR="00AD64D8" w:rsidRDefault="004F5CC8">
            <w:r>
              <w:t>УПК № 8 Мундыбаш</w:t>
            </w:r>
          </w:p>
        </w:tc>
        <w:tc>
          <w:tcPr>
            <w:tcW w:w="0" w:type="auto"/>
          </w:tcPr>
          <w:p w14:paraId="3C361209" w14:textId="77777777" w:rsidR="00AD64D8" w:rsidRDefault="004F5CC8">
            <w:pPr>
              <w:jc w:val="center"/>
            </w:pPr>
            <w:r>
              <w:t>каменный уголь</w:t>
            </w:r>
          </w:p>
        </w:tc>
        <w:tc>
          <w:tcPr>
            <w:tcW w:w="0" w:type="auto"/>
          </w:tcPr>
          <w:p w14:paraId="015EC534" w14:textId="77777777" w:rsidR="00AD64D8" w:rsidRDefault="004F5CC8">
            <w:pPr>
              <w:jc w:val="center"/>
            </w:pPr>
            <w:r>
              <w:t>природный газ, 2034</w:t>
            </w:r>
          </w:p>
        </w:tc>
        <w:tc>
          <w:tcPr>
            <w:tcW w:w="0" w:type="auto"/>
          </w:tcPr>
          <w:p w14:paraId="2BC01EE1" w14:textId="77777777" w:rsidR="00AD64D8" w:rsidRDefault="004F5CC8">
            <w:pPr>
              <w:jc w:val="center"/>
            </w:pPr>
            <w:r>
              <w:t>36,00</w:t>
            </w:r>
          </w:p>
        </w:tc>
      </w:tr>
      <w:tr w:rsidR="00AD64D8" w14:paraId="068BEA40" w14:textId="77777777">
        <w:trPr>
          <w:cantSplit/>
          <w:jc w:val="center"/>
        </w:trPr>
        <w:tc>
          <w:tcPr>
            <w:tcW w:w="0" w:type="auto"/>
          </w:tcPr>
          <w:p w14:paraId="730AAE8B" w14:textId="77777777" w:rsidR="00AD64D8" w:rsidRDefault="004F5CC8">
            <w:r>
              <w:t>УПК № 10 Темир-Тау</w:t>
            </w:r>
          </w:p>
        </w:tc>
        <w:tc>
          <w:tcPr>
            <w:tcW w:w="0" w:type="auto"/>
          </w:tcPr>
          <w:p w14:paraId="7BD70E8E" w14:textId="77777777" w:rsidR="00AD64D8" w:rsidRDefault="004F5CC8">
            <w:pPr>
              <w:jc w:val="center"/>
            </w:pPr>
            <w:r>
              <w:t>каменный уголь</w:t>
            </w:r>
          </w:p>
        </w:tc>
        <w:tc>
          <w:tcPr>
            <w:tcW w:w="0" w:type="auto"/>
          </w:tcPr>
          <w:p w14:paraId="04565028" w14:textId="77777777" w:rsidR="00AD64D8" w:rsidRDefault="004F5CC8">
            <w:pPr>
              <w:jc w:val="center"/>
            </w:pPr>
            <w:r>
              <w:t>природный газ, 2034</w:t>
            </w:r>
          </w:p>
        </w:tc>
        <w:tc>
          <w:tcPr>
            <w:tcW w:w="0" w:type="auto"/>
          </w:tcPr>
          <w:p w14:paraId="7E4DB7AA" w14:textId="77777777" w:rsidR="00AD64D8" w:rsidRDefault="004F5CC8">
            <w:pPr>
              <w:jc w:val="center"/>
            </w:pPr>
            <w:r>
              <w:t>33,60</w:t>
            </w:r>
          </w:p>
        </w:tc>
      </w:tr>
      <w:tr w:rsidR="00AD64D8" w14:paraId="38E70520" w14:textId="77777777">
        <w:trPr>
          <w:cantSplit/>
          <w:jc w:val="center"/>
        </w:trPr>
        <w:tc>
          <w:tcPr>
            <w:tcW w:w="0" w:type="auto"/>
          </w:tcPr>
          <w:p w14:paraId="40A64588" w14:textId="77777777" w:rsidR="00AD64D8" w:rsidRDefault="004F5CC8">
            <w:r>
              <w:t>УПК № 3 Спасск</w:t>
            </w:r>
          </w:p>
        </w:tc>
        <w:tc>
          <w:tcPr>
            <w:tcW w:w="0" w:type="auto"/>
          </w:tcPr>
          <w:p w14:paraId="45C659A8" w14:textId="77777777" w:rsidR="00AD64D8" w:rsidRDefault="004F5CC8">
            <w:pPr>
              <w:jc w:val="center"/>
            </w:pPr>
            <w:r>
              <w:t>каменный уголь</w:t>
            </w:r>
          </w:p>
        </w:tc>
        <w:tc>
          <w:tcPr>
            <w:tcW w:w="0" w:type="auto"/>
          </w:tcPr>
          <w:p w14:paraId="656A6768" w14:textId="77777777" w:rsidR="00AD64D8" w:rsidRDefault="004F5CC8">
            <w:pPr>
              <w:jc w:val="center"/>
            </w:pPr>
            <w:r>
              <w:t>природный газ, 2035</w:t>
            </w:r>
          </w:p>
        </w:tc>
        <w:tc>
          <w:tcPr>
            <w:tcW w:w="0" w:type="auto"/>
          </w:tcPr>
          <w:p w14:paraId="3E0DF7C5" w14:textId="77777777" w:rsidR="00AD64D8" w:rsidRDefault="004F5CC8">
            <w:pPr>
              <w:jc w:val="center"/>
            </w:pPr>
            <w:r>
              <w:t>5,37</w:t>
            </w:r>
          </w:p>
        </w:tc>
      </w:tr>
    </w:tbl>
    <w:p w14:paraId="11BC7E2F" w14:textId="77777777" w:rsidR="00AD64D8" w:rsidRDefault="00AD64D8">
      <w:pPr>
        <w:spacing w:after="40"/>
      </w:pPr>
    </w:p>
    <w:p w14:paraId="07419796" w14:textId="77777777" w:rsidR="00AD64D8" w:rsidRPr="00844B84" w:rsidRDefault="004F5CC8">
      <w:pPr>
        <w:spacing w:after="80"/>
        <w:jc w:val="both"/>
        <w:rPr>
          <w:lang w:val="ru-RU"/>
        </w:rPr>
      </w:pPr>
      <w:r w:rsidRPr="00844B84">
        <w:rPr>
          <w:lang w:val="ru-RU"/>
        </w:rPr>
        <w:t>На промежуточном этапе 2031 года все источники продолжают работать на каменном угле: календарный график относит перевод к 2034 и 2035 годам. К расчётному сроку 2036 года перевод выполнен по восьми источникам с подтверждённым годом и предусмотрен по двум источникам, срок по которым подлежит уточнению.</w:t>
      </w:r>
    </w:p>
    <w:p w14:paraId="7A61060B" w14:textId="77777777" w:rsidR="00AD64D8" w:rsidRPr="005731F7" w:rsidRDefault="004F5CC8">
      <w:pPr>
        <w:pStyle w:val="21"/>
        <w:rPr>
          <w:lang w:val="ru-RU"/>
        </w:rPr>
      </w:pPr>
      <w:bookmarkStart w:id="51" w:name="_Toc238017250"/>
      <w:r w:rsidRPr="005731F7">
        <w:rPr>
          <w:lang w:val="ru-RU"/>
        </w:rPr>
        <w:t>4.7. Объёмы капитальных вложений</w:t>
      </w:r>
      <w:bookmarkEnd w:id="51"/>
    </w:p>
    <w:p w14:paraId="7731C8CE" w14:textId="77777777" w:rsidR="00AD64D8" w:rsidRPr="00844B84" w:rsidRDefault="004F5CC8">
      <w:pPr>
        <w:keepNext/>
        <w:spacing w:before="160"/>
        <w:rPr>
          <w:lang w:val="ru-RU"/>
        </w:rPr>
      </w:pPr>
      <w:r w:rsidRPr="00844B84">
        <w:rPr>
          <w:b/>
          <w:lang w:val="ru-RU"/>
        </w:rPr>
        <w:t>Таблица 4.4 — Капитальные вложения</w:t>
      </w: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006"/>
        <w:gridCol w:w="1886"/>
        <w:gridCol w:w="2587"/>
      </w:tblGrid>
      <w:tr w:rsidR="00AD64D8" w14:paraId="6655EB57" w14:textId="77777777">
        <w:trPr>
          <w:cantSplit/>
          <w:tblHeader/>
          <w:jc w:val="center"/>
        </w:trPr>
        <w:tc>
          <w:tcPr>
            <w:tcW w:w="0" w:type="auto"/>
            <w:shd w:val="clear" w:color="auto" w:fill="E2F0D9"/>
          </w:tcPr>
          <w:p w14:paraId="4BF18DEE" w14:textId="77777777" w:rsidR="00AD64D8" w:rsidRDefault="004F5CC8">
            <w:pPr>
              <w:jc w:val="center"/>
            </w:pPr>
            <w:r>
              <w:rPr>
                <w:b/>
              </w:rPr>
              <w:t>Группа мероприятий</w:t>
            </w:r>
          </w:p>
        </w:tc>
        <w:tc>
          <w:tcPr>
            <w:tcW w:w="0" w:type="auto"/>
            <w:shd w:val="clear" w:color="auto" w:fill="E2F0D9"/>
          </w:tcPr>
          <w:p w14:paraId="0CDED07C" w14:textId="77777777" w:rsidR="00AD64D8" w:rsidRDefault="004F5CC8">
            <w:pPr>
              <w:jc w:val="center"/>
            </w:pPr>
            <w:r>
              <w:rPr>
                <w:b/>
              </w:rPr>
              <w:t>Количество</w:t>
            </w:r>
          </w:p>
        </w:tc>
        <w:tc>
          <w:tcPr>
            <w:tcW w:w="0" w:type="auto"/>
            <w:shd w:val="clear" w:color="auto" w:fill="E2F0D9"/>
          </w:tcPr>
          <w:p w14:paraId="5AF0E389" w14:textId="77777777" w:rsidR="00AD64D8" w:rsidRDefault="004F5CC8">
            <w:pPr>
              <w:jc w:val="center"/>
            </w:pPr>
            <w:r>
              <w:rPr>
                <w:b/>
              </w:rPr>
              <w:t>Объём, тыс. руб.</w:t>
            </w:r>
          </w:p>
        </w:tc>
      </w:tr>
      <w:tr w:rsidR="00AD64D8" w14:paraId="31233C4F" w14:textId="77777777">
        <w:trPr>
          <w:cantSplit/>
          <w:jc w:val="center"/>
        </w:trPr>
        <w:tc>
          <w:tcPr>
            <w:tcW w:w="0" w:type="auto"/>
          </w:tcPr>
          <w:p w14:paraId="09324A04" w14:textId="77777777" w:rsidR="00AD64D8" w:rsidRPr="00844B84" w:rsidRDefault="004F5CC8">
            <w:pPr>
              <w:rPr>
                <w:lang w:val="ru-RU"/>
              </w:rPr>
            </w:pPr>
            <w:r w:rsidRPr="00844B84">
              <w:rPr>
                <w:lang w:val="ru-RU"/>
              </w:rPr>
              <w:t>Перевод источников на природный газ</w:t>
            </w:r>
          </w:p>
        </w:tc>
        <w:tc>
          <w:tcPr>
            <w:tcW w:w="0" w:type="auto"/>
          </w:tcPr>
          <w:p w14:paraId="694E3406" w14:textId="77777777" w:rsidR="00AD64D8" w:rsidRDefault="004F5CC8">
            <w:pPr>
              <w:jc w:val="center"/>
            </w:pPr>
            <w:r>
              <w:t>10</w:t>
            </w:r>
          </w:p>
        </w:tc>
        <w:tc>
          <w:tcPr>
            <w:tcW w:w="0" w:type="auto"/>
          </w:tcPr>
          <w:p w14:paraId="782EA956" w14:textId="77777777" w:rsidR="00AD64D8" w:rsidRDefault="004F5CC8">
            <w:pPr>
              <w:jc w:val="center"/>
            </w:pPr>
            <w:r>
              <w:t>1 539 328,0</w:t>
            </w:r>
          </w:p>
        </w:tc>
      </w:tr>
      <w:tr w:rsidR="00AD64D8" w14:paraId="390C5845" w14:textId="77777777">
        <w:trPr>
          <w:cantSplit/>
          <w:jc w:val="center"/>
        </w:trPr>
        <w:tc>
          <w:tcPr>
            <w:tcW w:w="0" w:type="auto"/>
          </w:tcPr>
          <w:p w14:paraId="2FCD641D" w14:textId="77777777" w:rsidR="00AD64D8" w:rsidRDefault="004F5CC8">
            <w:r>
              <w:t>Повышение экологических характеристик</w:t>
            </w:r>
          </w:p>
        </w:tc>
        <w:tc>
          <w:tcPr>
            <w:tcW w:w="0" w:type="auto"/>
          </w:tcPr>
          <w:p w14:paraId="758675F6" w14:textId="77777777" w:rsidR="00AD64D8" w:rsidRDefault="004F5CC8">
            <w:pPr>
              <w:jc w:val="center"/>
            </w:pPr>
            <w:r>
              <w:t>1</w:t>
            </w:r>
          </w:p>
        </w:tc>
        <w:tc>
          <w:tcPr>
            <w:tcW w:w="0" w:type="auto"/>
          </w:tcPr>
          <w:p w14:paraId="42685EDF" w14:textId="77777777" w:rsidR="00AD64D8" w:rsidRDefault="004F5CC8">
            <w:pPr>
              <w:jc w:val="center"/>
            </w:pPr>
            <w:r>
              <w:t>не определён</w:t>
            </w:r>
          </w:p>
        </w:tc>
      </w:tr>
      <w:tr w:rsidR="00AD64D8" w14:paraId="7EE49D29" w14:textId="77777777">
        <w:trPr>
          <w:cantSplit/>
          <w:jc w:val="center"/>
        </w:trPr>
        <w:tc>
          <w:tcPr>
            <w:tcW w:w="0" w:type="auto"/>
          </w:tcPr>
          <w:p w14:paraId="29A31EF1" w14:textId="77777777" w:rsidR="00AD64D8" w:rsidRDefault="004F5CC8">
            <w:r>
              <w:t>Мероприятия по повышению надёжности</w:t>
            </w:r>
          </w:p>
        </w:tc>
        <w:tc>
          <w:tcPr>
            <w:tcW w:w="0" w:type="auto"/>
          </w:tcPr>
          <w:p w14:paraId="71E6CF27" w14:textId="77777777" w:rsidR="00AD64D8" w:rsidRDefault="004F5CC8">
            <w:pPr>
              <w:jc w:val="center"/>
            </w:pPr>
            <w:r>
              <w:t>5</w:t>
            </w:r>
          </w:p>
        </w:tc>
        <w:tc>
          <w:tcPr>
            <w:tcW w:w="0" w:type="auto"/>
          </w:tcPr>
          <w:p w14:paraId="3EA5EF93" w14:textId="77777777" w:rsidR="00AD64D8" w:rsidRDefault="004F5CC8">
            <w:pPr>
              <w:jc w:val="center"/>
            </w:pPr>
            <w:r>
              <w:t>не определён</w:t>
            </w:r>
          </w:p>
        </w:tc>
      </w:tr>
      <w:tr w:rsidR="00AD64D8" w14:paraId="175A1D73" w14:textId="77777777">
        <w:trPr>
          <w:cantSplit/>
          <w:jc w:val="center"/>
        </w:trPr>
        <w:tc>
          <w:tcPr>
            <w:tcW w:w="0" w:type="auto"/>
            <w:shd w:val="clear" w:color="auto" w:fill="DBE5F1"/>
          </w:tcPr>
          <w:p w14:paraId="236E2808" w14:textId="77777777" w:rsidR="00AD64D8" w:rsidRDefault="004F5CC8">
            <w:r>
              <w:rPr>
                <w:b/>
              </w:rPr>
              <w:t>Итого определённых объёмов</w:t>
            </w:r>
          </w:p>
        </w:tc>
        <w:tc>
          <w:tcPr>
            <w:tcW w:w="0" w:type="auto"/>
            <w:shd w:val="clear" w:color="auto" w:fill="DBE5F1"/>
          </w:tcPr>
          <w:p w14:paraId="54027161" w14:textId="77777777" w:rsidR="00AD64D8" w:rsidRDefault="004F5CC8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0" w:type="auto"/>
            <w:shd w:val="clear" w:color="auto" w:fill="DBE5F1"/>
          </w:tcPr>
          <w:p w14:paraId="7CC47219" w14:textId="77777777" w:rsidR="00AD64D8" w:rsidRDefault="004F5CC8">
            <w:pPr>
              <w:jc w:val="center"/>
            </w:pPr>
            <w:r>
              <w:rPr>
                <w:b/>
              </w:rPr>
              <w:t>1 539 328,0</w:t>
            </w:r>
          </w:p>
        </w:tc>
      </w:tr>
    </w:tbl>
    <w:p w14:paraId="77287BB2" w14:textId="77777777" w:rsidR="00AD64D8" w:rsidRDefault="00AD64D8">
      <w:pPr>
        <w:spacing w:after="40"/>
      </w:pPr>
    </w:p>
    <w:p w14:paraId="671E6156" w14:textId="77777777" w:rsidR="00AD64D8" w:rsidRPr="00844B84" w:rsidRDefault="004F5CC8">
      <w:pPr>
        <w:spacing w:after="80"/>
        <w:jc w:val="both"/>
        <w:rPr>
          <w:lang w:val="ru-RU"/>
        </w:rPr>
      </w:pPr>
      <w:r w:rsidRPr="00844B84">
        <w:rPr>
          <w:lang w:val="ru-RU"/>
        </w:rPr>
        <w:t xml:space="preserve">Объём </w:t>
      </w:r>
      <w:r w:rsidR="005731F7" w:rsidRPr="00844B84">
        <w:rPr>
          <w:lang w:val="ru-RU"/>
        </w:rPr>
        <w:t>приведён, по ориентировочной оценке,</w:t>
      </w:r>
      <w:r w:rsidRPr="00844B84">
        <w:rPr>
          <w:lang w:val="ru-RU"/>
        </w:rPr>
        <w:t xml:space="preserve"> в уровне цен 2024 года с налогом на добавленную стоимость, к уровню цен расчётного года не пересчитывался и утверждённым объёмом капитальных вложений не является. Отсутствие стоимостной оценки по отдельным мероприятиям нулевой стоимостью не является.</w:t>
      </w:r>
    </w:p>
    <w:p w14:paraId="1388FBE2" w14:textId="77777777" w:rsidR="00194F39" w:rsidRPr="00844B84" w:rsidRDefault="003D0394">
      <w:pPr>
        <w:pStyle w:val="21"/>
        <w:rPr>
          <w:lang w:val="ru-RU"/>
        </w:rPr>
      </w:pPr>
      <w:bookmarkStart w:id="52" w:name="_Toc238017251"/>
      <w:r w:rsidRPr="00844B84">
        <w:rPr>
          <w:lang w:val="ru-RU"/>
        </w:rPr>
        <w:t>4.8. Рассмотренные варианты развития</w:t>
      </w:r>
      <w:bookmarkEnd w:id="52"/>
    </w:p>
    <w:p w14:paraId="0933C633" w14:textId="77777777" w:rsidR="00194F39" w:rsidRPr="005731F7" w:rsidRDefault="003D0394">
      <w:pPr>
        <w:rPr>
          <w:b/>
          <w:bCs/>
          <w:lang w:val="ru-RU"/>
        </w:rPr>
      </w:pPr>
      <w:r w:rsidRPr="005731F7">
        <w:rPr>
          <w:b/>
          <w:bCs/>
          <w:lang w:val="ru-RU"/>
        </w:rPr>
        <w:t>Таблица 4.5 — Варианты развития систем теплоснабжения округа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22"/>
        <w:gridCol w:w="3271"/>
        <w:gridCol w:w="3731"/>
        <w:gridCol w:w="1265"/>
      </w:tblGrid>
      <w:tr w:rsidR="00194F39" w14:paraId="123F8802" w14:textId="77777777">
        <w:trPr>
          <w:cantSplit/>
          <w:tblHeader/>
        </w:trPr>
        <w:tc>
          <w:tcPr>
            <w:tcW w:w="0" w:type="auto"/>
            <w:shd w:val="clear" w:color="auto" w:fill="E2F0D9"/>
          </w:tcPr>
          <w:p w14:paraId="224755BD" w14:textId="77777777" w:rsidR="00194F39" w:rsidRDefault="003D0394">
            <w:pPr>
              <w:jc w:val="center"/>
            </w:pPr>
            <w:r>
              <w:rPr>
                <w:b/>
              </w:rPr>
              <w:t>Вариант</w:t>
            </w:r>
          </w:p>
        </w:tc>
        <w:tc>
          <w:tcPr>
            <w:tcW w:w="0" w:type="auto"/>
            <w:shd w:val="clear" w:color="auto" w:fill="E2F0D9"/>
          </w:tcPr>
          <w:p w14:paraId="25B10AE1" w14:textId="77777777" w:rsidR="00194F39" w:rsidRDefault="003D0394">
            <w:pPr>
              <w:jc w:val="center"/>
            </w:pPr>
            <w:r>
              <w:rPr>
                <w:b/>
              </w:rPr>
              <w:t>Техническое содержание</w:t>
            </w:r>
          </w:p>
        </w:tc>
        <w:tc>
          <w:tcPr>
            <w:tcW w:w="0" w:type="auto"/>
            <w:shd w:val="clear" w:color="auto" w:fill="E2F0D9"/>
          </w:tcPr>
          <w:p w14:paraId="13FB1DB4" w14:textId="77777777" w:rsidR="00194F39" w:rsidRDefault="003D0394">
            <w:pPr>
              <w:jc w:val="center"/>
            </w:pPr>
            <w:r>
              <w:rPr>
                <w:b/>
              </w:rPr>
              <w:t>Причина решения</w:t>
            </w:r>
          </w:p>
        </w:tc>
        <w:tc>
          <w:tcPr>
            <w:tcW w:w="0" w:type="auto"/>
            <w:shd w:val="clear" w:color="auto" w:fill="E2F0D9"/>
          </w:tcPr>
          <w:p w14:paraId="23AF2C34" w14:textId="77777777" w:rsidR="00194F39" w:rsidRDefault="003D0394">
            <w:pPr>
              <w:jc w:val="center"/>
            </w:pPr>
            <w:r>
              <w:rPr>
                <w:b/>
              </w:rPr>
              <w:t>Состояние</w:t>
            </w:r>
          </w:p>
        </w:tc>
      </w:tr>
      <w:tr w:rsidR="00194F39" w14:paraId="6294D700" w14:textId="77777777">
        <w:trPr>
          <w:cantSplit/>
        </w:trPr>
        <w:tc>
          <w:tcPr>
            <w:tcW w:w="0" w:type="auto"/>
            <w:shd w:val="clear" w:color="auto" w:fill="F2F2F2"/>
          </w:tcPr>
          <w:p w14:paraId="2A516249" w14:textId="77777777" w:rsidR="00194F39" w:rsidRDefault="003D0394">
            <w:r>
              <w:t>Сохранение существующей угольной конфигурации</w:t>
            </w:r>
          </w:p>
        </w:tc>
        <w:tc>
          <w:tcPr>
            <w:tcW w:w="0" w:type="auto"/>
            <w:shd w:val="clear" w:color="auto" w:fill="FFFFFF"/>
          </w:tcPr>
          <w:p w14:paraId="0F344EC8" w14:textId="77777777" w:rsidR="00194F39" w:rsidRPr="00844B84" w:rsidRDefault="003D0394">
            <w:pPr>
              <w:rPr>
                <w:lang w:val="ru-RU"/>
              </w:rPr>
            </w:pPr>
            <w:r w:rsidRPr="00844B84">
              <w:rPr>
                <w:lang w:val="ru-RU"/>
              </w:rPr>
              <w:t>эксплуатация действующих угольных котельных без изменения вида топлива</w:t>
            </w:r>
          </w:p>
        </w:tc>
        <w:tc>
          <w:tcPr>
            <w:tcW w:w="0" w:type="auto"/>
            <w:shd w:val="clear" w:color="auto" w:fill="FFFFFF"/>
          </w:tcPr>
          <w:p w14:paraId="64BF1456" w14:textId="77777777" w:rsidR="00194F39" w:rsidRPr="00844B84" w:rsidRDefault="003D0394">
            <w:pPr>
              <w:rPr>
                <w:lang w:val="ru-RU"/>
              </w:rPr>
            </w:pPr>
            <w:r w:rsidRPr="00844B84">
              <w:rPr>
                <w:lang w:val="ru-RU"/>
              </w:rPr>
              <w:t>противоречит программе подготовки потребителей к приёму газа; не обеспечивает покрытие перспективной нагрузки зоны УПК № 5; сохраняет нарастающий износ</w:t>
            </w:r>
          </w:p>
        </w:tc>
        <w:tc>
          <w:tcPr>
            <w:tcW w:w="0" w:type="auto"/>
            <w:shd w:val="clear" w:color="auto" w:fill="FFFFFF"/>
          </w:tcPr>
          <w:p w14:paraId="117C249A" w14:textId="77777777" w:rsidR="00194F39" w:rsidRDefault="003D0394">
            <w:r>
              <w:t>отклонён</w:t>
            </w:r>
          </w:p>
        </w:tc>
      </w:tr>
      <w:tr w:rsidR="00194F39" w14:paraId="559718CB" w14:textId="77777777">
        <w:trPr>
          <w:cantSplit/>
        </w:trPr>
        <w:tc>
          <w:tcPr>
            <w:tcW w:w="0" w:type="auto"/>
            <w:shd w:val="clear" w:color="auto" w:fill="F2F2F2"/>
          </w:tcPr>
          <w:p w14:paraId="0308F78A" w14:textId="77777777" w:rsidR="00194F39" w:rsidRPr="00844B84" w:rsidRDefault="003D0394">
            <w:pPr>
              <w:rPr>
                <w:lang w:val="ru-RU"/>
              </w:rPr>
            </w:pPr>
            <w:r w:rsidRPr="00844B84">
              <w:rPr>
                <w:lang w:val="ru-RU"/>
              </w:rPr>
              <w:t>Перевод источников на природный газ</w:t>
            </w:r>
          </w:p>
        </w:tc>
        <w:tc>
          <w:tcPr>
            <w:tcW w:w="0" w:type="auto"/>
            <w:shd w:val="clear" w:color="auto" w:fill="FFFFFF"/>
          </w:tcPr>
          <w:p w14:paraId="0A0D2920" w14:textId="77777777" w:rsidR="00194F39" w:rsidRPr="00844B84" w:rsidRDefault="003D0394">
            <w:pPr>
              <w:rPr>
                <w:lang w:val="ru-RU"/>
              </w:rPr>
            </w:pPr>
            <w:r w:rsidRPr="00844B84">
              <w:rPr>
                <w:lang w:val="ru-RU"/>
              </w:rPr>
              <w:t>реконструкция десяти котельных с переводом на природный газ, замещение изношенного оборудования, замена ветхих участков сетей</w:t>
            </w:r>
          </w:p>
        </w:tc>
        <w:tc>
          <w:tcPr>
            <w:tcW w:w="0" w:type="auto"/>
            <w:shd w:val="clear" w:color="auto" w:fill="FFFFFF"/>
          </w:tcPr>
          <w:p w14:paraId="35EF68C0" w14:textId="77777777" w:rsidR="00194F39" w:rsidRPr="00844B84" w:rsidRDefault="003D0394">
            <w:pPr>
              <w:rPr>
                <w:lang w:val="ru-RU"/>
              </w:rPr>
            </w:pPr>
            <w:r w:rsidRPr="00844B84">
              <w:rPr>
                <w:lang w:val="ru-RU"/>
              </w:rPr>
              <w:t>соответствует действующей программе газификации с графиком; обеспечивает покрытие перспективной нагрузки; снижает экологическую нагрузку</w:t>
            </w:r>
          </w:p>
        </w:tc>
        <w:tc>
          <w:tcPr>
            <w:tcW w:w="0" w:type="auto"/>
            <w:shd w:val="clear" w:color="auto" w:fill="FFFFFF"/>
          </w:tcPr>
          <w:p w14:paraId="3C925A18" w14:textId="77777777" w:rsidR="00194F39" w:rsidRDefault="003D0394">
            <w:r>
              <w:t>принят</w:t>
            </w:r>
          </w:p>
        </w:tc>
      </w:tr>
      <w:tr w:rsidR="00194F39" w14:paraId="5A9CC914" w14:textId="77777777">
        <w:trPr>
          <w:cantSplit/>
        </w:trPr>
        <w:tc>
          <w:tcPr>
            <w:tcW w:w="0" w:type="auto"/>
            <w:shd w:val="clear" w:color="auto" w:fill="F2F2F2"/>
          </w:tcPr>
          <w:p w14:paraId="209F07ED" w14:textId="77777777" w:rsidR="00194F39" w:rsidRPr="00844B84" w:rsidRDefault="003D0394">
            <w:pPr>
              <w:rPr>
                <w:lang w:val="ru-RU"/>
              </w:rPr>
            </w:pPr>
            <w:r w:rsidRPr="00844B84">
              <w:rPr>
                <w:lang w:val="ru-RU"/>
              </w:rPr>
              <w:t>Строительство новых источников взамен действующих</w:t>
            </w:r>
          </w:p>
        </w:tc>
        <w:tc>
          <w:tcPr>
            <w:tcW w:w="0" w:type="auto"/>
            <w:shd w:val="clear" w:color="auto" w:fill="FFFFFF"/>
          </w:tcPr>
          <w:p w14:paraId="0FFFE352" w14:textId="77777777" w:rsidR="00194F39" w:rsidRPr="00844B84" w:rsidRDefault="003D0394">
            <w:pPr>
              <w:rPr>
                <w:lang w:val="ru-RU"/>
              </w:rPr>
            </w:pPr>
            <w:r w:rsidRPr="00844B84">
              <w:rPr>
                <w:lang w:val="ru-RU"/>
              </w:rPr>
              <w:t>вывод действующих котельных с замещением новыми</w:t>
            </w:r>
          </w:p>
        </w:tc>
        <w:tc>
          <w:tcPr>
            <w:tcW w:w="0" w:type="auto"/>
            <w:shd w:val="clear" w:color="auto" w:fill="FFFFFF"/>
          </w:tcPr>
          <w:p w14:paraId="66C07A8F" w14:textId="77777777" w:rsidR="00194F39" w:rsidRPr="00844B84" w:rsidRDefault="003D0394">
            <w:pPr>
              <w:rPr>
                <w:lang w:val="ru-RU"/>
              </w:rPr>
            </w:pPr>
            <w:r w:rsidRPr="00844B84">
              <w:rPr>
                <w:lang w:val="ru-RU"/>
              </w:rPr>
              <w:t>не обоснован: располагаемая мощность действующих источников покрывает перспективную нагрузку по девяти системам из десяти</w:t>
            </w:r>
          </w:p>
        </w:tc>
        <w:tc>
          <w:tcPr>
            <w:tcW w:w="0" w:type="auto"/>
            <w:shd w:val="clear" w:color="auto" w:fill="FFFFFF"/>
          </w:tcPr>
          <w:p w14:paraId="012A9B84" w14:textId="77777777" w:rsidR="00194F39" w:rsidRDefault="003D0394">
            <w:r>
              <w:t>отклонён</w:t>
            </w:r>
          </w:p>
        </w:tc>
      </w:tr>
    </w:tbl>
    <w:p w14:paraId="4BDAF1F6" w14:textId="77777777" w:rsidR="00194F39" w:rsidRPr="00844B84" w:rsidRDefault="003D0394">
      <w:pPr>
        <w:rPr>
          <w:lang w:val="ru-RU"/>
        </w:rPr>
      </w:pPr>
      <w:r w:rsidRPr="00844B84">
        <w:rPr>
          <w:lang w:val="ru-RU"/>
        </w:rPr>
        <w:t>Принятый вариант развития предусматривает перевод источников тепловой энергии на природный газ с сохранением существующих зон действия и конфигурации тепловых сетей. Ключевой зависимостью варианта является календарный график газификации.</w:t>
      </w:r>
    </w:p>
    <w:p w14:paraId="29814CAD" w14:textId="77777777" w:rsidR="00194F39" w:rsidRPr="005731F7" w:rsidRDefault="003D0394">
      <w:pPr>
        <w:rPr>
          <w:b/>
          <w:bCs/>
          <w:lang w:val="ru-RU"/>
        </w:rPr>
      </w:pPr>
      <w:r w:rsidRPr="005731F7">
        <w:rPr>
          <w:b/>
          <w:bCs/>
          <w:lang w:val="ru-RU"/>
        </w:rPr>
        <w:t>Таблица 4.6 — Конфигурация систем теплоснабжения по этапам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119"/>
        <w:gridCol w:w="1250"/>
        <w:gridCol w:w="1250"/>
        <w:gridCol w:w="1402"/>
        <w:gridCol w:w="1608"/>
        <w:gridCol w:w="2860"/>
      </w:tblGrid>
      <w:tr w:rsidR="00194F39" w:rsidRPr="004D1FEB" w14:paraId="624EC557" w14:textId="77777777">
        <w:trPr>
          <w:cantSplit/>
          <w:tblHeader/>
        </w:trPr>
        <w:tc>
          <w:tcPr>
            <w:tcW w:w="0" w:type="auto"/>
            <w:shd w:val="clear" w:color="auto" w:fill="E2F0D9"/>
          </w:tcPr>
          <w:p w14:paraId="6067484F" w14:textId="77777777" w:rsidR="00194F39" w:rsidRDefault="003D0394">
            <w:pPr>
              <w:jc w:val="center"/>
            </w:pPr>
            <w:r>
              <w:rPr>
                <w:b/>
              </w:rPr>
              <w:t>Источник</w:t>
            </w:r>
          </w:p>
        </w:tc>
        <w:tc>
          <w:tcPr>
            <w:tcW w:w="0" w:type="auto"/>
            <w:shd w:val="clear" w:color="auto" w:fill="E2F0D9"/>
          </w:tcPr>
          <w:p w14:paraId="754DF921" w14:textId="77777777" w:rsidR="00194F39" w:rsidRDefault="003D0394">
            <w:pPr>
              <w:jc w:val="center"/>
            </w:pPr>
            <w:r>
              <w:rPr>
                <w:b/>
              </w:rPr>
              <w:t>Топливо 2026</w:t>
            </w:r>
          </w:p>
        </w:tc>
        <w:tc>
          <w:tcPr>
            <w:tcW w:w="0" w:type="auto"/>
            <w:shd w:val="clear" w:color="auto" w:fill="E2F0D9"/>
          </w:tcPr>
          <w:p w14:paraId="4B5B5F8C" w14:textId="77777777" w:rsidR="00194F39" w:rsidRDefault="003D0394">
            <w:pPr>
              <w:jc w:val="center"/>
            </w:pPr>
            <w:r>
              <w:rPr>
                <w:b/>
              </w:rPr>
              <w:t>Топливо 2031</w:t>
            </w:r>
          </w:p>
        </w:tc>
        <w:tc>
          <w:tcPr>
            <w:tcW w:w="0" w:type="auto"/>
            <w:shd w:val="clear" w:color="auto" w:fill="E2F0D9"/>
          </w:tcPr>
          <w:p w14:paraId="0B6D61BE" w14:textId="77777777" w:rsidR="00194F39" w:rsidRDefault="003D0394">
            <w:pPr>
              <w:jc w:val="center"/>
            </w:pPr>
            <w:r>
              <w:rPr>
                <w:b/>
              </w:rPr>
              <w:t>Топливо 2036</w:t>
            </w:r>
          </w:p>
        </w:tc>
        <w:tc>
          <w:tcPr>
            <w:tcW w:w="0" w:type="auto"/>
            <w:shd w:val="clear" w:color="auto" w:fill="E2F0D9"/>
          </w:tcPr>
          <w:p w14:paraId="7E4B6E5E" w14:textId="77777777" w:rsidR="00194F39" w:rsidRDefault="003D0394">
            <w:pPr>
              <w:jc w:val="center"/>
            </w:pPr>
            <w:r>
              <w:rPr>
                <w:b/>
              </w:rPr>
              <w:t>Год перевода на газ</w:t>
            </w:r>
          </w:p>
        </w:tc>
        <w:tc>
          <w:tcPr>
            <w:tcW w:w="0" w:type="auto"/>
            <w:shd w:val="clear" w:color="auto" w:fill="E2F0D9"/>
          </w:tcPr>
          <w:p w14:paraId="2ED5FCC4" w14:textId="77777777" w:rsidR="00194F39" w:rsidRPr="00844B84" w:rsidRDefault="003D0394">
            <w:pPr>
              <w:jc w:val="center"/>
              <w:rPr>
                <w:lang w:val="ru-RU"/>
              </w:rPr>
            </w:pPr>
            <w:r w:rsidRPr="00844B84">
              <w:rPr>
                <w:b/>
                <w:lang w:val="ru-RU"/>
              </w:rPr>
              <w:t>Горячее водоснабжение на расчётный срок</w:t>
            </w:r>
          </w:p>
        </w:tc>
      </w:tr>
      <w:tr w:rsidR="00194F39" w14:paraId="22779E41" w14:textId="77777777">
        <w:trPr>
          <w:cantSplit/>
        </w:trPr>
        <w:tc>
          <w:tcPr>
            <w:tcW w:w="0" w:type="auto"/>
            <w:shd w:val="clear" w:color="auto" w:fill="F2F2F2"/>
          </w:tcPr>
          <w:p w14:paraId="02F58828" w14:textId="77777777" w:rsidR="00194F39" w:rsidRDefault="003D0394">
            <w:r>
              <w:t>УПК № 1 «Таштагол»</w:t>
            </w:r>
          </w:p>
        </w:tc>
        <w:tc>
          <w:tcPr>
            <w:tcW w:w="0" w:type="auto"/>
            <w:shd w:val="clear" w:color="auto" w:fill="FFFFFF"/>
          </w:tcPr>
          <w:p w14:paraId="20750913" w14:textId="77777777" w:rsidR="00194F39" w:rsidRDefault="003D0394">
            <w:r>
              <w:t>уголь</w:t>
            </w:r>
          </w:p>
        </w:tc>
        <w:tc>
          <w:tcPr>
            <w:tcW w:w="0" w:type="auto"/>
            <w:shd w:val="clear" w:color="auto" w:fill="FFFFFF"/>
          </w:tcPr>
          <w:p w14:paraId="44E9EDA1" w14:textId="77777777" w:rsidR="00194F39" w:rsidRDefault="003D0394">
            <w:r>
              <w:t>уголь</w:t>
            </w:r>
          </w:p>
        </w:tc>
        <w:tc>
          <w:tcPr>
            <w:tcW w:w="0" w:type="auto"/>
            <w:shd w:val="clear" w:color="auto" w:fill="FFFFFF"/>
          </w:tcPr>
          <w:p w14:paraId="5D4E0E28" w14:textId="77777777" w:rsidR="00194F39" w:rsidRDefault="003D0394">
            <w:r>
              <w:t>природный газ</w:t>
            </w:r>
          </w:p>
        </w:tc>
        <w:tc>
          <w:tcPr>
            <w:tcW w:w="0" w:type="auto"/>
            <w:shd w:val="clear" w:color="auto" w:fill="FFFFFF"/>
          </w:tcPr>
          <w:p w14:paraId="1681F81D" w14:textId="77777777" w:rsidR="00194F39" w:rsidRDefault="003D0394">
            <w:r>
              <w:t>2035</w:t>
            </w:r>
          </w:p>
        </w:tc>
        <w:tc>
          <w:tcPr>
            <w:tcW w:w="0" w:type="auto"/>
            <w:shd w:val="clear" w:color="auto" w:fill="FFFFFF"/>
          </w:tcPr>
          <w:p w14:paraId="13183360" w14:textId="77777777" w:rsidR="00194F39" w:rsidRDefault="003D0394">
            <w:r>
              <w:t>закрытая схема горячего водоснабжения</w:t>
            </w:r>
          </w:p>
        </w:tc>
      </w:tr>
      <w:tr w:rsidR="00194F39" w14:paraId="3310B69C" w14:textId="77777777">
        <w:trPr>
          <w:cantSplit/>
        </w:trPr>
        <w:tc>
          <w:tcPr>
            <w:tcW w:w="0" w:type="auto"/>
            <w:shd w:val="clear" w:color="auto" w:fill="F2F2F2"/>
          </w:tcPr>
          <w:p w14:paraId="61FED5D0" w14:textId="77777777" w:rsidR="00194F39" w:rsidRDefault="003D0394">
            <w:r>
              <w:t>УПК № 2 «Шалым»</w:t>
            </w:r>
          </w:p>
        </w:tc>
        <w:tc>
          <w:tcPr>
            <w:tcW w:w="0" w:type="auto"/>
            <w:shd w:val="clear" w:color="auto" w:fill="FFFFFF"/>
          </w:tcPr>
          <w:p w14:paraId="085D813B" w14:textId="77777777" w:rsidR="00194F39" w:rsidRDefault="003D0394">
            <w:r>
              <w:t>уголь</w:t>
            </w:r>
          </w:p>
        </w:tc>
        <w:tc>
          <w:tcPr>
            <w:tcW w:w="0" w:type="auto"/>
            <w:shd w:val="clear" w:color="auto" w:fill="FFFFFF"/>
          </w:tcPr>
          <w:p w14:paraId="063360CC" w14:textId="77777777" w:rsidR="00194F39" w:rsidRDefault="003D0394">
            <w:r>
              <w:t>уголь</w:t>
            </w:r>
          </w:p>
        </w:tc>
        <w:tc>
          <w:tcPr>
            <w:tcW w:w="0" w:type="auto"/>
            <w:shd w:val="clear" w:color="auto" w:fill="FFFFFF"/>
          </w:tcPr>
          <w:p w14:paraId="7C151399" w14:textId="77777777" w:rsidR="00194F39" w:rsidRDefault="003D0394">
            <w:r>
              <w:t>природный газ</w:t>
            </w:r>
          </w:p>
        </w:tc>
        <w:tc>
          <w:tcPr>
            <w:tcW w:w="0" w:type="auto"/>
            <w:shd w:val="clear" w:color="auto" w:fill="FFFFFF"/>
          </w:tcPr>
          <w:p w14:paraId="4F9DDC34" w14:textId="77777777" w:rsidR="00194F39" w:rsidRDefault="003D0394">
            <w:r>
              <w:t>2035</w:t>
            </w:r>
          </w:p>
        </w:tc>
        <w:tc>
          <w:tcPr>
            <w:tcW w:w="0" w:type="auto"/>
            <w:shd w:val="clear" w:color="auto" w:fill="FFFFFF"/>
          </w:tcPr>
          <w:p w14:paraId="76158809" w14:textId="77777777" w:rsidR="00194F39" w:rsidRDefault="003D0394">
            <w:r>
              <w:t>закрытая схема горячего водоснабжения</w:t>
            </w:r>
          </w:p>
        </w:tc>
      </w:tr>
      <w:tr w:rsidR="00194F39" w14:paraId="45CCF1CA" w14:textId="77777777">
        <w:trPr>
          <w:cantSplit/>
        </w:trPr>
        <w:tc>
          <w:tcPr>
            <w:tcW w:w="0" w:type="auto"/>
            <w:shd w:val="clear" w:color="auto" w:fill="F2F2F2"/>
          </w:tcPr>
          <w:p w14:paraId="233A4388" w14:textId="77777777" w:rsidR="00194F39" w:rsidRDefault="003D0394">
            <w:r>
              <w:t>УПК № 2 «ЦМК»</w:t>
            </w:r>
          </w:p>
        </w:tc>
        <w:tc>
          <w:tcPr>
            <w:tcW w:w="0" w:type="auto"/>
            <w:shd w:val="clear" w:color="auto" w:fill="FFFFFF"/>
          </w:tcPr>
          <w:p w14:paraId="0D3D8F7A" w14:textId="77777777" w:rsidR="00194F39" w:rsidRDefault="003D0394">
            <w:r>
              <w:t>уголь</w:t>
            </w:r>
          </w:p>
        </w:tc>
        <w:tc>
          <w:tcPr>
            <w:tcW w:w="0" w:type="auto"/>
            <w:shd w:val="clear" w:color="auto" w:fill="FFFFFF"/>
          </w:tcPr>
          <w:p w14:paraId="0DB5F159" w14:textId="77777777" w:rsidR="00194F39" w:rsidRDefault="003D0394">
            <w:r>
              <w:t>уголь</w:t>
            </w:r>
          </w:p>
        </w:tc>
        <w:tc>
          <w:tcPr>
            <w:tcW w:w="0" w:type="auto"/>
            <w:shd w:val="clear" w:color="auto" w:fill="FFFFFF"/>
          </w:tcPr>
          <w:p w14:paraId="17F89563" w14:textId="77777777" w:rsidR="00194F39" w:rsidRDefault="003D0394">
            <w:r>
              <w:t>природный газ</w:t>
            </w:r>
          </w:p>
        </w:tc>
        <w:tc>
          <w:tcPr>
            <w:tcW w:w="0" w:type="auto"/>
            <w:shd w:val="clear" w:color="auto" w:fill="FFFFFF"/>
          </w:tcPr>
          <w:p w14:paraId="3687B754" w14:textId="77777777" w:rsidR="00194F39" w:rsidRDefault="003D0394">
            <w:r>
              <w:t>2035</w:t>
            </w:r>
          </w:p>
        </w:tc>
        <w:tc>
          <w:tcPr>
            <w:tcW w:w="0" w:type="auto"/>
            <w:shd w:val="clear" w:color="auto" w:fill="FFFFFF"/>
          </w:tcPr>
          <w:p w14:paraId="0F90EC7B" w14:textId="77777777" w:rsidR="00194F39" w:rsidRDefault="003D0394">
            <w:r>
              <w:t>закрытая схема горячего водоснабжения</w:t>
            </w:r>
          </w:p>
        </w:tc>
      </w:tr>
      <w:tr w:rsidR="00194F39" w14:paraId="43D807B2" w14:textId="77777777">
        <w:trPr>
          <w:cantSplit/>
        </w:trPr>
        <w:tc>
          <w:tcPr>
            <w:tcW w:w="0" w:type="auto"/>
            <w:shd w:val="clear" w:color="auto" w:fill="F2F2F2"/>
          </w:tcPr>
          <w:p w14:paraId="6264BAAE" w14:textId="77777777" w:rsidR="00194F39" w:rsidRDefault="003D0394">
            <w:r>
              <w:t>УПК № 9 «ГРЭ»</w:t>
            </w:r>
          </w:p>
        </w:tc>
        <w:tc>
          <w:tcPr>
            <w:tcW w:w="0" w:type="auto"/>
            <w:shd w:val="clear" w:color="auto" w:fill="FFFFFF"/>
          </w:tcPr>
          <w:p w14:paraId="4D5A9F6B" w14:textId="77777777" w:rsidR="00194F39" w:rsidRDefault="003D0394">
            <w:r>
              <w:t>уголь</w:t>
            </w:r>
          </w:p>
        </w:tc>
        <w:tc>
          <w:tcPr>
            <w:tcW w:w="0" w:type="auto"/>
            <w:shd w:val="clear" w:color="auto" w:fill="FFFFFF"/>
          </w:tcPr>
          <w:p w14:paraId="28A2AF87" w14:textId="77777777" w:rsidR="00194F39" w:rsidRDefault="003D0394">
            <w:r>
              <w:t>уголь</w:t>
            </w:r>
          </w:p>
        </w:tc>
        <w:tc>
          <w:tcPr>
            <w:tcW w:w="0" w:type="auto"/>
            <w:shd w:val="clear" w:color="auto" w:fill="FFFFFF"/>
          </w:tcPr>
          <w:p w14:paraId="043497DA" w14:textId="77777777" w:rsidR="00194F39" w:rsidRDefault="003D0394">
            <w:r>
              <w:t>природный газ</w:t>
            </w:r>
          </w:p>
        </w:tc>
        <w:tc>
          <w:tcPr>
            <w:tcW w:w="0" w:type="auto"/>
            <w:shd w:val="clear" w:color="auto" w:fill="FFFFFF"/>
          </w:tcPr>
          <w:p w14:paraId="70B23672" w14:textId="77777777" w:rsidR="00194F39" w:rsidRDefault="003D0394">
            <w:r>
              <w:t>2035</w:t>
            </w:r>
          </w:p>
        </w:tc>
        <w:tc>
          <w:tcPr>
            <w:tcW w:w="0" w:type="auto"/>
            <w:shd w:val="clear" w:color="auto" w:fill="FFFFFF"/>
          </w:tcPr>
          <w:p w14:paraId="7FDFB2B7" w14:textId="77777777" w:rsidR="00194F39" w:rsidRDefault="003D0394">
            <w:r>
              <w:t>закрытая схема горячего водоснабжения</w:t>
            </w:r>
          </w:p>
        </w:tc>
      </w:tr>
      <w:tr w:rsidR="00194F39" w14:paraId="4EFFB24B" w14:textId="77777777">
        <w:trPr>
          <w:cantSplit/>
        </w:trPr>
        <w:tc>
          <w:tcPr>
            <w:tcW w:w="0" w:type="auto"/>
            <w:shd w:val="clear" w:color="auto" w:fill="F2F2F2"/>
          </w:tcPr>
          <w:p w14:paraId="51AC232F" w14:textId="77777777" w:rsidR="00194F39" w:rsidRDefault="003D0394">
            <w:r>
              <w:t>УПК № 5 «Новый Шерегеш»</w:t>
            </w:r>
          </w:p>
        </w:tc>
        <w:tc>
          <w:tcPr>
            <w:tcW w:w="0" w:type="auto"/>
            <w:shd w:val="clear" w:color="auto" w:fill="FFFFFF"/>
          </w:tcPr>
          <w:p w14:paraId="53CEB503" w14:textId="77777777" w:rsidR="00194F39" w:rsidRDefault="003D0394">
            <w:r>
              <w:t>уголь</w:t>
            </w:r>
          </w:p>
        </w:tc>
        <w:tc>
          <w:tcPr>
            <w:tcW w:w="0" w:type="auto"/>
            <w:shd w:val="clear" w:color="auto" w:fill="FFFFFF"/>
          </w:tcPr>
          <w:p w14:paraId="3C03265B" w14:textId="77777777" w:rsidR="00194F39" w:rsidRDefault="003D0394">
            <w:r>
              <w:t>уголь</w:t>
            </w:r>
          </w:p>
        </w:tc>
        <w:tc>
          <w:tcPr>
            <w:tcW w:w="0" w:type="auto"/>
            <w:shd w:val="clear" w:color="auto" w:fill="FFFFFF"/>
          </w:tcPr>
          <w:p w14:paraId="5FE34AF9" w14:textId="77777777" w:rsidR="00194F39" w:rsidRDefault="003D0394">
            <w:r>
              <w:t>природный газ</w:t>
            </w:r>
          </w:p>
        </w:tc>
        <w:tc>
          <w:tcPr>
            <w:tcW w:w="0" w:type="auto"/>
            <w:shd w:val="clear" w:color="auto" w:fill="FFFFFF"/>
          </w:tcPr>
          <w:p w14:paraId="2DC00B19" w14:textId="77777777" w:rsidR="00194F39" w:rsidRDefault="003D0394">
            <w:r>
              <w:t>уточняется</w:t>
            </w:r>
          </w:p>
        </w:tc>
        <w:tc>
          <w:tcPr>
            <w:tcW w:w="0" w:type="auto"/>
            <w:shd w:val="clear" w:color="auto" w:fill="FFFFFF"/>
          </w:tcPr>
          <w:p w14:paraId="3B76935A" w14:textId="77777777" w:rsidR="00194F39" w:rsidRDefault="003D0394">
            <w:r>
              <w:t>закрытая схема горячего водоснабжения</w:t>
            </w:r>
          </w:p>
        </w:tc>
      </w:tr>
      <w:tr w:rsidR="00194F39" w14:paraId="7AB8AE40" w14:textId="77777777">
        <w:trPr>
          <w:cantSplit/>
        </w:trPr>
        <w:tc>
          <w:tcPr>
            <w:tcW w:w="0" w:type="auto"/>
            <w:shd w:val="clear" w:color="auto" w:fill="F2F2F2"/>
          </w:tcPr>
          <w:p w14:paraId="4267D5D7" w14:textId="77777777" w:rsidR="00194F39" w:rsidRDefault="003D0394">
            <w:r>
              <w:t>УПК № 6 «Старый Шерегеш»</w:t>
            </w:r>
          </w:p>
        </w:tc>
        <w:tc>
          <w:tcPr>
            <w:tcW w:w="0" w:type="auto"/>
            <w:shd w:val="clear" w:color="auto" w:fill="FFFFFF"/>
          </w:tcPr>
          <w:p w14:paraId="248376D8" w14:textId="77777777" w:rsidR="00194F39" w:rsidRDefault="003D0394">
            <w:r>
              <w:t>уголь</w:t>
            </w:r>
          </w:p>
        </w:tc>
        <w:tc>
          <w:tcPr>
            <w:tcW w:w="0" w:type="auto"/>
            <w:shd w:val="clear" w:color="auto" w:fill="FFFFFF"/>
          </w:tcPr>
          <w:p w14:paraId="6272F8DC" w14:textId="77777777" w:rsidR="00194F39" w:rsidRDefault="003D0394">
            <w:r>
              <w:t>уголь</w:t>
            </w:r>
          </w:p>
        </w:tc>
        <w:tc>
          <w:tcPr>
            <w:tcW w:w="0" w:type="auto"/>
            <w:shd w:val="clear" w:color="auto" w:fill="FFFFFF"/>
          </w:tcPr>
          <w:p w14:paraId="6FC1F932" w14:textId="77777777" w:rsidR="00194F39" w:rsidRDefault="003D0394">
            <w:r>
              <w:t>природный газ</w:t>
            </w:r>
          </w:p>
        </w:tc>
        <w:tc>
          <w:tcPr>
            <w:tcW w:w="0" w:type="auto"/>
            <w:shd w:val="clear" w:color="auto" w:fill="FFFFFF"/>
          </w:tcPr>
          <w:p w14:paraId="7F81D4DE" w14:textId="77777777" w:rsidR="00194F39" w:rsidRDefault="003D0394">
            <w:r>
              <w:t>уточняется</w:t>
            </w:r>
          </w:p>
        </w:tc>
        <w:tc>
          <w:tcPr>
            <w:tcW w:w="0" w:type="auto"/>
            <w:shd w:val="clear" w:color="auto" w:fill="FFFFFF"/>
          </w:tcPr>
          <w:p w14:paraId="32D04375" w14:textId="77777777" w:rsidR="00194F39" w:rsidRDefault="003D0394">
            <w:r>
              <w:t>закрытая схема горячего водоснабжения</w:t>
            </w:r>
          </w:p>
        </w:tc>
      </w:tr>
      <w:tr w:rsidR="00194F39" w14:paraId="5C0616D1" w14:textId="77777777">
        <w:trPr>
          <w:cantSplit/>
        </w:trPr>
        <w:tc>
          <w:tcPr>
            <w:tcW w:w="0" w:type="auto"/>
            <w:shd w:val="clear" w:color="auto" w:fill="F2F2F2"/>
          </w:tcPr>
          <w:p w14:paraId="1A01C9C9" w14:textId="77777777" w:rsidR="00194F39" w:rsidRDefault="003D0394">
            <w:r>
              <w:t>УПК № 7 «Каз»</w:t>
            </w:r>
          </w:p>
        </w:tc>
        <w:tc>
          <w:tcPr>
            <w:tcW w:w="0" w:type="auto"/>
            <w:shd w:val="clear" w:color="auto" w:fill="FFFFFF"/>
          </w:tcPr>
          <w:p w14:paraId="51A6D34C" w14:textId="77777777" w:rsidR="00194F39" w:rsidRDefault="003D0394">
            <w:r>
              <w:t>уголь</w:t>
            </w:r>
          </w:p>
        </w:tc>
        <w:tc>
          <w:tcPr>
            <w:tcW w:w="0" w:type="auto"/>
            <w:shd w:val="clear" w:color="auto" w:fill="FFFFFF"/>
          </w:tcPr>
          <w:p w14:paraId="0804FC0E" w14:textId="77777777" w:rsidR="00194F39" w:rsidRDefault="003D0394">
            <w:r>
              <w:t>уголь</w:t>
            </w:r>
          </w:p>
        </w:tc>
        <w:tc>
          <w:tcPr>
            <w:tcW w:w="0" w:type="auto"/>
            <w:shd w:val="clear" w:color="auto" w:fill="FFFFFF"/>
          </w:tcPr>
          <w:p w14:paraId="424658B6" w14:textId="77777777" w:rsidR="00194F39" w:rsidRDefault="003D0394">
            <w:r>
              <w:t>природный газ</w:t>
            </w:r>
          </w:p>
        </w:tc>
        <w:tc>
          <w:tcPr>
            <w:tcW w:w="0" w:type="auto"/>
            <w:shd w:val="clear" w:color="auto" w:fill="FFFFFF"/>
          </w:tcPr>
          <w:p w14:paraId="1FC61DBA" w14:textId="77777777" w:rsidR="00194F39" w:rsidRDefault="003D0394">
            <w:r>
              <w:t>2034</w:t>
            </w:r>
          </w:p>
        </w:tc>
        <w:tc>
          <w:tcPr>
            <w:tcW w:w="0" w:type="auto"/>
            <w:shd w:val="clear" w:color="auto" w:fill="FFFFFF"/>
          </w:tcPr>
          <w:p w14:paraId="0E6F39B9" w14:textId="77777777" w:rsidR="00194F39" w:rsidRDefault="003D0394">
            <w:r>
              <w:t>закрытая схема горячего водоснабжения</w:t>
            </w:r>
          </w:p>
        </w:tc>
      </w:tr>
      <w:tr w:rsidR="00194F39" w14:paraId="2577DFC9" w14:textId="77777777">
        <w:trPr>
          <w:cantSplit/>
        </w:trPr>
        <w:tc>
          <w:tcPr>
            <w:tcW w:w="0" w:type="auto"/>
            <w:shd w:val="clear" w:color="auto" w:fill="F2F2F2"/>
          </w:tcPr>
          <w:p w14:paraId="70A63AFF" w14:textId="77777777" w:rsidR="00194F39" w:rsidRDefault="003D0394">
            <w:r>
              <w:t>УПК № 8 «Мундыбаш»</w:t>
            </w:r>
          </w:p>
        </w:tc>
        <w:tc>
          <w:tcPr>
            <w:tcW w:w="0" w:type="auto"/>
            <w:shd w:val="clear" w:color="auto" w:fill="FFFFFF"/>
          </w:tcPr>
          <w:p w14:paraId="34323822" w14:textId="77777777" w:rsidR="00194F39" w:rsidRDefault="003D0394">
            <w:r>
              <w:t>уголь</w:t>
            </w:r>
          </w:p>
        </w:tc>
        <w:tc>
          <w:tcPr>
            <w:tcW w:w="0" w:type="auto"/>
            <w:shd w:val="clear" w:color="auto" w:fill="FFFFFF"/>
          </w:tcPr>
          <w:p w14:paraId="05A02E9F" w14:textId="77777777" w:rsidR="00194F39" w:rsidRDefault="003D0394">
            <w:r>
              <w:t>уголь</w:t>
            </w:r>
          </w:p>
        </w:tc>
        <w:tc>
          <w:tcPr>
            <w:tcW w:w="0" w:type="auto"/>
            <w:shd w:val="clear" w:color="auto" w:fill="FFFFFF"/>
          </w:tcPr>
          <w:p w14:paraId="6D293B10" w14:textId="77777777" w:rsidR="00194F39" w:rsidRDefault="003D0394">
            <w:r>
              <w:t>природный газ</w:t>
            </w:r>
          </w:p>
        </w:tc>
        <w:tc>
          <w:tcPr>
            <w:tcW w:w="0" w:type="auto"/>
            <w:shd w:val="clear" w:color="auto" w:fill="FFFFFF"/>
          </w:tcPr>
          <w:p w14:paraId="61CBC295" w14:textId="77777777" w:rsidR="00194F39" w:rsidRDefault="003D0394">
            <w:r>
              <w:t>2034</w:t>
            </w:r>
          </w:p>
        </w:tc>
        <w:tc>
          <w:tcPr>
            <w:tcW w:w="0" w:type="auto"/>
            <w:shd w:val="clear" w:color="auto" w:fill="FFFFFF"/>
          </w:tcPr>
          <w:p w14:paraId="60F4AC03" w14:textId="77777777" w:rsidR="00194F39" w:rsidRDefault="003D0394">
            <w:r>
              <w:t>закрытая схема горячего водоснабжения</w:t>
            </w:r>
          </w:p>
        </w:tc>
      </w:tr>
      <w:tr w:rsidR="00194F39" w14:paraId="5AF64EB9" w14:textId="77777777">
        <w:trPr>
          <w:cantSplit/>
        </w:trPr>
        <w:tc>
          <w:tcPr>
            <w:tcW w:w="0" w:type="auto"/>
            <w:shd w:val="clear" w:color="auto" w:fill="F2F2F2"/>
          </w:tcPr>
          <w:p w14:paraId="02D0DCB1" w14:textId="77777777" w:rsidR="00194F39" w:rsidRDefault="003D0394">
            <w:r>
              <w:t>УПК № 10 «Темир-Тау»</w:t>
            </w:r>
          </w:p>
        </w:tc>
        <w:tc>
          <w:tcPr>
            <w:tcW w:w="0" w:type="auto"/>
            <w:shd w:val="clear" w:color="auto" w:fill="FFFFFF"/>
          </w:tcPr>
          <w:p w14:paraId="21AF2E65" w14:textId="77777777" w:rsidR="00194F39" w:rsidRDefault="003D0394">
            <w:r>
              <w:t>уголь</w:t>
            </w:r>
          </w:p>
        </w:tc>
        <w:tc>
          <w:tcPr>
            <w:tcW w:w="0" w:type="auto"/>
            <w:shd w:val="clear" w:color="auto" w:fill="FFFFFF"/>
          </w:tcPr>
          <w:p w14:paraId="5893A618" w14:textId="77777777" w:rsidR="00194F39" w:rsidRDefault="003D0394">
            <w:r>
              <w:t>уголь</w:t>
            </w:r>
          </w:p>
        </w:tc>
        <w:tc>
          <w:tcPr>
            <w:tcW w:w="0" w:type="auto"/>
            <w:shd w:val="clear" w:color="auto" w:fill="FFFFFF"/>
          </w:tcPr>
          <w:p w14:paraId="3357C98D" w14:textId="77777777" w:rsidR="00194F39" w:rsidRDefault="003D0394">
            <w:r>
              <w:t>природный газ</w:t>
            </w:r>
          </w:p>
        </w:tc>
        <w:tc>
          <w:tcPr>
            <w:tcW w:w="0" w:type="auto"/>
            <w:shd w:val="clear" w:color="auto" w:fill="FFFFFF"/>
          </w:tcPr>
          <w:p w14:paraId="49DBF01A" w14:textId="77777777" w:rsidR="00194F39" w:rsidRDefault="003D0394">
            <w:r>
              <w:t>2034</w:t>
            </w:r>
          </w:p>
        </w:tc>
        <w:tc>
          <w:tcPr>
            <w:tcW w:w="0" w:type="auto"/>
            <w:shd w:val="clear" w:color="auto" w:fill="FFFFFF"/>
          </w:tcPr>
          <w:p w14:paraId="1596F309" w14:textId="77777777" w:rsidR="00194F39" w:rsidRDefault="003D0394">
            <w:r>
              <w:t>закрытая схема горячего водоснабжения</w:t>
            </w:r>
          </w:p>
        </w:tc>
      </w:tr>
      <w:tr w:rsidR="00194F39" w14:paraId="28AF226F" w14:textId="77777777">
        <w:trPr>
          <w:cantSplit/>
        </w:trPr>
        <w:tc>
          <w:tcPr>
            <w:tcW w:w="0" w:type="auto"/>
            <w:shd w:val="clear" w:color="auto" w:fill="F2F2F2"/>
          </w:tcPr>
          <w:p w14:paraId="363700B9" w14:textId="77777777" w:rsidR="00194F39" w:rsidRDefault="003D0394">
            <w:r>
              <w:t>УПК № 3 «Спасск»</w:t>
            </w:r>
          </w:p>
        </w:tc>
        <w:tc>
          <w:tcPr>
            <w:tcW w:w="0" w:type="auto"/>
            <w:shd w:val="clear" w:color="auto" w:fill="FFFFFF"/>
          </w:tcPr>
          <w:p w14:paraId="77239A29" w14:textId="77777777" w:rsidR="00194F39" w:rsidRDefault="003D0394">
            <w:r>
              <w:t>уголь</w:t>
            </w:r>
          </w:p>
        </w:tc>
        <w:tc>
          <w:tcPr>
            <w:tcW w:w="0" w:type="auto"/>
            <w:shd w:val="clear" w:color="auto" w:fill="FFFFFF"/>
          </w:tcPr>
          <w:p w14:paraId="2BDE18BF" w14:textId="77777777" w:rsidR="00194F39" w:rsidRDefault="003D0394">
            <w:r>
              <w:t>уголь</w:t>
            </w:r>
          </w:p>
        </w:tc>
        <w:tc>
          <w:tcPr>
            <w:tcW w:w="0" w:type="auto"/>
            <w:shd w:val="clear" w:color="auto" w:fill="FFFFFF"/>
          </w:tcPr>
          <w:p w14:paraId="026828FD" w14:textId="77777777" w:rsidR="00194F39" w:rsidRDefault="003D0394">
            <w:r>
              <w:t>природный газ</w:t>
            </w:r>
          </w:p>
        </w:tc>
        <w:tc>
          <w:tcPr>
            <w:tcW w:w="0" w:type="auto"/>
            <w:shd w:val="clear" w:color="auto" w:fill="FFFFFF"/>
          </w:tcPr>
          <w:p w14:paraId="70F91DF7" w14:textId="77777777" w:rsidR="00194F39" w:rsidRDefault="003D0394">
            <w:r>
              <w:t>2035</w:t>
            </w:r>
          </w:p>
        </w:tc>
        <w:tc>
          <w:tcPr>
            <w:tcW w:w="0" w:type="auto"/>
            <w:shd w:val="clear" w:color="auto" w:fill="FFFFFF"/>
          </w:tcPr>
          <w:p w14:paraId="1FFF8572" w14:textId="77777777" w:rsidR="00194F39" w:rsidRDefault="003D0394">
            <w:r>
              <w:t>закрытая схема горячего водоснабжения</w:t>
            </w:r>
          </w:p>
        </w:tc>
      </w:tr>
    </w:tbl>
    <w:p w14:paraId="61C8C2C1" w14:textId="77777777" w:rsidR="00047CD3" w:rsidRPr="00844B84" w:rsidRDefault="00A10F4B">
      <w:pPr>
        <w:pStyle w:val="21"/>
        <w:rPr>
          <w:lang w:val="ru-RU"/>
        </w:rPr>
      </w:pPr>
      <w:bookmarkStart w:id="53" w:name="_Toc238017252"/>
      <w:r w:rsidRPr="00844B84">
        <w:rPr>
          <w:lang w:val="ru-RU"/>
        </w:rPr>
        <w:t>4.9. Конфигурация систем теплоснабжения по этапам расчётного периода</w:t>
      </w:r>
      <w:bookmarkEnd w:id="53"/>
    </w:p>
    <w:p w14:paraId="6DE45C6C" w14:textId="77777777" w:rsidR="00047CD3" w:rsidRPr="00844B84" w:rsidRDefault="00A10F4B">
      <w:pPr>
        <w:rPr>
          <w:lang w:val="ru-RU"/>
        </w:rPr>
      </w:pPr>
      <w:r w:rsidRPr="00844B84">
        <w:rPr>
          <w:lang w:val="ru-RU"/>
        </w:rPr>
        <w:t>По каждой системе приведена утверждаемая конфигурация на базовый год, первый расчётный этап и расчётный срок.</w:t>
      </w:r>
    </w:p>
    <w:p w14:paraId="6CBA942B" w14:textId="77777777" w:rsidR="00047CD3" w:rsidRPr="005731F7" w:rsidRDefault="00A10F4B">
      <w:pPr>
        <w:pStyle w:val="31"/>
        <w:rPr>
          <w:sz w:val="28"/>
          <w:szCs w:val="28"/>
        </w:rPr>
      </w:pPr>
      <w:r w:rsidRPr="005731F7">
        <w:rPr>
          <w:sz w:val="28"/>
          <w:szCs w:val="28"/>
        </w:rPr>
        <w:t>4.9.1. УПК № 1 «Таштагол»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906"/>
        <w:gridCol w:w="2314"/>
        <w:gridCol w:w="2658"/>
        <w:gridCol w:w="1611"/>
      </w:tblGrid>
      <w:tr w:rsidR="00047CD3" w14:paraId="4832C0B5" w14:textId="77777777">
        <w:trPr>
          <w:cantSplit/>
          <w:tblHeader/>
        </w:trPr>
        <w:tc>
          <w:tcPr>
            <w:tcW w:w="0" w:type="auto"/>
            <w:shd w:val="clear" w:color="auto" w:fill="E2F0D9"/>
          </w:tcPr>
          <w:p w14:paraId="4CD3160E" w14:textId="77777777" w:rsidR="00047CD3" w:rsidRDefault="00A10F4B">
            <w:pPr>
              <w:jc w:val="center"/>
            </w:pPr>
            <w:r>
              <w:rPr>
                <w:b/>
              </w:rPr>
              <w:t>Характеристика</w:t>
            </w:r>
          </w:p>
        </w:tc>
        <w:tc>
          <w:tcPr>
            <w:tcW w:w="0" w:type="auto"/>
            <w:shd w:val="clear" w:color="auto" w:fill="E2F0D9"/>
          </w:tcPr>
          <w:p w14:paraId="5901E83B" w14:textId="77777777" w:rsidR="00047CD3" w:rsidRDefault="00A10F4B">
            <w:pPr>
              <w:jc w:val="center"/>
            </w:pPr>
            <w:r>
              <w:rPr>
                <w:b/>
              </w:rPr>
              <w:t>2026</w:t>
            </w:r>
          </w:p>
        </w:tc>
        <w:tc>
          <w:tcPr>
            <w:tcW w:w="0" w:type="auto"/>
            <w:shd w:val="clear" w:color="auto" w:fill="E2F0D9"/>
          </w:tcPr>
          <w:p w14:paraId="393714C6" w14:textId="77777777" w:rsidR="00047CD3" w:rsidRDefault="00A10F4B">
            <w:pPr>
              <w:jc w:val="center"/>
            </w:pPr>
            <w:r>
              <w:rPr>
                <w:b/>
              </w:rPr>
              <w:t>2031</w:t>
            </w:r>
          </w:p>
        </w:tc>
        <w:tc>
          <w:tcPr>
            <w:tcW w:w="0" w:type="auto"/>
            <w:shd w:val="clear" w:color="auto" w:fill="E2F0D9"/>
          </w:tcPr>
          <w:p w14:paraId="1124B4A4" w14:textId="77777777" w:rsidR="00047CD3" w:rsidRDefault="00A10F4B">
            <w:pPr>
              <w:jc w:val="center"/>
            </w:pPr>
            <w:r>
              <w:rPr>
                <w:b/>
              </w:rPr>
              <w:t>2036</w:t>
            </w:r>
          </w:p>
        </w:tc>
      </w:tr>
      <w:tr w:rsidR="00047CD3" w14:paraId="76D820ED" w14:textId="77777777">
        <w:trPr>
          <w:cantSplit/>
        </w:trPr>
        <w:tc>
          <w:tcPr>
            <w:tcW w:w="0" w:type="auto"/>
            <w:shd w:val="clear" w:color="auto" w:fill="F2F2F2"/>
          </w:tcPr>
          <w:p w14:paraId="5E17C462" w14:textId="77777777" w:rsidR="00047CD3" w:rsidRDefault="00A10F4B">
            <w:r>
              <w:t>Состояние источника</w:t>
            </w:r>
          </w:p>
        </w:tc>
        <w:tc>
          <w:tcPr>
            <w:tcW w:w="0" w:type="auto"/>
            <w:shd w:val="clear" w:color="auto" w:fill="FFFFFF"/>
          </w:tcPr>
          <w:p w14:paraId="50D5BB44" w14:textId="77777777" w:rsidR="00047CD3" w:rsidRDefault="00A10F4B">
            <w:r>
              <w:t>действующий</w:t>
            </w:r>
          </w:p>
        </w:tc>
        <w:tc>
          <w:tcPr>
            <w:tcW w:w="0" w:type="auto"/>
            <w:shd w:val="clear" w:color="auto" w:fill="FFFFFF"/>
          </w:tcPr>
          <w:p w14:paraId="327E0D79" w14:textId="77777777" w:rsidR="00047CD3" w:rsidRDefault="00A10F4B">
            <w:r>
              <w:t>действующий</w:t>
            </w:r>
          </w:p>
        </w:tc>
        <w:tc>
          <w:tcPr>
            <w:tcW w:w="0" w:type="auto"/>
            <w:shd w:val="clear" w:color="auto" w:fill="FFFFFF"/>
          </w:tcPr>
          <w:p w14:paraId="28D7B8C5" w14:textId="77777777" w:rsidR="00047CD3" w:rsidRDefault="00A10F4B">
            <w:r>
              <w:t>действующий</w:t>
            </w:r>
          </w:p>
        </w:tc>
      </w:tr>
      <w:tr w:rsidR="00047CD3" w14:paraId="6BA9D8C2" w14:textId="77777777">
        <w:trPr>
          <w:cantSplit/>
        </w:trPr>
        <w:tc>
          <w:tcPr>
            <w:tcW w:w="0" w:type="auto"/>
            <w:shd w:val="clear" w:color="auto" w:fill="F2F2F2"/>
          </w:tcPr>
          <w:p w14:paraId="5C740940" w14:textId="77777777" w:rsidR="00047CD3" w:rsidRDefault="00A10F4B">
            <w:r>
              <w:t>Вид топлива</w:t>
            </w:r>
          </w:p>
        </w:tc>
        <w:tc>
          <w:tcPr>
            <w:tcW w:w="0" w:type="auto"/>
            <w:shd w:val="clear" w:color="auto" w:fill="FFFFFF"/>
          </w:tcPr>
          <w:p w14:paraId="6A93BE7B" w14:textId="77777777" w:rsidR="00047CD3" w:rsidRDefault="00A10F4B">
            <w:r>
              <w:t>каменный уголь</w:t>
            </w:r>
          </w:p>
        </w:tc>
        <w:tc>
          <w:tcPr>
            <w:tcW w:w="0" w:type="auto"/>
            <w:shd w:val="clear" w:color="auto" w:fill="FFFFFF"/>
          </w:tcPr>
          <w:p w14:paraId="40FF538B" w14:textId="77777777" w:rsidR="00047CD3" w:rsidRDefault="00A10F4B">
            <w:r>
              <w:t>каменный уголь</w:t>
            </w:r>
          </w:p>
        </w:tc>
        <w:tc>
          <w:tcPr>
            <w:tcW w:w="0" w:type="auto"/>
            <w:shd w:val="clear" w:color="auto" w:fill="FFFFFF"/>
          </w:tcPr>
          <w:p w14:paraId="1E34D3B0" w14:textId="77777777" w:rsidR="00047CD3" w:rsidRDefault="00A10F4B">
            <w:r>
              <w:t>природный газ</w:t>
            </w:r>
          </w:p>
        </w:tc>
      </w:tr>
      <w:tr w:rsidR="00047CD3" w14:paraId="47C9F457" w14:textId="77777777">
        <w:trPr>
          <w:cantSplit/>
        </w:trPr>
        <w:tc>
          <w:tcPr>
            <w:tcW w:w="0" w:type="auto"/>
            <w:shd w:val="clear" w:color="auto" w:fill="F2F2F2"/>
          </w:tcPr>
          <w:p w14:paraId="6DED71CD" w14:textId="77777777" w:rsidR="00047CD3" w:rsidRPr="00844B84" w:rsidRDefault="00A10F4B">
            <w:pPr>
              <w:rPr>
                <w:lang w:val="ru-RU"/>
              </w:rPr>
            </w:pPr>
            <w:r w:rsidRPr="00844B84">
              <w:rPr>
                <w:lang w:val="ru-RU"/>
              </w:rPr>
              <w:t>Год перевода на природный газ</w:t>
            </w:r>
          </w:p>
        </w:tc>
        <w:tc>
          <w:tcPr>
            <w:tcW w:w="0" w:type="auto"/>
            <w:shd w:val="clear" w:color="auto" w:fill="FFFFFF"/>
          </w:tcPr>
          <w:p w14:paraId="4933B1E5" w14:textId="77777777" w:rsidR="00047CD3" w:rsidRDefault="00A10F4B">
            <w:r>
              <w:t>—</w:t>
            </w:r>
          </w:p>
        </w:tc>
        <w:tc>
          <w:tcPr>
            <w:tcW w:w="0" w:type="auto"/>
            <w:shd w:val="clear" w:color="auto" w:fill="FFFFFF"/>
          </w:tcPr>
          <w:p w14:paraId="5F3C71BC" w14:textId="77777777" w:rsidR="00047CD3" w:rsidRDefault="00A10F4B">
            <w:r>
              <w:t>—</w:t>
            </w:r>
          </w:p>
        </w:tc>
        <w:tc>
          <w:tcPr>
            <w:tcW w:w="0" w:type="auto"/>
            <w:shd w:val="clear" w:color="auto" w:fill="FFFFFF"/>
          </w:tcPr>
          <w:p w14:paraId="2CE42771" w14:textId="77777777" w:rsidR="00047CD3" w:rsidRDefault="00A10F4B">
            <w:r>
              <w:t>2035</w:t>
            </w:r>
          </w:p>
        </w:tc>
      </w:tr>
      <w:tr w:rsidR="00047CD3" w14:paraId="7DCBC085" w14:textId="77777777">
        <w:trPr>
          <w:cantSplit/>
        </w:trPr>
        <w:tc>
          <w:tcPr>
            <w:tcW w:w="0" w:type="auto"/>
            <w:shd w:val="clear" w:color="auto" w:fill="F2F2F2"/>
          </w:tcPr>
          <w:p w14:paraId="29AF82BA" w14:textId="77777777" w:rsidR="00047CD3" w:rsidRDefault="00A10F4B">
            <w:r>
              <w:t>Установленная мощность, Гкал/ч</w:t>
            </w:r>
          </w:p>
        </w:tc>
        <w:tc>
          <w:tcPr>
            <w:tcW w:w="0" w:type="auto"/>
            <w:shd w:val="clear" w:color="auto" w:fill="FFFFFF"/>
          </w:tcPr>
          <w:p w14:paraId="4D36DA3C" w14:textId="77777777" w:rsidR="00047CD3" w:rsidRDefault="00A10F4B">
            <w:r>
              <w:t>150,00</w:t>
            </w:r>
          </w:p>
        </w:tc>
        <w:tc>
          <w:tcPr>
            <w:tcW w:w="0" w:type="auto"/>
            <w:shd w:val="clear" w:color="auto" w:fill="FFFFFF"/>
          </w:tcPr>
          <w:p w14:paraId="4C5F0045" w14:textId="77777777" w:rsidR="00047CD3" w:rsidRDefault="00A10F4B">
            <w:r>
              <w:t>150,00</w:t>
            </w:r>
          </w:p>
        </w:tc>
        <w:tc>
          <w:tcPr>
            <w:tcW w:w="0" w:type="auto"/>
            <w:shd w:val="clear" w:color="auto" w:fill="FFFFFF"/>
          </w:tcPr>
          <w:p w14:paraId="739A340D" w14:textId="77777777" w:rsidR="00047CD3" w:rsidRDefault="00A10F4B">
            <w:r>
              <w:t>150,00</w:t>
            </w:r>
          </w:p>
        </w:tc>
      </w:tr>
      <w:tr w:rsidR="00047CD3" w14:paraId="3ADA25AB" w14:textId="77777777">
        <w:trPr>
          <w:cantSplit/>
        </w:trPr>
        <w:tc>
          <w:tcPr>
            <w:tcW w:w="0" w:type="auto"/>
            <w:shd w:val="clear" w:color="auto" w:fill="F2F2F2"/>
          </w:tcPr>
          <w:p w14:paraId="0CA59A71" w14:textId="77777777" w:rsidR="00047CD3" w:rsidRPr="00844B84" w:rsidRDefault="00A10F4B">
            <w:pPr>
              <w:rPr>
                <w:lang w:val="ru-RU"/>
              </w:rPr>
            </w:pPr>
            <w:r w:rsidRPr="00844B84">
              <w:rPr>
                <w:lang w:val="ru-RU"/>
              </w:rPr>
              <w:t>Полная максимальная нагрузка, Гкал/ч</w:t>
            </w:r>
          </w:p>
        </w:tc>
        <w:tc>
          <w:tcPr>
            <w:tcW w:w="0" w:type="auto"/>
            <w:shd w:val="clear" w:color="auto" w:fill="FFFFFF"/>
          </w:tcPr>
          <w:p w14:paraId="482298B9" w14:textId="77777777" w:rsidR="00047CD3" w:rsidRDefault="00A10F4B">
            <w:r>
              <w:t>93,0532</w:t>
            </w:r>
          </w:p>
        </w:tc>
        <w:tc>
          <w:tcPr>
            <w:tcW w:w="0" w:type="auto"/>
            <w:shd w:val="clear" w:color="auto" w:fill="FFFFFF"/>
          </w:tcPr>
          <w:p w14:paraId="7249C978" w14:textId="77777777" w:rsidR="00047CD3" w:rsidRDefault="00A10F4B">
            <w:r>
              <w:t>93,2042</w:t>
            </w:r>
          </w:p>
        </w:tc>
        <w:tc>
          <w:tcPr>
            <w:tcW w:w="0" w:type="auto"/>
            <w:shd w:val="clear" w:color="auto" w:fill="FFFFFF"/>
          </w:tcPr>
          <w:p w14:paraId="13C2FFC0" w14:textId="77777777" w:rsidR="00047CD3" w:rsidRDefault="00A10F4B">
            <w:r>
              <w:t>93,2042</w:t>
            </w:r>
          </w:p>
        </w:tc>
      </w:tr>
      <w:tr w:rsidR="00047CD3" w14:paraId="11C39CFD" w14:textId="77777777">
        <w:trPr>
          <w:cantSplit/>
        </w:trPr>
        <w:tc>
          <w:tcPr>
            <w:tcW w:w="0" w:type="auto"/>
            <w:shd w:val="clear" w:color="auto" w:fill="F2F2F2"/>
          </w:tcPr>
          <w:p w14:paraId="5DE3DE72" w14:textId="77777777" w:rsidR="00047CD3" w:rsidRDefault="00A10F4B">
            <w:r>
              <w:t>Резерв мощности, Гкал/ч</w:t>
            </w:r>
          </w:p>
        </w:tc>
        <w:tc>
          <w:tcPr>
            <w:tcW w:w="0" w:type="auto"/>
            <w:shd w:val="clear" w:color="auto" w:fill="FFFFFF"/>
          </w:tcPr>
          <w:p w14:paraId="09D9A6A4" w14:textId="77777777" w:rsidR="00047CD3" w:rsidRDefault="00A10F4B">
            <w:r>
              <w:t>56,9468</w:t>
            </w:r>
          </w:p>
        </w:tc>
        <w:tc>
          <w:tcPr>
            <w:tcW w:w="0" w:type="auto"/>
            <w:shd w:val="clear" w:color="auto" w:fill="FFFFFF"/>
          </w:tcPr>
          <w:p w14:paraId="7DDA9247" w14:textId="77777777" w:rsidR="00047CD3" w:rsidRDefault="00A10F4B">
            <w:r>
              <w:t>56,7958</w:t>
            </w:r>
          </w:p>
        </w:tc>
        <w:tc>
          <w:tcPr>
            <w:tcW w:w="0" w:type="auto"/>
            <w:shd w:val="clear" w:color="auto" w:fill="FFFFFF"/>
          </w:tcPr>
          <w:p w14:paraId="452AB08B" w14:textId="77777777" w:rsidR="00047CD3" w:rsidRDefault="00A10F4B">
            <w:r>
              <w:t>56,7958</w:t>
            </w:r>
          </w:p>
        </w:tc>
      </w:tr>
      <w:tr w:rsidR="00047CD3" w14:paraId="54FFFE4E" w14:textId="77777777">
        <w:trPr>
          <w:cantSplit/>
        </w:trPr>
        <w:tc>
          <w:tcPr>
            <w:tcW w:w="0" w:type="auto"/>
            <w:shd w:val="clear" w:color="auto" w:fill="F2F2F2"/>
          </w:tcPr>
          <w:p w14:paraId="186A5D3F" w14:textId="77777777" w:rsidR="00047CD3" w:rsidRDefault="00A10F4B">
            <w:r>
              <w:t>Схема приготовления горячей воды</w:t>
            </w:r>
          </w:p>
        </w:tc>
        <w:tc>
          <w:tcPr>
            <w:tcW w:w="0" w:type="auto"/>
            <w:shd w:val="clear" w:color="auto" w:fill="FFFFFF"/>
          </w:tcPr>
          <w:p w14:paraId="4387EA5E" w14:textId="77777777" w:rsidR="00047CD3" w:rsidRDefault="00A10F4B">
            <w:r>
              <w:t>Открытая, двухтрубная</w:t>
            </w:r>
          </w:p>
        </w:tc>
        <w:tc>
          <w:tcPr>
            <w:tcW w:w="0" w:type="auto"/>
            <w:shd w:val="clear" w:color="auto" w:fill="FFFFFF"/>
          </w:tcPr>
          <w:p w14:paraId="5036DFA1" w14:textId="77777777" w:rsidR="00047CD3" w:rsidRDefault="00A10F4B">
            <w:r>
              <w:t>перевод на закрытую схему</w:t>
            </w:r>
          </w:p>
        </w:tc>
        <w:tc>
          <w:tcPr>
            <w:tcW w:w="0" w:type="auto"/>
            <w:shd w:val="clear" w:color="auto" w:fill="FFFFFF"/>
          </w:tcPr>
          <w:p w14:paraId="642E0844" w14:textId="77777777" w:rsidR="00047CD3" w:rsidRDefault="00A10F4B">
            <w:r>
              <w:t>закрытая</w:t>
            </w:r>
          </w:p>
        </w:tc>
      </w:tr>
      <w:tr w:rsidR="00047CD3" w14:paraId="6D2B6FC7" w14:textId="77777777">
        <w:trPr>
          <w:cantSplit/>
        </w:trPr>
        <w:tc>
          <w:tcPr>
            <w:tcW w:w="0" w:type="auto"/>
            <w:shd w:val="clear" w:color="auto" w:fill="F2F2F2"/>
          </w:tcPr>
          <w:p w14:paraId="7BCBDBDC" w14:textId="77777777" w:rsidR="00047CD3" w:rsidRPr="00844B84" w:rsidRDefault="00A10F4B">
            <w:pPr>
              <w:rPr>
                <w:lang w:val="ru-RU"/>
              </w:rPr>
            </w:pPr>
            <w:r w:rsidRPr="00844B84">
              <w:rPr>
                <w:lang w:val="ru-RU"/>
              </w:rPr>
              <w:t>Нагрузка горячего водоснабжения, Гкал/ч</w:t>
            </w:r>
          </w:p>
        </w:tc>
        <w:tc>
          <w:tcPr>
            <w:tcW w:w="0" w:type="auto"/>
            <w:shd w:val="clear" w:color="auto" w:fill="FFFFFF"/>
          </w:tcPr>
          <w:p w14:paraId="56BE8BD8" w14:textId="77777777" w:rsidR="00047CD3" w:rsidRDefault="00A10F4B">
            <w:r>
              <w:t>5,3810</w:t>
            </w:r>
          </w:p>
        </w:tc>
        <w:tc>
          <w:tcPr>
            <w:tcW w:w="0" w:type="auto"/>
            <w:shd w:val="clear" w:color="auto" w:fill="FFFFFF"/>
          </w:tcPr>
          <w:p w14:paraId="6707C04C" w14:textId="77777777" w:rsidR="00047CD3" w:rsidRDefault="00A10F4B">
            <w:r>
              <w:t>5,3810</w:t>
            </w:r>
          </w:p>
        </w:tc>
        <w:tc>
          <w:tcPr>
            <w:tcW w:w="0" w:type="auto"/>
            <w:shd w:val="clear" w:color="auto" w:fill="FFFFFF"/>
          </w:tcPr>
          <w:p w14:paraId="2F6913DA" w14:textId="77777777" w:rsidR="00047CD3" w:rsidRDefault="00A10F4B">
            <w:r>
              <w:t>5,3810</w:t>
            </w:r>
          </w:p>
        </w:tc>
      </w:tr>
      <w:tr w:rsidR="00047CD3" w14:paraId="2D026667" w14:textId="77777777">
        <w:trPr>
          <w:cantSplit/>
        </w:trPr>
        <w:tc>
          <w:tcPr>
            <w:tcW w:w="0" w:type="auto"/>
            <w:shd w:val="clear" w:color="auto" w:fill="F2F2F2"/>
          </w:tcPr>
          <w:p w14:paraId="366C207A" w14:textId="77777777" w:rsidR="00047CD3" w:rsidRPr="00844B84" w:rsidRDefault="00A10F4B">
            <w:pPr>
              <w:rPr>
                <w:lang w:val="ru-RU"/>
              </w:rPr>
            </w:pPr>
            <w:r w:rsidRPr="00844B84">
              <w:rPr>
                <w:lang w:val="ru-RU"/>
              </w:rPr>
              <w:t>Подпитка тепловой сети, т/ч</w:t>
            </w:r>
          </w:p>
        </w:tc>
        <w:tc>
          <w:tcPr>
            <w:tcW w:w="0" w:type="auto"/>
            <w:shd w:val="clear" w:color="auto" w:fill="FFFFFF"/>
          </w:tcPr>
          <w:p w14:paraId="6D26B379" w14:textId="77777777" w:rsidR="00047CD3" w:rsidRDefault="00A10F4B">
            <w:r>
              <w:t>45,586</w:t>
            </w:r>
          </w:p>
        </w:tc>
        <w:tc>
          <w:tcPr>
            <w:tcW w:w="0" w:type="auto"/>
            <w:shd w:val="clear" w:color="auto" w:fill="FFFFFF"/>
          </w:tcPr>
          <w:p w14:paraId="00C009EB" w14:textId="77777777" w:rsidR="00047CD3" w:rsidRDefault="00A10F4B">
            <w:r>
              <w:t>45,586</w:t>
            </w:r>
          </w:p>
        </w:tc>
        <w:tc>
          <w:tcPr>
            <w:tcW w:w="0" w:type="auto"/>
            <w:shd w:val="clear" w:color="auto" w:fill="FFFFFF"/>
          </w:tcPr>
          <w:p w14:paraId="624931A5" w14:textId="77777777" w:rsidR="00047CD3" w:rsidRDefault="00A10F4B">
            <w:r>
              <w:t>45,586</w:t>
            </w:r>
          </w:p>
        </w:tc>
      </w:tr>
      <w:tr w:rsidR="00047CD3" w14:paraId="03A8BF9B" w14:textId="77777777">
        <w:trPr>
          <w:cantSplit/>
        </w:trPr>
        <w:tc>
          <w:tcPr>
            <w:tcW w:w="0" w:type="auto"/>
            <w:shd w:val="clear" w:color="auto" w:fill="F2F2F2"/>
          </w:tcPr>
          <w:p w14:paraId="501F4C18" w14:textId="77777777" w:rsidR="00047CD3" w:rsidRDefault="00A10F4B">
            <w:r>
              <w:t>Температурный график, °C</w:t>
            </w:r>
          </w:p>
        </w:tc>
        <w:tc>
          <w:tcPr>
            <w:tcW w:w="0" w:type="auto"/>
            <w:shd w:val="clear" w:color="auto" w:fill="FFFFFF"/>
          </w:tcPr>
          <w:p w14:paraId="5BB703EB" w14:textId="77777777" w:rsidR="00047CD3" w:rsidRDefault="00A10F4B">
            <w:r>
              <w:t>95/70</w:t>
            </w:r>
          </w:p>
        </w:tc>
        <w:tc>
          <w:tcPr>
            <w:tcW w:w="0" w:type="auto"/>
            <w:shd w:val="clear" w:color="auto" w:fill="FFFFFF"/>
          </w:tcPr>
          <w:p w14:paraId="171E27FD" w14:textId="77777777" w:rsidR="00047CD3" w:rsidRDefault="00A10F4B">
            <w:r>
              <w:t>95/70</w:t>
            </w:r>
          </w:p>
        </w:tc>
        <w:tc>
          <w:tcPr>
            <w:tcW w:w="0" w:type="auto"/>
            <w:shd w:val="clear" w:color="auto" w:fill="FFFFFF"/>
          </w:tcPr>
          <w:p w14:paraId="7AF0D1AC" w14:textId="77777777" w:rsidR="00047CD3" w:rsidRDefault="00A10F4B">
            <w:r>
              <w:t>95/70</w:t>
            </w:r>
          </w:p>
        </w:tc>
      </w:tr>
      <w:tr w:rsidR="00047CD3" w14:paraId="57719FBC" w14:textId="77777777">
        <w:trPr>
          <w:cantSplit/>
        </w:trPr>
        <w:tc>
          <w:tcPr>
            <w:tcW w:w="0" w:type="auto"/>
            <w:shd w:val="clear" w:color="auto" w:fill="F2F2F2"/>
          </w:tcPr>
          <w:p w14:paraId="7BCB4431" w14:textId="77777777" w:rsidR="00047CD3" w:rsidRDefault="00A10F4B">
            <w:r>
              <w:t>Зона действия источника</w:t>
            </w:r>
          </w:p>
        </w:tc>
        <w:tc>
          <w:tcPr>
            <w:tcW w:w="0" w:type="auto"/>
            <w:shd w:val="clear" w:color="auto" w:fill="FFFFFF"/>
          </w:tcPr>
          <w:p w14:paraId="4004166B" w14:textId="77777777" w:rsidR="00047CD3" w:rsidRDefault="00A10F4B">
            <w:r>
              <w:t>сохраняется</w:t>
            </w:r>
          </w:p>
        </w:tc>
        <w:tc>
          <w:tcPr>
            <w:tcW w:w="0" w:type="auto"/>
            <w:shd w:val="clear" w:color="auto" w:fill="FFFFFF"/>
          </w:tcPr>
          <w:p w14:paraId="77DCE235" w14:textId="77777777" w:rsidR="00047CD3" w:rsidRDefault="00A10F4B">
            <w:r>
              <w:t>сохраняется</w:t>
            </w:r>
          </w:p>
        </w:tc>
        <w:tc>
          <w:tcPr>
            <w:tcW w:w="0" w:type="auto"/>
            <w:shd w:val="clear" w:color="auto" w:fill="FFFFFF"/>
          </w:tcPr>
          <w:p w14:paraId="6FDEF533" w14:textId="77777777" w:rsidR="00047CD3" w:rsidRDefault="00A10F4B">
            <w:r>
              <w:t>сохраняется</w:t>
            </w:r>
          </w:p>
        </w:tc>
      </w:tr>
    </w:tbl>
    <w:p w14:paraId="3D09D307" w14:textId="77777777" w:rsidR="00047CD3" w:rsidRPr="005731F7" w:rsidRDefault="00A10F4B">
      <w:pPr>
        <w:pStyle w:val="31"/>
        <w:rPr>
          <w:sz w:val="28"/>
          <w:szCs w:val="28"/>
        </w:rPr>
      </w:pPr>
      <w:r w:rsidRPr="005731F7">
        <w:rPr>
          <w:sz w:val="28"/>
          <w:szCs w:val="28"/>
        </w:rPr>
        <w:t>4.9.2. УПК № 2 «Шалым»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906"/>
        <w:gridCol w:w="2314"/>
        <w:gridCol w:w="2658"/>
        <w:gridCol w:w="1611"/>
      </w:tblGrid>
      <w:tr w:rsidR="00047CD3" w14:paraId="7CA55E0E" w14:textId="77777777">
        <w:trPr>
          <w:cantSplit/>
          <w:tblHeader/>
        </w:trPr>
        <w:tc>
          <w:tcPr>
            <w:tcW w:w="0" w:type="auto"/>
            <w:shd w:val="clear" w:color="auto" w:fill="E2F0D9"/>
          </w:tcPr>
          <w:p w14:paraId="3CF18451" w14:textId="77777777" w:rsidR="00047CD3" w:rsidRDefault="00A10F4B">
            <w:pPr>
              <w:jc w:val="center"/>
            </w:pPr>
            <w:r>
              <w:rPr>
                <w:b/>
              </w:rPr>
              <w:t>Характеристика</w:t>
            </w:r>
          </w:p>
        </w:tc>
        <w:tc>
          <w:tcPr>
            <w:tcW w:w="0" w:type="auto"/>
            <w:shd w:val="clear" w:color="auto" w:fill="E2F0D9"/>
          </w:tcPr>
          <w:p w14:paraId="186DE9ED" w14:textId="77777777" w:rsidR="00047CD3" w:rsidRDefault="00A10F4B">
            <w:pPr>
              <w:jc w:val="center"/>
            </w:pPr>
            <w:r>
              <w:rPr>
                <w:b/>
              </w:rPr>
              <w:t>2026</w:t>
            </w:r>
          </w:p>
        </w:tc>
        <w:tc>
          <w:tcPr>
            <w:tcW w:w="0" w:type="auto"/>
            <w:shd w:val="clear" w:color="auto" w:fill="E2F0D9"/>
          </w:tcPr>
          <w:p w14:paraId="4BB3DC0C" w14:textId="77777777" w:rsidR="00047CD3" w:rsidRDefault="00A10F4B">
            <w:pPr>
              <w:jc w:val="center"/>
            </w:pPr>
            <w:r>
              <w:rPr>
                <w:b/>
              </w:rPr>
              <w:t>2031</w:t>
            </w:r>
          </w:p>
        </w:tc>
        <w:tc>
          <w:tcPr>
            <w:tcW w:w="0" w:type="auto"/>
            <w:shd w:val="clear" w:color="auto" w:fill="E2F0D9"/>
          </w:tcPr>
          <w:p w14:paraId="4E0DA5FB" w14:textId="77777777" w:rsidR="00047CD3" w:rsidRDefault="00A10F4B">
            <w:pPr>
              <w:jc w:val="center"/>
            </w:pPr>
            <w:r>
              <w:rPr>
                <w:b/>
              </w:rPr>
              <w:t>2036</w:t>
            </w:r>
          </w:p>
        </w:tc>
      </w:tr>
      <w:tr w:rsidR="00047CD3" w14:paraId="4967A219" w14:textId="77777777">
        <w:trPr>
          <w:cantSplit/>
        </w:trPr>
        <w:tc>
          <w:tcPr>
            <w:tcW w:w="0" w:type="auto"/>
            <w:shd w:val="clear" w:color="auto" w:fill="F2F2F2"/>
          </w:tcPr>
          <w:p w14:paraId="6F16310D" w14:textId="77777777" w:rsidR="00047CD3" w:rsidRDefault="00A10F4B">
            <w:r>
              <w:t>Состояние источника</w:t>
            </w:r>
          </w:p>
        </w:tc>
        <w:tc>
          <w:tcPr>
            <w:tcW w:w="0" w:type="auto"/>
            <w:shd w:val="clear" w:color="auto" w:fill="FFFFFF"/>
          </w:tcPr>
          <w:p w14:paraId="4164A434" w14:textId="77777777" w:rsidR="00047CD3" w:rsidRDefault="00A10F4B">
            <w:r>
              <w:t>действующий</w:t>
            </w:r>
          </w:p>
        </w:tc>
        <w:tc>
          <w:tcPr>
            <w:tcW w:w="0" w:type="auto"/>
            <w:shd w:val="clear" w:color="auto" w:fill="FFFFFF"/>
          </w:tcPr>
          <w:p w14:paraId="4CFC28B2" w14:textId="77777777" w:rsidR="00047CD3" w:rsidRDefault="00A10F4B">
            <w:r>
              <w:t>действующий</w:t>
            </w:r>
          </w:p>
        </w:tc>
        <w:tc>
          <w:tcPr>
            <w:tcW w:w="0" w:type="auto"/>
            <w:shd w:val="clear" w:color="auto" w:fill="FFFFFF"/>
          </w:tcPr>
          <w:p w14:paraId="00B20B49" w14:textId="77777777" w:rsidR="00047CD3" w:rsidRDefault="00A10F4B">
            <w:r>
              <w:t>действующий</w:t>
            </w:r>
          </w:p>
        </w:tc>
      </w:tr>
      <w:tr w:rsidR="00047CD3" w14:paraId="0A23EB3A" w14:textId="77777777">
        <w:trPr>
          <w:cantSplit/>
        </w:trPr>
        <w:tc>
          <w:tcPr>
            <w:tcW w:w="0" w:type="auto"/>
            <w:shd w:val="clear" w:color="auto" w:fill="F2F2F2"/>
          </w:tcPr>
          <w:p w14:paraId="27C263DD" w14:textId="77777777" w:rsidR="00047CD3" w:rsidRDefault="00A10F4B">
            <w:r>
              <w:t>Вид топлива</w:t>
            </w:r>
          </w:p>
        </w:tc>
        <w:tc>
          <w:tcPr>
            <w:tcW w:w="0" w:type="auto"/>
            <w:shd w:val="clear" w:color="auto" w:fill="FFFFFF"/>
          </w:tcPr>
          <w:p w14:paraId="677DDEDD" w14:textId="77777777" w:rsidR="00047CD3" w:rsidRDefault="00A10F4B">
            <w:r>
              <w:t>каменный уголь</w:t>
            </w:r>
          </w:p>
        </w:tc>
        <w:tc>
          <w:tcPr>
            <w:tcW w:w="0" w:type="auto"/>
            <w:shd w:val="clear" w:color="auto" w:fill="FFFFFF"/>
          </w:tcPr>
          <w:p w14:paraId="62DBAC5C" w14:textId="77777777" w:rsidR="00047CD3" w:rsidRDefault="00A10F4B">
            <w:r>
              <w:t>каменный уголь</w:t>
            </w:r>
          </w:p>
        </w:tc>
        <w:tc>
          <w:tcPr>
            <w:tcW w:w="0" w:type="auto"/>
            <w:shd w:val="clear" w:color="auto" w:fill="FFFFFF"/>
          </w:tcPr>
          <w:p w14:paraId="20702ABA" w14:textId="77777777" w:rsidR="00047CD3" w:rsidRDefault="00A10F4B">
            <w:r>
              <w:t>природный газ</w:t>
            </w:r>
          </w:p>
        </w:tc>
      </w:tr>
      <w:tr w:rsidR="00047CD3" w14:paraId="21625D6C" w14:textId="77777777">
        <w:trPr>
          <w:cantSplit/>
        </w:trPr>
        <w:tc>
          <w:tcPr>
            <w:tcW w:w="0" w:type="auto"/>
            <w:shd w:val="clear" w:color="auto" w:fill="F2F2F2"/>
          </w:tcPr>
          <w:p w14:paraId="1F03D8C1" w14:textId="77777777" w:rsidR="00047CD3" w:rsidRPr="00844B84" w:rsidRDefault="00A10F4B">
            <w:pPr>
              <w:rPr>
                <w:lang w:val="ru-RU"/>
              </w:rPr>
            </w:pPr>
            <w:r w:rsidRPr="00844B84">
              <w:rPr>
                <w:lang w:val="ru-RU"/>
              </w:rPr>
              <w:t>Год перевода на природный газ</w:t>
            </w:r>
          </w:p>
        </w:tc>
        <w:tc>
          <w:tcPr>
            <w:tcW w:w="0" w:type="auto"/>
            <w:shd w:val="clear" w:color="auto" w:fill="FFFFFF"/>
          </w:tcPr>
          <w:p w14:paraId="719F1EEE" w14:textId="77777777" w:rsidR="00047CD3" w:rsidRDefault="00A10F4B">
            <w:r>
              <w:t>—</w:t>
            </w:r>
          </w:p>
        </w:tc>
        <w:tc>
          <w:tcPr>
            <w:tcW w:w="0" w:type="auto"/>
            <w:shd w:val="clear" w:color="auto" w:fill="FFFFFF"/>
          </w:tcPr>
          <w:p w14:paraId="007280DC" w14:textId="77777777" w:rsidR="00047CD3" w:rsidRDefault="00A10F4B">
            <w:r>
              <w:t>—</w:t>
            </w:r>
          </w:p>
        </w:tc>
        <w:tc>
          <w:tcPr>
            <w:tcW w:w="0" w:type="auto"/>
            <w:shd w:val="clear" w:color="auto" w:fill="FFFFFF"/>
          </w:tcPr>
          <w:p w14:paraId="43C616B8" w14:textId="77777777" w:rsidR="00047CD3" w:rsidRDefault="00A10F4B">
            <w:r>
              <w:t>2035</w:t>
            </w:r>
          </w:p>
        </w:tc>
      </w:tr>
      <w:tr w:rsidR="00047CD3" w14:paraId="652FB208" w14:textId="77777777">
        <w:trPr>
          <w:cantSplit/>
        </w:trPr>
        <w:tc>
          <w:tcPr>
            <w:tcW w:w="0" w:type="auto"/>
            <w:shd w:val="clear" w:color="auto" w:fill="F2F2F2"/>
          </w:tcPr>
          <w:p w14:paraId="55A6CF9A" w14:textId="77777777" w:rsidR="00047CD3" w:rsidRDefault="00A10F4B">
            <w:r>
              <w:t>Установленная мощность, Гкал/ч</w:t>
            </w:r>
          </w:p>
        </w:tc>
        <w:tc>
          <w:tcPr>
            <w:tcW w:w="0" w:type="auto"/>
            <w:shd w:val="clear" w:color="auto" w:fill="FFFFFF"/>
          </w:tcPr>
          <w:p w14:paraId="7B7718D7" w14:textId="77777777" w:rsidR="00047CD3" w:rsidRDefault="00A10F4B">
            <w:r>
              <w:t>17,00</w:t>
            </w:r>
          </w:p>
        </w:tc>
        <w:tc>
          <w:tcPr>
            <w:tcW w:w="0" w:type="auto"/>
            <w:shd w:val="clear" w:color="auto" w:fill="FFFFFF"/>
          </w:tcPr>
          <w:p w14:paraId="2300DE67" w14:textId="77777777" w:rsidR="00047CD3" w:rsidRDefault="00A10F4B">
            <w:r>
              <w:t>17,00</w:t>
            </w:r>
          </w:p>
        </w:tc>
        <w:tc>
          <w:tcPr>
            <w:tcW w:w="0" w:type="auto"/>
            <w:shd w:val="clear" w:color="auto" w:fill="FFFFFF"/>
          </w:tcPr>
          <w:p w14:paraId="7360D747" w14:textId="77777777" w:rsidR="00047CD3" w:rsidRDefault="00A10F4B">
            <w:r>
              <w:t>17,00</w:t>
            </w:r>
          </w:p>
        </w:tc>
      </w:tr>
      <w:tr w:rsidR="00047CD3" w14:paraId="27DB36A8" w14:textId="77777777">
        <w:trPr>
          <w:cantSplit/>
        </w:trPr>
        <w:tc>
          <w:tcPr>
            <w:tcW w:w="0" w:type="auto"/>
            <w:shd w:val="clear" w:color="auto" w:fill="F2F2F2"/>
          </w:tcPr>
          <w:p w14:paraId="71CDC4D4" w14:textId="77777777" w:rsidR="00047CD3" w:rsidRPr="00844B84" w:rsidRDefault="00A10F4B">
            <w:pPr>
              <w:rPr>
                <w:lang w:val="ru-RU"/>
              </w:rPr>
            </w:pPr>
            <w:r w:rsidRPr="00844B84">
              <w:rPr>
                <w:lang w:val="ru-RU"/>
              </w:rPr>
              <w:t>Полная максимальная нагрузка, Гкал/ч</w:t>
            </w:r>
          </w:p>
        </w:tc>
        <w:tc>
          <w:tcPr>
            <w:tcW w:w="0" w:type="auto"/>
            <w:shd w:val="clear" w:color="auto" w:fill="FFFFFF"/>
          </w:tcPr>
          <w:p w14:paraId="7E04F6BE" w14:textId="77777777" w:rsidR="00047CD3" w:rsidRDefault="00A10F4B">
            <w:r>
              <w:t>5,8602</w:t>
            </w:r>
          </w:p>
        </w:tc>
        <w:tc>
          <w:tcPr>
            <w:tcW w:w="0" w:type="auto"/>
            <w:shd w:val="clear" w:color="auto" w:fill="FFFFFF"/>
          </w:tcPr>
          <w:p w14:paraId="1F7ACF6F" w14:textId="77777777" w:rsidR="00047CD3" w:rsidRDefault="00A10F4B">
            <w:r>
              <w:t>5,8602</w:t>
            </w:r>
          </w:p>
        </w:tc>
        <w:tc>
          <w:tcPr>
            <w:tcW w:w="0" w:type="auto"/>
            <w:shd w:val="clear" w:color="auto" w:fill="FFFFFF"/>
          </w:tcPr>
          <w:p w14:paraId="4574AB44" w14:textId="77777777" w:rsidR="00047CD3" w:rsidRDefault="00A10F4B">
            <w:r>
              <w:t>5,8602</w:t>
            </w:r>
          </w:p>
        </w:tc>
      </w:tr>
      <w:tr w:rsidR="00047CD3" w14:paraId="3B253B51" w14:textId="77777777">
        <w:trPr>
          <w:cantSplit/>
        </w:trPr>
        <w:tc>
          <w:tcPr>
            <w:tcW w:w="0" w:type="auto"/>
            <w:shd w:val="clear" w:color="auto" w:fill="F2F2F2"/>
          </w:tcPr>
          <w:p w14:paraId="1FCC948A" w14:textId="77777777" w:rsidR="00047CD3" w:rsidRDefault="00A10F4B">
            <w:r>
              <w:t>Резерв мощности, Гкал/ч</w:t>
            </w:r>
          </w:p>
        </w:tc>
        <w:tc>
          <w:tcPr>
            <w:tcW w:w="0" w:type="auto"/>
            <w:shd w:val="clear" w:color="auto" w:fill="FFFFFF"/>
          </w:tcPr>
          <w:p w14:paraId="066B2CE1" w14:textId="77777777" w:rsidR="00047CD3" w:rsidRDefault="00A10F4B">
            <w:r>
              <w:t>11,1398</w:t>
            </w:r>
          </w:p>
        </w:tc>
        <w:tc>
          <w:tcPr>
            <w:tcW w:w="0" w:type="auto"/>
            <w:shd w:val="clear" w:color="auto" w:fill="FFFFFF"/>
          </w:tcPr>
          <w:p w14:paraId="58A576CC" w14:textId="77777777" w:rsidR="00047CD3" w:rsidRDefault="00A10F4B">
            <w:r>
              <w:t>11,1398</w:t>
            </w:r>
          </w:p>
        </w:tc>
        <w:tc>
          <w:tcPr>
            <w:tcW w:w="0" w:type="auto"/>
            <w:shd w:val="clear" w:color="auto" w:fill="FFFFFF"/>
          </w:tcPr>
          <w:p w14:paraId="5ECB5FC0" w14:textId="77777777" w:rsidR="00047CD3" w:rsidRDefault="00A10F4B">
            <w:r>
              <w:t>11,1398</w:t>
            </w:r>
          </w:p>
        </w:tc>
      </w:tr>
      <w:tr w:rsidR="00047CD3" w14:paraId="11981DED" w14:textId="77777777">
        <w:trPr>
          <w:cantSplit/>
        </w:trPr>
        <w:tc>
          <w:tcPr>
            <w:tcW w:w="0" w:type="auto"/>
            <w:shd w:val="clear" w:color="auto" w:fill="F2F2F2"/>
          </w:tcPr>
          <w:p w14:paraId="1E6161DA" w14:textId="77777777" w:rsidR="00047CD3" w:rsidRDefault="00A10F4B">
            <w:r>
              <w:t>Схема приготовления горячей воды</w:t>
            </w:r>
          </w:p>
        </w:tc>
        <w:tc>
          <w:tcPr>
            <w:tcW w:w="0" w:type="auto"/>
            <w:shd w:val="clear" w:color="auto" w:fill="FFFFFF"/>
          </w:tcPr>
          <w:p w14:paraId="18F3B05B" w14:textId="77777777" w:rsidR="00047CD3" w:rsidRDefault="00A10F4B">
            <w:r>
              <w:t>Открытая, двухтрубная</w:t>
            </w:r>
          </w:p>
        </w:tc>
        <w:tc>
          <w:tcPr>
            <w:tcW w:w="0" w:type="auto"/>
            <w:shd w:val="clear" w:color="auto" w:fill="FFFFFF"/>
          </w:tcPr>
          <w:p w14:paraId="57C14376" w14:textId="77777777" w:rsidR="00047CD3" w:rsidRDefault="00A10F4B">
            <w:r>
              <w:t>перевод на закрытую схему</w:t>
            </w:r>
          </w:p>
        </w:tc>
        <w:tc>
          <w:tcPr>
            <w:tcW w:w="0" w:type="auto"/>
            <w:shd w:val="clear" w:color="auto" w:fill="FFFFFF"/>
          </w:tcPr>
          <w:p w14:paraId="2C45ECBF" w14:textId="77777777" w:rsidR="00047CD3" w:rsidRDefault="00A10F4B">
            <w:r>
              <w:t>закрытая</w:t>
            </w:r>
          </w:p>
        </w:tc>
      </w:tr>
      <w:tr w:rsidR="00047CD3" w14:paraId="618C8BCC" w14:textId="77777777">
        <w:trPr>
          <w:cantSplit/>
        </w:trPr>
        <w:tc>
          <w:tcPr>
            <w:tcW w:w="0" w:type="auto"/>
            <w:shd w:val="clear" w:color="auto" w:fill="F2F2F2"/>
          </w:tcPr>
          <w:p w14:paraId="13C0CBF7" w14:textId="77777777" w:rsidR="00047CD3" w:rsidRPr="00844B84" w:rsidRDefault="00A10F4B">
            <w:pPr>
              <w:rPr>
                <w:lang w:val="ru-RU"/>
              </w:rPr>
            </w:pPr>
            <w:r w:rsidRPr="00844B84">
              <w:rPr>
                <w:lang w:val="ru-RU"/>
              </w:rPr>
              <w:t>Нагрузка горячего водоснабжения, Гкал/ч</w:t>
            </w:r>
          </w:p>
        </w:tc>
        <w:tc>
          <w:tcPr>
            <w:tcW w:w="0" w:type="auto"/>
            <w:shd w:val="clear" w:color="auto" w:fill="FFFFFF"/>
          </w:tcPr>
          <w:p w14:paraId="665D856A" w14:textId="77777777" w:rsidR="00047CD3" w:rsidRDefault="00A10F4B">
            <w:r>
              <w:t>0,3820</w:t>
            </w:r>
          </w:p>
        </w:tc>
        <w:tc>
          <w:tcPr>
            <w:tcW w:w="0" w:type="auto"/>
            <w:shd w:val="clear" w:color="auto" w:fill="FFFFFF"/>
          </w:tcPr>
          <w:p w14:paraId="2CD426AD" w14:textId="77777777" w:rsidR="00047CD3" w:rsidRDefault="00A10F4B">
            <w:r>
              <w:t>0,3820</w:t>
            </w:r>
          </w:p>
        </w:tc>
        <w:tc>
          <w:tcPr>
            <w:tcW w:w="0" w:type="auto"/>
            <w:shd w:val="clear" w:color="auto" w:fill="FFFFFF"/>
          </w:tcPr>
          <w:p w14:paraId="61DC754A" w14:textId="77777777" w:rsidR="00047CD3" w:rsidRDefault="00A10F4B">
            <w:r>
              <w:t>0,3820</w:t>
            </w:r>
          </w:p>
        </w:tc>
      </w:tr>
      <w:tr w:rsidR="00047CD3" w14:paraId="7FA60CB6" w14:textId="77777777">
        <w:trPr>
          <w:cantSplit/>
        </w:trPr>
        <w:tc>
          <w:tcPr>
            <w:tcW w:w="0" w:type="auto"/>
            <w:shd w:val="clear" w:color="auto" w:fill="F2F2F2"/>
          </w:tcPr>
          <w:p w14:paraId="67DBEADF" w14:textId="77777777" w:rsidR="00047CD3" w:rsidRPr="00844B84" w:rsidRDefault="00A10F4B">
            <w:pPr>
              <w:rPr>
                <w:lang w:val="ru-RU"/>
              </w:rPr>
            </w:pPr>
            <w:r w:rsidRPr="00844B84">
              <w:rPr>
                <w:lang w:val="ru-RU"/>
              </w:rPr>
              <w:t>Подпитка тепловой сети, т/ч</w:t>
            </w:r>
          </w:p>
        </w:tc>
        <w:tc>
          <w:tcPr>
            <w:tcW w:w="0" w:type="auto"/>
            <w:shd w:val="clear" w:color="auto" w:fill="FFFFFF"/>
          </w:tcPr>
          <w:p w14:paraId="7ACE5E13" w14:textId="77777777" w:rsidR="00047CD3" w:rsidRDefault="00A10F4B">
            <w:r>
              <w:t>2,282</w:t>
            </w:r>
          </w:p>
        </w:tc>
        <w:tc>
          <w:tcPr>
            <w:tcW w:w="0" w:type="auto"/>
            <w:shd w:val="clear" w:color="auto" w:fill="FFFFFF"/>
          </w:tcPr>
          <w:p w14:paraId="59FC02C6" w14:textId="77777777" w:rsidR="00047CD3" w:rsidRDefault="00A10F4B">
            <w:r>
              <w:t>2,282</w:t>
            </w:r>
          </w:p>
        </w:tc>
        <w:tc>
          <w:tcPr>
            <w:tcW w:w="0" w:type="auto"/>
            <w:shd w:val="clear" w:color="auto" w:fill="FFFFFF"/>
          </w:tcPr>
          <w:p w14:paraId="34035A25" w14:textId="77777777" w:rsidR="00047CD3" w:rsidRDefault="00A10F4B">
            <w:r>
              <w:t>2,282</w:t>
            </w:r>
          </w:p>
        </w:tc>
      </w:tr>
      <w:tr w:rsidR="00047CD3" w14:paraId="4121D90E" w14:textId="77777777">
        <w:trPr>
          <w:cantSplit/>
        </w:trPr>
        <w:tc>
          <w:tcPr>
            <w:tcW w:w="0" w:type="auto"/>
            <w:shd w:val="clear" w:color="auto" w:fill="F2F2F2"/>
          </w:tcPr>
          <w:p w14:paraId="2042A911" w14:textId="77777777" w:rsidR="00047CD3" w:rsidRDefault="00A10F4B">
            <w:r>
              <w:t>Температурный график, °C</w:t>
            </w:r>
          </w:p>
        </w:tc>
        <w:tc>
          <w:tcPr>
            <w:tcW w:w="0" w:type="auto"/>
            <w:shd w:val="clear" w:color="auto" w:fill="FFFFFF"/>
          </w:tcPr>
          <w:p w14:paraId="385CA9E6" w14:textId="77777777" w:rsidR="00047CD3" w:rsidRDefault="00A10F4B">
            <w:r>
              <w:t>95/70</w:t>
            </w:r>
          </w:p>
        </w:tc>
        <w:tc>
          <w:tcPr>
            <w:tcW w:w="0" w:type="auto"/>
            <w:shd w:val="clear" w:color="auto" w:fill="FFFFFF"/>
          </w:tcPr>
          <w:p w14:paraId="55EEA349" w14:textId="77777777" w:rsidR="00047CD3" w:rsidRDefault="00A10F4B">
            <w:r>
              <w:t>95/70</w:t>
            </w:r>
          </w:p>
        </w:tc>
        <w:tc>
          <w:tcPr>
            <w:tcW w:w="0" w:type="auto"/>
            <w:shd w:val="clear" w:color="auto" w:fill="FFFFFF"/>
          </w:tcPr>
          <w:p w14:paraId="3EFB1357" w14:textId="77777777" w:rsidR="00047CD3" w:rsidRDefault="00A10F4B">
            <w:r>
              <w:t>95/70</w:t>
            </w:r>
          </w:p>
        </w:tc>
      </w:tr>
      <w:tr w:rsidR="00047CD3" w14:paraId="2BB10F4D" w14:textId="77777777">
        <w:trPr>
          <w:cantSplit/>
        </w:trPr>
        <w:tc>
          <w:tcPr>
            <w:tcW w:w="0" w:type="auto"/>
            <w:shd w:val="clear" w:color="auto" w:fill="F2F2F2"/>
          </w:tcPr>
          <w:p w14:paraId="4A90CFDE" w14:textId="77777777" w:rsidR="00047CD3" w:rsidRDefault="00A10F4B">
            <w:r>
              <w:t>Зона действия источника</w:t>
            </w:r>
          </w:p>
        </w:tc>
        <w:tc>
          <w:tcPr>
            <w:tcW w:w="0" w:type="auto"/>
            <w:shd w:val="clear" w:color="auto" w:fill="FFFFFF"/>
          </w:tcPr>
          <w:p w14:paraId="30835310" w14:textId="77777777" w:rsidR="00047CD3" w:rsidRDefault="00A10F4B">
            <w:r>
              <w:t>сохраняется</w:t>
            </w:r>
          </w:p>
        </w:tc>
        <w:tc>
          <w:tcPr>
            <w:tcW w:w="0" w:type="auto"/>
            <w:shd w:val="clear" w:color="auto" w:fill="FFFFFF"/>
          </w:tcPr>
          <w:p w14:paraId="3916575E" w14:textId="77777777" w:rsidR="00047CD3" w:rsidRDefault="00A10F4B">
            <w:r>
              <w:t>сохраняется</w:t>
            </w:r>
          </w:p>
        </w:tc>
        <w:tc>
          <w:tcPr>
            <w:tcW w:w="0" w:type="auto"/>
            <w:shd w:val="clear" w:color="auto" w:fill="FFFFFF"/>
          </w:tcPr>
          <w:p w14:paraId="292280B9" w14:textId="77777777" w:rsidR="00047CD3" w:rsidRDefault="00A10F4B">
            <w:r>
              <w:t>сохраняется</w:t>
            </w:r>
          </w:p>
        </w:tc>
      </w:tr>
    </w:tbl>
    <w:p w14:paraId="42A4CB7F" w14:textId="77777777" w:rsidR="00047CD3" w:rsidRPr="005731F7" w:rsidRDefault="00A10F4B">
      <w:pPr>
        <w:pStyle w:val="31"/>
        <w:rPr>
          <w:sz w:val="28"/>
          <w:szCs w:val="28"/>
        </w:rPr>
      </w:pPr>
      <w:r w:rsidRPr="005731F7">
        <w:rPr>
          <w:sz w:val="28"/>
          <w:szCs w:val="28"/>
        </w:rPr>
        <w:t>4.9.3. УПК № 2 «ЦМК»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906"/>
        <w:gridCol w:w="2314"/>
        <w:gridCol w:w="2658"/>
        <w:gridCol w:w="1611"/>
      </w:tblGrid>
      <w:tr w:rsidR="00047CD3" w14:paraId="3AC61CB2" w14:textId="77777777">
        <w:trPr>
          <w:cantSplit/>
          <w:tblHeader/>
        </w:trPr>
        <w:tc>
          <w:tcPr>
            <w:tcW w:w="0" w:type="auto"/>
            <w:shd w:val="clear" w:color="auto" w:fill="E2F0D9"/>
          </w:tcPr>
          <w:p w14:paraId="471FAEC3" w14:textId="77777777" w:rsidR="00047CD3" w:rsidRDefault="00A10F4B">
            <w:pPr>
              <w:jc w:val="center"/>
            </w:pPr>
            <w:r>
              <w:rPr>
                <w:b/>
              </w:rPr>
              <w:t>Характеристика</w:t>
            </w:r>
          </w:p>
        </w:tc>
        <w:tc>
          <w:tcPr>
            <w:tcW w:w="0" w:type="auto"/>
            <w:shd w:val="clear" w:color="auto" w:fill="E2F0D9"/>
          </w:tcPr>
          <w:p w14:paraId="258050B3" w14:textId="77777777" w:rsidR="00047CD3" w:rsidRDefault="00A10F4B">
            <w:pPr>
              <w:jc w:val="center"/>
            </w:pPr>
            <w:r>
              <w:rPr>
                <w:b/>
              </w:rPr>
              <w:t>2026</w:t>
            </w:r>
          </w:p>
        </w:tc>
        <w:tc>
          <w:tcPr>
            <w:tcW w:w="0" w:type="auto"/>
            <w:shd w:val="clear" w:color="auto" w:fill="E2F0D9"/>
          </w:tcPr>
          <w:p w14:paraId="46A49F0B" w14:textId="77777777" w:rsidR="00047CD3" w:rsidRDefault="00A10F4B">
            <w:pPr>
              <w:jc w:val="center"/>
            </w:pPr>
            <w:r>
              <w:rPr>
                <w:b/>
              </w:rPr>
              <w:t>2031</w:t>
            </w:r>
          </w:p>
        </w:tc>
        <w:tc>
          <w:tcPr>
            <w:tcW w:w="0" w:type="auto"/>
            <w:shd w:val="clear" w:color="auto" w:fill="E2F0D9"/>
          </w:tcPr>
          <w:p w14:paraId="347655CB" w14:textId="77777777" w:rsidR="00047CD3" w:rsidRDefault="00A10F4B">
            <w:pPr>
              <w:jc w:val="center"/>
            </w:pPr>
            <w:r>
              <w:rPr>
                <w:b/>
              </w:rPr>
              <w:t>2036</w:t>
            </w:r>
          </w:p>
        </w:tc>
      </w:tr>
      <w:tr w:rsidR="00047CD3" w14:paraId="465D564C" w14:textId="77777777">
        <w:trPr>
          <w:cantSplit/>
        </w:trPr>
        <w:tc>
          <w:tcPr>
            <w:tcW w:w="0" w:type="auto"/>
            <w:shd w:val="clear" w:color="auto" w:fill="F2F2F2"/>
          </w:tcPr>
          <w:p w14:paraId="5D47AB3C" w14:textId="77777777" w:rsidR="00047CD3" w:rsidRDefault="00A10F4B">
            <w:r>
              <w:t>Состояние источника</w:t>
            </w:r>
          </w:p>
        </w:tc>
        <w:tc>
          <w:tcPr>
            <w:tcW w:w="0" w:type="auto"/>
            <w:shd w:val="clear" w:color="auto" w:fill="FFFFFF"/>
          </w:tcPr>
          <w:p w14:paraId="2180FD15" w14:textId="77777777" w:rsidR="00047CD3" w:rsidRDefault="00A10F4B">
            <w:r>
              <w:t>действующий</w:t>
            </w:r>
          </w:p>
        </w:tc>
        <w:tc>
          <w:tcPr>
            <w:tcW w:w="0" w:type="auto"/>
            <w:shd w:val="clear" w:color="auto" w:fill="FFFFFF"/>
          </w:tcPr>
          <w:p w14:paraId="6C79D1C3" w14:textId="77777777" w:rsidR="00047CD3" w:rsidRDefault="00A10F4B">
            <w:r>
              <w:t>действующий</w:t>
            </w:r>
          </w:p>
        </w:tc>
        <w:tc>
          <w:tcPr>
            <w:tcW w:w="0" w:type="auto"/>
            <w:shd w:val="clear" w:color="auto" w:fill="FFFFFF"/>
          </w:tcPr>
          <w:p w14:paraId="18711C74" w14:textId="77777777" w:rsidR="00047CD3" w:rsidRDefault="00A10F4B">
            <w:r>
              <w:t>действующий</w:t>
            </w:r>
          </w:p>
        </w:tc>
      </w:tr>
      <w:tr w:rsidR="00047CD3" w14:paraId="4385DE75" w14:textId="77777777">
        <w:trPr>
          <w:cantSplit/>
        </w:trPr>
        <w:tc>
          <w:tcPr>
            <w:tcW w:w="0" w:type="auto"/>
            <w:shd w:val="clear" w:color="auto" w:fill="F2F2F2"/>
          </w:tcPr>
          <w:p w14:paraId="05C47861" w14:textId="77777777" w:rsidR="00047CD3" w:rsidRDefault="00A10F4B">
            <w:r>
              <w:t>Вид топлива</w:t>
            </w:r>
          </w:p>
        </w:tc>
        <w:tc>
          <w:tcPr>
            <w:tcW w:w="0" w:type="auto"/>
            <w:shd w:val="clear" w:color="auto" w:fill="FFFFFF"/>
          </w:tcPr>
          <w:p w14:paraId="5D4AE1C0" w14:textId="77777777" w:rsidR="00047CD3" w:rsidRDefault="00A10F4B">
            <w:r>
              <w:t>каменный уголь</w:t>
            </w:r>
          </w:p>
        </w:tc>
        <w:tc>
          <w:tcPr>
            <w:tcW w:w="0" w:type="auto"/>
            <w:shd w:val="clear" w:color="auto" w:fill="FFFFFF"/>
          </w:tcPr>
          <w:p w14:paraId="1CC36BA7" w14:textId="77777777" w:rsidR="00047CD3" w:rsidRDefault="00A10F4B">
            <w:r>
              <w:t>каменный уголь</w:t>
            </w:r>
          </w:p>
        </w:tc>
        <w:tc>
          <w:tcPr>
            <w:tcW w:w="0" w:type="auto"/>
            <w:shd w:val="clear" w:color="auto" w:fill="FFFFFF"/>
          </w:tcPr>
          <w:p w14:paraId="1005A489" w14:textId="77777777" w:rsidR="00047CD3" w:rsidRDefault="00A10F4B">
            <w:r>
              <w:t>природный газ</w:t>
            </w:r>
          </w:p>
        </w:tc>
      </w:tr>
      <w:tr w:rsidR="00047CD3" w14:paraId="6CCA9CA2" w14:textId="77777777">
        <w:trPr>
          <w:cantSplit/>
        </w:trPr>
        <w:tc>
          <w:tcPr>
            <w:tcW w:w="0" w:type="auto"/>
            <w:shd w:val="clear" w:color="auto" w:fill="F2F2F2"/>
          </w:tcPr>
          <w:p w14:paraId="01B3FB4F" w14:textId="77777777" w:rsidR="00047CD3" w:rsidRPr="00844B84" w:rsidRDefault="00A10F4B">
            <w:pPr>
              <w:rPr>
                <w:lang w:val="ru-RU"/>
              </w:rPr>
            </w:pPr>
            <w:r w:rsidRPr="00844B84">
              <w:rPr>
                <w:lang w:val="ru-RU"/>
              </w:rPr>
              <w:t>Год перевода на природный газ</w:t>
            </w:r>
          </w:p>
        </w:tc>
        <w:tc>
          <w:tcPr>
            <w:tcW w:w="0" w:type="auto"/>
            <w:shd w:val="clear" w:color="auto" w:fill="FFFFFF"/>
          </w:tcPr>
          <w:p w14:paraId="70BCC024" w14:textId="77777777" w:rsidR="00047CD3" w:rsidRDefault="00A10F4B">
            <w:r>
              <w:t>—</w:t>
            </w:r>
          </w:p>
        </w:tc>
        <w:tc>
          <w:tcPr>
            <w:tcW w:w="0" w:type="auto"/>
            <w:shd w:val="clear" w:color="auto" w:fill="FFFFFF"/>
          </w:tcPr>
          <w:p w14:paraId="142418FF" w14:textId="77777777" w:rsidR="00047CD3" w:rsidRDefault="00A10F4B">
            <w:r>
              <w:t>—</w:t>
            </w:r>
          </w:p>
        </w:tc>
        <w:tc>
          <w:tcPr>
            <w:tcW w:w="0" w:type="auto"/>
            <w:shd w:val="clear" w:color="auto" w:fill="FFFFFF"/>
          </w:tcPr>
          <w:p w14:paraId="47DFB90A" w14:textId="77777777" w:rsidR="00047CD3" w:rsidRDefault="00A10F4B">
            <w:r>
              <w:t>2035</w:t>
            </w:r>
          </w:p>
        </w:tc>
      </w:tr>
      <w:tr w:rsidR="00047CD3" w14:paraId="5B8C6C8B" w14:textId="77777777">
        <w:trPr>
          <w:cantSplit/>
        </w:trPr>
        <w:tc>
          <w:tcPr>
            <w:tcW w:w="0" w:type="auto"/>
            <w:shd w:val="clear" w:color="auto" w:fill="F2F2F2"/>
          </w:tcPr>
          <w:p w14:paraId="33E7D130" w14:textId="77777777" w:rsidR="00047CD3" w:rsidRDefault="00A10F4B">
            <w:r>
              <w:t>Установленная мощность, Гкал/ч</w:t>
            </w:r>
          </w:p>
        </w:tc>
        <w:tc>
          <w:tcPr>
            <w:tcW w:w="0" w:type="auto"/>
            <w:shd w:val="clear" w:color="auto" w:fill="FFFFFF"/>
          </w:tcPr>
          <w:p w14:paraId="5F50EC49" w14:textId="77777777" w:rsidR="00047CD3" w:rsidRDefault="00A10F4B">
            <w:r>
              <w:t>10,20</w:t>
            </w:r>
          </w:p>
        </w:tc>
        <w:tc>
          <w:tcPr>
            <w:tcW w:w="0" w:type="auto"/>
            <w:shd w:val="clear" w:color="auto" w:fill="FFFFFF"/>
          </w:tcPr>
          <w:p w14:paraId="3E85A228" w14:textId="77777777" w:rsidR="00047CD3" w:rsidRDefault="00A10F4B">
            <w:r>
              <w:t>10,20</w:t>
            </w:r>
          </w:p>
        </w:tc>
        <w:tc>
          <w:tcPr>
            <w:tcW w:w="0" w:type="auto"/>
            <w:shd w:val="clear" w:color="auto" w:fill="FFFFFF"/>
          </w:tcPr>
          <w:p w14:paraId="27AAB91E" w14:textId="77777777" w:rsidR="00047CD3" w:rsidRDefault="00A10F4B">
            <w:r>
              <w:t>10,20</w:t>
            </w:r>
          </w:p>
        </w:tc>
      </w:tr>
      <w:tr w:rsidR="00047CD3" w14:paraId="6112316C" w14:textId="77777777">
        <w:trPr>
          <w:cantSplit/>
        </w:trPr>
        <w:tc>
          <w:tcPr>
            <w:tcW w:w="0" w:type="auto"/>
            <w:shd w:val="clear" w:color="auto" w:fill="F2F2F2"/>
          </w:tcPr>
          <w:p w14:paraId="352CF6A0" w14:textId="77777777" w:rsidR="00047CD3" w:rsidRPr="00844B84" w:rsidRDefault="00A10F4B">
            <w:pPr>
              <w:rPr>
                <w:lang w:val="ru-RU"/>
              </w:rPr>
            </w:pPr>
            <w:r w:rsidRPr="00844B84">
              <w:rPr>
                <w:lang w:val="ru-RU"/>
              </w:rPr>
              <w:t>Полная максимальная нагрузка, Гкал/ч</w:t>
            </w:r>
          </w:p>
        </w:tc>
        <w:tc>
          <w:tcPr>
            <w:tcW w:w="0" w:type="auto"/>
            <w:shd w:val="clear" w:color="auto" w:fill="FFFFFF"/>
          </w:tcPr>
          <w:p w14:paraId="18FE21B5" w14:textId="77777777" w:rsidR="00047CD3" w:rsidRDefault="00A10F4B">
            <w:r>
              <w:t>3,7051</w:t>
            </w:r>
          </w:p>
        </w:tc>
        <w:tc>
          <w:tcPr>
            <w:tcW w:w="0" w:type="auto"/>
            <w:shd w:val="clear" w:color="auto" w:fill="FFFFFF"/>
          </w:tcPr>
          <w:p w14:paraId="685FDE77" w14:textId="77777777" w:rsidR="00047CD3" w:rsidRDefault="00A10F4B">
            <w:r>
              <w:t>4,2361</w:t>
            </w:r>
          </w:p>
        </w:tc>
        <w:tc>
          <w:tcPr>
            <w:tcW w:w="0" w:type="auto"/>
            <w:shd w:val="clear" w:color="auto" w:fill="FFFFFF"/>
          </w:tcPr>
          <w:p w14:paraId="40E66089" w14:textId="77777777" w:rsidR="00047CD3" w:rsidRDefault="00A10F4B">
            <w:r>
              <w:t>4,2361</w:t>
            </w:r>
          </w:p>
        </w:tc>
      </w:tr>
      <w:tr w:rsidR="00047CD3" w14:paraId="4130CEA3" w14:textId="77777777">
        <w:trPr>
          <w:cantSplit/>
        </w:trPr>
        <w:tc>
          <w:tcPr>
            <w:tcW w:w="0" w:type="auto"/>
            <w:shd w:val="clear" w:color="auto" w:fill="F2F2F2"/>
          </w:tcPr>
          <w:p w14:paraId="11FEEB48" w14:textId="77777777" w:rsidR="00047CD3" w:rsidRDefault="00A10F4B">
            <w:r>
              <w:t>Резерв мощности, Гкал/ч</w:t>
            </w:r>
          </w:p>
        </w:tc>
        <w:tc>
          <w:tcPr>
            <w:tcW w:w="0" w:type="auto"/>
            <w:shd w:val="clear" w:color="auto" w:fill="FFFFFF"/>
          </w:tcPr>
          <w:p w14:paraId="7B94E3F9" w14:textId="77777777" w:rsidR="00047CD3" w:rsidRDefault="00A10F4B">
            <w:r>
              <w:t>6,4949</w:t>
            </w:r>
          </w:p>
        </w:tc>
        <w:tc>
          <w:tcPr>
            <w:tcW w:w="0" w:type="auto"/>
            <w:shd w:val="clear" w:color="auto" w:fill="FFFFFF"/>
          </w:tcPr>
          <w:p w14:paraId="19FAB7DA" w14:textId="77777777" w:rsidR="00047CD3" w:rsidRDefault="00A10F4B">
            <w:r>
              <w:t>5,9639</w:t>
            </w:r>
          </w:p>
        </w:tc>
        <w:tc>
          <w:tcPr>
            <w:tcW w:w="0" w:type="auto"/>
            <w:shd w:val="clear" w:color="auto" w:fill="FFFFFF"/>
          </w:tcPr>
          <w:p w14:paraId="426BEB5B" w14:textId="77777777" w:rsidR="00047CD3" w:rsidRDefault="00A10F4B">
            <w:r>
              <w:t>5,9639</w:t>
            </w:r>
          </w:p>
        </w:tc>
      </w:tr>
      <w:tr w:rsidR="00047CD3" w14:paraId="66B42E7E" w14:textId="77777777">
        <w:trPr>
          <w:cantSplit/>
        </w:trPr>
        <w:tc>
          <w:tcPr>
            <w:tcW w:w="0" w:type="auto"/>
            <w:shd w:val="clear" w:color="auto" w:fill="F2F2F2"/>
          </w:tcPr>
          <w:p w14:paraId="08740F1F" w14:textId="77777777" w:rsidR="00047CD3" w:rsidRDefault="00A10F4B">
            <w:r>
              <w:t>Схема приготовления горячей воды</w:t>
            </w:r>
          </w:p>
        </w:tc>
        <w:tc>
          <w:tcPr>
            <w:tcW w:w="0" w:type="auto"/>
            <w:shd w:val="clear" w:color="auto" w:fill="FFFFFF"/>
          </w:tcPr>
          <w:p w14:paraId="6774CBCF" w14:textId="77777777" w:rsidR="00047CD3" w:rsidRDefault="00A10F4B">
            <w:r>
              <w:t>Открытая, двухтрубная</w:t>
            </w:r>
          </w:p>
        </w:tc>
        <w:tc>
          <w:tcPr>
            <w:tcW w:w="0" w:type="auto"/>
            <w:shd w:val="clear" w:color="auto" w:fill="FFFFFF"/>
          </w:tcPr>
          <w:p w14:paraId="06BBC335" w14:textId="77777777" w:rsidR="00047CD3" w:rsidRDefault="00A10F4B">
            <w:r>
              <w:t>перевод на закрытую схему</w:t>
            </w:r>
          </w:p>
        </w:tc>
        <w:tc>
          <w:tcPr>
            <w:tcW w:w="0" w:type="auto"/>
            <w:shd w:val="clear" w:color="auto" w:fill="FFFFFF"/>
          </w:tcPr>
          <w:p w14:paraId="6C3C7728" w14:textId="77777777" w:rsidR="00047CD3" w:rsidRDefault="00A10F4B">
            <w:r>
              <w:t>закрытая</w:t>
            </w:r>
          </w:p>
        </w:tc>
      </w:tr>
      <w:tr w:rsidR="00047CD3" w14:paraId="61191B74" w14:textId="77777777">
        <w:trPr>
          <w:cantSplit/>
        </w:trPr>
        <w:tc>
          <w:tcPr>
            <w:tcW w:w="0" w:type="auto"/>
            <w:shd w:val="clear" w:color="auto" w:fill="F2F2F2"/>
          </w:tcPr>
          <w:p w14:paraId="29688672" w14:textId="77777777" w:rsidR="00047CD3" w:rsidRPr="00844B84" w:rsidRDefault="00A10F4B">
            <w:pPr>
              <w:rPr>
                <w:lang w:val="ru-RU"/>
              </w:rPr>
            </w:pPr>
            <w:r w:rsidRPr="00844B84">
              <w:rPr>
                <w:lang w:val="ru-RU"/>
              </w:rPr>
              <w:t>Нагрузка горячего водоснабжения, Гкал/ч</w:t>
            </w:r>
          </w:p>
        </w:tc>
        <w:tc>
          <w:tcPr>
            <w:tcW w:w="0" w:type="auto"/>
            <w:shd w:val="clear" w:color="auto" w:fill="FFFFFF"/>
          </w:tcPr>
          <w:p w14:paraId="29FA81C2" w14:textId="77777777" w:rsidR="00047CD3" w:rsidRDefault="00A10F4B">
            <w:r>
              <w:t>0,1280</w:t>
            </w:r>
          </w:p>
        </w:tc>
        <w:tc>
          <w:tcPr>
            <w:tcW w:w="0" w:type="auto"/>
            <w:shd w:val="clear" w:color="auto" w:fill="FFFFFF"/>
          </w:tcPr>
          <w:p w14:paraId="0A50A7C0" w14:textId="77777777" w:rsidR="00047CD3" w:rsidRDefault="00A10F4B">
            <w:r>
              <w:t>0,1280</w:t>
            </w:r>
          </w:p>
        </w:tc>
        <w:tc>
          <w:tcPr>
            <w:tcW w:w="0" w:type="auto"/>
            <w:shd w:val="clear" w:color="auto" w:fill="FFFFFF"/>
          </w:tcPr>
          <w:p w14:paraId="53403409" w14:textId="77777777" w:rsidR="00047CD3" w:rsidRDefault="00A10F4B">
            <w:r>
              <w:t>0,1280</w:t>
            </w:r>
          </w:p>
        </w:tc>
      </w:tr>
      <w:tr w:rsidR="00047CD3" w14:paraId="66C21293" w14:textId="77777777">
        <w:trPr>
          <w:cantSplit/>
        </w:trPr>
        <w:tc>
          <w:tcPr>
            <w:tcW w:w="0" w:type="auto"/>
            <w:shd w:val="clear" w:color="auto" w:fill="F2F2F2"/>
          </w:tcPr>
          <w:p w14:paraId="1B3F1758" w14:textId="77777777" w:rsidR="00047CD3" w:rsidRPr="00844B84" w:rsidRDefault="00A10F4B">
            <w:pPr>
              <w:rPr>
                <w:lang w:val="ru-RU"/>
              </w:rPr>
            </w:pPr>
            <w:r w:rsidRPr="00844B84">
              <w:rPr>
                <w:lang w:val="ru-RU"/>
              </w:rPr>
              <w:t>Подпитка тепловой сети, т/ч</w:t>
            </w:r>
          </w:p>
        </w:tc>
        <w:tc>
          <w:tcPr>
            <w:tcW w:w="0" w:type="auto"/>
            <w:shd w:val="clear" w:color="auto" w:fill="FFFFFF"/>
          </w:tcPr>
          <w:p w14:paraId="5E6F5B84" w14:textId="77777777" w:rsidR="00047CD3" w:rsidRDefault="00A10F4B">
            <w:r>
              <w:t>1,713</w:t>
            </w:r>
          </w:p>
        </w:tc>
        <w:tc>
          <w:tcPr>
            <w:tcW w:w="0" w:type="auto"/>
            <w:shd w:val="clear" w:color="auto" w:fill="FFFFFF"/>
          </w:tcPr>
          <w:p w14:paraId="7116BAE8" w14:textId="77777777" w:rsidR="00047CD3" w:rsidRDefault="00A10F4B">
            <w:r>
              <w:t>1,713</w:t>
            </w:r>
          </w:p>
        </w:tc>
        <w:tc>
          <w:tcPr>
            <w:tcW w:w="0" w:type="auto"/>
            <w:shd w:val="clear" w:color="auto" w:fill="FFFFFF"/>
          </w:tcPr>
          <w:p w14:paraId="100D3BF6" w14:textId="77777777" w:rsidR="00047CD3" w:rsidRDefault="00A10F4B">
            <w:r>
              <w:t>1,713</w:t>
            </w:r>
          </w:p>
        </w:tc>
      </w:tr>
      <w:tr w:rsidR="00047CD3" w14:paraId="6785C695" w14:textId="77777777">
        <w:trPr>
          <w:cantSplit/>
        </w:trPr>
        <w:tc>
          <w:tcPr>
            <w:tcW w:w="0" w:type="auto"/>
            <w:shd w:val="clear" w:color="auto" w:fill="F2F2F2"/>
          </w:tcPr>
          <w:p w14:paraId="3E4F72CF" w14:textId="77777777" w:rsidR="00047CD3" w:rsidRDefault="00A10F4B">
            <w:r>
              <w:t>Температурный график, °C</w:t>
            </w:r>
          </w:p>
        </w:tc>
        <w:tc>
          <w:tcPr>
            <w:tcW w:w="0" w:type="auto"/>
            <w:shd w:val="clear" w:color="auto" w:fill="FFFFFF"/>
          </w:tcPr>
          <w:p w14:paraId="08F44E23" w14:textId="77777777" w:rsidR="00047CD3" w:rsidRDefault="00A10F4B">
            <w:r>
              <w:t>95/70</w:t>
            </w:r>
          </w:p>
        </w:tc>
        <w:tc>
          <w:tcPr>
            <w:tcW w:w="0" w:type="auto"/>
            <w:shd w:val="clear" w:color="auto" w:fill="FFFFFF"/>
          </w:tcPr>
          <w:p w14:paraId="1F664D83" w14:textId="77777777" w:rsidR="00047CD3" w:rsidRDefault="00A10F4B">
            <w:r>
              <w:t>95/70</w:t>
            </w:r>
          </w:p>
        </w:tc>
        <w:tc>
          <w:tcPr>
            <w:tcW w:w="0" w:type="auto"/>
            <w:shd w:val="clear" w:color="auto" w:fill="FFFFFF"/>
          </w:tcPr>
          <w:p w14:paraId="32B8684B" w14:textId="77777777" w:rsidR="00047CD3" w:rsidRDefault="00A10F4B">
            <w:r>
              <w:t>95/70</w:t>
            </w:r>
          </w:p>
        </w:tc>
      </w:tr>
      <w:tr w:rsidR="00047CD3" w14:paraId="40770DD6" w14:textId="77777777">
        <w:trPr>
          <w:cantSplit/>
        </w:trPr>
        <w:tc>
          <w:tcPr>
            <w:tcW w:w="0" w:type="auto"/>
            <w:shd w:val="clear" w:color="auto" w:fill="F2F2F2"/>
          </w:tcPr>
          <w:p w14:paraId="12202AF5" w14:textId="77777777" w:rsidR="00047CD3" w:rsidRDefault="00A10F4B">
            <w:r>
              <w:t>Зона действия источника</w:t>
            </w:r>
          </w:p>
        </w:tc>
        <w:tc>
          <w:tcPr>
            <w:tcW w:w="0" w:type="auto"/>
            <w:shd w:val="clear" w:color="auto" w:fill="FFFFFF"/>
          </w:tcPr>
          <w:p w14:paraId="771CB0E6" w14:textId="77777777" w:rsidR="00047CD3" w:rsidRDefault="00A10F4B">
            <w:r>
              <w:t>сохраняется</w:t>
            </w:r>
          </w:p>
        </w:tc>
        <w:tc>
          <w:tcPr>
            <w:tcW w:w="0" w:type="auto"/>
            <w:shd w:val="clear" w:color="auto" w:fill="FFFFFF"/>
          </w:tcPr>
          <w:p w14:paraId="22BB54BA" w14:textId="77777777" w:rsidR="00047CD3" w:rsidRDefault="00A10F4B">
            <w:r>
              <w:t>сохраняется</w:t>
            </w:r>
          </w:p>
        </w:tc>
        <w:tc>
          <w:tcPr>
            <w:tcW w:w="0" w:type="auto"/>
            <w:shd w:val="clear" w:color="auto" w:fill="FFFFFF"/>
          </w:tcPr>
          <w:p w14:paraId="07AE3013" w14:textId="77777777" w:rsidR="00047CD3" w:rsidRDefault="00A10F4B">
            <w:r>
              <w:t>сохраняется</w:t>
            </w:r>
          </w:p>
        </w:tc>
      </w:tr>
    </w:tbl>
    <w:p w14:paraId="325AA8C7" w14:textId="77777777" w:rsidR="00047CD3" w:rsidRDefault="00A10F4B">
      <w:pPr>
        <w:pStyle w:val="31"/>
      </w:pPr>
      <w:r w:rsidRPr="005731F7">
        <w:rPr>
          <w:sz w:val="28"/>
          <w:szCs w:val="28"/>
        </w:rPr>
        <w:t>4.9.4. УПК № 9 «ГРЭ»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906"/>
        <w:gridCol w:w="2314"/>
        <w:gridCol w:w="2658"/>
        <w:gridCol w:w="1611"/>
      </w:tblGrid>
      <w:tr w:rsidR="00047CD3" w14:paraId="14C861C9" w14:textId="77777777">
        <w:trPr>
          <w:cantSplit/>
          <w:tblHeader/>
        </w:trPr>
        <w:tc>
          <w:tcPr>
            <w:tcW w:w="0" w:type="auto"/>
            <w:shd w:val="clear" w:color="auto" w:fill="E2F0D9"/>
          </w:tcPr>
          <w:p w14:paraId="5B09B28F" w14:textId="77777777" w:rsidR="00047CD3" w:rsidRDefault="00A10F4B">
            <w:pPr>
              <w:jc w:val="center"/>
            </w:pPr>
            <w:r>
              <w:rPr>
                <w:b/>
              </w:rPr>
              <w:t>Характеристика</w:t>
            </w:r>
          </w:p>
        </w:tc>
        <w:tc>
          <w:tcPr>
            <w:tcW w:w="0" w:type="auto"/>
            <w:shd w:val="clear" w:color="auto" w:fill="E2F0D9"/>
          </w:tcPr>
          <w:p w14:paraId="1E13F0BE" w14:textId="77777777" w:rsidR="00047CD3" w:rsidRDefault="00A10F4B">
            <w:pPr>
              <w:jc w:val="center"/>
            </w:pPr>
            <w:r>
              <w:rPr>
                <w:b/>
              </w:rPr>
              <w:t>2026</w:t>
            </w:r>
          </w:p>
        </w:tc>
        <w:tc>
          <w:tcPr>
            <w:tcW w:w="0" w:type="auto"/>
            <w:shd w:val="clear" w:color="auto" w:fill="E2F0D9"/>
          </w:tcPr>
          <w:p w14:paraId="7E0765DD" w14:textId="77777777" w:rsidR="00047CD3" w:rsidRDefault="00A10F4B">
            <w:pPr>
              <w:jc w:val="center"/>
            </w:pPr>
            <w:r>
              <w:rPr>
                <w:b/>
              </w:rPr>
              <w:t>2031</w:t>
            </w:r>
          </w:p>
        </w:tc>
        <w:tc>
          <w:tcPr>
            <w:tcW w:w="0" w:type="auto"/>
            <w:shd w:val="clear" w:color="auto" w:fill="E2F0D9"/>
          </w:tcPr>
          <w:p w14:paraId="7CDBBC01" w14:textId="77777777" w:rsidR="00047CD3" w:rsidRDefault="00A10F4B">
            <w:pPr>
              <w:jc w:val="center"/>
            </w:pPr>
            <w:r>
              <w:rPr>
                <w:b/>
              </w:rPr>
              <w:t>2036</w:t>
            </w:r>
          </w:p>
        </w:tc>
      </w:tr>
      <w:tr w:rsidR="00047CD3" w14:paraId="2BC7AD71" w14:textId="77777777">
        <w:trPr>
          <w:cantSplit/>
        </w:trPr>
        <w:tc>
          <w:tcPr>
            <w:tcW w:w="0" w:type="auto"/>
            <w:shd w:val="clear" w:color="auto" w:fill="F2F2F2"/>
          </w:tcPr>
          <w:p w14:paraId="665C1364" w14:textId="77777777" w:rsidR="00047CD3" w:rsidRDefault="00A10F4B">
            <w:r>
              <w:t>Состояние источника</w:t>
            </w:r>
          </w:p>
        </w:tc>
        <w:tc>
          <w:tcPr>
            <w:tcW w:w="0" w:type="auto"/>
            <w:shd w:val="clear" w:color="auto" w:fill="FFFFFF"/>
          </w:tcPr>
          <w:p w14:paraId="7560C615" w14:textId="77777777" w:rsidR="00047CD3" w:rsidRDefault="00A10F4B">
            <w:r>
              <w:t>действующий</w:t>
            </w:r>
          </w:p>
        </w:tc>
        <w:tc>
          <w:tcPr>
            <w:tcW w:w="0" w:type="auto"/>
            <w:shd w:val="clear" w:color="auto" w:fill="FFFFFF"/>
          </w:tcPr>
          <w:p w14:paraId="1C9BFCE8" w14:textId="77777777" w:rsidR="00047CD3" w:rsidRDefault="00A10F4B">
            <w:r>
              <w:t>действующий</w:t>
            </w:r>
          </w:p>
        </w:tc>
        <w:tc>
          <w:tcPr>
            <w:tcW w:w="0" w:type="auto"/>
            <w:shd w:val="clear" w:color="auto" w:fill="FFFFFF"/>
          </w:tcPr>
          <w:p w14:paraId="27420BB4" w14:textId="77777777" w:rsidR="00047CD3" w:rsidRDefault="00A10F4B">
            <w:r>
              <w:t>действующий</w:t>
            </w:r>
          </w:p>
        </w:tc>
      </w:tr>
      <w:tr w:rsidR="00047CD3" w14:paraId="26B49691" w14:textId="77777777">
        <w:trPr>
          <w:cantSplit/>
        </w:trPr>
        <w:tc>
          <w:tcPr>
            <w:tcW w:w="0" w:type="auto"/>
            <w:shd w:val="clear" w:color="auto" w:fill="F2F2F2"/>
          </w:tcPr>
          <w:p w14:paraId="2655929B" w14:textId="77777777" w:rsidR="00047CD3" w:rsidRDefault="00A10F4B">
            <w:r>
              <w:t>Вид топлива</w:t>
            </w:r>
          </w:p>
        </w:tc>
        <w:tc>
          <w:tcPr>
            <w:tcW w:w="0" w:type="auto"/>
            <w:shd w:val="clear" w:color="auto" w:fill="FFFFFF"/>
          </w:tcPr>
          <w:p w14:paraId="3BE613E2" w14:textId="77777777" w:rsidR="00047CD3" w:rsidRDefault="00A10F4B">
            <w:r>
              <w:t>каменный уголь</w:t>
            </w:r>
          </w:p>
        </w:tc>
        <w:tc>
          <w:tcPr>
            <w:tcW w:w="0" w:type="auto"/>
            <w:shd w:val="clear" w:color="auto" w:fill="FFFFFF"/>
          </w:tcPr>
          <w:p w14:paraId="04959B33" w14:textId="77777777" w:rsidR="00047CD3" w:rsidRDefault="00A10F4B">
            <w:r>
              <w:t>каменный уголь</w:t>
            </w:r>
          </w:p>
        </w:tc>
        <w:tc>
          <w:tcPr>
            <w:tcW w:w="0" w:type="auto"/>
            <w:shd w:val="clear" w:color="auto" w:fill="FFFFFF"/>
          </w:tcPr>
          <w:p w14:paraId="7A6F9BB0" w14:textId="77777777" w:rsidR="00047CD3" w:rsidRDefault="00A10F4B">
            <w:r>
              <w:t>природный газ</w:t>
            </w:r>
          </w:p>
        </w:tc>
      </w:tr>
      <w:tr w:rsidR="00047CD3" w14:paraId="31E07B52" w14:textId="77777777">
        <w:trPr>
          <w:cantSplit/>
        </w:trPr>
        <w:tc>
          <w:tcPr>
            <w:tcW w:w="0" w:type="auto"/>
            <w:shd w:val="clear" w:color="auto" w:fill="F2F2F2"/>
          </w:tcPr>
          <w:p w14:paraId="7900F43E" w14:textId="77777777" w:rsidR="00047CD3" w:rsidRPr="00844B84" w:rsidRDefault="00A10F4B">
            <w:pPr>
              <w:rPr>
                <w:lang w:val="ru-RU"/>
              </w:rPr>
            </w:pPr>
            <w:r w:rsidRPr="00844B84">
              <w:rPr>
                <w:lang w:val="ru-RU"/>
              </w:rPr>
              <w:t>Год перевода на природный газ</w:t>
            </w:r>
          </w:p>
        </w:tc>
        <w:tc>
          <w:tcPr>
            <w:tcW w:w="0" w:type="auto"/>
            <w:shd w:val="clear" w:color="auto" w:fill="FFFFFF"/>
          </w:tcPr>
          <w:p w14:paraId="34A6D7E0" w14:textId="77777777" w:rsidR="00047CD3" w:rsidRDefault="00A10F4B">
            <w:r>
              <w:t>—</w:t>
            </w:r>
          </w:p>
        </w:tc>
        <w:tc>
          <w:tcPr>
            <w:tcW w:w="0" w:type="auto"/>
            <w:shd w:val="clear" w:color="auto" w:fill="FFFFFF"/>
          </w:tcPr>
          <w:p w14:paraId="7FB46ED5" w14:textId="77777777" w:rsidR="00047CD3" w:rsidRDefault="00A10F4B">
            <w:r>
              <w:t>—</w:t>
            </w:r>
          </w:p>
        </w:tc>
        <w:tc>
          <w:tcPr>
            <w:tcW w:w="0" w:type="auto"/>
            <w:shd w:val="clear" w:color="auto" w:fill="FFFFFF"/>
          </w:tcPr>
          <w:p w14:paraId="480CE600" w14:textId="77777777" w:rsidR="00047CD3" w:rsidRDefault="00A10F4B">
            <w:r>
              <w:t>2035</w:t>
            </w:r>
          </w:p>
        </w:tc>
      </w:tr>
      <w:tr w:rsidR="00047CD3" w14:paraId="095BEEBA" w14:textId="77777777">
        <w:trPr>
          <w:cantSplit/>
        </w:trPr>
        <w:tc>
          <w:tcPr>
            <w:tcW w:w="0" w:type="auto"/>
            <w:shd w:val="clear" w:color="auto" w:fill="F2F2F2"/>
          </w:tcPr>
          <w:p w14:paraId="0BE7D328" w14:textId="77777777" w:rsidR="00047CD3" w:rsidRDefault="00A10F4B">
            <w:r>
              <w:t>Установленная мощность, Гкал/ч</w:t>
            </w:r>
          </w:p>
        </w:tc>
        <w:tc>
          <w:tcPr>
            <w:tcW w:w="0" w:type="auto"/>
            <w:shd w:val="clear" w:color="auto" w:fill="FFFFFF"/>
          </w:tcPr>
          <w:p w14:paraId="579C5B41" w14:textId="77777777" w:rsidR="00047CD3" w:rsidRDefault="00A10F4B">
            <w:r>
              <w:t>4,50</w:t>
            </w:r>
          </w:p>
        </w:tc>
        <w:tc>
          <w:tcPr>
            <w:tcW w:w="0" w:type="auto"/>
            <w:shd w:val="clear" w:color="auto" w:fill="FFFFFF"/>
          </w:tcPr>
          <w:p w14:paraId="2465AF85" w14:textId="77777777" w:rsidR="00047CD3" w:rsidRDefault="00A10F4B">
            <w:r>
              <w:t>4,50</w:t>
            </w:r>
          </w:p>
        </w:tc>
        <w:tc>
          <w:tcPr>
            <w:tcW w:w="0" w:type="auto"/>
            <w:shd w:val="clear" w:color="auto" w:fill="FFFFFF"/>
          </w:tcPr>
          <w:p w14:paraId="6C0B5229" w14:textId="77777777" w:rsidR="00047CD3" w:rsidRDefault="00A10F4B">
            <w:r>
              <w:t>4,50</w:t>
            </w:r>
          </w:p>
        </w:tc>
      </w:tr>
      <w:tr w:rsidR="00047CD3" w14:paraId="0A4F0B5C" w14:textId="77777777">
        <w:trPr>
          <w:cantSplit/>
        </w:trPr>
        <w:tc>
          <w:tcPr>
            <w:tcW w:w="0" w:type="auto"/>
            <w:shd w:val="clear" w:color="auto" w:fill="F2F2F2"/>
          </w:tcPr>
          <w:p w14:paraId="26E2048D" w14:textId="77777777" w:rsidR="00047CD3" w:rsidRPr="00844B84" w:rsidRDefault="00A10F4B">
            <w:pPr>
              <w:rPr>
                <w:lang w:val="ru-RU"/>
              </w:rPr>
            </w:pPr>
            <w:r w:rsidRPr="00844B84">
              <w:rPr>
                <w:lang w:val="ru-RU"/>
              </w:rPr>
              <w:t>Полная максимальная нагрузка, Гкал/ч</w:t>
            </w:r>
          </w:p>
        </w:tc>
        <w:tc>
          <w:tcPr>
            <w:tcW w:w="0" w:type="auto"/>
            <w:shd w:val="clear" w:color="auto" w:fill="FFFFFF"/>
          </w:tcPr>
          <w:p w14:paraId="47D56ACA" w14:textId="77777777" w:rsidR="00047CD3" w:rsidRDefault="00A10F4B">
            <w:r>
              <w:t>1,3330</w:t>
            </w:r>
          </w:p>
        </w:tc>
        <w:tc>
          <w:tcPr>
            <w:tcW w:w="0" w:type="auto"/>
            <w:shd w:val="clear" w:color="auto" w:fill="FFFFFF"/>
          </w:tcPr>
          <w:p w14:paraId="616EB1DB" w14:textId="77777777" w:rsidR="00047CD3" w:rsidRDefault="00A10F4B">
            <w:r>
              <w:t>1,3330</w:t>
            </w:r>
          </w:p>
        </w:tc>
        <w:tc>
          <w:tcPr>
            <w:tcW w:w="0" w:type="auto"/>
            <w:shd w:val="clear" w:color="auto" w:fill="FFFFFF"/>
          </w:tcPr>
          <w:p w14:paraId="6EA9FCAA" w14:textId="77777777" w:rsidR="00047CD3" w:rsidRDefault="00A10F4B">
            <w:r>
              <w:t>1,3330</w:t>
            </w:r>
          </w:p>
        </w:tc>
      </w:tr>
      <w:tr w:rsidR="00047CD3" w14:paraId="577CCA61" w14:textId="77777777">
        <w:trPr>
          <w:cantSplit/>
        </w:trPr>
        <w:tc>
          <w:tcPr>
            <w:tcW w:w="0" w:type="auto"/>
            <w:shd w:val="clear" w:color="auto" w:fill="F2F2F2"/>
          </w:tcPr>
          <w:p w14:paraId="157376CE" w14:textId="77777777" w:rsidR="00047CD3" w:rsidRDefault="00A10F4B">
            <w:r>
              <w:t>Резерв мощности, Гкал/ч</w:t>
            </w:r>
          </w:p>
        </w:tc>
        <w:tc>
          <w:tcPr>
            <w:tcW w:w="0" w:type="auto"/>
            <w:shd w:val="clear" w:color="auto" w:fill="FFFFFF"/>
          </w:tcPr>
          <w:p w14:paraId="09A18106" w14:textId="77777777" w:rsidR="00047CD3" w:rsidRDefault="00A10F4B">
            <w:r>
              <w:t>3,1670</w:t>
            </w:r>
          </w:p>
        </w:tc>
        <w:tc>
          <w:tcPr>
            <w:tcW w:w="0" w:type="auto"/>
            <w:shd w:val="clear" w:color="auto" w:fill="FFFFFF"/>
          </w:tcPr>
          <w:p w14:paraId="13DF81E6" w14:textId="77777777" w:rsidR="00047CD3" w:rsidRDefault="00A10F4B">
            <w:r>
              <w:t>3,1670</w:t>
            </w:r>
          </w:p>
        </w:tc>
        <w:tc>
          <w:tcPr>
            <w:tcW w:w="0" w:type="auto"/>
            <w:shd w:val="clear" w:color="auto" w:fill="FFFFFF"/>
          </w:tcPr>
          <w:p w14:paraId="0087094F" w14:textId="77777777" w:rsidR="00047CD3" w:rsidRDefault="00A10F4B">
            <w:r>
              <w:t>3,1670</w:t>
            </w:r>
          </w:p>
        </w:tc>
      </w:tr>
      <w:tr w:rsidR="00047CD3" w14:paraId="20AE02AE" w14:textId="77777777">
        <w:trPr>
          <w:cantSplit/>
        </w:trPr>
        <w:tc>
          <w:tcPr>
            <w:tcW w:w="0" w:type="auto"/>
            <w:shd w:val="clear" w:color="auto" w:fill="F2F2F2"/>
          </w:tcPr>
          <w:p w14:paraId="696CCB4C" w14:textId="77777777" w:rsidR="00047CD3" w:rsidRDefault="00A10F4B">
            <w:r>
              <w:t>Схема приготовления горячей воды</w:t>
            </w:r>
          </w:p>
        </w:tc>
        <w:tc>
          <w:tcPr>
            <w:tcW w:w="0" w:type="auto"/>
            <w:shd w:val="clear" w:color="auto" w:fill="FFFFFF"/>
          </w:tcPr>
          <w:p w14:paraId="0DC002AC" w14:textId="77777777" w:rsidR="00047CD3" w:rsidRDefault="00A10F4B">
            <w:r>
              <w:t>Открытая, двухтрубная</w:t>
            </w:r>
          </w:p>
        </w:tc>
        <w:tc>
          <w:tcPr>
            <w:tcW w:w="0" w:type="auto"/>
            <w:shd w:val="clear" w:color="auto" w:fill="FFFFFF"/>
          </w:tcPr>
          <w:p w14:paraId="1A332EB8" w14:textId="77777777" w:rsidR="00047CD3" w:rsidRDefault="00A10F4B">
            <w:r>
              <w:t>перевод на закрытую схему</w:t>
            </w:r>
          </w:p>
        </w:tc>
        <w:tc>
          <w:tcPr>
            <w:tcW w:w="0" w:type="auto"/>
            <w:shd w:val="clear" w:color="auto" w:fill="FFFFFF"/>
          </w:tcPr>
          <w:p w14:paraId="3893FF18" w14:textId="77777777" w:rsidR="00047CD3" w:rsidRDefault="00A10F4B">
            <w:r>
              <w:t>закрытая</w:t>
            </w:r>
          </w:p>
        </w:tc>
      </w:tr>
      <w:tr w:rsidR="00047CD3" w14:paraId="27E311F8" w14:textId="77777777">
        <w:trPr>
          <w:cantSplit/>
        </w:trPr>
        <w:tc>
          <w:tcPr>
            <w:tcW w:w="0" w:type="auto"/>
            <w:shd w:val="clear" w:color="auto" w:fill="F2F2F2"/>
          </w:tcPr>
          <w:p w14:paraId="4EA98136" w14:textId="77777777" w:rsidR="00047CD3" w:rsidRPr="00844B84" w:rsidRDefault="00A10F4B">
            <w:pPr>
              <w:rPr>
                <w:lang w:val="ru-RU"/>
              </w:rPr>
            </w:pPr>
            <w:r w:rsidRPr="00844B84">
              <w:rPr>
                <w:lang w:val="ru-RU"/>
              </w:rPr>
              <w:t>Нагрузка горячего водоснабжения, Гкал/ч</w:t>
            </w:r>
          </w:p>
        </w:tc>
        <w:tc>
          <w:tcPr>
            <w:tcW w:w="0" w:type="auto"/>
            <w:shd w:val="clear" w:color="auto" w:fill="FFFFFF"/>
          </w:tcPr>
          <w:p w14:paraId="57CED0B4" w14:textId="77777777" w:rsidR="00047CD3" w:rsidRDefault="00A10F4B">
            <w:r>
              <w:t>0,0020</w:t>
            </w:r>
          </w:p>
        </w:tc>
        <w:tc>
          <w:tcPr>
            <w:tcW w:w="0" w:type="auto"/>
            <w:shd w:val="clear" w:color="auto" w:fill="FFFFFF"/>
          </w:tcPr>
          <w:p w14:paraId="34296C4C" w14:textId="77777777" w:rsidR="00047CD3" w:rsidRDefault="00A10F4B">
            <w:r>
              <w:t>0,0020</w:t>
            </w:r>
          </w:p>
        </w:tc>
        <w:tc>
          <w:tcPr>
            <w:tcW w:w="0" w:type="auto"/>
            <w:shd w:val="clear" w:color="auto" w:fill="FFFFFF"/>
          </w:tcPr>
          <w:p w14:paraId="342C7075" w14:textId="77777777" w:rsidR="00047CD3" w:rsidRDefault="00A10F4B">
            <w:r>
              <w:t>0,0020</w:t>
            </w:r>
          </w:p>
        </w:tc>
      </w:tr>
      <w:tr w:rsidR="00047CD3" w14:paraId="71DD41F0" w14:textId="77777777">
        <w:trPr>
          <w:cantSplit/>
        </w:trPr>
        <w:tc>
          <w:tcPr>
            <w:tcW w:w="0" w:type="auto"/>
            <w:shd w:val="clear" w:color="auto" w:fill="F2F2F2"/>
          </w:tcPr>
          <w:p w14:paraId="4D352C49" w14:textId="77777777" w:rsidR="00047CD3" w:rsidRPr="00844B84" w:rsidRDefault="00A10F4B">
            <w:pPr>
              <w:rPr>
                <w:lang w:val="ru-RU"/>
              </w:rPr>
            </w:pPr>
            <w:r w:rsidRPr="00844B84">
              <w:rPr>
                <w:lang w:val="ru-RU"/>
              </w:rPr>
              <w:t>Подпитка тепловой сети, т/ч</w:t>
            </w:r>
          </w:p>
        </w:tc>
        <w:tc>
          <w:tcPr>
            <w:tcW w:w="0" w:type="auto"/>
            <w:shd w:val="clear" w:color="auto" w:fill="FFFFFF"/>
          </w:tcPr>
          <w:p w14:paraId="0BF0DA85" w14:textId="77777777" w:rsidR="00047CD3" w:rsidRDefault="00A10F4B">
            <w:r>
              <w:t>0,000</w:t>
            </w:r>
          </w:p>
        </w:tc>
        <w:tc>
          <w:tcPr>
            <w:tcW w:w="0" w:type="auto"/>
            <w:shd w:val="clear" w:color="auto" w:fill="FFFFFF"/>
          </w:tcPr>
          <w:p w14:paraId="31FBC64E" w14:textId="77777777" w:rsidR="00047CD3" w:rsidRDefault="00A10F4B">
            <w:r>
              <w:t>0,000</w:t>
            </w:r>
          </w:p>
        </w:tc>
        <w:tc>
          <w:tcPr>
            <w:tcW w:w="0" w:type="auto"/>
            <w:shd w:val="clear" w:color="auto" w:fill="FFFFFF"/>
          </w:tcPr>
          <w:p w14:paraId="22F37BB3" w14:textId="77777777" w:rsidR="00047CD3" w:rsidRDefault="00A10F4B">
            <w:r>
              <w:t>0,000</w:t>
            </w:r>
          </w:p>
        </w:tc>
      </w:tr>
      <w:tr w:rsidR="00047CD3" w14:paraId="4B745BA4" w14:textId="77777777">
        <w:trPr>
          <w:cantSplit/>
        </w:trPr>
        <w:tc>
          <w:tcPr>
            <w:tcW w:w="0" w:type="auto"/>
            <w:shd w:val="clear" w:color="auto" w:fill="F2F2F2"/>
          </w:tcPr>
          <w:p w14:paraId="50379211" w14:textId="77777777" w:rsidR="00047CD3" w:rsidRDefault="00A10F4B">
            <w:r>
              <w:t>Температурный график, °C</w:t>
            </w:r>
          </w:p>
        </w:tc>
        <w:tc>
          <w:tcPr>
            <w:tcW w:w="0" w:type="auto"/>
            <w:shd w:val="clear" w:color="auto" w:fill="FFFFFF"/>
          </w:tcPr>
          <w:p w14:paraId="7EEB7601" w14:textId="77777777" w:rsidR="00047CD3" w:rsidRDefault="00A10F4B">
            <w:r>
              <w:t>95/70</w:t>
            </w:r>
          </w:p>
        </w:tc>
        <w:tc>
          <w:tcPr>
            <w:tcW w:w="0" w:type="auto"/>
            <w:shd w:val="clear" w:color="auto" w:fill="FFFFFF"/>
          </w:tcPr>
          <w:p w14:paraId="2A1B10C8" w14:textId="77777777" w:rsidR="00047CD3" w:rsidRDefault="00A10F4B">
            <w:r>
              <w:t>95/70</w:t>
            </w:r>
          </w:p>
        </w:tc>
        <w:tc>
          <w:tcPr>
            <w:tcW w:w="0" w:type="auto"/>
            <w:shd w:val="clear" w:color="auto" w:fill="FFFFFF"/>
          </w:tcPr>
          <w:p w14:paraId="6B5F8B6A" w14:textId="77777777" w:rsidR="00047CD3" w:rsidRDefault="00A10F4B">
            <w:r>
              <w:t>95/70</w:t>
            </w:r>
          </w:p>
        </w:tc>
      </w:tr>
      <w:tr w:rsidR="00047CD3" w14:paraId="747695CF" w14:textId="77777777">
        <w:trPr>
          <w:cantSplit/>
        </w:trPr>
        <w:tc>
          <w:tcPr>
            <w:tcW w:w="0" w:type="auto"/>
            <w:shd w:val="clear" w:color="auto" w:fill="F2F2F2"/>
          </w:tcPr>
          <w:p w14:paraId="49EC7F6A" w14:textId="77777777" w:rsidR="00047CD3" w:rsidRDefault="00A10F4B">
            <w:r>
              <w:t>Зона действия источника</w:t>
            </w:r>
          </w:p>
        </w:tc>
        <w:tc>
          <w:tcPr>
            <w:tcW w:w="0" w:type="auto"/>
            <w:shd w:val="clear" w:color="auto" w:fill="FFFFFF"/>
          </w:tcPr>
          <w:p w14:paraId="10E0E160" w14:textId="77777777" w:rsidR="00047CD3" w:rsidRDefault="00A10F4B">
            <w:r>
              <w:t>сохраняется</w:t>
            </w:r>
          </w:p>
        </w:tc>
        <w:tc>
          <w:tcPr>
            <w:tcW w:w="0" w:type="auto"/>
            <w:shd w:val="clear" w:color="auto" w:fill="FFFFFF"/>
          </w:tcPr>
          <w:p w14:paraId="1E32C784" w14:textId="77777777" w:rsidR="00047CD3" w:rsidRDefault="00A10F4B">
            <w:r>
              <w:t>сохраняется</w:t>
            </w:r>
          </w:p>
        </w:tc>
        <w:tc>
          <w:tcPr>
            <w:tcW w:w="0" w:type="auto"/>
            <w:shd w:val="clear" w:color="auto" w:fill="FFFFFF"/>
          </w:tcPr>
          <w:p w14:paraId="1D1CC9CE" w14:textId="77777777" w:rsidR="00047CD3" w:rsidRDefault="00A10F4B">
            <w:r>
              <w:t>сохраняется</w:t>
            </w:r>
          </w:p>
        </w:tc>
      </w:tr>
    </w:tbl>
    <w:p w14:paraId="045E2C53" w14:textId="77777777" w:rsidR="00047CD3" w:rsidRPr="005731F7" w:rsidRDefault="00A10F4B">
      <w:pPr>
        <w:pStyle w:val="31"/>
        <w:rPr>
          <w:sz w:val="28"/>
          <w:szCs w:val="28"/>
        </w:rPr>
      </w:pPr>
      <w:r w:rsidRPr="005731F7">
        <w:rPr>
          <w:sz w:val="28"/>
          <w:szCs w:val="28"/>
        </w:rPr>
        <w:t>4.9.5. УПК № 5 «Новый Шерегеш»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669"/>
        <w:gridCol w:w="2222"/>
        <w:gridCol w:w="2525"/>
        <w:gridCol w:w="2073"/>
      </w:tblGrid>
      <w:tr w:rsidR="00047CD3" w14:paraId="328E5A94" w14:textId="77777777">
        <w:trPr>
          <w:cantSplit/>
          <w:tblHeader/>
        </w:trPr>
        <w:tc>
          <w:tcPr>
            <w:tcW w:w="0" w:type="auto"/>
            <w:shd w:val="clear" w:color="auto" w:fill="E2F0D9"/>
          </w:tcPr>
          <w:p w14:paraId="2BD72506" w14:textId="77777777" w:rsidR="00047CD3" w:rsidRDefault="00A10F4B">
            <w:pPr>
              <w:jc w:val="center"/>
            </w:pPr>
            <w:r>
              <w:rPr>
                <w:b/>
              </w:rPr>
              <w:t>Характеристика</w:t>
            </w:r>
          </w:p>
        </w:tc>
        <w:tc>
          <w:tcPr>
            <w:tcW w:w="0" w:type="auto"/>
            <w:shd w:val="clear" w:color="auto" w:fill="E2F0D9"/>
          </w:tcPr>
          <w:p w14:paraId="77B42BD8" w14:textId="77777777" w:rsidR="00047CD3" w:rsidRDefault="00A10F4B">
            <w:pPr>
              <w:jc w:val="center"/>
            </w:pPr>
            <w:r>
              <w:rPr>
                <w:b/>
              </w:rPr>
              <w:t>2026</w:t>
            </w:r>
          </w:p>
        </w:tc>
        <w:tc>
          <w:tcPr>
            <w:tcW w:w="0" w:type="auto"/>
            <w:shd w:val="clear" w:color="auto" w:fill="E2F0D9"/>
          </w:tcPr>
          <w:p w14:paraId="56030769" w14:textId="77777777" w:rsidR="00047CD3" w:rsidRDefault="00A10F4B">
            <w:pPr>
              <w:jc w:val="center"/>
            </w:pPr>
            <w:r>
              <w:rPr>
                <w:b/>
              </w:rPr>
              <w:t>2031</w:t>
            </w:r>
          </w:p>
        </w:tc>
        <w:tc>
          <w:tcPr>
            <w:tcW w:w="0" w:type="auto"/>
            <w:shd w:val="clear" w:color="auto" w:fill="E2F0D9"/>
          </w:tcPr>
          <w:p w14:paraId="4D40306B" w14:textId="77777777" w:rsidR="00047CD3" w:rsidRDefault="00A10F4B">
            <w:pPr>
              <w:jc w:val="center"/>
            </w:pPr>
            <w:r>
              <w:rPr>
                <w:b/>
              </w:rPr>
              <w:t>2036</w:t>
            </w:r>
          </w:p>
        </w:tc>
      </w:tr>
      <w:tr w:rsidR="00047CD3" w14:paraId="4F81A0AC" w14:textId="77777777">
        <w:trPr>
          <w:cantSplit/>
        </w:trPr>
        <w:tc>
          <w:tcPr>
            <w:tcW w:w="0" w:type="auto"/>
            <w:shd w:val="clear" w:color="auto" w:fill="F2F2F2"/>
          </w:tcPr>
          <w:p w14:paraId="1A35B436" w14:textId="77777777" w:rsidR="00047CD3" w:rsidRDefault="00A10F4B">
            <w:r>
              <w:t>Состояние источника</w:t>
            </w:r>
          </w:p>
        </w:tc>
        <w:tc>
          <w:tcPr>
            <w:tcW w:w="0" w:type="auto"/>
            <w:shd w:val="clear" w:color="auto" w:fill="FFFFFF"/>
          </w:tcPr>
          <w:p w14:paraId="194F4A4B" w14:textId="77777777" w:rsidR="00047CD3" w:rsidRDefault="00A10F4B">
            <w:r>
              <w:t>действующий</w:t>
            </w:r>
          </w:p>
        </w:tc>
        <w:tc>
          <w:tcPr>
            <w:tcW w:w="0" w:type="auto"/>
            <w:shd w:val="clear" w:color="auto" w:fill="FFFFFF"/>
          </w:tcPr>
          <w:p w14:paraId="11E1EE73" w14:textId="77777777" w:rsidR="00047CD3" w:rsidRDefault="00A10F4B">
            <w:r>
              <w:t>действующий</w:t>
            </w:r>
          </w:p>
        </w:tc>
        <w:tc>
          <w:tcPr>
            <w:tcW w:w="0" w:type="auto"/>
            <w:shd w:val="clear" w:color="auto" w:fill="FFFFFF"/>
          </w:tcPr>
          <w:p w14:paraId="23856508" w14:textId="77777777" w:rsidR="00047CD3" w:rsidRDefault="00A10F4B">
            <w:r>
              <w:t>действующий</w:t>
            </w:r>
          </w:p>
        </w:tc>
      </w:tr>
      <w:tr w:rsidR="00047CD3" w14:paraId="7BA57B20" w14:textId="77777777">
        <w:trPr>
          <w:cantSplit/>
        </w:trPr>
        <w:tc>
          <w:tcPr>
            <w:tcW w:w="0" w:type="auto"/>
            <w:shd w:val="clear" w:color="auto" w:fill="F2F2F2"/>
          </w:tcPr>
          <w:p w14:paraId="3AFDCC3D" w14:textId="77777777" w:rsidR="00047CD3" w:rsidRDefault="00A10F4B">
            <w:r>
              <w:t>Вид топлива</w:t>
            </w:r>
          </w:p>
        </w:tc>
        <w:tc>
          <w:tcPr>
            <w:tcW w:w="0" w:type="auto"/>
            <w:shd w:val="clear" w:color="auto" w:fill="FFFFFF"/>
          </w:tcPr>
          <w:p w14:paraId="35910D43" w14:textId="77777777" w:rsidR="00047CD3" w:rsidRDefault="00A10F4B">
            <w:r>
              <w:t>каменный уголь</w:t>
            </w:r>
          </w:p>
        </w:tc>
        <w:tc>
          <w:tcPr>
            <w:tcW w:w="0" w:type="auto"/>
            <w:shd w:val="clear" w:color="auto" w:fill="FFFFFF"/>
          </w:tcPr>
          <w:p w14:paraId="18B699A9" w14:textId="77777777" w:rsidR="00047CD3" w:rsidRDefault="00A10F4B">
            <w:r>
              <w:t>каменный уголь</w:t>
            </w:r>
          </w:p>
        </w:tc>
        <w:tc>
          <w:tcPr>
            <w:tcW w:w="0" w:type="auto"/>
            <w:shd w:val="clear" w:color="auto" w:fill="FFFFFF"/>
          </w:tcPr>
          <w:p w14:paraId="3031A576" w14:textId="77777777" w:rsidR="00047CD3" w:rsidRDefault="00A10F4B">
            <w:r>
              <w:t>природный газ</w:t>
            </w:r>
          </w:p>
        </w:tc>
      </w:tr>
      <w:tr w:rsidR="00047CD3" w14:paraId="6BD7D4FE" w14:textId="77777777">
        <w:trPr>
          <w:cantSplit/>
        </w:trPr>
        <w:tc>
          <w:tcPr>
            <w:tcW w:w="0" w:type="auto"/>
            <w:shd w:val="clear" w:color="auto" w:fill="F2F2F2"/>
          </w:tcPr>
          <w:p w14:paraId="167183F9" w14:textId="77777777" w:rsidR="00047CD3" w:rsidRPr="00844B84" w:rsidRDefault="00A10F4B">
            <w:pPr>
              <w:rPr>
                <w:lang w:val="ru-RU"/>
              </w:rPr>
            </w:pPr>
            <w:r w:rsidRPr="00844B84">
              <w:rPr>
                <w:lang w:val="ru-RU"/>
              </w:rPr>
              <w:t>Год перевода на природный газ</w:t>
            </w:r>
          </w:p>
        </w:tc>
        <w:tc>
          <w:tcPr>
            <w:tcW w:w="0" w:type="auto"/>
            <w:shd w:val="clear" w:color="auto" w:fill="FFFFFF"/>
          </w:tcPr>
          <w:p w14:paraId="1BE098FD" w14:textId="77777777" w:rsidR="00047CD3" w:rsidRDefault="00A10F4B">
            <w:r>
              <w:t>—</w:t>
            </w:r>
          </w:p>
        </w:tc>
        <w:tc>
          <w:tcPr>
            <w:tcW w:w="0" w:type="auto"/>
            <w:shd w:val="clear" w:color="auto" w:fill="FFFFFF"/>
          </w:tcPr>
          <w:p w14:paraId="1259D7DD" w14:textId="77777777" w:rsidR="00047CD3" w:rsidRDefault="00A10F4B">
            <w:r>
              <w:t>—</w:t>
            </w:r>
          </w:p>
        </w:tc>
        <w:tc>
          <w:tcPr>
            <w:tcW w:w="0" w:type="auto"/>
            <w:shd w:val="clear" w:color="auto" w:fill="FFFFFF"/>
          </w:tcPr>
          <w:p w14:paraId="1BBAE45F" w14:textId="77777777" w:rsidR="00047CD3" w:rsidRDefault="00A10F4B">
            <w:r>
              <w:t>подлежит уточнению</w:t>
            </w:r>
          </w:p>
        </w:tc>
      </w:tr>
      <w:tr w:rsidR="00047CD3" w14:paraId="50F9D631" w14:textId="77777777">
        <w:trPr>
          <w:cantSplit/>
        </w:trPr>
        <w:tc>
          <w:tcPr>
            <w:tcW w:w="0" w:type="auto"/>
            <w:shd w:val="clear" w:color="auto" w:fill="F2F2F2"/>
          </w:tcPr>
          <w:p w14:paraId="52131539" w14:textId="77777777" w:rsidR="00047CD3" w:rsidRDefault="00A10F4B">
            <w:r>
              <w:t>Установленная мощность, Гкал/ч</w:t>
            </w:r>
          </w:p>
        </w:tc>
        <w:tc>
          <w:tcPr>
            <w:tcW w:w="0" w:type="auto"/>
            <w:shd w:val="clear" w:color="auto" w:fill="FFFFFF"/>
          </w:tcPr>
          <w:p w14:paraId="41221CC6" w14:textId="77777777" w:rsidR="00047CD3" w:rsidRDefault="00A10F4B">
            <w:r>
              <w:t>114,00</w:t>
            </w:r>
          </w:p>
        </w:tc>
        <w:tc>
          <w:tcPr>
            <w:tcW w:w="0" w:type="auto"/>
            <w:shd w:val="clear" w:color="auto" w:fill="FFFFFF"/>
          </w:tcPr>
          <w:p w14:paraId="54B6B570" w14:textId="77777777" w:rsidR="00047CD3" w:rsidRDefault="00A10F4B">
            <w:r>
              <w:t>114,00</w:t>
            </w:r>
          </w:p>
        </w:tc>
        <w:tc>
          <w:tcPr>
            <w:tcW w:w="0" w:type="auto"/>
            <w:shd w:val="clear" w:color="auto" w:fill="FFFFFF"/>
          </w:tcPr>
          <w:p w14:paraId="005B7DE8" w14:textId="77777777" w:rsidR="00047CD3" w:rsidRDefault="00A10F4B">
            <w:r>
              <w:t>114,00</w:t>
            </w:r>
          </w:p>
        </w:tc>
      </w:tr>
      <w:tr w:rsidR="00047CD3" w14:paraId="7484CDBA" w14:textId="77777777">
        <w:trPr>
          <w:cantSplit/>
        </w:trPr>
        <w:tc>
          <w:tcPr>
            <w:tcW w:w="0" w:type="auto"/>
            <w:shd w:val="clear" w:color="auto" w:fill="F2F2F2"/>
          </w:tcPr>
          <w:p w14:paraId="1B9AF663" w14:textId="77777777" w:rsidR="00047CD3" w:rsidRPr="00844B84" w:rsidRDefault="00A10F4B">
            <w:pPr>
              <w:rPr>
                <w:lang w:val="ru-RU"/>
              </w:rPr>
            </w:pPr>
            <w:r w:rsidRPr="00844B84">
              <w:rPr>
                <w:lang w:val="ru-RU"/>
              </w:rPr>
              <w:t>Полная максимальная нагрузка, Гкал/ч</w:t>
            </w:r>
          </w:p>
        </w:tc>
        <w:tc>
          <w:tcPr>
            <w:tcW w:w="0" w:type="auto"/>
            <w:shd w:val="clear" w:color="auto" w:fill="FFFFFF"/>
          </w:tcPr>
          <w:p w14:paraId="22EAFB00" w14:textId="77777777" w:rsidR="00047CD3" w:rsidRDefault="00A10F4B">
            <w:r>
              <w:t>68,6123</w:t>
            </w:r>
          </w:p>
        </w:tc>
        <w:tc>
          <w:tcPr>
            <w:tcW w:w="0" w:type="auto"/>
            <w:shd w:val="clear" w:color="auto" w:fill="FFFFFF"/>
          </w:tcPr>
          <w:p w14:paraId="2BABE9F8" w14:textId="77777777" w:rsidR="00047CD3" w:rsidRDefault="00A10F4B">
            <w:r>
              <w:t>114,4463</w:t>
            </w:r>
          </w:p>
        </w:tc>
        <w:tc>
          <w:tcPr>
            <w:tcW w:w="0" w:type="auto"/>
            <w:shd w:val="clear" w:color="auto" w:fill="FFFFFF"/>
          </w:tcPr>
          <w:p w14:paraId="7D3BA70E" w14:textId="77777777" w:rsidR="00047CD3" w:rsidRDefault="00A10F4B">
            <w:r>
              <w:t>114,4463</w:t>
            </w:r>
          </w:p>
        </w:tc>
      </w:tr>
      <w:tr w:rsidR="00047CD3" w14:paraId="1CFA324D" w14:textId="77777777">
        <w:trPr>
          <w:cantSplit/>
        </w:trPr>
        <w:tc>
          <w:tcPr>
            <w:tcW w:w="0" w:type="auto"/>
            <w:shd w:val="clear" w:color="auto" w:fill="F2F2F2"/>
          </w:tcPr>
          <w:p w14:paraId="25D54C56" w14:textId="77777777" w:rsidR="00047CD3" w:rsidRDefault="00A10F4B">
            <w:r>
              <w:t>Резерв мощности, Гкал/ч</w:t>
            </w:r>
          </w:p>
        </w:tc>
        <w:tc>
          <w:tcPr>
            <w:tcW w:w="0" w:type="auto"/>
            <w:shd w:val="clear" w:color="auto" w:fill="FFFFFF"/>
          </w:tcPr>
          <w:p w14:paraId="02DE4B26" w14:textId="77777777" w:rsidR="00047CD3" w:rsidRDefault="00A10F4B">
            <w:r>
              <w:t>45,3877</w:t>
            </w:r>
          </w:p>
        </w:tc>
        <w:tc>
          <w:tcPr>
            <w:tcW w:w="0" w:type="auto"/>
            <w:shd w:val="clear" w:color="auto" w:fill="FFFFFF"/>
          </w:tcPr>
          <w:p w14:paraId="24F5A45B" w14:textId="77777777" w:rsidR="00047CD3" w:rsidRDefault="00A10F4B">
            <w:r>
              <w:t>−0,4463</w:t>
            </w:r>
          </w:p>
        </w:tc>
        <w:tc>
          <w:tcPr>
            <w:tcW w:w="0" w:type="auto"/>
            <w:shd w:val="clear" w:color="auto" w:fill="FFFFFF"/>
          </w:tcPr>
          <w:p w14:paraId="7EAF0FB3" w14:textId="77777777" w:rsidR="00047CD3" w:rsidRDefault="00A10F4B">
            <w:r>
              <w:t>−0,4463</w:t>
            </w:r>
          </w:p>
        </w:tc>
      </w:tr>
      <w:tr w:rsidR="00047CD3" w14:paraId="001B9FE3" w14:textId="77777777">
        <w:trPr>
          <w:cantSplit/>
        </w:trPr>
        <w:tc>
          <w:tcPr>
            <w:tcW w:w="0" w:type="auto"/>
            <w:shd w:val="clear" w:color="auto" w:fill="F2F2F2"/>
          </w:tcPr>
          <w:p w14:paraId="45687995" w14:textId="77777777" w:rsidR="00047CD3" w:rsidRDefault="00A10F4B">
            <w:r>
              <w:t>Схема приготовления горячей воды</w:t>
            </w:r>
          </w:p>
        </w:tc>
        <w:tc>
          <w:tcPr>
            <w:tcW w:w="0" w:type="auto"/>
            <w:shd w:val="clear" w:color="auto" w:fill="FFFFFF"/>
          </w:tcPr>
          <w:p w14:paraId="540D1927" w14:textId="77777777" w:rsidR="00047CD3" w:rsidRDefault="00A10F4B">
            <w:r>
              <w:t>Открытая, двухтрубная</w:t>
            </w:r>
          </w:p>
        </w:tc>
        <w:tc>
          <w:tcPr>
            <w:tcW w:w="0" w:type="auto"/>
            <w:shd w:val="clear" w:color="auto" w:fill="FFFFFF"/>
          </w:tcPr>
          <w:p w14:paraId="158AC6B6" w14:textId="77777777" w:rsidR="00047CD3" w:rsidRDefault="00A10F4B">
            <w:r>
              <w:t>перевод на закрытую схему</w:t>
            </w:r>
          </w:p>
        </w:tc>
        <w:tc>
          <w:tcPr>
            <w:tcW w:w="0" w:type="auto"/>
            <w:shd w:val="clear" w:color="auto" w:fill="FFFFFF"/>
          </w:tcPr>
          <w:p w14:paraId="07F5E9EB" w14:textId="77777777" w:rsidR="00047CD3" w:rsidRDefault="00A10F4B">
            <w:r>
              <w:t>закрытая</w:t>
            </w:r>
          </w:p>
        </w:tc>
      </w:tr>
      <w:tr w:rsidR="00047CD3" w14:paraId="4D4CD5E2" w14:textId="77777777">
        <w:trPr>
          <w:cantSplit/>
        </w:trPr>
        <w:tc>
          <w:tcPr>
            <w:tcW w:w="0" w:type="auto"/>
            <w:shd w:val="clear" w:color="auto" w:fill="F2F2F2"/>
          </w:tcPr>
          <w:p w14:paraId="3ED16DD4" w14:textId="77777777" w:rsidR="00047CD3" w:rsidRPr="00844B84" w:rsidRDefault="00A10F4B">
            <w:pPr>
              <w:rPr>
                <w:lang w:val="ru-RU"/>
              </w:rPr>
            </w:pPr>
            <w:r w:rsidRPr="00844B84">
              <w:rPr>
                <w:lang w:val="ru-RU"/>
              </w:rPr>
              <w:t>Нагрузка горячего водоснабжения, Гкал/ч</w:t>
            </w:r>
          </w:p>
        </w:tc>
        <w:tc>
          <w:tcPr>
            <w:tcW w:w="0" w:type="auto"/>
            <w:shd w:val="clear" w:color="auto" w:fill="FFFFFF"/>
          </w:tcPr>
          <w:p w14:paraId="036F37DC" w14:textId="77777777" w:rsidR="00047CD3" w:rsidRDefault="00A10F4B">
            <w:r>
              <w:t>3,0650</w:t>
            </w:r>
          </w:p>
        </w:tc>
        <w:tc>
          <w:tcPr>
            <w:tcW w:w="0" w:type="auto"/>
            <w:shd w:val="clear" w:color="auto" w:fill="FFFFFF"/>
          </w:tcPr>
          <w:p w14:paraId="5CBEAC9E" w14:textId="77777777" w:rsidR="00047CD3" w:rsidRDefault="00A10F4B">
            <w:r>
              <w:t>3,0650</w:t>
            </w:r>
          </w:p>
        </w:tc>
        <w:tc>
          <w:tcPr>
            <w:tcW w:w="0" w:type="auto"/>
            <w:shd w:val="clear" w:color="auto" w:fill="FFFFFF"/>
          </w:tcPr>
          <w:p w14:paraId="19F0FDFF" w14:textId="77777777" w:rsidR="00047CD3" w:rsidRDefault="00A10F4B">
            <w:r>
              <w:t>3,0650</w:t>
            </w:r>
          </w:p>
        </w:tc>
      </w:tr>
      <w:tr w:rsidR="00047CD3" w14:paraId="2A025E64" w14:textId="77777777">
        <w:trPr>
          <w:cantSplit/>
        </w:trPr>
        <w:tc>
          <w:tcPr>
            <w:tcW w:w="0" w:type="auto"/>
            <w:shd w:val="clear" w:color="auto" w:fill="F2F2F2"/>
          </w:tcPr>
          <w:p w14:paraId="17B62C6D" w14:textId="77777777" w:rsidR="00047CD3" w:rsidRPr="00844B84" w:rsidRDefault="00A10F4B">
            <w:pPr>
              <w:rPr>
                <w:lang w:val="ru-RU"/>
              </w:rPr>
            </w:pPr>
            <w:r w:rsidRPr="00844B84">
              <w:rPr>
                <w:lang w:val="ru-RU"/>
              </w:rPr>
              <w:t>Подпитка тепловой сети, т/ч</w:t>
            </w:r>
          </w:p>
        </w:tc>
        <w:tc>
          <w:tcPr>
            <w:tcW w:w="0" w:type="auto"/>
            <w:shd w:val="clear" w:color="auto" w:fill="FFFFFF"/>
          </w:tcPr>
          <w:p w14:paraId="42D30599" w14:textId="77777777" w:rsidR="00047CD3" w:rsidRDefault="00A10F4B">
            <w:r>
              <w:t>26,890</w:t>
            </w:r>
          </w:p>
        </w:tc>
        <w:tc>
          <w:tcPr>
            <w:tcW w:w="0" w:type="auto"/>
            <w:shd w:val="clear" w:color="auto" w:fill="FFFFFF"/>
          </w:tcPr>
          <w:p w14:paraId="348A9AAC" w14:textId="77777777" w:rsidR="00047CD3" w:rsidRDefault="00A10F4B">
            <w:r>
              <w:t>30,648</w:t>
            </w:r>
          </w:p>
        </w:tc>
        <w:tc>
          <w:tcPr>
            <w:tcW w:w="0" w:type="auto"/>
            <w:shd w:val="clear" w:color="auto" w:fill="FFFFFF"/>
          </w:tcPr>
          <w:p w14:paraId="445C7507" w14:textId="77777777" w:rsidR="00047CD3" w:rsidRDefault="00A10F4B">
            <w:r>
              <w:t>30,648</w:t>
            </w:r>
          </w:p>
        </w:tc>
      </w:tr>
      <w:tr w:rsidR="00047CD3" w14:paraId="3C2E45F5" w14:textId="77777777">
        <w:trPr>
          <w:cantSplit/>
        </w:trPr>
        <w:tc>
          <w:tcPr>
            <w:tcW w:w="0" w:type="auto"/>
            <w:shd w:val="clear" w:color="auto" w:fill="F2F2F2"/>
          </w:tcPr>
          <w:p w14:paraId="37EBFBCB" w14:textId="77777777" w:rsidR="00047CD3" w:rsidRDefault="00A10F4B">
            <w:r>
              <w:t>Температурный график, °C</w:t>
            </w:r>
          </w:p>
        </w:tc>
        <w:tc>
          <w:tcPr>
            <w:tcW w:w="0" w:type="auto"/>
            <w:shd w:val="clear" w:color="auto" w:fill="FFFFFF"/>
          </w:tcPr>
          <w:p w14:paraId="73276FF0" w14:textId="77777777" w:rsidR="00047CD3" w:rsidRDefault="00A10F4B">
            <w:r>
              <w:t>95/70</w:t>
            </w:r>
          </w:p>
        </w:tc>
        <w:tc>
          <w:tcPr>
            <w:tcW w:w="0" w:type="auto"/>
            <w:shd w:val="clear" w:color="auto" w:fill="FFFFFF"/>
          </w:tcPr>
          <w:p w14:paraId="4AFE382F" w14:textId="77777777" w:rsidR="00047CD3" w:rsidRDefault="00A10F4B">
            <w:r>
              <w:t>95/70</w:t>
            </w:r>
          </w:p>
        </w:tc>
        <w:tc>
          <w:tcPr>
            <w:tcW w:w="0" w:type="auto"/>
            <w:shd w:val="clear" w:color="auto" w:fill="FFFFFF"/>
          </w:tcPr>
          <w:p w14:paraId="15BE2F6E" w14:textId="77777777" w:rsidR="00047CD3" w:rsidRDefault="00A10F4B">
            <w:r>
              <w:t>95/70</w:t>
            </w:r>
          </w:p>
        </w:tc>
      </w:tr>
      <w:tr w:rsidR="00047CD3" w14:paraId="6FDFFF4B" w14:textId="77777777">
        <w:trPr>
          <w:cantSplit/>
        </w:trPr>
        <w:tc>
          <w:tcPr>
            <w:tcW w:w="0" w:type="auto"/>
            <w:shd w:val="clear" w:color="auto" w:fill="F2F2F2"/>
          </w:tcPr>
          <w:p w14:paraId="563EAE48" w14:textId="77777777" w:rsidR="00047CD3" w:rsidRDefault="00A10F4B">
            <w:r>
              <w:t>Зона действия источника</w:t>
            </w:r>
          </w:p>
        </w:tc>
        <w:tc>
          <w:tcPr>
            <w:tcW w:w="0" w:type="auto"/>
            <w:shd w:val="clear" w:color="auto" w:fill="FFFFFF"/>
          </w:tcPr>
          <w:p w14:paraId="3DB0D7AC" w14:textId="77777777" w:rsidR="00047CD3" w:rsidRDefault="00A10F4B">
            <w:r>
              <w:t>сохраняется</w:t>
            </w:r>
          </w:p>
        </w:tc>
        <w:tc>
          <w:tcPr>
            <w:tcW w:w="0" w:type="auto"/>
            <w:shd w:val="clear" w:color="auto" w:fill="FFFFFF"/>
          </w:tcPr>
          <w:p w14:paraId="444EC151" w14:textId="77777777" w:rsidR="00047CD3" w:rsidRDefault="00A10F4B">
            <w:r>
              <w:t>сохраняется</w:t>
            </w:r>
          </w:p>
        </w:tc>
        <w:tc>
          <w:tcPr>
            <w:tcW w:w="0" w:type="auto"/>
            <w:shd w:val="clear" w:color="auto" w:fill="FFFFFF"/>
          </w:tcPr>
          <w:p w14:paraId="1C5B267B" w14:textId="77777777" w:rsidR="00047CD3" w:rsidRDefault="00A10F4B">
            <w:r>
              <w:t>сохраняется</w:t>
            </w:r>
          </w:p>
        </w:tc>
      </w:tr>
    </w:tbl>
    <w:p w14:paraId="7F51CC70" w14:textId="77777777" w:rsidR="00047CD3" w:rsidRPr="005731F7" w:rsidRDefault="00A10F4B">
      <w:pPr>
        <w:pStyle w:val="31"/>
        <w:rPr>
          <w:sz w:val="28"/>
          <w:szCs w:val="28"/>
        </w:rPr>
      </w:pPr>
      <w:r w:rsidRPr="005731F7">
        <w:rPr>
          <w:sz w:val="28"/>
          <w:szCs w:val="28"/>
        </w:rPr>
        <w:t>4.9.6. УПК № 6 «Старый Шерегеш»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669"/>
        <w:gridCol w:w="2222"/>
        <w:gridCol w:w="2525"/>
        <w:gridCol w:w="2073"/>
      </w:tblGrid>
      <w:tr w:rsidR="00047CD3" w14:paraId="20F3A2D3" w14:textId="77777777">
        <w:trPr>
          <w:cantSplit/>
          <w:tblHeader/>
        </w:trPr>
        <w:tc>
          <w:tcPr>
            <w:tcW w:w="0" w:type="auto"/>
            <w:shd w:val="clear" w:color="auto" w:fill="E2F0D9"/>
          </w:tcPr>
          <w:p w14:paraId="001CEFFC" w14:textId="77777777" w:rsidR="00047CD3" w:rsidRDefault="00A10F4B">
            <w:pPr>
              <w:jc w:val="center"/>
            </w:pPr>
            <w:r>
              <w:rPr>
                <w:b/>
              </w:rPr>
              <w:t>Характеристика</w:t>
            </w:r>
          </w:p>
        </w:tc>
        <w:tc>
          <w:tcPr>
            <w:tcW w:w="0" w:type="auto"/>
            <w:shd w:val="clear" w:color="auto" w:fill="E2F0D9"/>
          </w:tcPr>
          <w:p w14:paraId="712F3D6F" w14:textId="77777777" w:rsidR="00047CD3" w:rsidRDefault="00A10F4B">
            <w:pPr>
              <w:jc w:val="center"/>
            </w:pPr>
            <w:r>
              <w:rPr>
                <w:b/>
              </w:rPr>
              <w:t>2026</w:t>
            </w:r>
          </w:p>
        </w:tc>
        <w:tc>
          <w:tcPr>
            <w:tcW w:w="0" w:type="auto"/>
            <w:shd w:val="clear" w:color="auto" w:fill="E2F0D9"/>
          </w:tcPr>
          <w:p w14:paraId="3C54AF95" w14:textId="77777777" w:rsidR="00047CD3" w:rsidRDefault="00A10F4B">
            <w:pPr>
              <w:jc w:val="center"/>
            </w:pPr>
            <w:r>
              <w:rPr>
                <w:b/>
              </w:rPr>
              <w:t>2031</w:t>
            </w:r>
          </w:p>
        </w:tc>
        <w:tc>
          <w:tcPr>
            <w:tcW w:w="0" w:type="auto"/>
            <w:shd w:val="clear" w:color="auto" w:fill="E2F0D9"/>
          </w:tcPr>
          <w:p w14:paraId="17E0AA58" w14:textId="77777777" w:rsidR="00047CD3" w:rsidRDefault="00A10F4B">
            <w:pPr>
              <w:jc w:val="center"/>
            </w:pPr>
            <w:r>
              <w:rPr>
                <w:b/>
              </w:rPr>
              <w:t>2036</w:t>
            </w:r>
          </w:p>
        </w:tc>
      </w:tr>
      <w:tr w:rsidR="00047CD3" w14:paraId="4BECB1D1" w14:textId="77777777">
        <w:trPr>
          <w:cantSplit/>
        </w:trPr>
        <w:tc>
          <w:tcPr>
            <w:tcW w:w="0" w:type="auto"/>
            <w:shd w:val="clear" w:color="auto" w:fill="F2F2F2"/>
          </w:tcPr>
          <w:p w14:paraId="3DBA3C9D" w14:textId="77777777" w:rsidR="00047CD3" w:rsidRDefault="00A10F4B">
            <w:r>
              <w:t>Состояние источника</w:t>
            </w:r>
          </w:p>
        </w:tc>
        <w:tc>
          <w:tcPr>
            <w:tcW w:w="0" w:type="auto"/>
            <w:shd w:val="clear" w:color="auto" w:fill="FFFFFF"/>
          </w:tcPr>
          <w:p w14:paraId="2CB42336" w14:textId="77777777" w:rsidR="00047CD3" w:rsidRDefault="00A10F4B">
            <w:r>
              <w:t>действующий</w:t>
            </w:r>
          </w:p>
        </w:tc>
        <w:tc>
          <w:tcPr>
            <w:tcW w:w="0" w:type="auto"/>
            <w:shd w:val="clear" w:color="auto" w:fill="FFFFFF"/>
          </w:tcPr>
          <w:p w14:paraId="15B78FBC" w14:textId="77777777" w:rsidR="00047CD3" w:rsidRDefault="00A10F4B">
            <w:r>
              <w:t>действующий</w:t>
            </w:r>
          </w:p>
        </w:tc>
        <w:tc>
          <w:tcPr>
            <w:tcW w:w="0" w:type="auto"/>
            <w:shd w:val="clear" w:color="auto" w:fill="FFFFFF"/>
          </w:tcPr>
          <w:p w14:paraId="3E11CCDB" w14:textId="77777777" w:rsidR="00047CD3" w:rsidRDefault="00A10F4B">
            <w:r>
              <w:t>действующий</w:t>
            </w:r>
          </w:p>
        </w:tc>
      </w:tr>
      <w:tr w:rsidR="00047CD3" w14:paraId="04483162" w14:textId="77777777">
        <w:trPr>
          <w:cantSplit/>
        </w:trPr>
        <w:tc>
          <w:tcPr>
            <w:tcW w:w="0" w:type="auto"/>
            <w:shd w:val="clear" w:color="auto" w:fill="F2F2F2"/>
          </w:tcPr>
          <w:p w14:paraId="526E8AF9" w14:textId="77777777" w:rsidR="00047CD3" w:rsidRDefault="00A10F4B">
            <w:r>
              <w:t>Вид топлива</w:t>
            </w:r>
          </w:p>
        </w:tc>
        <w:tc>
          <w:tcPr>
            <w:tcW w:w="0" w:type="auto"/>
            <w:shd w:val="clear" w:color="auto" w:fill="FFFFFF"/>
          </w:tcPr>
          <w:p w14:paraId="75D64972" w14:textId="77777777" w:rsidR="00047CD3" w:rsidRDefault="00A10F4B">
            <w:r>
              <w:t>каменный уголь</w:t>
            </w:r>
          </w:p>
        </w:tc>
        <w:tc>
          <w:tcPr>
            <w:tcW w:w="0" w:type="auto"/>
            <w:shd w:val="clear" w:color="auto" w:fill="FFFFFF"/>
          </w:tcPr>
          <w:p w14:paraId="38CC9632" w14:textId="77777777" w:rsidR="00047CD3" w:rsidRDefault="00A10F4B">
            <w:r>
              <w:t>каменный уголь</w:t>
            </w:r>
          </w:p>
        </w:tc>
        <w:tc>
          <w:tcPr>
            <w:tcW w:w="0" w:type="auto"/>
            <w:shd w:val="clear" w:color="auto" w:fill="FFFFFF"/>
          </w:tcPr>
          <w:p w14:paraId="1BAAD8B4" w14:textId="77777777" w:rsidR="00047CD3" w:rsidRDefault="00A10F4B">
            <w:r>
              <w:t>природный газ</w:t>
            </w:r>
          </w:p>
        </w:tc>
      </w:tr>
      <w:tr w:rsidR="00047CD3" w14:paraId="76D2C3E7" w14:textId="77777777">
        <w:trPr>
          <w:cantSplit/>
        </w:trPr>
        <w:tc>
          <w:tcPr>
            <w:tcW w:w="0" w:type="auto"/>
            <w:shd w:val="clear" w:color="auto" w:fill="F2F2F2"/>
          </w:tcPr>
          <w:p w14:paraId="609B34B9" w14:textId="77777777" w:rsidR="00047CD3" w:rsidRPr="00844B84" w:rsidRDefault="00A10F4B">
            <w:pPr>
              <w:rPr>
                <w:lang w:val="ru-RU"/>
              </w:rPr>
            </w:pPr>
            <w:r w:rsidRPr="00844B84">
              <w:rPr>
                <w:lang w:val="ru-RU"/>
              </w:rPr>
              <w:t>Год перевода на природный газ</w:t>
            </w:r>
          </w:p>
        </w:tc>
        <w:tc>
          <w:tcPr>
            <w:tcW w:w="0" w:type="auto"/>
            <w:shd w:val="clear" w:color="auto" w:fill="FFFFFF"/>
          </w:tcPr>
          <w:p w14:paraId="3D4278EB" w14:textId="77777777" w:rsidR="00047CD3" w:rsidRDefault="00A10F4B">
            <w:r>
              <w:t>—</w:t>
            </w:r>
          </w:p>
        </w:tc>
        <w:tc>
          <w:tcPr>
            <w:tcW w:w="0" w:type="auto"/>
            <w:shd w:val="clear" w:color="auto" w:fill="FFFFFF"/>
          </w:tcPr>
          <w:p w14:paraId="3A25B5CC" w14:textId="77777777" w:rsidR="00047CD3" w:rsidRDefault="00A10F4B">
            <w:r>
              <w:t>—</w:t>
            </w:r>
          </w:p>
        </w:tc>
        <w:tc>
          <w:tcPr>
            <w:tcW w:w="0" w:type="auto"/>
            <w:shd w:val="clear" w:color="auto" w:fill="FFFFFF"/>
          </w:tcPr>
          <w:p w14:paraId="53BC3890" w14:textId="77777777" w:rsidR="00047CD3" w:rsidRDefault="00A10F4B">
            <w:r>
              <w:t>подлежит уточнению</w:t>
            </w:r>
          </w:p>
        </w:tc>
      </w:tr>
      <w:tr w:rsidR="00047CD3" w14:paraId="418DF3A9" w14:textId="77777777">
        <w:trPr>
          <w:cantSplit/>
        </w:trPr>
        <w:tc>
          <w:tcPr>
            <w:tcW w:w="0" w:type="auto"/>
            <w:shd w:val="clear" w:color="auto" w:fill="F2F2F2"/>
          </w:tcPr>
          <w:p w14:paraId="0EB25BB9" w14:textId="77777777" w:rsidR="00047CD3" w:rsidRDefault="00A10F4B">
            <w:r>
              <w:t>Установленная мощность, Гкал/ч</w:t>
            </w:r>
          </w:p>
        </w:tc>
        <w:tc>
          <w:tcPr>
            <w:tcW w:w="0" w:type="auto"/>
            <w:shd w:val="clear" w:color="auto" w:fill="FFFFFF"/>
          </w:tcPr>
          <w:p w14:paraId="6B7583C6" w14:textId="77777777" w:rsidR="00047CD3" w:rsidRDefault="00A10F4B">
            <w:r>
              <w:t>24,00</w:t>
            </w:r>
          </w:p>
        </w:tc>
        <w:tc>
          <w:tcPr>
            <w:tcW w:w="0" w:type="auto"/>
            <w:shd w:val="clear" w:color="auto" w:fill="FFFFFF"/>
          </w:tcPr>
          <w:p w14:paraId="164D2C48" w14:textId="77777777" w:rsidR="00047CD3" w:rsidRDefault="00A10F4B">
            <w:r>
              <w:t>24,00</w:t>
            </w:r>
          </w:p>
        </w:tc>
        <w:tc>
          <w:tcPr>
            <w:tcW w:w="0" w:type="auto"/>
            <w:shd w:val="clear" w:color="auto" w:fill="FFFFFF"/>
          </w:tcPr>
          <w:p w14:paraId="29A8889F" w14:textId="77777777" w:rsidR="00047CD3" w:rsidRDefault="00A10F4B">
            <w:r>
              <w:t>24,00</w:t>
            </w:r>
          </w:p>
        </w:tc>
      </w:tr>
      <w:tr w:rsidR="00047CD3" w14:paraId="117AA7F6" w14:textId="77777777">
        <w:trPr>
          <w:cantSplit/>
        </w:trPr>
        <w:tc>
          <w:tcPr>
            <w:tcW w:w="0" w:type="auto"/>
            <w:shd w:val="clear" w:color="auto" w:fill="F2F2F2"/>
          </w:tcPr>
          <w:p w14:paraId="7DC96133" w14:textId="77777777" w:rsidR="00047CD3" w:rsidRPr="00844B84" w:rsidRDefault="00A10F4B">
            <w:pPr>
              <w:rPr>
                <w:lang w:val="ru-RU"/>
              </w:rPr>
            </w:pPr>
            <w:r w:rsidRPr="00844B84">
              <w:rPr>
                <w:lang w:val="ru-RU"/>
              </w:rPr>
              <w:t>Полная максимальная нагрузка, Гкал/ч</w:t>
            </w:r>
          </w:p>
        </w:tc>
        <w:tc>
          <w:tcPr>
            <w:tcW w:w="0" w:type="auto"/>
            <w:shd w:val="clear" w:color="auto" w:fill="FFFFFF"/>
          </w:tcPr>
          <w:p w14:paraId="31A2D452" w14:textId="77777777" w:rsidR="00047CD3" w:rsidRDefault="00A10F4B">
            <w:r>
              <w:t>4,6696</w:t>
            </w:r>
          </w:p>
        </w:tc>
        <w:tc>
          <w:tcPr>
            <w:tcW w:w="0" w:type="auto"/>
            <w:shd w:val="clear" w:color="auto" w:fill="FFFFFF"/>
          </w:tcPr>
          <w:p w14:paraId="4EB80BC1" w14:textId="77777777" w:rsidR="00047CD3" w:rsidRDefault="00A10F4B">
            <w:r>
              <w:t>4,8196</w:t>
            </w:r>
          </w:p>
        </w:tc>
        <w:tc>
          <w:tcPr>
            <w:tcW w:w="0" w:type="auto"/>
            <w:shd w:val="clear" w:color="auto" w:fill="FFFFFF"/>
          </w:tcPr>
          <w:p w14:paraId="05A7CD46" w14:textId="77777777" w:rsidR="00047CD3" w:rsidRDefault="00A10F4B">
            <w:r>
              <w:t>4,8196</w:t>
            </w:r>
          </w:p>
        </w:tc>
      </w:tr>
      <w:tr w:rsidR="00047CD3" w14:paraId="29FED538" w14:textId="77777777">
        <w:trPr>
          <w:cantSplit/>
        </w:trPr>
        <w:tc>
          <w:tcPr>
            <w:tcW w:w="0" w:type="auto"/>
            <w:shd w:val="clear" w:color="auto" w:fill="F2F2F2"/>
          </w:tcPr>
          <w:p w14:paraId="298A3E51" w14:textId="77777777" w:rsidR="00047CD3" w:rsidRDefault="00A10F4B">
            <w:r>
              <w:t>Резерв мощности, Гкал/ч</w:t>
            </w:r>
          </w:p>
        </w:tc>
        <w:tc>
          <w:tcPr>
            <w:tcW w:w="0" w:type="auto"/>
            <w:shd w:val="clear" w:color="auto" w:fill="FFFFFF"/>
          </w:tcPr>
          <w:p w14:paraId="37857AE0" w14:textId="77777777" w:rsidR="00047CD3" w:rsidRDefault="00A10F4B">
            <w:r>
              <w:t>19,3304</w:t>
            </w:r>
          </w:p>
        </w:tc>
        <w:tc>
          <w:tcPr>
            <w:tcW w:w="0" w:type="auto"/>
            <w:shd w:val="clear" w:color="auto" w:fill="FFFFFF"/>
          </w:tcPr>
          <w:p w14:paraId="16C7A7DD" w14:textId="77777777" w:rsidR="00047CD3" w:rsidRDefault="00A10F4B">
            <w:r>
              <w:t>19,1804</w:t>
            </w:r>
          </w:p>
        </w:tc>
        <w:tc>
          <w:tcPr>
            <w:tcW w:w="0" w:type="auto"/>
            <w:shd w:val="clear" w:color="auto" w:fill="FFFFFF"/>
          </w:tcPr>
          <w:p w14:paraId="047F7D84" w14:textId="77777777" w:rsidR="00047CD3" w:rsidRDefault="00A10F4B">
            <w:r>
              <w:t>19,1804</w:t>
            </w:r>
          </w:p>
        </w:tc>
      </w:tr>
      <w:tr w:rsidR="00047CD3" w14:paraId="35C328D6" w14:textId="77777777">
        <w:trPr>
          <w:cantSplit/>
        </w:trPr>
        <w:tc>
          <w:tcPr>
            <w:tcW w:w="0" w:type="auto"/>
            <w:shd w:val="clear" w:color="auto" w:fill="F2F2F2"/>
          </w:tcPr>
          <w:p w14:paraId="30469BE3" w14:textId="77777777" w:rsidR="00047CD3" w:rsidRDefault="00A10F4B">
            <w:r>
              <w:t>Схема приготовления горячей воды</w:t>
            </w:r>
          </w:p>
        </w:tc>
        <w:tc>
          <w:tcPr>
            <w:tcW w:w="0" w:type="auto"/>
            <w:shd w:val="clear" w:color="auto" w:fill="FFFFFF"/>
          </w:tcPr>
          <w:p w14:paraId="1FD72570" w14:textId="77777777" w:rsidR="00047CD3" w:rsidRDefault="00A10F4B">
            <w:r>
              <w:t>Открытая, двухтрубная</w:t>
            </w:r>
          </w:p>
        </w:tc>
        <w:tc>
          <w:tcPr>
            <w:tcW w:w="0" w:type="auto"/>
            <w:shd w:val="clear" w:color="auto" w:fill="FFFFFF"/>
          </w:tcPr>
          <w:p w14:paraId="1BC40897" w14:textId="77777777" w:rsidR="00047CD3" w:rsidRDefault="00A10F4B">
            <w:r>
              <w:t>перевод на закрытую схему</w:t>
            </w:r>
          </w:p>
        </w:tc>
        <w:tc>
          <w:tcPr>
            <w:tcW w:w="0" w:type="auto"/>
            <w:shd w:val="clear" w:color="auto" w:fill="FFFFFF"/>
          </w:tcPr>
          <w:p w14:paraId="4A8A4699" w14:textId="77777777" w:rsidR="00047CD3" w:rsidRDefault="00A10F4B">
            <w:r>
              <w:t>закрытая</w:t>
            </w:r>
          </w:p>
        </w:tc>
      </w:tr>
      <w:tr w:rsidR="00047CD3" w14:paraId="369BD1B5" w14:textId="77777777">
        <w:trPr>
          <w:cantSplit/>
        </w:trPr>
        <w:tc>
          <w:tcPr>
            <w:tcW w:w="0" w:type="auto"/>
            <w:shd w:val="clear" w:color="auto" w:fill="F2F2F2"/>
          </w:tcPr>
          <w:p w14:paraId="1B0257A3" w14:textId="77777777" w:rsidR="00047CD3" w:rsidRPr="00844B84" w:rsidRDefault="00A10F4B">
            <w:pPr>
              <w:rPr>
                <w:lang w:val="ru-RU"/>
              </w:rPr>
            </w:pPr>
            <w:r w:rsidRPr="00844B84">
              <w:rPr>
                <w:lang w:val="ru-RU"/>
              </w:rPr>
              <w:t>Нагрузка горячего водоснабжения, Гкал/ч</w:t>
            </w:r>
          </w:p>
        </w:tc>
        <w:tc>
          <w:tcPr>
            <w:tcW w:w="0" w:type="auto"/>
            <w:shd w:val="clear" w:color="auto" w:fill="FFFFFF"/>
          </w:tcPr>
          <w:p w14:paraId="43E8BD0A" w14:textId="77777777" w:rsidR="00047CD3" w:rsidRDefault="00A10F4B">
            <w:r>
              <w:t>0,2640</w:t>
            </w:r>
          </w:p>
        </w:tc>
        <w:tc>
          <w:tcPr>
            <w:tcW w:w="0" w:type="auto"/>
            <w:shd w:val="clear" w:color="auto" w:fill="FFFFFF"/>
          </w:tcPr>
          <w:p w14:paraId="52A904A5" w14:textId="77777777" w:rsidR="00047CD3" w:rsidRDefault="00A10F4B">
            <w:r>
              <w:t>0,2640</w:t>
            </w:r>
          </w:p>
        </w:tc>
        <w:tc>
          <w:tcPr>
            <w:tcW w:w="0" w:type="auto"/>
            <w:shd w:val="clear" w:color="auto" w:fill="FFFFFF"/>
          </w:tcPr>
          <w:p w14:paraId="392409E1" w14:textId="77777777" w:rsidR="00047CD3" w:rsidRDefault="00A10F4B">
            <w:r>
              <w:t>0,2640</w:t>
            </w:r>
          </w:p>
        </w:tc>
      </w:tr>
      <w:tr w:rsidR="00047CD3" w14:paraId="67D74F19" w14:textId="77777777">
        <w:trPr>
          <w:cantSplit/>
        </w:trPr>
        <w:tc>
          <w:tcPr>
            <w:tcW w:w="0" w:type="auto"/>
            <w:shd w:val="clear" w:color="auto" w:fill="F2F2F2"/>
          </w:tcPr>
          <w:p w14:paraId="12C8E5D9" w14:textId="77777777" w:rsidR="00047CD3" w:rsidRPr="00844B84" w:rsidRDefault="00A10F4B">
            <w:pPr>
              <w:rPr>
                <w:lang w:val="ru-RU"/>
              </w:rPr>
            </w:pPr>
            <w:r w:rsidRPr="00844B84">
              <w:rPr>
                <w:lang w:val="ru-RU"/>
              </w:rPr>
              <w:t>Подпитка тепловой сети, т/ч</w:t>
            </w:r>
          </w:p>
        </w:tc>
        <w:tc>
          <w:tcPr>
            <w:tcW w:w="0" w:type="auto"/>
            <w:shd w:val="clear" w:color="auto" w:fill="FFFFFF"/>
          </w:tcPr>
          <w:p w14:paraId="4026682F" w14:textId="77777777" w:rsidR="00047CD3" w:rsidRDefault="00A10F4B">
            <w:r>
              <w:t>2,658</w:t>
            </w:r>
          </w:p>
        </w:tc>
        <w:tc>
          <w:tcPr>
            <w:tcW w:w="0" w:type="auto"/>
            <w:shd w:val="clear" w:color="auto" w:fill="FFFFFF"/>
          </w:tcPr>
          <w:p w14:paraId="1C77AF50" w14:textId="77777777" w:rsidR="00047CD3" w:rsidRDefault="00A10F4B">
            <w:r>
              <w:t>2,658</w:t>
            </w:r>
          </w:p>
        </w:tc>
        <w:tc>
          <w:tcPr>
            <w:tcW w:w="0" w:type="auto"/>
            <w:shd w:val="clear" w:color="auto" w:fill="FFFFFF"/>
          </w:tcPr>
          <w:p w14:paraId="368D5A8B" w14:textId="77777777" w:rsidR="00047CD3" w:rsidRDefault="00A10F4B">
            <w:r>
              <w:t>2,658</w:t>
            </w:r>
          </w:p>
        </w:tc>
      </w:tr>
      <w:tr w:rsidR="00047CD3" w14:paraId="6F133023" w14:textId="77777777">
        <w:trPr>
          <w:cantSplit/>
        </w:trPr>
        <w:tc>
          <w:tcPr>
            <w:tcW w:w="0" w:type="auto"/>
            <w:shd w:val="clear" w:color="auto" w:fill="F2F2F2"/>
          </w:tcPr>
          <w:p w14:paraId="4A0272A9" w14:textId="77777777" w:rsidR="00047CD3" w:rsidRDefault="00A10F4B">
            <w:r>
              <w:t>Температурный график, °C</w:t>
            </w:r>
          </w:p>
        </w:tc>
        <w:tc>
          <w:tcPr>
            <w:tcW w:w="0" w:type="auto"/>
            <w:shd w:val="clear" w:color="auto" w:fill="FFFFFF"/>
          </w:tcPr>
          <w:p w14:paraId="5AF58B8B" w14:textId="77777777" w:rsidR="00047CD3" w:rsidRDefault="00A10F4B">
            <w:r>
              <w:t>95/70</w:t>
            </w:r>
          </w:p>
        </w:tc>
        <w:tc>
          <w:tcPr>
            <w:tcW w:w="0" w:type="auto"/>
            <w:shd w:val="clear" w:color="auto" w:fill="FFFFFF"/>
          </w:tcPr>
          <w:p w14:paraId="18F73EA5" w14:textId="77777777" w:rsidR="00047CD3" w:rsidRDefault="00A10F4B">
            <w:r>
              <w:t>95/70</w:t>
            </w:r>
          </w:p>
        </w:tc>
        <w:tc>
          <w:tcPr>
            <w:tcW w:w="0" w:type="auto"/>
            <w:shd w:val="clear" w:color="auto" w:fill="FFFFFF"/>
          </w:tcPr>
          <w:p w14:paraId="602B100A" w14:textId="77777777" w:rsidR="00047CD3" w:rsidRDefault="00A10F4B">
            <w:r>
              <w:t>95/70</w:t>
            </w:r>
          </w:p>
        </w:tc>
      </w:tr>
      <w:tr w:rsidR="00047CD3" w14:paraId="5CA5C8F9" w14:textId="77777777">
        <w:trPr>
          <w:cantSplit/>
        </w:trPr>
        <w:tc>
          <w:tcPr>
            <w:tcW w:w="0" w:type="auto"/>
            <w:shd w:val="clear" w:color="auto" w:fill="F2F2F2"/>
          </w:tcPr>
          <w:p w14:paraId="4E2AAD1E" w14:textId="77777777" w:rsidR="00047CD3" w:rsidRDefault="00A10F4B">
            <w:r>
              <w:t>Зона действия источника</w:t>
            </w:r>
          </w:p>
        </w:tc>
        <w:tc>
          <w:tcPr>
            <w:tcW w:w="0" w:type="auto"/>
            <w:shd w:val="clear" w:color="auto" w:fill="FFFFFF"/>
          </w:tcPr>
          <w:p w14:paraId="56404238" w14:textId="77777777" w:rsidR="00047CD3" w:rsidRDefault="00A10F4B">
            <w:r>
              <w:t>сохраняется</w:t>
            </w:r>
          </w:p>
        </w:tc>
        <w:tc>
          <w:tcPr>
            <w:tcW w:w="0" w:type="auto"/>
            <w:shd w:val="clear" w:color="auto" w:fill="FFFFFF"/>
          </w:tcPr>
          <w:p w14:paraId="7A3954E1" w14:textId="77777777" w:rsidR="00047CD3" w:rsidRDefault="00A10F4B">
            <w:r>
              <w:t>сохраняется</w:t>
            </w:r>
          </w:p>
        </w:tc>
        <w:tc>
          <w:tcPr>
            <w:tcW w:w="0" w:type="auto"/>
            <w:shd w:val="clear" w:color="auto" w:fill="FFFFFF"/>
          </w:tcPr>
          <w:p w14:paraId="047A2338" w14:textId="77777777" w:rsidR="00047CD3" w:rsidRDefault="00A10F4B">
            <w:r>
              <w:t>сохраняется</w:t>
            </w:r>
          </w:p>
        </w:tc>
      </w:tr>
    </w:tbl>
    <w:p w14:paraId="5F1BEA0C" w14:textId="77777777" w:rsidR="00047CD3" w:rsidRPr="005731F7" w:rsidRDefault="00A10F4B">
      <w:pPr>
        <w:pStyle w:val="31"/>
        <w:rPr>
          <w:sz w:val="28"/>
          <w:szCs w:val="28"/>
        </w:rPr>
      </w:pPr>
      <w:r w:rsidRPr="005731F7">
        <w:rPr>
          <w:sz w:val="28"/>
          <w:szCs w:val="28"/>
        </w:rPr>
        <w:t>4.9.7. УПК № 7 «Каз»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906"/>
        <w:gridCol w:w="2314"/>
        <w:gridCol w:w="2658"/>
        <w:gridCol w:w="1611"/>
      </w:tblGrid>
      <w:tr w:rsidR="00047CD3" w14:paraId="3AD92E94" w14:textId="77777777">
        <w:trPr>
          <w:cantSplit/>
          <w:tblHeader/>
        </w:trPr>
        <w:tc>
          <w:tcPr>
            <w:tcW w:w="0" w:type="auto"/>
            <w:shd w:val="clear" w:color="auto" w:fill="E2F0D9"/>
          </w:tcPr>
          <w:p w14:paraId="4CEEB649" w14:textId="77777777" w:rsidR="00047CD3" w:rsidRDefault="00A10F4B">
            <w:pPr>
              <w:jc w:val="center"/>
            </w:pPr>
            <w:r>
              <w:rPr>
                <w:b/>
              </w:rPr>
              <w:t>Характеристика</w:t>
            </w:r>
          </w:p>
        </w:tc>
        <w:tc>
          <w:tcPr>
            <w:tcW w:w="0" w:type="auto"/>
            <w:shd w:val="clear" w:color="auto" w:fill="E2F0D9"/>
          </w:tcPr>
          <w:p w14:paraId="7CD3E5E2" w14:textId="77777777" w:rsidR="00047CD3" w:rsidRDefault="00A10F4B">
            <w:pPr>
              <w:jc w:val="center"/>
            </w:pPr>
            <w:r>
              <w:rPr>
                <w:b/>
              </w:rPr>
              <w:t>2026</w:t>
            </w:r>
          </w:p>
        </w:tc>
        <w:tc>
          <w:tcPr>
            <w:tcW w:w="0" w:type="auto"/>
            <w:shd w:val="clear" w:color="auto" w:fill="E2F0D9"/>
          </w:tcPr>
          <w:p w14:paraId="6827075C" w14:textId="77777777" w:rsidR="00047CD3" w:rsidRDefault="00A10F4B">
            <w:pPr>
              <w:jc w:val="center"/>
            </w:pPr>
            <w:r>
              <w:rPr>
                <w:b/>
              </w:rPr>
              <w:t>2031</w:t>
            </w:r>
          </w:p>
        </w:tc>
        <w:tc>
          <w:tcPr>
            <w:tcW w:w="0" w:type="auto"/>
            <w:shd w:val="clear" w:color="auto" w:fill="E2F0D9"/>
          </w:tcPr>
          <w:p w14:paraId="3C5242CB" w14:textId="77777777" w:rsidR="00047CD3" w:rsidRDefault="00A10F4B">
            <w:pPr>
              <w:jc w:val="center"/>
            </w:pPr>
            <w:r>
              <w:rPr>
                <w:b/>
              </w:rPr>
              <w:t>2036</w:t>
            </w:r>
          </w:p>
        </w:tc>
      </w:tr>
      <w:tr w:rsidR="00047CD3" w14:paraId="7E74A71B" w14:textId="77777777">
        <w:trPr>
          <w:cantSplit/>
        </w:trPr>
        <w:tc>
          <w:tcPr>
            <w:tcW w:w="0" w:type="auto"/>
            <w:shd w:val="clear" w:color="auto" w:fill="F2F2F2"/>
          </w:tcPr>
          <w:p w14:paraId="38DCAC86" w14:textId="77777777" w:rsidR="00047CD3" w:rsidRDefault="00A10F4B">
            <w:r>
              <w:t>Состояние источника</w:t>
            </w:r>
          </w:p>
        </w:tc>
        <w:tc>
          <w:tcPr>
            <w:tcW w:w="0" w:type="auto"/>
            <w:shd w:val="clear" w:color="auto" w:fill="FFFFFF"/>
          </w:tcPr>
          <w:p w14:paraId="04D35278" w14:textId="77777777" w:rsidR="00047CD3" w:rsidRDefault="00A10F4B">
            <w:r>
              <w:t>действующий</w:t>
            </w:r>
          </w:p>
        </w:tc>
        <w:tc>
          <w:tcPr>
            <w:tcW w:w="0" w:type="auto"/>
            <w:shd w:val="clear" w:color="auto" w:fill="FFFFFF"/>
          </w:tcPr>
          <w:p w14:paraId="3A0F8B81" w14:textId="77777777" w:rsidR="00047CD3" w:rsidRDefault="00A10F4B">
            <w:r>
              <w:t>действующий</w:t>
            </w:r>
          </w:p>
        </w:tc>
        <w:tc>
          <w:tcPr>
            <w:tcW w:w="0" w:type="auto"/>
            <w:shd w:val="clear" w:color="auto" w:fill="FFFFFF"/>
          </w:tcPr>
          <w:p w14:paraId="01679967" w14:textId="77777777" w:rsidR="00047CD3" w:rsidRDefault="00A10F4B">
            <w:r>
              <w:t>действующий</w:t>
            </w:r>
          </w:p>
        </w:tc>
      </w:tr>
      <w:tr w:rsidR="00047CD3" w14:paraId="6B8FD401" w14:textId="77777777">
        <w:trPr>
          <w:cantSplit/>
        </w:trPr>
        <w:tc>
          <w:tcPr>
            <w:tcW w:w="0" w:type="auto"/>
            <w:shd w:val="clear" w:color="auto" w:fill="F2F2F2"/>
          </w:tcPr>
          <w:p w14:paraId="5C3BBAD5" w14:textId="77777777" w:rsidR="00047CD3" w:rsidRDefault="00A10F4B">
            <w:r>
              <w:t>Вид топлива</w:t>
            </w:r>
          </w:p>
        </w:tc>
        <w:tc>
          <w:tcPr>
            <w:tcW w:w="0" w:type="auto"/>
            <w:shd w:val="clear" w:color="auto" w:fill="FFFFFF"/>
          </w:tcPr>
          <w:p w14:paraId="7A7B64B4" w14:textId="77777777" w:rsidR="00047CD3" w:rsidRDefault="00A10F4B">
            <w:r>
              <w:t>каменный уголь</w:t>
            </w:r>
          </w:p>
        </w:tc>
        <w:tc>
          <w:tcPr>
            <w:tcW w:w="0" w:type="auto"/>
            <w:shd w:val="clear" w:color="auto" w:fill="FFFFFF"/>
          </w:tcPr>
          <w:p w14:paraId="6AD339BC" w14:textId="77777777" w:rsidR="00047CD3" w:rsidRDefault="00A10F4B">
            <w:r>
              <w:t>каменный уголь</w:t>
            </w:r>
          </w:p>
        </w:tc>
        <w:tc>
          <w:tcPr>
            <w:tcW w:w="0" w:type="auto"/>
            <w:shd w:val="clear" w:color="auto" w:fill="FFFFFF"/>
          </w:tcPr>
          <w:p w14:paraId="445AD450" w14:textId="77777777" w:rsidR="00047CD3" w:rsidRDefault="00A10F4B">
            <w:r>
              <w:t>природный газ</w:t>
            </w:r>
          </w:p>
        </w:tc>
      </w:tr>
      <w:tr w:rsidR="00047CD3" w14:paraId="0825D5E0" w14:textId="77777777">
        <w:trPr>
          <w:cantSplit/>
        </w:trPr>
        <w:tc>
          <w:tcPr>
            <w:tcW w:w="0" w:type="auto"/>
            <w:shd w:val="clear" w:color="auto" w:fill="F2F2F2"/>
          </w:tcPr>
          <w:p w14:paraId="07C52D7E" w14:textId="77777777" w:rsidR="00047CD3" w:rsidRPr="00844B84" w:rsidRDefault="00A10F4B">
            <w:pPr>
              <w:rPr>
                <w:lang w:val="ru-RU"/>
              </w:rPr>
            </w:pPr>
            <w:r w:rsidRPr="00844B84">
              <w:rPr>
                <w:lang w:val="ru-RU"/>
              </w:rPr>
              <w:t>Год перевода на природный газ</w:t>
            </w:r>
          </w:p>
        </w:tc>
        <w:tc>
          <w:tcPr>
            <w:tcW w:w="0" w:type="auto"/>
            <w:shd w:val="clear" w:color="auto" w:fill="FFFFFF"/>
          </w:tcPr>
          <w:p w14:paraId="326EE974" w14:textId="77777777" w:rsidR="00047CD3" w:rsidRDefault="00A10F4B">
            <w:r>
              <w:t>—</w:t>
            </w:r>
          </w:p>
        </w:tc>
        <w:tc>
          <w:tcPr>
            <w:tcW w:w="0" w:type="auto"/>
            <w:shd w:val="clear" w:color="auto" w:fill="FFFFFF"/>
          </w:tcPr>
          <w:p w14:paraId="63FEE732" w14:textId="77777777" w:rsidR="00047CD3" w:rsidRDefault="00A10F4B">
            <w:r>
              <w:t>—</w:t>
            </w:r>
          </w:p>
        </w:tc>
        <w:tc>
          <w:tcPr>
            <w:tcW w:w="0" w:type="auto"/>
            <w:shd w:val="clear" w:color="auto" w:fill="FFFFFF"/>
          </w:tcPr>
          <w:p w14:paraId="44F8641F" w14:textId="77777777" w:rsidR="00047CD3" w:rsidRDefault="00A10F4B">
            <w:r>
              <w:t>2034</w:t>
            </w:r>
          </w:p>
        </w:tc>
      </w:tr>
      <w:tr w:rsidR="00047CD3" w14:paraId="3BDB279D" w14:textId="77777777">
        <w:trPr>
          <w:cantSplit/>
        </w:trPr>
        <w:tc>
          <w:tcPr>
            <w:tcW w:w="0" w:type="auto"/>
            <w:shd w:val="clear" w:color="auto" w:fill="F2F2F2"/>
          </w:tcPr>
          <w:p w14:paraId="2E8AB955" w14:textId="77777777" w:rsidR="00047CD3" w:rsidRDefault="00A10F4B">
            <w:r>
              <w:t>Установленная мощность, Гкал/ч</w:t>
            </w:r>
          </w:p>
        </w:tc>
        <w:tc>
          <w:tcPr>
            <w:tcW w:w="0" w:type="auto"/>
            <w:shd w:val="clear" w:color="auto" w:fill="FFFFFF"/>
          </w:tcPr>
          <w:p w14:paraId="1AF4CC3F" w14:textId="77777777" w:rsidR="00047CD3" w:rsidRDefault="00A10F4B">
            <w:r>
              <w:t>72,00</w:t>
            </w:r>
          </w:p>
        </w:tc>
        <w:tc>
          <w:tcPr>
            <w:tcW w:w="0" w:type="auto"/>
            <w:shd w:val="clear" w:color="auto" w:fill="FFFFFF"/>
          </w:tcPr>
          <w:p w14:paraId="3C4C429C" w14:textId="77777777" w:rsidR="00047CD3" w:rsidRDefault="00A10F4B">
            <w:r>
              <w:t>72,00</w:t>
            </w:r>
          </w:p>
        </w:tc>
        <w:tc>
          <w:tcPr>
            <w:tcW w:w="0" w:type="auto"/>
            <w:shd w:val="clear" w:color="auto" w:fill="FFFFFF"/>
          </w:tcPr>
          <w:p w14:paraId="54A43D94" w14:textId="77777777" w:rsidR="00047CD3" w:rsidRDefault="00A10F4B">
            <w:r>
              <w:t>72,00</w:t>
            </w:r>
          </w:p>
        </w:tc>
      </w:tr>
      <w:tr w:rsidR="00047CD3" w14:paraId="33646BBB" w14:textId="77777777">
        <w:trPr>
          <w:cantSplit/>
        </w:trPr>
        <w:tc>
          <w:tcPr>
            <w:tcW w:w="0" w:type="auto"/>
            <w:shd w:val="clear" w:color="auto" w:fill="F2F2F2"/>
          </w:tcPr>
          <w:p w14:paraId="618B8B7F" w14:textId="77777777" w:rsidR="00047CD3" w:rsidRPr="00844B84" w:rsidRDefault="00A10F4B">
            <w:pPr>
              <w:rPr>
                <w:lang w:val="ru-RU"/>
              </w:rPr>
            </w:pPr>
            <w:r w:rsidRPr="00844B84">
              <w:rPr>
                <w:lang w:val="ru-RU"/>
              </w:rPr>
              <w:t>Полная максимальная нагрузка, Гкал/ч</w:t>
            </w:r>
          </w:p>
        </w:tc>
        <w:tc>
          <w:tcPr>
            <w:tcW w:w="0" w:type="auto"/>
            <w:shd w:val="clear" w:color="auto" w:fill="FFFFFF"/>
          </w:tcPr>
          <w:p w14:paraId="417382B2" w14:textId="77777777" w:rsidR="00047CD3" w:rsidRDefault="00A10F4B">
            <w:r>
              <w:t>19,4397</w:t>
            </w:r>
          </w:p>
        </w:tc>
        <w:tc>
          <w:tcPr>
            <w:tcW w:w="0" w:type="auto"/>
            <w:shd w:val="clear" w:color="auto" w:fill="FFFFFF"/>
          </w:tcPr>
          <w:p w14:paraId="0769AE4D" w14:textId="77777777" w:rsidR="00047CD3" w:rsidRDefault="00A10F4B">
            <w:r>
              <w:t>19,5027</w:t>
            </w:r>
          </w:p>
        </w:tc>
        <w:tc>
          <w:tcPr>
            <w:tcW w:w="0" w:type="auto"/>
            <w:shd w:val="clear" w:color="auto" w:fill="FFFFFF"/>
          </w:tcPr>
          <w:p w14:paraId="7C5065F5" w14:textId="77777777" w:rsidR="00047CD3" w:rsidRDefault="00A10F4B">
            <w:r>
              <w:t>19,5027</w:t>
            </w:r>
          </w:p>
        </w:tc>
      </w:tr>
      <w:tr w:rsidR="00047CD3" w14:paraId="4EE55169" w14:textId="77777777">
        <w:trPr>
          <w:cantSplit/>
        </w:trPr>
        <w:tc>
          <w:tcPr>
            <w:tcW w:w="0" w:type="auto"/>
            <w:shd w:val="clear" w:color="auto" w:fill="F2F2F2"/>
          </w:tcPr>
          <w:p w14:paraId="2E85A500" w14:textId="77777777" w:rsidR="00047CD3" w:rsidRDefault="00A10F4B">
            <w:r>
              <w:t>Резерв мощности, Гкал/ч</w:t>
            </w:r>
          </w:p>
        </w:tc>
        <w:tc>
          <w:tcPr>
            <w:tcW w:w="0" w:type="auto"/>
            <w:shd w:val="clear" w:color="auto" w:fill="FFFFFF"/>
          </w:tcPr>
          <w:p w14:paraId="5817B017" w14:textId="77777777" w:rsidR="00047CD3" w:rsidRDefault="00A10F4B">
            <w:r>
              <w:t>52,5603</w:t>
            </w:r>
          </w:p>
        </w:tc>
        <w:tc>
          <w:tcPr>
            <w:tcW w:w="0" w:type="auto"/>
            <w:shd w:val="clear" w:color="auto" w:fill="FFFFFF"/>
          </w:tcPr>
          <w:p w14:paraId="1FCB39F3" w14:textId="77777777" w:rsidR="00047CD3" w:rsidRDefault="00A10F4B">
            <w:r>
              <w:t>52,4973</w:t>
            </w:r>
          </w:p>
        </w:tc>
        <w:tc>
          <w:tcPr>
            <w:tcW w:w="0" w:type="auto"/>
            <w:shd w:val="clear" w:color="auto" w:fill="FFFFFF"/>
          </w:tcPr>
          <w:p w14:paraId="527ADFB7" w14:textId="77777777" w:rsidR="00047CD3" w:rsidRDefault="00A10F4B">
            <w:r>
              <w:t>52,4973</w:t>
            </w:r>
          </w:p>
        </w:tc>
      </w:tr>
      <w:tr w:rsidR="00047CD3" w14:paraId="7C5947D0" w14:textId="77777777">
        <w:trPr>
          <w:cantSplit/>
        </w:trPr>
        <w:tc>
          <w:tcPr>
            <w:tcW w:w="0" w:type="auto"/>
            <w:shd w:val="clear" w:color="auto" w:fill="F2F2F2"/>
          </w:tcPr>
          <w:p w14:paraId="4E71127E" w14:textId="77777777" w:rsidR="00047CD3" w:rsidRDefault="00A10F4B">
            <w:r>
              <w:t>Схема приготовления горячей воды</w:t>
            </w:r>
          </w:p>
        </w:tc>
        <w:tc>
          <w:tcPr>
            <w:tcW w:w="0" w:type="auto"/>
            <w:shd w:val="clear" w:color="auto" w:fill="FFFFFF"/>
          </w:tcPr>
          <w:p w14:paraId="62DF5472" w14:textId="77777777" w:rsidR="00047CD3" w:rsidRDefault="00A10F4B">
            <w:r>
              <w:t>Открытая, двухтрубная</w:t>
            </w:r>
          </w:p>
        </w:tc>
        <w:tc>
          <w:tcPr>
            <w:tcW w:w="0" w:type="auto"/>
            <w:shd w:val="clear" w:color="auto" w:fill="FFFFFF"/>
          </w:tcPr>
          <w:p w14:paraId="2CB7901A" w14:textId="77777777" w:rsidR="00047CD3" w:rsidRDefault="00A10F4B">
            <w:r>
              <w:t>перевод на закрытую схему</w:t>
            </w:r>
          </w:p>
        </w:tc>
        <w:tc>
          <w:tcPr>
            <w:tcW w:w="0" w:type="auto"/>
            <w:shd w:val="clear" w:color="auto" w:fill="FFFFFF"/>
          </w:tcPr>
          <w:p w14:paraId="1920047F" w14:textId="77777777" w:rsidR="00047CD3" w:rsidRDefault="00A10F4B">
            <w:r>
              <w:t>закрытая</w:t>
            </w:r>
          </w:p>
        </w:tc>
      </w:tr>
      <w:tr w:rsidR="00047CD3" w14:paraId="10ED1057" w14:textId="77777777">
        <w:trPr>
          <w:cantSplit/>
        </w:trPr>
        <w:tc>
          <w:tcPr>
            <w:tcW w:w="0" w:type="auto"/>
            <w:shd w:val="clear" w:color="auto" w:fill="F2F2F2"/>
          </w:tcPr>
          <w:p w14:paraId="0824E1F0" w14:textId="77777777" w:rsidR="00047CD3" w:rsidRPr="00844B84" w:rsidRDefault="00A10F4B">
            <w:pPr>
              <w:rPr>
                <w:lang w:val="ru-RU"/>
              </w:rPr>
            </w:pPr>
            <w:r w:rsidRPr="00844B84">
              <w:rPr>
                <w:lang w:val="ru-RU"/>
              </w:rPr>
              <w:t>Нагрузка горячего водоснабжения, Гкал/ч</w:t>
            </w:r>
          </w:p>
        </w:tc>
        <w:tc>
          <w:tcPr>
            <w:tcW w:w="0" w:type="auto"/>
            <w:shd w:val="clear" w:color="auto" w:fill="FFFFFF"/>
          </w:tcPr>
          <w:p w14:paraId="09FC72E8" w14:textId="77777777" w:rsidR="00047CD3" w:rsidRDefault="00A10F4B">
            <w:r>
              <w:t>1,0530</w:t>
            </w:r>
          </w:p>
        </w:tc>
        <w:tc>
          <w:tcPr>
            <w:tcW w:w="0" w:type="auto"/>
            <w:shd w:val="clear" w:color="auto" w:fill="FFFFFF"/>
          </w:tcPr>
          <w:p w14:paraId="34D0E308" w14:textId="77777777" w:rsidR="00047CD3" w:rsidRDefault="00A10F4B">
            <w:r>
              <w:t>1,0640</w:t>
            </w:r>
          </w:p>
        </w:tc>
        <w:tc>
          <w:tcPr>
            <w:tcW w:w="0" w:type="auto"/>
            <w:shd w:val="clear" w:color="auto" w:fill="FFFFFF"/>
          </w:tcPr>
          <w:p w14:paraId="4CA27EF3" w14:textId="77777777" w:rsidR="00047CD3" w:rsidRDefault="00A10F4B">
            <w:r>
              <w:t>1,0640</w:t>
            </w:r>
          </w:p>
        </w:tc>
      </w:tr>
      <w:tr w:rsidR="00047CD3" w14:paraId="13C80C04" w14:textId="77777777">
        <w:trPr>
          <w:cantSplit/>
        </w:trPr>
        <w:tc>
          <w:tcPr>
            <w:tcW w:w="0" w:type="auto"/>
            <w:shd w:val="clear" w:color="auto" w:fill="F2F2F2"/>
          </w:tcPr>
          <w:p w14:paraId="719887D5" w14:textId="77777777" w:rsidR="00047CD3" w:rsidRPr="00844B84" w:rsidRDefault="00A10F4B">
            <w:pPr>
              <w:rPr>
                <w:lang w:val="ru-RU"/>
              </w:rPr>
            </w:pPr>
            <w:r w:rsidRPr="00844B84">
              <w:rPr>
                <w:lang w:val="ru-RU"/>
              </w:rPr>
              <w:t>Подпитка тепловой сети, т/ч</w:t>
            </w:r>
          </w:p>
        </w:tc>
        <w:tc>
          <w:tcPr>
            <w:tcW w:w="0" w:type="auto"/>
            <w:shd w:val="clear" w:color="auto" w:fill="FFFFFF"/>
          </w:tcPr>
          <w:p w14:paraId="039FF95C" w14:textId="77777777" w:rsidR="00047CD3" w:rsidRDefault="00A10F4B">
            <w:r>
              <w:t>12,917</w:t>
            </w:r>
          </w:p>
        </w:tc>
        <w:tc>
          <w:tcPr>
            <w:tcW w:w="0" w:type="auto"/>
            <w:shd w:val="clear" w:color="auto" w:fill="FFFFFF"/>
          </w:tcPr>
          <w:p w14:paraId="2B2DDF04" w14:textId="77777777" w:rsidR="00047CD3" w:rsidRDefault="00A10F4B">
            <w:r>
              <w:t>12,917</w:t>
            </w:r>
          </w:p>
        </w:tc>
        <w:tc>
          <w:tcPr>
            <w:tcW w:w="0" w:type="auto"/>
            <w:shd w:val="clear" w:color="auto" w:fill="FFFFFF"/>
          </w:tcPr>
          <w:p w14:paraId="19D176D2" w14:textId="77777777" w:rsidR="00047CD3" w:rsidRDefault="00A10F4B">
            <w:r>
              <w:t>12,917</w:t>
            </w:r>
          </w:p>
        </w:tc>
      </w:tr>
      <w:tr w:rsidR="00047CD3" w14:paraId="6633308A" w14:textId="77777777">
        <w:trPr>
          <w:cantSplit/>
        </w:trPr>
        <w:tc>
          <w:tcPr>
            <w:tcW w:w="0" w:type="auto"/>
            <w:shd w:val="clear" w:color="auto" w:fill="F2F2F2"/>
          </w:tcPr>
          <w:p w14:paraId="7C81B1FE" w14:textId="77777777" w:rsidR="00047CD3" w:rsidRDefault="00A10F4B">
            <w:r>
              <w:t>Температурный график, °C</w:t>
            </w:r>
          </w:p>
        </w:tc>
        <w:tc>
          <w:tcPr>
            <w:tcW w:w="0" w:type="auto"/>
            <w:shd w:val="clear" w:color="auto" w:fill="FFFFFF"/>
          </w:tcPr>
          <w:p w14:paraId="1696547D" w14:textId="77777777" w:rsidR="00047CD3" w:rsidRDefault="00A10F4B">
            <w:r>
              <w:t>130/65</w:t>
            </w:r>
          </w:p>
        </w:tc>
        <w:tc>
          <w:tcPr>
            <w:tcW w:w="0" w:type="auto"/>
            <w:shd w:val="clear" w:color="auto" w:fill="FFFFFF"/>
          </w:tcPr>
          <w:p w14:paraId="2033F297" w14:textId="77777777" w:rsidR="00047CD3" w:rsidRDefault="00A10F4B">
            <w:r>
              <w:t>130/65</w:t>
            </w:r>
          </w:p>
        </w:tc>
        <w:tc>
          <w:tcPr>
            <w:tcW w:w="0" w:type="auto"/>
            <w:shd w:val="clear" w:color="auto" w:fill="FFFFFF"/>
          </w:tcPr>
          <w:p w14:paraId="03EE40A8" w14:textId="77777777" w:rsidR="00047CD3" w:rsidRDefault="00A10F4B">
            <w:r>
              <w:t>130/65</w:t>
            </w:r>
          </w:p>
        </w:tc>
      </w:tr>
      <w:tr w:rsidR="00047CD3" w14:paraId="26687369" w14:textId="77777777">
        <w:trPr>
          <w:cantSplit/>
        </w:trPr>
        <w:tc>
          <w:tcPr>
            <w:tcW w:w="0" w:type="auto"/>
            <w:shd w:val="clear" w:color="auto" w:fill="F2F2F2"/>
          </w:tcPr>
          <w:p w14:paraId="54DA1139" w14:textId="77777777" w:rsidR="00047CD3" w:rsidRDefault="00A10F4B">
            <w:r>
              <w:t>Зона действия источника</w:t>
            </w:r>
          </w:p>
        </w:tc>
        <w:tc>
          <w:tcPr>
            <w:tcW w:w="0" w:type="auto"/>
            <w:shd w:val="clear" w:color="auto" w:fill="FFFFFF"/>
          </w:tcPr>
          <w:p w14:paraId="4CD3918C" w14:textId="77777777" w:rsidR="00047CD3" w:rsidRDefault="00A10F4B">
            <w:r>
              <w:t>сохраняется</w:t>
            </w:r>
          </w:p>
        </w:tc>
        <w:tc>
          <w:tcPr>
            <w:tcW w:w="0" w:type="auto"/>
            <w:shd w:val="clear" w:color="auto" w:fill="FFFFFF"/>
          </w:tcPr>
          <w:p w14:paraId="6B837987" w14:textId="77777777" w:rsidR="00047CD3" w:rsidRDefault="00A10F4B">
            <w:r>
              <w:t>сохраняется</w:t>
            </w:r>
          </w:p>
        </w:tc>
        <w:tc>
          <w:tcPr>
            <w:tcW w:w="0" w:type="auto"/>
            <w:shd w:val="clear" w:color="auto" w:fill="FFFFFF"/>
          </w:tcPr>
          <w:p w14:paraId="2DDA2FCC" w14:textId="77777777" w:rsidR="00047CD3" w:rsidRDefault="00A10F4B">
            <w:r>
              <w:t>сохраняется</w:t>
            </w:r>
          </w:p>
        </w:tc>
      </w:tr>
    </w:tbl>
    <w:p w14:paraId="102055DE" w14:textId="77777777" w:rsidR="00047CD3" w:rsidRPr="005731F7" w:rsidRDefault="00A10F4B">
      <w:pPr>
        <w:pStyle w:val="31"/>
        <w:rPr>
          <w:sz w:val="28"/>
          <w:szCs w:val="28"/>
        </w:rPr>
      </w:pPr>
      <w:r w:rsidRPr="005731F7">
        <w:rPr>
          <w:sz w:val="28"/>
          <w:szCs w:val="28"/>
        </w:rPr>
        <w:t>4.9.8. УПК № 8 «Мундыбаш»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30"/>
        <w:gridCol w:w="3075"/>
        <w:gridCol w:w="2390"/>
        <w:gridCol w:w="1594"/>
      </w:tblGrid>
      <w:tr w:rsidR="00047CD3" w14:paraId="60F04630" w14:textId="77777777">
        <w:trPr>
          <w:cantSplit/>
          <w:tblHeader/>
        </w:trPr>
        <w:tc>
          <w:tcPr>
            <w:tcW w:w="0" w:type="auto"/>
            <w:shd w:val="clear" w:color="auto" w:fill="E2F0D9"/>
          </w:tcPr>
          <w:p w14:paraId="438AED81" w14:textId="77777777" w:rsidR="00047CD3" w:rsidRDefault="00A10F4B">
            <w:pPr>
              <w:jc w:val="center"/>
            </w:pPr>
            <w:r>
              <w:rPr>
                <w:b/>
              </w:rPr>
              <w:t>Характеристика</w:t>
            </w:r>
          </w:p>
        </w:tc>
        <w:tc>
          <w:tcPr>
            <w:tcW w:w="0" w:type="auto"/>
            <w:shd w:val="clear" w:color="auto" w:fill="E2F0D9"/>
          </w:tcPr>
          <w:p w14:paraId="43C64F1F" w14:textId="77777777" w:rsidR="00047CD3" w:rsidRDefault="00A10F4B">
            <w:pPr>
              <w:jc w:val="center"/>
            </w:pPr>
            <w:r>
              <w:rPr>
                <w:b/>
              </w:rPr>
              <w:t>2026</w:t>
            </w:r>
          </w:p>
        </w:tc>
        <w:tc>
          <w:tcPr>
            <w:tcW w:w="0" w:type="auto"/>
            <w:shd w:val="clear" w:color="auto" w:fill="E2F0D9"/>
          </w:tcPr>
          <w:p w14:paraId="29D62943" w14:textId="77777777" w:rsidR="00047CD3" w:rsidRDefault="00A10F4B">
            <w:pPr>
              <w:jc w:val="center"/>
            </w:pPr>
            <w:r>
              <w:rPr>
                <w:b/>
              </w:rPr>
              <w:t>2031</w:t>
            </w:r>
          </w:p>
        </w:tc>
        <w:tc>
          <w:tcPr>
            <w:tcW w:w="0" w:type="auto"/>
            <w:shd w:val="clear" w:color="auto" w:fill="E2F0D9"/>
          </w:tcPr>
          <w:p w14:paraId="17F9B061" w14:textId="77777777" w:rsidR="00047CD3" w:rsidRDefault="00A10F4B">
            <w:pPr>
              <w:jc w:val="center"/>
            </w:pPr>
            <w:r>
              <w:rPr>
                <w:b/>
              </w:rPr>
              <w:t>2036</w:t>
            </w:r>
          </w:p>
        </w:tc>
      </w:tr>
      <w:tr w:rsidR="00047CD3" w14:paraId="6E050480" w14:textId="77777777">
        <w:trPr>
          <w:cantSplit/>
        </w:trPr>
        <w:tc>
          <w:tcPr>
            <w:tcW w:w="0" w:type="auto"/>
            <w:shd w:val="clear" w:color="auto" w:fill="F2F2F2"/>
          </w:tcPr>
          <w:p w14:paraId="7CC18E2E" w14:textId="77777777" w:rsidR="00047CD3" w:rsidRDefault="00A10F4B">
            <w:r>
              <w:t>Состояние источника</w:t>
            </w:r>
          </w:p>
        </w:tc>
        <w:tc>
          <w:tcPr>
            <w:tcW w:w="0" w:type="auto"/>
            <w:shd w:val="clear" w:color="auto" w:fill="FFFFFF"/>
          </w:tcPr>
          <w:p w14:paraId="28786662" w14:textId="77777777" w:rsidR="00047CD3" w:rsidRDefault="00A10F4B">
            <w:r>
              <w:t>действующий</w:t>
            </w:r>
          </w:p>
        </w:tc>
        <w:tc>
          <w:tcPr>
            <w:tcW w:w="0" w:type="auto"/>
            <w:shd w:val="clear" w:color="auto" w:fill="FFFFFF"/>
          </w:tcPr>
          <w:p w14:paraId="2DFC9831" w14:textId="77777777" w:rsidR="00047CD3" w:rsidRDefault="00A10F4B">
            <w:r>
              <w:t>действующий</w:t>
            </w:r>
          </w:p>
        </w:tc>
        <w:tc>
          <w:tcPr>
            <w:tcW w:w="0" w:type="auto"/>
            <w:shd w:val="clear" w:color="auto" w:fill="FFFFFF"/>
          </w:tcPr>
          <w:p w14:paraId="4E675A6E" w14:textId="77777777" w:rsidR="00047CD3" w:rsidRDefault="00A10F4B">
            <w:r>
              <w:t>действующий</w:t>
            </w:r>
          </w:p>
        </w:tc>
      </w:tr>
      <w:tr w:rsidR="00047CD3" w14:paraId="5919DA50" w14:textId="77777777">
        <w:trPr>
          <w:cantSplit/>
        </w:trPr>
        <w:tc>
          <w:tcPr>
            <w:tcW w:w="0" w:type="auto"/>
            <w:shd w:val="clear" w:color="auto" w:fill="F2F2F2"/>
          </w:tcPr>
          <w:p w14:paraId="518A9AD6" w14:textId="77777777" w:rsidR="00047CD3" w:rsidRDefault="00A10F4B">
            <w:r>
              <w:t>Вид топлива</w:t>
            </w:r>
          </w:p>
        </w:tc>
        <w:tc>
          <w:tcPr>
            <w:tcW w:w="0" w:type="auto"/>
            <w:shd w:val="clear" w:color="auto" w:fill="FFFFFF"/>
          </w:tcPr>
          <w:p w14:paraId="4D62D2CB" w14:textId="77777777" w:rsidR="00047CD3" w:rsidRDefault="00A10F4B">
            <w:r>
              <w:t>каменный уголь</w:t>
            </w:r>
          </w:p>
        </w:tc>
        <w:tc>
          <w:tcPr>
            <w:tcW w:w="0" w:type="auto"/>
            <w:shd w:val="clear" w:color="auto" w:fill="FFFFFF"/>
          </w:tcPr>
          <w:p w14:paraId="633D816C" w14:textId="77777777" w:rsidR="00047CD3" w:rsidRDefault="00A10F4B">
            <w:r>
              <w:t>каменный уголь</w:t>
            </w:r>
          </w:p>
        </w:tc>
        <w:tc>
          <w:tcPr>
            <w:tcW w:w="0" w:type="auto"/>
            <w:shd w:val="clear" w:color="auto" w:fill="FFFFFF"/>
          </w:tcPr>
          <w:p w14:paraId="499AF79B" w14:textId="77777777" w:rsidR="00047CD3" w:rsidRDefault="00A10F4B">
            <w:r>
              <w:t>природный газ</w:t>
            </w:r>
          </w:p>
        </w:tc>
      </w:tr>
      <w:tr w:rsidR="00047CD3" w14:paraId="63B9943E" w14:textId="77777777">
        <w:trPr>
          <w:cantSplit/>
        </w:trPr>
        <w:tc>
          <w:tcPr>
            <w:tcW w:w="0" w:type="auto"/>
            <w:shd w:val="clear" w:color="auto" w:fill="F2F2F2"/>
          </w:tcPr>
          <w:p w14:paraId="4FD90335" w14:textId="77777777" w:rsidR="00047CD3" w:rsidRPr="00844B84" w:rsidRDefault="00A10F4B">
            <w:pPr>
              <w:rPr>
                <w:lang w:val="ru-RU"/>
              </w:rPr>
            </w:pPr>
            <w:r w:rsidRPr="00844B84">
              <w:rPr>
                <w:lang w:val="ru-RU"/>
              </w:rPr>
              <w:t>Год перевода на природный газ</w:t>
            </w:r>
          </w:p>
        </w:tc>
        <w:tc>
          <w:tcPr>
            <w:tcW w:w="0" w:type="auto"/>
            <w:shd w:val="clear" w:color="auto" w:fill="FFFFFF"/>
          </w:tcPr>
          <w:p w14:paraId="535CE16B" w14:textId="77777777" w:rsidR="00047CD3" w:rsidRDefault="00A10F4B">
            <w:r>
              <w:t>—</w:t>
            </w:r>
          </w:p>
        </w:tc>
        <w:tc>
          <w:tcPr>
            <w:tcW w:w="0" w:type="auto"/>
            <w:shd w:val="clear" w:color="auto" w:fill="FFFFFF"/>
          </w:tcPr>
          <w:p w14:paraId="2D40A58E" w14:textId="77777777" w:rsidR="00047CD3" w:rsidRDefault="00A10F4B">
            <w:r>
              <w:t>—</w:t>
            </w:r>
          </w:p>
        </w:tc>
        <w:tc>
          <w:tcPr>
            <w:tcW w:w="0" w:type="auto"/>
            <w:shd w:val="clear" w:color="auto" w:fill="FFFFFF"/>
          </w:tcPr>
          <w:p w14:paraId="241C10B4" w14:textId="77777777" w:rsidR="00047CD3" w:rsidRDefault="00A10F4B">
            <w:r>
              <w:t>2034</w:t>
            </w:r>
          </w:p>
        </w:tc>
      </w:tr>
      <w:tr w:rsidR="00047CD3" w14:paraId="614D2156" w14:textId="77777777">
        <w:trPr>
          <w:cantSplit/>
        </w:trPr>
        <w:tc>
          <w:tcPr>
            <w:tcW w:w="0" w:type="auto"/>
            <w:shd w:val="clear" w:color="auto" w:fill="F2F2F2"/>
          </w:tcPr>
          <w:p w14:paraId="6178F9F8" w14:textId="77777777" w:rsidR="00047CD3" w:rsidRDefault="00A10F4B">
            <w:r>
              <w:t>Установленная мощность, Гкал/ч</w:t>
            </w:r>
          </w:p>
        </w:tc>
        <w:tc>
          <w:tcPr>
            <w:tcW w:w="0" w:type="auto"/>
            <w:shd w:val="clear" w:color="auto" w:fill="FFFFFF"/>
          </w:tcPr>
          <w:p w14:paraId="791A8B10" w14:textId="77777777" w:rsidR="00047CD3" w:rsidRDefault="00A10F4B">
            <w:r>
              <w:t>36,00</w:t>
            </w:r>
          </w:p>
        </w:tc>
        <w:tc>
          <w:tcPr>
            <w:tcW w:w="0" w:type="auto"/>
            <w:shd w:val="clear" w:color="auto" w:fill="FFFFFF"/>
          </w:tcPr>
          <w:p w14:paraId="0A55DB34" w14:textId="77777777" w:rsidR="00047CD3" w:rsidRDefault="00A10F4B">
            <w:r>
              <w:t>36,00</w:t>
            </w:r>
          </w:p>
        </w:tc>
        <w:tc>
          <w:tcPr>
            <w:tcW w:w="0" w:type="auto"/>
            <w:shd w:val="clear" w:color="auto" w:fill="FFFFFF"/>
          </w:tcPr>
          <w:p w14:paraId="1AC70D12" w14:textId="77777777" w:rsidR="00047CD3" w:rsidRDefault="00A10F4B">
            <w:r>
              <w:t>36,00</w:t>
            </w:r>
          </w:p>
        </w:tc>
      </w:tr>
      <w:tr w:rsidR="00047CD3" w14:paraId="71A2B5CE" w14:textId="77777777">
        <w:trPr>
          <w:cantSplit/>
        </w:trPr>
        <w:tc>
          <w:tcPr>
            <w:tcW w:w="0" w:type="auto"/>
            <w:shd w:val="clear" w:color="auto" w:fill="F2F2F2"/>
          </w:tcPr>
          <w:p w14:paraId="6704CA1D" w14:textId="77777777" w:rsidR="00047CD3" w:rsidRPr="00844B84" w:rsidRDefault="00A10F4B">
            <w:pPr>
              <w:rPr>
                <w:lang w:val="ru-RU"/>
              </w:rPr>
            </w:pPr>
            <w:r w:rsidRPr="00844B84">
              <w:rPr>
                <w:lang w:val="ru-RU"/>
              </w:rPr>
              <w:t>Полная максимальная нагрузка, Гкал/ч</w:t>
            </w:r>
          </w:p>
        </w:tc>
        <w:tc>
          <w:tcPr>
            <w:tcW w:w="0" w:type="auto"/>
            <w:shd w:val="clear" w:color="auto" w:fill="FFFFFF"/>
          </w:tcPr>
          <w:p w14:paraId="3DCAADA0" w14:textId="77777777" w:rsidR="00047CD3" w:rsidRDefault="00A10F4B">
            <w:r>
              <w:t>20,2475</w:t>
            </w:r>
          </w:p>
        </w:tc>
        <w:tc>
          <w:tcPr>
            <w:tcW w:w="0" w:type="auto"/>
            <w:shd w:val="clear" w:color="auto" w:fill="FFFFFF"/>
          </w:tcPr>
          <w:p w14:paraId="2373ACF7" w14:textId="77777777" w:rsidR="00047CD3" w:rsidRDefault="00A10F4B">
            <w:r>
              <w:t>20,2475</w:t>
            </w:r>
          </w:p>
        </w:tc>
        <w:tc>
          <w:tcPr>
            <w:tcW w:w="0" w:type="auto"/>
            <w:shd w:val="clear" w:color="auto" w:fill="FFFFFF"/>
          </w:tcPr>
          <w:p w14:paraId="27BF5167" w14:textId="77777777" w:rsidR="00047CD3" w:rsidRDefault="00A10F4B">
            <w:r>
              <w:t>20,2475</w:t>
            </w:r>
          </w:p>
        </w:tc>
      </w:tr>
      <w:tr w:rsidR="00047CD3" w14:paraId="7F4D96AA" w14:textId="77777777">
        <w:trPr>
          <w:cantSplit/>
        </w:trPr>
        <w:tc>
          <w:tcPr>
            <w:tcW w:w="0" w:type="auto"/>
            <w:shd w:val="clear" w:color="auto" w:fill="F2F2F2"/>
          </w:tcPr>
          <w:p w14:paraId="0A25946E" w14:textId="77777777" w:rsidR="00047CD3" w:rsidRDefault="00A10F4B">
            <w:r>
              <w:t>Резерв мощности, Гкал/ч</w:t>
            </w:r>
          </w:p>
        </w:tc>
        <w:tc>
          <w:tcPr>
            <w:tcW w:w="0" w:type="auto"/>
            <w:shd w:val="clear" w:color="auto" w:fill="FFFFFF"/>
          </w:tcPr>
          <w:p w14:paraId="5EBBE559" w14:textId="77777777" w:rsidR="00047CD3" w:rsidRDefault="00A10F4B">
            <w:r>
              <w:t>15,7525</w:t>
            </w:r>
          </w:p>
        </w:tc>
        <w:tc>
          <w:tcPr>
            <w:tcW w:w="0" w:type="auto"/>
            <w:shd w:val="clear" w:color="auto" w:fill="FFFFFF"/>
          </w:tcPr>
          <w:p w14:paraId="695A79AC" w14:textId="77777777" w:rsidR="00047CD3" w:rsidRDefault="00A10F4B">
            <w:r>
              <w:t>15,7525</w:t>
            </w:r>
          </w:p>
        </w:tc>
        <w:tc>
          <w:tcPr>
            <w:tcW w:w="0" w:type="auto"/>
            <w:shd w:val="clear" w:color="auto" w:fill="FFFFFF"/>
          </w:tcPr>
          <w:p w14:paraId="4EFA9C5E" w14:textId="77777777" w:rsidR="00047CD3" w:rsidRDefault="00A10F4B">
            <w:r>
              <w:t>15,7525</w:t>
            </w:r>
          </w:p>
        </w:tc>
      </w:tr>
      <w:tr w:rsidR="00047CD3" w14:paraId="68A8EC25" w14:textId="77777777">
        <w:trPr>
          <w:cantSplit/>
        </w:trPr>
        <w:tc>
          <w:tcPr>
            <w:tcW w:w="0" w:type="auto"/>
            <w:shd w:val="clear" w:color="auto" w:fill="F2F2F2"/>
          </w:tcPr>
          <w:p w14:paraId="5E99F3C3" w14:textId="77777777" w:rsidR="00047CD3" w:rsidRDefault="00A10F4B">
            <w:r>
              <w:t>Схема приготовления горячей воды</w:t>
            </w:r>
          </w:p>
        </w:tc>
        <w:tc>
          <w:tcPr>
            <w:tcW w:w="0" w:type="auto"/>
            <w:shd w:val="clear" w:color="auto" w:fill="FFFFFF"/>
          </w:tcPr>
          <w:p w14:paraId="5329715B" w14:textId="77777777" w:rsidR="00047CD3" w:rsidRPr="00844B84" w:rsidRDefault="00A10F4B">
            <w:pPr>
              <w:rPr>
                <w:lang w:val="ru-RU"/>
              </w:rPr>
            </w:pPr>
            <w:r w:rsidRPr="00844B84">
              <w:rPr>
                <w:lang w:val="ru-RU"/>
              </w:rPr>
              <w:t>Смешанная по способу ГВС (открытая</w:t>
            </w:r>
          </w:p>
        </w:tc>
        <w:tc>
          <w:tcPr>
            <w:tcW w:w="0" w:type="auto"/>
            <w:shd w:val="clear" w:color="auto" w:fill="FFFFFF"/>
          </w:tcPr>
          <w:p w14:paraId="77EE9103" w14:textId="77777777" w:rsidR="00047CD3" w:rsidRDefault="00A10F4B">
            <w:r>
              <w:t>перевод на закрытую схему</w:t>
            </w:r>
          </w:p>
        </w:tc>
        <w:tc>
          <w:tcPr>
            <w:tcW w:w="0" w:type="auto"/>
            <w:shd w:val="clear" w:color="auto" w:fill="FFFFFF"/>
          </w:tcPr>
          <w:p w14:paraId="163E21F2" w14:textId="77777777" w:rsidR="00047CD3" w:rsidRDefault="00A10F4B">
            <w:r>
              <w:t>закрытая</w:t>
            </w:r>
          </w:p>
        </w:tc>
      </w:tr>
      <w:tr w:rsidR="00047CD3" w14:paraId="3946E5E0" w14:textId="77777777">
        <w:trPr>
          <w:cantSplit/>
        </w:trPr>
        <w:tc>
          <w:tcPr>
            <w:tcW w:w="0" w:type="auto"/>
            <w:shd w:val="clear" w:color="auto" w:fill="F2F2F2"/>
          </w:tcPr>
          <w:p w14:paraId="3378403A" w14:textId="77777777" w:rsidR="00047CD3" w:rsidRPr="00844B84" w:rsidRDefault="00A10F4B">
            <w:pPr>
              <w:rPr>
                <w:lang w:val="ru-RU"/>
              </w:rPr>
            </w:pPr>
            <w:r w:rsidRPr="00844B84">
              <w:rPr>
                <w:lang w:val="ru-RU"/>
              </w:rPr>
              <w:t>Нагрузка горячего водоснабжения, Гкал/ч</w:t>
            </w:r>
          </w:p>
        </w:tc>
        <w:tc>
          <w:tcPr>
            <w:tcW w:w="0" w:type="auto"/>
            <w:shd w:val="clear" w:color="auto" w:fill="FFFFFF"/>
          </w:tcPr>
          <w:p w14:paraId="2744C36B" w14:textId="77777777" w:rsidR="00047CD3" w:rsidRDefault="00A10F4B">
            <w:r>
              <w:t>0,8190</w:t>
            </w:r>
          </w:p>
        </w:tc>
        <w:tc>
          <w:tcPr>
            <w:tcW w:w="0" w:type="auto"/>
            <w:shd w:val="clear" w:color="auto" w:fill="FFFFFF"/>
          </w:tcPr>
          <w:p w14:paraId="1409AB41" w14:textId="77777777" w:rsidR="00047CD3" w:rsidRDefault="00A10F4B">
            <w:r>
              <w:t>0,8190</w:t>
            </w:r>
          </w:p>
        </w:tc>
        <w:tc>
          <w:tcPr>
            <w:tcW w:w="0" w:type="auto"/>
            <w:shd w:val="clear" w:color="auto" w:fill="FFFFFF"/>
          </w:tcPr>
          <w:p w14:paraId="51FB85C0" w14:textId="77777777" w:rsidR="00047CD3" w:rsidRDefault="00A10F4B">
            <w:r>
              <w:t>0,8190</w:t>
            </w:r>
          </w:p>
        </w:tc>
      </w:tr>
      <w:tr w:rsidR="00047CD3" w14:paraId="45C708F5" w14:textId="77777777">
        <w:trPr>
          <w:cantSplit/>
        </w:trPr>
        <w:tc>
          <w:tcPr>
            <w:tcW w:w="0" w:type="auto"/>
            <w:shd w:val="clear" w:color="auto" w:fill="F2F2F2"/>
          </w:tcPr>
          <w:p w14:paraId="6FED9505" w14:textId="77777777" w:rsidR="00047CD3" w:rsidRPr="00844B84" w:rsidRDefault="00A10F4B">
            <w:pPr>
              <w:rPr>
                <w:lang w:val="ru-RU"/>
              </w:rPr>
            </w:pPr>
            <w:r w:rsidRPr="00844B84">
              <w:rPr>
                <w:lang w:val="ru-RU"/>
              </w:rPr>
              <w:t>Подпитка тепловой сети, т/ч</w:t>
            </w:r>
          </w:p>
        </w:tc>
        <w:tc>
          <w:tcPr>
            <w:tcW w:w="0" w:type="auto"/>
            <w:shd w:val="clear" w:color="auto" w:fill="FFFFFF"/>
          </w:tcPr>
          <w:p w14:paraId="087AC812" w14:textId="77777777" w:rsidR="00047CD3" w:rsidRDefault="00A10F4B">
            <w:r>
              <w:t>7,925</w:t>
            </w:r>
          </w:p>
        </w:tc>
        <w:tc>
          <w:tcPr>
            <w:tcW w:w="0" w:type="auto"/>
            <w:shd w:val="clear" w:color="auto" w:fill="FFFFFF"/>
          </w:tcPr>
          <w:p w14:paraId="695A19B4" w14:textId="77777777" w:rsidR="00047CD3" w:rsidRDefault="00A10F4B">
            <w:r>
              <w:t>7,925</w:t>
            </w:r>
          </w:p>
        </w:tc>
        <w:tc>
          <w:tcPr>
            <w:tcW w:w="0" w:type="auto"/>
            <w:shd w:val="clear" w:color="auto" w:fill="FFFFFF"/>
          </w:tcPr>
          <w:p w14:paraId="4098ECF3" w14:textId="77777777" w:rsidR="00047CD3" w:rsidRDefault="00A10F4B">
            <w:r>
              <w:t>7,925</w:t>
            </w:r>
          </w:p>
        </w:tc>
      </w:tr>
      <w:tr w:rsidR="00047CD3" w14:paraId="1A7A59A2" w14:textId="77777777">
        <w:trPr>
          <w:cantSplit/>
        </w:trPr>
        <w:tc>
          <w:tcPr>
            <w:tcW w:w="0" w:type="auto"/>
            <w:shd w:val="clear" w:color="auto" w:fill="F2F2F2"/>
          </w:tcPr>
          <w:p w14:paraId="7FAF814E" w14:textId="77777777" w:rsidR="00047CD3" w:rsidRDefault="00A10F4B">
            <w:r>
              <w:t>Температурный график, °C</w:t>
            </w:r>
          </w:p>
        </w:tc>
        <w:tc>
          <w:tcPr>
            <w:tcW w:w="0" w:type="auto"/>
            <w:shd w:val="clear" w:color="auto" w:fill="FFFFFF"/>
          </w:tcPr>
          <w:p w14:paraId="0B009988" w14:textId="77777777" w:rsidR="00047CD3" w:rsidRDefault="00A10F4B">
            <w:r>
              <w:t>95/70</w:t>
            </w:r>
          </w:p>
        </w:tc>
        <w:tc>
          <w:tcPr>
            <w:tcW w:w="0" w:type="auto"/>
            <w:shd w:val="clear" w:color="auto" w:fill="FFFFFF"/>
          </w:tcPr>
          <w:p w14:paraId="310EA430" w14:textId="77777777" w:rsidR="00047CD3" w:rsidRDefault="00A10F4B">
            <w:r>
              <w:t>95/70</w:t>
            </w:r>
          </w:p>
        </w:tc>
        <w:tc>
          <w:tcPr>
            <w:tcW w:w="0" w:type="auto"/>
            <w:shd w:val="clear" w:color="auto" w:fill="FFFFFF"/>
          </w:tcPr>
          <w:p w14:paraId="19BD9E9B" w14:textId="77777777" w:rsidR="00047CD3" w:rsidRDefault="00A10F4B">
            <w:r>
              <w:t>95/70</w:t>
            </w:r>
          </w:p>
        </w:tc>
      </w:tr>
      <w:tr w:rsidR="00047CD3" w14:paraId="40EF4488" w14:textId="77777777">
        <w:trPr>
          <w:cantSplit/>
        </w:trPr>
        <w:tc>
          <w:tcPr>
            <w:tcW w:w="0" w:type="auto"/>
            <w:shd w:val="clear" w:color="auto" w:fill="F2F2F2"/>
          </w:tcPr>
          <w:p w14:paraId="62CD4D9A" w14:textId="77777777" w:rsidR="00047CD3" w:rsidRDefault="00A10F4B">
            <w:r>
              <w:t>Зона действия источника</w:t>
            </w:r>
          </w:p>
        </w:tc>
        <w:tc>
          <w:tcPr>
            <w:tcW w:w="0" w:type="auto"/>
            <w:shd w:val="clear" w:color="auto" w:fill="FFFFFF"/>
          </w:tcPr>
          <w:p w14:paraId="7926FE29" w14:textId="77777777" w:rsidR="00047CD3" w:rsidRDefault="00A10F4B">
            <w:r>
              <w:t>сохраняется</w:t>
            </w:r>
          </w:p>
        </w:tc>
        <w:tc>
          <w:tcPr>
            <w:tcW w:w="0" w:type="auto"/>
            <w:shd w:val="clear" w:color="auto" w:fill="FFFFFF"/>
          </w:tcPr>
          <w:p w14:paraId="67F15657" w14:textId="77777777" w:rsidR="00047CD3" w:rsidRDefault="00A10F4B">
            <w:r>
              <w:t>сохраняется</w:t>
            </w:r>
          </w:p>
        </w:tc>
        <w:tc>
          <w:tcPr>
            <w:tcW w:w="0" w:type="auto"/>
            <w:shd w:val="clear" w:color="auto" w:fill="FFFFFF"/>
          </w:tcPr>
          <w:p w14:paraId="308A33BA" w14:textId="77777777" w:rsidR="00047CD3" w:rsidRDefault="00A10F4B">
            <w:r>
              <w:t>сохраняется</w:t>
            </w:r>
          </w:p>
        </w:tc>
      </w:tr>
    </w:tbl>
    <w:p w14:paraId="3624E6B4" w14:textId="77777777" w:rsidR="00047CD3" w:rsidRPr="005731F7" w:rsidRDefault="00A10F4B">
      <w:pPr>
        <w:pStyle w:val="31"/>
        <w:rPr>
          <w:sz w:val="28"/>
          <w:szCs w:val="28"/>
        </w:rPr>
      </w:pPr>
      <w:r w:rsidRPr="005731F7">
        <w:rPr>
          <w:sz w:val="28"/>
          <w:szCs w:val="28"/>
        </w:rPr>
        <w:t>4.9.9. УПК № 10 «Темир-Тау»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906"/>
        <w:gridCol w:w="2314"/>
        <w:gridCol w:w="2658"/>
        <w:gridCol w:w="1611"/>
      </w:tblGrid>
      <w:tr w:rsidR="00047CD3" w14:paraId="7B87EB11" w14:textId="77777777">
        <w:trPr>
          <w:cantSplit/>
          <w:tblHeader/>
        </w:trPr>
        <w:tc>
          <w:tcPr>
            <w:tcW w:w="0" w:type="auto"/>
            <w:shd w:val="clear" w:color="auto" w:fill="E2F0D9"/>
          </w:tcPr>
          <w:p w14:paraId="40B3644D" w14:textId="77777777" w:rsidR="00047CD3" w:rsidRDefault="00A10F4B">
            <w:pPr>
              <w:jc w:val="center"/>
            </w:pPr>
            <w:r>
              <w:rPr>
                <w:b/>
              </w:rPr>
              <w:t>Характеристика</w:t>
            </w:r>
          </w:p>
        </w:tc>
        <w:tc>
          <w:tcPr>
            <w:tcW w:w="0" w:type="auto"/>
            <w:shd w:val="clear" w:color="auto" w:fill="E2F0D9"/>
          </w:tcPr>
          <w:p w14:paraId="3D1BC0CE" w14:textId="77777777" w:rsidR="00047CD3" w:rsidRDefault="00A10F4B">
            <w:pPr>
              <w:jc w:val="center"/>
            </w:pPr>
            <w:r>
              <w:rPr>
                <w:b/>
              </w:rPr>
              <w:t>2026</w:t>
            </w:r>
          </w:p>
        </w:tc>
        <w:tc>
          <w:tcPr>
            <w:tcW w:w="0" w:type="auto"/>
            <w:shd w:val="clear" w:color="auto" w:fill="E2F0D9"/>
          </w:tcPr>
          <w:p w14:paraId="6CC068B6" w14:textId="77777777" w:rsidR="00047CD3" w:rsidRDefault="00A10F4B">
            <w:pPr>
              <w:jc w:val="center"/>
            </w:pPr>
            <w:r>
              <w:rPr>
                <w:b/>
              </w:rPr>
              <w:t>2031</w:t>
            </w:r>
          </w:p>
        </w:tc>
        <w:tc>
          <w:tcPr>
            <w:tcW w:w="0" w:type="auto"/>
            <w:shd w:val="clear" w:color="auto" w:fill="E2F0D9"/>
          </w:tcPr>
          <w:p w14:paraId="2C7E1211" w14:textId="77777777" w:rsidR="00047CD3" w:rsidRDefault="00A10F4B">
            <w:pPr>
              <w:jc w:val="center"/>
            </w:pPr>
            <w:r>
              <w:rPr>
                <w:b/>
              </w:rPr>
              <w:t>2036</w:t>
            </w:r>
          </w:p>
        </w:tc>
      </w:tr>
      <w:tr w:rsidR="00047CD3" w14:paraId="0AD2D8E3" w14:textId="77777777">
        <w:trPr>
          <w:cantSplit/>
        </w:trPr>
        <w:tc>
          <w:tcPr>
            <w:tcW w:w="0" w:type="auto"/>
            <w:shd w:val="clear" w:color="auto" w:fill="F2F2F2"/>
          </w:tcPr>
          <w:p w14:paraId="2851E3AA" w14:textId="77777777" w:rsidR="00047CD3" w:rsidRDefault="00A10F4B">
            <w:r>
              <w:t>Состояние источника</w:t>
            </w:r>
          </w:p>
        </w:tc>
        <w:tc>
          <w:tcPr>
            <w:tcW w:w="0" w:type="auto"/>
            <w:shd w:val="clear" w:color="auto" w:fill="FFFFFF"/>
          </w:tcPr>
          <w:p w14:paraId="6897A73B" w14:textId="77777777" w:rsidR="00047CD3" w:rsidRDefault="00A10F4B">
            <w:r>
              <w:t>действующий</w:t>
            </w:r>
          </w:p>
        </w:tc>
        <w:tc>
          <w:tcPr>
            <w:tcW w:w="0" w:type="auto"/>
            <w:shd w:val="clear" w:color="auto" w:fill="FFFFFF"/>
          </w:tcPr>
          <w:p w14:paraId="1CF75E4C" w14:textId="77777777" w:rsidR="00047CD3" w:rsidRDefault="00A10F4B">
            <w:r>
              <w:t>действующий</w:t>
            </w:r>
          </w:p>
        </w:tc>
        <w:tc>
          <w:tcPr>
            <w:tcW w:w="0" w:type="auto"/>
            <w:shd w:val="clear" w:color="auto" w:fill="FFFFFF"/>
          </w:tcPr>
          <w:p w14:paraId="58E9579C" w14:textId="77777777" w:rsidR="00047CD3" w:rsidRDefault="00A10F4B">
            <w:r>
              <w:t>действующий</w:t>
            </w:r>
          </w:p>
        </w:tc>
      </w:tr>
      <w:tr w:rsidR="00047CD3" w14:paraId="535B9612" w14:textId="77777777">
        <w:trPr>
          <w:cantSplit/>
        </w:trPr>
        <w:tc>
          <w:tcPr>
            <w:tcW w:w="0" w:type="auto"/>
            <w:shd w:val="clear" w:color="auto" w:fill="F2F2F2"/>
          </w:tcPr>
          <w:p w14:paraId="55D72E71" w14:textId="77777777" w:rsidR="00047CD3" w:rsidRDefault="00A10F4B">
            <w:r>
              <w:t>Вид топлива</w:t>
            </w:r>
          </w:p>
        </w:tc>
        <w:tc>
          <w:tcPr>
            <w:tcW w:w="0" w:type="auto"/>
            <w:shd w:val="clear" w:color="auto" w:fill="FFFFFF"/>
          </w:tcPr>
          <w:p w14:paraId="3B1D84CF" w14:textId="77777777" w:rsidR="00047CD3" w:rsidRDefault="00A10F4B">
            <w:r>
              <w:t>каменный уголь</w:t>
            </w:r>
          </w:p>
        </w:tc>
        <w:tc>
          <w:tcPr>
            <w:tcW w:w="0" w:type="auto"/>
            <w:shd w:val="clear" w:color="auto" w:fill="FFFFFF"/>
          </w:tcPr>
          <w:p w14:paraId="767CD848" w14:textId="77777777" w:rsidR="00047CD3" w:rsidRDefault="00A10F4B">
            <w:r>
              <w:t>каменный уголь</w:t>
            </w:r>
          </w:p>
        </w:tc>
        <w:tc>
          <w:tcPr>
            <w:tcW w:w="0" w:type="auto"/>
            <w:shd w:val="clear" w:color="auto" w:fill="FFFFFF"/>
          </w:tcPr>
          <w:p w14:paraId="2E822F41" w14:textId="77777777" w:rsidR="00047CD3" w:rsidRDefault="00A10F4B">
            <w:r>
              <w:t>природный газ</w:t>
            </w:r>
          </w:p>
        </w:tc>
      </w:tr>
      <w:tr w:rsidR="00047CD3" w14:paraId="2ADD45BD" w14:textId="77777777">
        <w:trPr>
          <w:cantSplit/>
        </w:trPr>
        <w:tc>
          <w:tcPr>
            <w:tcW w:w="0" w:type="auto"/>
            <w:shd w:val="clear" w:color="auto" w:fill="F2F2F2"/>
          </w:tcPr>
          <w:p w14:paraId="7B9918FC" w14:textId="77777777" w:rsidR="00047CD3" w:rsidRPr="00844B84" w:rsidRDefault="00A10F4B">
            <w:pPr>
              <w:rPr>
                <w:lang w:val="ru-RU"/>
              </w:rPr>
            </w:pPr>
            <w:r w:rsidRPr="00844B84">
              <w:rPr>
                <w:lang w:val="ru-RU"/>
              </w:rPr>
              <w:t>Год перевода на природный газ</w:t>
            </w:r>
          </w:p>
        </w:tc>
        <w:tc>
          <w:tcPr>
            <w:tcW w:w="0" w:type="auto"/>
            <w:shd w:val="clear" w:color="auto" w:fill="FFFFFF"/>
          </w:tcPr>
          <w:p w14:paraId="3B6083B1" w14:textId="77777777" w:rsidR="00047CD3" w:rsidRDefault="00A10F4B">
            <w:r>
              <w:t>—</w:t>
            </w:r>
          </w:p>
        </w:tc>
        <w:tc>
          <w:tcPr>
            <w:tcW w:w="0" w:type="auto"/>
            <w:shd w:val="clear" w:color="auto" w:fill="FFFFFF"/>
          </w:tcPr>
          <w:p w14:paraId="00A8F8CB" w14:textId="77777777" w:rsidR="00047CD3" w:rsidRDefault="00A10F4B">
            <w:r>
              <w:t>—</w:t>
            </w:r>
          </w:p>
        </w:tc>
        <w:tc>
          <w:tcPr>
            <w:tcW w:w="0" w:type="auto"/>
            <w:shd w:val="clear" w:color="auto" w:fill="FFFFFF"/>
          </w:tcPr>
          <w:p w14:paraId="6D5D2EE7" w14:textId="77777777" w:rsidR="00047CD3" w:rsidRDefault="00A10F4B">
            <w:r>
              <w:t>2034</w:t>
            </w:r>
          </w:p>
        </w:tc>
      </w:tr>
      <w:tr w:rsidR="00047CD3" w14:paraId="58CBD1DC" w14:textId="77777777">
        <w:trPr>
          <w:cantSplit/>
        </w:trPr>
        <w:tc>
          <w:tcPr>
            <w:tcW w:w="0" w:type="auto"/>
            <w:shd w:val="clear" w:color="auto" w:fill="F2F2F2"/>
          </w:tcPr>
          <w:p w14:paraId="05C91F62" w14:textId="77777777" w:rsidR="00047CD3" w:rsidRDefault="00A10F4B">
            <w:r>
              <w:t>Установленная мощность, Гкал/ч</w:t>
            </w:r>
          </w:p>
        </w:tc>
        <w:tc>
          <w:tcPr>
            <w:tcW w:w="0" w:type="auto"/>
            <w:shd w:val="clear" w:color="auto" w:fill="FFFFFF"/>
          </w:tcPr>
          <w:p w14:paraId="0FC59D2A" w14:textId="77777777" w:rsidR="00047CD3" w:rsidRDefault="00A10F4B">
            <w:r>
              <w:t>33,60</w:t>
            </w:r>
          </w:p>
        </w:tc>
        <w:tc>
          <w:tcPr>
            <w:tcW w:w="0" w:type="auto"/>
            <w:shd w:val="clear" w:color="auto" w:fill="FFFFFF"/>
          </w:tcPr>
          <w:p w14:paraId="2B2B0E54" w14:textId="77777777" w:rsidR="00047CD3" w:rsidRDefault="00A10F4B">
            <w:r>
              <w:t>33,60</w:t>
            </w:r>
          </w:p>
        </w:tc>
        <w:tc>
          <w:tcPr>
            <w:tcW w:w="0" w:type="auto"/>
            <w:shd w:val="clear" w:color="auto" w:fill="FFFFFF"/>
          </w:tcPr>
          <w:p w14:paraId="2DD17D97" w14:textId="77777777" w:rsidR="00047CD3" w:rsidRDefault="00A10F4B">
            <w:r>
              <w:t>33,60</w:t>
            </w:r>
          </w:p>
        </w:tc>
      </w:tr>
      <w:tr w:rsidR="00047CD3" w14:paraId="734404CD" w14:textId="77777777">
        <w:trPr>
          <w:cantSplit/>
        </w:trPr>
        <w:tc>
          <w:tcPr>
            <w:tcW w:w="0" w:type="auto"/>
            <w:shd w:val="clear" w:color="auto" w:fill="F2F2F2"/>
          </w:tcPr>
          <w:p w14:paraId="1E3ED41E" w14:textId="77777777" w:rsidR="00047CD3" w:rsidRPr="00844B84" w:rsidRDefault="00A10F4B">
            <w:pPr>
              <w:rPr>
                <w:lang w:val="ru-RU"/>
              </w:rPr>
            </w:pPr>
            <w:r w:rsidRPr="00844B84">
              <w:rPr>
                <w:lang w:val="ru-RU"/>
              </w:rPr>
              <w:t>Полная максимальная нагрузка, Гкал/ч</w:t>
            </w:r>
          </w:p>
        </w:tc>
        <w:tc>
          <w:tcPr>
            <w:tcW w:w="0" w:type="auto"/>
            <w:shd w:val="clear" w:color="auto" w:fill="FFFFFF"/>
          </w:tcPr>
          <w:p w14:paraId="6B5C4BA7" w14:textId="77777777" w:rsidR="00047CD3" w:rsidRDefault="00A10F4B">
            <w:r>
              <w:t>8,6985</w:t>
            </w:r>
          </w:p>
        </w:tc>
        <w:tc>
          <w:tcPr>
            <w:tcW w:w="0" w:type="auto"/>
            <w:shd w:val="clear" w:color="auto" w:fill="FFFFFF"/>
          </w:tcPr>
          <w:p w14:paraId="4ECF2DD1" w14:textId="77777777" w:rsidR="00047CD3" w:rsidRDefault="00A10F4B">
            <w:r>
              <w:t>8,6985</w:t>
            </w:r>
          </w:p>
        </w:tc>
        <w:tc>
          <w:tcPr>
            <w:tcW w:w="0" w:type="auto"/>
            <w:shd w:val="clear" w:color="auto" w:fill="FFFFFF"/>
          </w:tcPr>
          <w:p w14:paraId="7D1D9758" w14:textId="77777777" w:rsidR="00047CD3" w:rsidRDefault="00A10F4B">
            <w:r>
              <w:t>8,6985</w:t>
            </w:r>
          </w:p>
        </w:tc>
      </w:tr>
      <w:tr w:rsidR="00047CD3" w14:paraId="561064A2" w14:textId="77777777">
        <w:trPr>
          <w:cantSplit/>
        </w:trPr>
        <w:tc>
          <w:tcPr>
            <w:tcW w:w="0" w:type="auto"/>
            <w:shd w:val="clear" w:color="auto" w:fill="F2F2F2"/>
          </w:tcPr>
          <w:p w14:paraId="137913CD" w14:textId="77777777" w:rsidR="00047CD3" w:rsidRDefault="00A10F4B">
            <w:r>
              <w:t>Резерв мощности, Гкал/ч</w:t>
            </w:r>
          </w:p>
        </w:tc>
        <w:tc>
          <w:tcPr>
            <w:tcW w:w="0" w:type="auto"/>
            <w:shd w:val="clear" w:color="auto" w:fill="FFFFFF"/>
          </w:tcPr>
          <w:p w14:paraId="26F96588" w14:textId="77777777" w:rsidR="00047CD3" w:rsidRDefault="00A10F4B">
            <w:r>
              <w:t>24,9015</w:t>
            </w:r>
          </w:p>
        </w:tc>
        <w:tc>
          <w:tcPr>
            <w:tcW w:w="0" w:type="auto"/>
            <w:shd w:val="clear" w:color="auto" w:fill="FFFFFF"/>
          </w:tcPr>
          <w:p w14:paraId="48B8E5E0" w14:textId="77777777" w:rsidR="00047CD3" w:rsidRDefault="00A10F4B">
            <w:r>
              <w:t>24,9015</w:t>
            </w:r>
          </w:p>
        </w:tc>
        <w:tc>
          <w:tcPr>
            <w:tcW w:w="0" w:type="auto"/>
            <w:shd w:val="clear" w:color="auto" w:fill="FFFFFF"/>
          </w:tcPr>
          <w:p w14:paraId="7857A98C" w14:textId="77777777" w:rsidR="00047CD3" w:rsidRDefault="00A10F4B">
            <w:r>
              <w:t>24,9015</w:t>
            </w:r>
          </w:p>
        </w:tc>
      </w:tr>
      <w:tr w:rsidR="00047CD3" w14:paraId="2C4E951D" w14:textId="77777777">
        <w:trPr>
          <w:cantSplit/>
        </w:trPr>
        <w:tc>
          <w:tcPr>
            <w:tcW w:w="0" w:type="auto"/>
            <w:shd w:val="clear" w:color="auto" w:fill="F2F2F2"/>
          </w:tcPr>
          <w:p w14:paraId="4DF16F98" w14:textId="77777777" w:rsidR="00047CD3" w:rsidRDefault="00A10F4B">
            <w:r>
              <w:t>Схема приготовления горячей воды</w:t>
            </w:r>
          </w:p>
        </w:tc>
        <w:tc>
          <w:tcPr>
            <w:tcW w:w="0" w:type="auto"/>
            <w:shd w:val="clear" w:color="auto" w:fill="FFFFFF"/>
          </w:tcPr>
          <w:p w14:paraId="425304C4" w14:textId="77777777" w:rsidR="00047CD3" w:rsidRDefault="00A10F4B">
            <w:r>
              <w:t>Открытая, двухтрубная</w:t>
            </w:r>
          </w:p>
        </w:tc>
        <w:tc>
          <w:tcPr>
            <w:tcW w:w="0" w:type="auto"/>
            <w:shd w:val="clear" w:color="auto" w:fill="FFFFFF"/>
          </w:tcPr>
          <w:p w14:paraId="05EAB849" w14:textId="77777777" w:rsidR="00047CD3" w:rsidRDefault="00A10F4B">
            <w:r>
              <w:t>перевод на закрытую схему</w:t>
            </w:r>
          </w:p>
        </w:tc>
        <w:tc>
          <w:tcPr>
            <w:tcW w:w="0" w:type="auto"/>
            <w:shd w:val="clear" w:color="auto" w:fill="FFFFFF"/>
          </w:tcPr>
          <w:p w14:paraId="18AC7D46" w14:textId="77777777" w:rsidR="00047CD3" w:rsidRDefault="00A10F4B">
            <w:r>
              <w:t>закрытая</w:t>
            </w:r>
          </w:p>
        </w:tc>
      </w:tr>
      <w:tr w:rsidR="00047CD3" w14:paraId="054616C8" w14:textId="77777777">
        <w:trPr>
          <w:cantSplit/>
        </w:trPr>
        <w:tc>
          <w:tcPr>
            <w:tcW w:w="0" w:type="auto"/>
            <w:shd w:val="clear" w:color="auto" w:fill="F2F2F2"/>
          </w:tcPr>
          <w:p w14:paraId="5DBB333A" w14:textId="77777777" w:rsidR="00047CD3" w:rsidRPr="00844B84" w:rsidRDefault="00A10F4B">
            <w:pPr>
              <w:rPr>
                <w:lang w:val="ru-RU"/>
              </w:rPr>
            </w:pPr>
            <w:r w:rsidRPr="00844B84">
              <w:rPr>
                <w:lang w:val="ru-RU"/>
              </w:rPr>
              <w:t>Нагрузка горячего водоснабжения, Гкал/ч</w:t>
            </w:r>
          </w:p>
        </w:tc>
        <w:tc>
          <w:tcPr>
            <w:tcW w:w="0" w:type="auto"/>
            <w:shd w:val="clear" w:color="auto" w:fill="FFFFFF"/>
          </w:tcPr>
          <w:p w14:paraId="71A93306" w14:textId="77777777" w:rsidR="00047CD3" w:rsidRDefault="00A10F4B">
            <w:r>
              <w:t>0,2569</w:t>
            </w:r>
          </w:p>
        </w:tc>
        <w:tc>
          <w:tcPr>
            <w:tcW w:w="0" w:type="auto"/>
            <w:shd w:val="clear" w:color="auto" w:fill="FFFFFF"/>
          </w:tcPr>
          <w:p w14:paraId="03177029" w14:textId="77777777" w:rsidR="00047CD3" w:rsidRDefault="00A10F4B">
            <w:r>
              <w:t>0,2569</w:t>
            </w:r>
          </w:p>
        </w:tc>
        <w:tc>
          <w:tcPr>
            <w:tcW w:w="0" w:type="auto"/>
            <w:shd w:val="clear" w:color="auto" w:fill="FFFFFF"/>
          </w:tcPr>
          <w:p w14:paraId="3536757D" w14:textId="77777777" w:rsidR="00047CD3" w:rsidRDefault="00A10F4B">
            <w:r>
              <w:t>0,2569</w:t>
            </w:r>
          </w:p>
        </w:tc>
      </w:tr>
      <w:tr w:rsidR="00047CD3" w14:paraId="730A12C5" w14:textId="77777777">
        <w:trPr>
          <w:cantSplit/>
        </w:trPr>
        <w:tc>
          <w:tcPr>
            <w:tcW w:w="0" w:type="auto"/>
            <w:shd w:val="clear" w:color="auto" w:fill="F2F2F2"/>
          </w:tcPr>
          <w:p w14:paraId="6CE49D04" w14:textId="77777777" w:rsidR="00047CD3" w:rsidRPr="00844B84" w:rsidRDefault="00A10F4B">
            <w:pPr>
              <w:rPr>
                <w:lang w:val="ru-RU"/>
              </w:rPr>
            </w:pPr>
            <w:r w:rsidRPr="00844B84">
              <w:rPr>
                <w:lang w:val="ru-RU"/>
              </w:rPr>
              <w:t>Подпитка тепловой сети, т/ч</w:t>
            </w:r>
          </w:p>
        </w:tc>
        <w:tc>
          <w:tcPr>
            <w:tcW w:w="0" w:type="auto"/>
            <w:shd w:val="clear" w:color="auto" w:fill="FFFFFF"/>
          </w:tcPr>
          <w:p w14:paraId="1968A2A8" w14:textId="77777777" w:rsidR="00047CD3" w:rsidRDefault="00A10F4B">
            <w:r>
              <w:t>4,052</w:t>
            </w:r>
          </w:p>
        </w:tc>
        <w:tc>
          <w:tcPr>
            <w:tcW w:w="0" w:type="auto"/>
            <w:shd w:val="clear" w:color="auto" w:fill="FFFFFF"/>
          </w:tcPr>
          <w:p w14:paraId="5E34D8C7" w14:textId="77777777" w:rsidR="00047CD3" w:rsidRDefault="00A10F4B">
            <w:r>
              <w:t>4,052</w:t>
            </w:r>
          </w:p>
        </w:tc>
        <w:tc>
          <w:tcPr>
            <w:tcW w:w="0" w:type="auto"/>
            <w:shd w:val="clear" w:color="auto" w:fill="FFFFFF"/>
          </w:tcPr>
          <w:p w14:paraId="2C6D2AA7" w14:textId="77777777" w:rsidR="00047CD3" w:rsidRDefault="00A10F4B">
            <w:r>
              <w:t>4,052</w:t>
            </w:r>
          </w:p>
        </w:tc>
      </w:tr>
      <w:tr w:rsidR="00047CD3" w14:paraId="61943CBE" w14:textId="77777777">
        <w:trPr>
          <w:cantSplit/>
        </w:trPr>
        <w:tc>
          <w:tcPr>
            <w:tcW w:w="0" w:type="auto"/>
            <w:shd w:val="clear" w:color="auto" w:fill="F2F2F2"/>
          </w:tcPr>
          <w:p w14:paraId="647F020E" w14:textId="77777777" w:rsidR="00047CD3" w:rsidRDefault="00A10F4B">
            <w:r>
              <w:t>Температурный график, °C</w:t>
            </w:r>
          </w:p>
        </w:tc>
        <w:tc>
          <w:tcPr>
            <w:tcW w:w="0" w:type="auto"/>
            <w:shd w:val="clear" w:color="auto" w:fill="FFFFFF"/>
          </w:tcPr>
          <w:p w14:paraId="777EC1E7" w14:textId="77777777" w:rsidR="00047CD3" w:rsidRDefault="00A10F4B">
            <w:r>
              <w:t>95/70</w:t>
            </w:r>
          </w:p>
        </w:tc>
        <w:tc>
          <w:tcPr>
            <w:tcW w:w="0" w:type="auto"/>
            <w:shd w:val="clear" w:color="auto" w:fill="FFFFFF"/>
          </w:tcPr>
          <w:p w14:paraId="54E1AD8F" w14:textId="77777777" w:rsidR="00047CD3" w:rsidRDefault="00A10F4B">
            <w:r>
              <w:t>95/70</w:t>
            </w:r>
          </w:p>
        </w:tc>
        <w:tc>
          <w:tcPr>
            <w:tcW w:w="0" w:type="auto"/>
            <w:shd w:val="clear" w:color="auto" w:fill="FFFFFF"/>
          </w:tcPr>
          <w:p w14:paraId="70CC1D7D" w14:textId="77777777" w:rsidR="00047CD3" w:rsidRDefault="00A10F4B">
            <w:r>
              <w:t>95/70</w:t>
            </w:r>
          </w:p>
        </w:tc>
      </w:tr>
      <w:tr w:rsidR="00047CD3" w14:paraId="710BE3DB" w14:textId="77777777">
        <w:trPr>
          <w:cantSplit/>
        </w:trPr>
        <w:tc>
          <w:tcPr>
            <w:tcW w:w="0" w:type="auto"/>
            <w:shd w:val="clear" w:color="auto" w:fill="F2F2F2"/>
          </w:tcPr>
          <w:p w14:paraId="0EEB3A70" w14:textId="77777777" w:rsidR="00047CD3" w:rsidRDefault="00A10F4B">
            <w:r>
              <w:t>Зона действия источника</w:t>
            </w:r>
          </w:p>
        </w:tc>
        <w:tc>
          <w:tcPr>
            <w:tcW w:w="0" w:type="auto"/>
            <w:shd w:val="clear" w:color="auto" w:fill="FFFFFF"/>
          </w:tcPr>
          <w:p w14:paraId="712DA65D" w14:textId="77777777" w:rsidR="00047CD3" w:rsidRDefault="00A10F4B">
            <w:r>
              <w:t>сохраняется</w:t>
            </w:r>
          </w:p>
        </w:tc>
        <w:tc>
          <w:tcPr>
            <w:tcW w:w="0" w:type="auto"/>
            <w:shd w:val="clear" w:color="auto" w:fill="FFFFFF"/>
          </w:tcPr>
          <w:p w14:paraId="7F542927" w14:textId="77777777" w:rsidR="00047CD3" w:rsidRDefault="00A10F4B">
            <w:r>
              <w:t>сохраняется</w:t>
            </w:r>
          </w:p>
        </w:tc>
        <w:tc>
          <w:tcPr>
            <w:tcW w:w="0" w:type="auto"/>
            <w:shd w:val="clear" w:color="auto" w:fill="FFFFFF"/>
          </w:tcPr>
          <w:p w14:paraId="5ABBC89C" w14:textId="77777777" w:rsidR="00047CD3" w:rsidRDefault="00A10F4B">
            <w:r>
              <w:t>сохраняется</w:t>
            </w:r>
          </w:p>
        </w:tc>
      </w:tr>
    </w:tbl>
    <w:p w14:paraId="70314AEE" w14:textId="77777777" w:rsidR="00047CD3" w:rsidRPr="005731F7" w:rsidRDefault="00A10F4B">
      <w:pPr>
        <w:pStyle w:val="31"/>
        <w:rPr>
          <w:sz w:val="28"/>
          <w:szCs w:val="28"/>
        </w:rPr>
      </w:pPr>
      <w:r w:rsidRPr="005731F7">
        <w:rPr>
          <w:sz w:val="28"/>
          <w:szCs w:val="28"/>
        </w:rPr>
        <w:t>4.9.10. УПК № 3 «Спасск»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906"/>
        <w:gridCol w:w="2314"/>
        <w:gridCol w:w="2658"/>
        <w:gridCol w:w="1611"/>
      </w:tblGrid>
      <w:tr w:rsidR="00047CD3" w14:paraId="1AD76A06" w14:textId="77777777">
        <w:trPr>
          <w:cantSplit/>
          <w:tblHeader/>
        </w:trPr>
        <w:tc>
          <w:tcPr>
            <w:tcW w:w="0" w:type="auto"/>
            <w:shd w:val="clear" w:color="auto" w:fill="E2F0D9"/>
          </w:tcPr>
          <w:p w14:paraId="2E148EC3" w14:textId="77777777" w:rsidR="00047CD3" w:rsidRDefault="00A10F4B">
            <w:pPr>
              <w:jc w:val="center"/>
            </w:pPr>
            <w:r>
              <w:rPr>
                <w:b/>
              </w:rPr>
              <w:t>Характеристика</w:t>
            </w:r>
          </w:p>
        </w:tc>
        <w:tc>
          <w:tcPr>
            <w:tcW w:w="0" w:type="auto"/>
            <w:shd w:val="clear" w:color="auto" w:fill="E2F0D9"/>
          </w:tcPr>
          <w:p w14:paraId="65B5A3E2" w14:textId="77777777" w:rsidR="00047CD3" w:rsidRDefault="00A10F4B">
            <w:pPr>
              <w:jc w:val="center"/>
            </w:pPr>
            <w:r>
              <w:rPr>
                <w:b/>
              </w:rPr>
              <w:t>2026</w:t>
            </w:r>
          </w:p>
        </w:tc>
        <w:tc>
          <w:tcPr>
            <w:tcW w:w="0" w:type="auto"/>
            <w:shd w:val="clear" w:color="auto" w:fill="E2F0D9"/>
          </w:tcPr>
          <w:p w14:paraId="045CF52A" w14:textId="77777777" w:rsidR="00047CD3" w:rsidRDefault="00A10F4B">
            <w:pPr>
              <w:jc w:val="center"/>
            </w:pPr>
            <w:r>
              <w:rPr>
                <w:b/>
              </w:rPr>
              <w:t>2031</w:t>
            </w:r>
          </w:p>
        </w:tc>
        <w:tc>
          <w:tcPr>
            <w:tcW w:w="0" w:type="auto"/>
            <w:shd w:val="clear" w:color="auto" w:fill="E2F0D9"/>
          </w:tcPr>
          <w:p w14:paraId="7D35FA7C" w14:textId="77777777" w:rsidR="00047CD3" w:rsidRDefault="00A10F4B">
            <w:pPr>
              <w:jc w:val="center"/>
            </w:pPr>
            <w:r>
              <w:rPr>
                <w:b/>
              </w:rPr>
              <w:t>2036</w:t>
            </w:r>
          </w:p>
        </w:tc>
      </w:tr>
      <w:tr w:rsidR="00047CD3" w14:paraId="4AE136CB" w14:textId="77777777">
        <w:trPr>
          <w:cantSplit/>
        </w:trPr>
        <w:tc>
          <w:tcPr>
            <w:tcW w:w="0" w:type="auto"/>
            <w:shd w:val="clear" w:color="auto" w:fill="F2F2F2"/>
          </w:tcPr>
          <w:p w14:paraId="550B2F23" w14:textId="77777777" w:rsidR="00047CD3" w:rsidRDefault="00A10F4B">
            <w:r>
              <w:t>Состояние источника</w:t>
            </w:r>
          </w:p>
        </w:tc>
        <w:tc>
          <w:tcPr>
            <w:tcW w:w="0" w:type="auto"/>
            <w:shd w:val="clear" w:color="auto" w:fill="FFFFFF"/>
          </w:tcPr>
          <w:p w14:paraId="291C2C15" w14:textId="77777777" w:rsidR="00047CD3" w:rsidRDefault="00A10F4B">
            <w:r>
              <w:t>действующий</w:t>
            </w:r>
          </w:p>
        </w:tc>
        <w:tc>
          <w:tcPr>
            <w:tcW w:w="0" w:type="auto"/>
            <w:shd w:val="clear" w:color="auto" w:fill="FFFFFF"/>
          </w:tcPr>
          <w:p w14:paraId="38D3D75A" w14:textId="77777777" w:rsidR="00047CD3" w:rsidRDefault="00A10F4B">
            <w:r>
              <w:t>действующий</w:t>
            </w:r>
          </w:p>
        </w:tc>
        <w:tc>
          <w:tcPr>
            <w:tcW w:w="0" w:type="auto"/>
            <w:shd w:val="clear" w:color="auto" w:fill="FFFFFF"/>
          </w:tcPr>
          <w:p w14:paraId="31F97A9A" w14:textId="77777777" w:rsidR="00047CD3" w:rsidRDefault="00A10F4B">
            <w:r>
              <w:t>действующий</w:t>
            </w:r>
          </w:p>
        </w:tc>
      </w:tr>
      <w:tr w:rsidR="00047CD3" w14:paraId="0E6A4151" w14:textId="77777777">
        <w:trPr>
          <w:cantSplit/>
        </w:trPr>
        <w:tc>
          <w:tcPr>
            <w:tcW w:w="0" w:type="auto"/>
            <w:shd w:val="clear" w:color="auto" w:fill="F2F2F2"/>
          </w:tcPr>
          <w:p w14:paraId="3CFFE336" w14:textId="77777777" w:rsidR="00047CD3" w:rsidRDefault="00A10F4B">
            <w:r>
              <w:t>Вид топлива</w:t>
            </w:r>
          </w:p>
        </w:tc>
        <w:tc>
          <w:tcPr>
            <w:tcW w:w="0" w:type="auto"/>
            <w:shd w:val="clear" w:color="auto" w:fill="FFFFFF"/>
          </w:tcPr>
          <w:p w14:paraId="3FBC63D0" w14:textId="77777777" w:rsidR="00047CD3" w:rsidRDefault="00A10F4B">
            <w:r>
              <w:t>каменный уголь</w:t>
            </w:r>
          </w:p>
        </w:tc>
        <w:tc>
          <w:tcPr>
            <w:tcW w:w="0" w:type="auto"/>
            <w:shd w:val="clear" w:color="auto" w:fill="FFFFFF"/>
          </w:tcPr>
          <w:p w14:paraId="394DEA32" w14:textId="77777777" w:rsidR="00047CD3" w:rsidRDefault="00A10F4B">
            <w:r>
              <w:t>каменный уголь</w:t>
            </w:r>
          </w:p>
        </w:tc>
        <w:tc>
          <w:tcPr>
            <w:tcW w:w="0" w:type="auto"/>
            <w:shd w:val="clear" w:color="auto" w:fill="FFFFFF"/>
          </w:tcPr>
          <w:p w14:paraId="7D1E4C83" w14:textId="77777777" w:rsidR="00047CD3" w:rsidRDefault="00A10F4B">
            <w:r>
              <w:t>природный газ</w:t>
            </w:r>
          </w:p>
        </w:tc>
      </w:tr>
      <w:tr w:rsidR="00047CD3" w14:paraId="1E1A3548" w14:textId="77777777">
        <w:trPr>
          <w:cantSplit/>
        </w:trPr>
        <w:tc>
          <w:tcPr>
            <w:tcW w:w="0" w:type="auto"/>
            <w:shd w:val="clear" w:color="auto" w:fill="F2F2F2"/>
          </w:tcPr>
          <w:p w14:paraId="1D58807E" w14:textId="77777777" w:rsidR="00047CD3" w:rsidRPr="00844B84" w:rsidRDefault="00A10F4B">
            <w:pPr>
              <w:rPr>
                <w:lang w:val="ru-RU"/>
              </w:rPr>
            </w:pPr>
            <w:r w:rsidRPr="00844B84">
              <w:rPr>
                <w:lang w:val="ru-RU"/>
              </w:rPr>
              <w:t>Год перевода на природный газ</w:t>
            </w:r>
          </w:p>
        </w:tc>
        <w:tc>
          <w:tcPr>
            <w:tcW w:w="0" w:type="auto"/>
            <w:shd w:val="clear" w:color="auto" w:fill="FFFFFF"/>
          </w:tcPr>
          <w:p w14:paraId="674620DC" w14:textId="77777777" w:rsidR="00047CD3" w:rsidRDefault="00A10F4B">
            <w:r>
              <w:t>—</w:t>
            </w:r>
          </w:p>
        </w:tc>
        <w:tc>
          <w:tcPr>
            <w:tcW w:w="0" w:type="auto"/>
            <w:shd w:val="clear" w:color="auto" w:fill="FFFFFF"/>
          </w:tcPr>
          <w:p w14:paraId="086795E1" w14:textId="77777777" w:rsidR="00047CD3" w:rsidRDefault="00A10F4B">
            <w:r>
              <w:t>—</w:t>
            </w:r>
          </w:p>
        </w:tc>
        <w:tc>
          <w:tcPr>
            <w:tcW w:w="0" w:type="auto"/>
            <w:shd w:val="clear" w:color="auto" w:fill="FFFFFF"/>
          </w:tcPr>
          <w:p w14:paraId="08ED992E" w14:textId="77777777" w:rsidR="00047CD3" w:rsidRDefault="00A10F4B">
            <w:r>
              <w:t>2035</w:t>
            </w:r>
          </w:p>
        </w:tc>
      </w:tr>
      <w:tr w:rsidR="00047CD3" w14:paraId="54D48E19" w14:textId="77777777">
        <w:trPr>
          <w:cantSplit/>
        </w:trPr>
        <w:tc>
          <w:tcPr>
            <w:tcW w:w="0" w:type="auto"/>
            <w:shd w:val="clear" w:color="auto" w:fill="F2F2F2"/>
          </w:tcPr>
          <w:p w14:paraId="6E7ACE24" w14:textId="77777777" w:rsidR="00047CD3" w:rsidRDefault="00A10F4B">
            <w:r>
              <w:t>Установленная мощность, Гкал/ч</w:t>
            </w:r>
          </w:p>
        </w:tc>
        <w:tc>
          <w:tcPr>
            <w:tcW w:w="0" w:type="auto"/>
            <w:shd w:val="clear" w:color="auto" w:fill="FFFFFF"/>
          </w:tcPr>
          <w:p w14:paraId="784323C0" w14:textId="77777777" w:rsidR="00047CD3" w:rsidRDefault="00A10F4B">
            <w:r>
              <w:t>5,37</w:t>
            </w:r>
          </w:p>
        </w:tc>
        <w:tc>
          <w:tcPr>
            <w:tcW w:w="0" w:type="auto"/>
            <w:shd w:val="clear" w:color="auto" w:fill="FFFFFF"/>
          </w:tcPr>
          <w:p w14:paraId="42BF7383" w14:textId="77777777" w:rsidR="00047CD3" w:rsidRDefault="00A10F4B">
            <w:r>
              <w:t>5,37</w:t>
            </w:r>
          </w:p>
        </w:tc>
        <w:tc>
          <w:tcPr>
            <w:tcW w:w="0" w:type="auto"/>
            <w:shd w:val="clear" w:color="auto" w:fill="FFFFFF"/>
          </w:tcPr>
          <w:p w14:paraId="45BF3EAF" w14:textId="77777777" w:rsidR="00047CD3" w:rsidRDefault="00A10F4B">
            <w:r>
              <w:t>5,37</w:t>
            </w:r>
          </w:p>
        </w:tc>
      </w:tr>
      <w:tr w:rsidR="00047CD3" w14:paraId="5F1F310B" w14:textId="77777777">
        <w:trPr>
          <w:cantSplit/>
        </w:trPr>
        <w:tc>
          <w:tcPr>
            <w:tcW w:w="0" w:type="auto"/>
            <w:shd w:val="clear" w:color="auto" w:fill="F2F2F2"/>
          </w:tcPr>
          <w:p w14:paraId="795C3CB4" w14:textId="77777777" w:rsidR="00047CD3" w:rsidRPr="00844B84" w:rsidRDefault="00A10F4B">
            <w:pPr>
              <w:rPr>
                <w:lang w:val="ru-RU"/>
              </w:rPr>
            </w:pPr>
            <w:r w:rsidRPr="00844B84">
              <w:rPr>
                <w:lang w:val="ru-RU"/>
              </w:rPr>
              <w:t>Полная максимальная нагрузка, Гкал/ч</w:t>
            </w:r>
          </w:p>
        </w:tc>
        <w:tc>
          <w:tcPr>
            <w:tcW w:w="0" w:type="auto"/>
            <w:shd w:val="clear" w:color="auto" w:fill="FFFFFF"/>
          </w:tcPr>
          <w:p w14:paraId="6291CD9C" w14:textId="77777777" w:rsidR="00047CD3" w:rsidRDefault="00A10F4B">
            <w:r>
              <w:t>1,8761</w:t>
            </w:r>
          </w:p>
        </w:tc>
        <w:tc>
          <w:tcPr>
            <w:tcW w:w="0" w:type="auto"/>
            <w:shd w:val="clear" w:color="auto" w:fill="FFFFFF"/>
          </w:tcPr>
          <w:p w14:paraId="0E89BC35" w14:textId="77777777" w:rsidR="00047CD3" w:rsidRDefault="00A10F4B">
            <w:r>
              <w:t>1,8831</w:t>
            </w:r>
          </w:p>
        </w:tc>
        <w:tc>
          <w:tcPr>
            <w:tcW w:w="0" w:type="auto"/>
            <w:shd w:val="clear" w:color="auto" w:fill="FFFFFF"/>
          </w:tcPr>
          <w:p w14:paraId="5505EB42" w14:textId="77777777" w:rsidR="00047CD3" w:rsidRDefault="00A10F4B">
            <w:r>
              <w:t>1,8831</w:t>
            </w:r>
          </w:p>
        </w:tc>
      </w:tr>
      <w:tr w:rsidR="00047CD3" w14:paraId="493BAF3B" w14:textId="77777777">
        <w:trPr>
          <w:cantSplit/>
        </w:trPr>
        <w:tc>
          <w:tcPr>
            <w:tcW w:w="0" w:type="auto"/>
            <w:shd w:val="clear" w:color="auto" w:fill="F2F2F2"/>
          </w:tcPr>
          <w:p w14:paraId="4AA96CAE" w14:textId="77777777" w:rsidR="00047CD3" w:rsidRDefault="00A10F4B">
            <w:r>
              <w:t>Резерв мощности, Гкал/ч</w:t>
            </w:r>
          </w:p>
        </w:tc>
        <w:tc>
          <w:tcPr>
            <w:tcW w:w="0" w:type="auto"/>
            <w:shd w:val="clear" w:color="auto" w:fill="FFFFFF"/>
          </w:tcPr>
          <w:p w14:paraId="60BB2873" w14:textId="77777777" w:rsidR="00047CD3" w:rsidRDefault="00A10F4B">
            <w:r>
              <w:t>3,4939</w:t>
            </w:r>
          </w:p>
        </w:tc>
        <w:tc>
          <w:tcPr>
            <w:tcW w:w="0" w:type="auto"/>
            <w:shd w:val="clear" w:color="auto" w:fill="FFFFFF"/>
          </w:tcPr>
          <w:p w14:paraId="070BAA6F" w14:textId="77777777" w:rsidR="00047CD3" w:rsidRDefault="00A10F4B">
            <w:r>
              <w:t>3,4869</w:t>
            </w:r>
          </w:p>
        </w:tc>
        <w:tc>
          <w:tcPr>
            <w:tcW w:w="0" w:type="auto"/>
            <w:shd w:val="clear" w:color="auto" w:fill="FFFFFF"/>
          </w:tcPr>
          <w:p w14:paraId="659611F4" w14:textId="77777777" w:rsidR="00047CD3" w:rsidRDefault="00A10F4B">
            <w:r>
              <w:t>3,4869</w:t>
            </w:r>
          </w:p>
        </w:tc>
      </w:tr>
      <w:tr w:rsidR="00047CD3" w14:paraId="44005F38" w14:textId="77777777">
        <w:trPr>
          <w:cantSplit/>
        </w:trPr>
        <w:tc>
          <w:tcPr>
            <w:tcW w:w="0" w:type="auto"/>
            <w:shd w:val="clear" w:color="auto" w:fill="F2F2F2"/>
          </w:tcPr>
          <w:p w14:paraId="11BE525D" w14:textId="77777777" w:rsidR="00047CD3" w:rsidRDefault="00A10F4B">
            <w:r>
              <w:t>Схема приготовления горячей воды</w:t>
            </w:r>
          </w:p>
        </w:tc>
        <w:tc>
          <w:tcPr>
            <w:tcW w:w="0" w:type="auto"/>
            <w:shd w:val="clear" w:color="auto" w:fill="FFFFFF"/>
          </w:tcPr>
          <w:p w14:paraId="4D6A6ACA" w14:textId="77777777" w:rsidR="00047CD3" w:rsidRDefault="00A10F4B">
            <w:r>
              <w:t>Открытая, двухтрубная</w:t>
            </w:r>
          </w:p>
        </w:tc>
        <w:tc>
          <w:tcPr>
            <w:tcW w:w="0" w:type="auto"/>
            <w:shd w:val="clear" w:color="auto" w:fill="FFFFFF"/>
          </w:tcPr>
          <w:p w14:paraId="068F9949" w14:textId="77777777" w:rsidR="00047CD3" w:rsidRDefault="00A10F4B">
            <w:r>
              <w:t>перевод на закрытую схему</w:t>
            </w:r>
          </w:p>
        </w:tc>
        <w:tc>
          <w:tcPr>
            <w:tcW w:w="0" w:type="auto"/>
            <w:shd w:val="clear" w:color="auto" w:fill="FFFFFF"/>
          </w:tcPr>
          <w:p w14:paraId="4DF82716" w14:textId="77777777" w:rsidR="00047CD3" w:rsidRDefault="00A10F4B">
            <w:r>
              <w:t>закрытая</w:t>
            </w:r>
          </w:p>
        </w:tc>
      </w:tr>
      <w:tr w:rsidR="00047CD3" w14:paraId="5F7B644E" w14:textId="77777777">
        <w:trPr>
          <w:cantSplit/>
        </w:trPr>
        <w:tc>
          <w:tcPr>
            <w:tcW w:w="0" w:type="auto"/>
            <w:shd w:val="clear" w:color="auto" w:fill="F2F2F2"/>
          </w:tcPr>
          <w:p w14:paraId="5D51B438" w14:textId="77777777" w:rsidR="00047CD3" w:rsidRPr="00844B84" w:rsidRDefault="00A10F4B">
            <w:pPr>
              <w:rPr>
                <w:lang w:val="ru-RU"/>
              </w:rPr>
            </w:pPr>
            <w:r w:rsidRPr="00844B84">
              <w:rPr>
                <w:lang w:val="ru-RU"/>
              </w:rPr>
              <w:t>Нагрузка горячего водоснабжения, Гкал/ч</w:t>
            </w:r>
          </w:p>
        </w:tc>
        <w:tc>
          <w:tcPr>
            <w:tcW w:w="0" w:type="auto"/>
            <w:shd w:val="clear" w:color="auto" w:fill="FFFFFF"/>
          </w:tcPr>
          <w:p w14:paraId="227BB01F" w14:textId="77777777" w:rsidR="00047CD3" w:rsidRDefault="00A10F4B">
            <w:r>
              <w:t>0,0400</w:t>
            </w:r>
          </w:p>
        </w:tc>
        <w:tc>
          <w:tcPr>
            <w:tcW w:w="0" w:type="auto"/>
            <w:shd w:val="clear" w:color="auto" w:fill="FFFFFF"/>
          </w:tcPr>
          <w:p w14:paraId="7E205EB0" w14:textId="77777777" w:rsidR="00047CD3" w:rsidRDefault="00A10F4B">
            <w:r>
              <w:t>0,0410</w:t>
            </w:r>
          </w:p>
        </w:tc>
        <w:tc>
          <w:tcPr>
            <w:tcW w:w="0" w:type="auto"/>
            <w:shd w:val="clear" w:color="auto" w:fill="FFFFFF"/>
          </w:tcPr>
          <w:p w14:paraId="3ADD8671" w14:textId="77777777" w:rsidR="00047CD3" w:rsidRDefault="00A10F4B">
            <w:r>
              <w:t>0,0410</w:t>
            </w:r>
          </w:p>
        </w:tc>
      </w:tr>
      <w:tr w:rsidR="00047CD3" w14:paraId="7DDFA548" w14:textId="77777777">
        <w:trPr>
          <w:cantSplit/>
        </w:trPr>
        <w:tc>
          <w:tcPr>
            <w:tcW w:w="0" w:type="auto"/>
            <w:shd w:val="clear" w:color="auto" w:fill="F2F2F2"/>
          </w:tcPr>
          <w:p w14:paraId="1BC3FA93" w14:textId="77777777" w:rsidR="00047CD3" w:rsidRPr="00844B84" w:rsidRDefault="00A10F4B">
            <w:pPr>
              <w:rPr>
                <w:lang w:val="ru-RU"/>
              </w:rPr>
            </w:pPr>
            <w:r w:rsidRPr="00844B84">
              <w:rPr>
                <w:lang w:val="ru-RU"/>
              </w:rPr>
              <w:t>Подпитка тепловой сети, т/ч</w:t>
            </w:r>
          </w:p>
        </w:tc>
        <w:tc>
          <w:tcPr>
            <w:tcW w:w="0" w:type="auto"/>
            <w:shd w:val="clear" w:color="auto" w:fill="FFFFFF"/>
          </w:tcPr>
          <w:p w14:paraId="4870A501" w14:textId="77777777" w:rsidR="00047CD3" w:rsidRDefault="00A10F4B">
            <w:r>
              <w:t>0,428</w:t>
            </w:r>
          </w:p>
        </w:tc>
        <w:tc>
          <w:tcPr>
            <w:tcW w:w="0" w:type="auto"/>
            <w:shd w:val="clear" w:color="auto" w:fill="FFFFFF"/>
          </w:tcPr>
          <w:p w14:paraId="2476FBC5" w14:textId="77777777" w:rsidR="00047CD3" w:rsidRDefault="00A10F4B">
            <w:r>
              <w:t>0,428</w:t>
            </w:r>
          </w:p>
        </w:tc>
        <w:tc>
          <w:tcPr>
            <w:tcW w:w="0" w:type="auto"/>
            <w:shd w:val="clear" w:color="auto" w:fill="FFFFFF"/>
          </w:tcPr>
          <w:p w14:paraId="03A57755" w14:textId="77777777" w:rsidR="00047CD3" w:rsidRDefault="00A10F4B">
            <w:r>
              <w:t>0,428</w:t>
            </w:r>
          </w:p>
        </w:tc>
      </w:tr>
      <w:tr w:rsidR="00047CD3" w14:paraId="550F911B" w14:textId="77777777">
        <w:trPr>
          <w:cantSplit/>
        </w:trPr>
        <w:tc>
          <w:tcPr>
            <w:tcW w:w="0" w:type="auto"/>
            <w:shd w:val="clear" w:color="auto" w:fill="F2F2F2"/>
          </w:tcPr>
          <w:p w14:paraId="07D4BE36" w14:textId="77777777" w:rsidR="00047CD3" w:rsidRDefault="00A10F4B">
            <w:r>
              <w:t>Температурный график, °C</w:t>
            </w:r>
          </w:p>
        </w:tc>
        <w:tc>
          <w:tcPr>
            <w:tcW w:w="0" w:type="auto"/>
            <w:shd w:val="clear" w:color="auto" w:fill="FFFFFF"/>
          </w:tcPr>
          <w:p w14:paraId="0791C542" w14:textId="77777777" w:rsidR="00047CD3" w:rsidRDefault="00A10F4B">
            <w:r>
              <w:t>95/70</w:t>
            </w:r>
          </w:p>
        </w:tc>
        <w:tc>
          <w:tcPr>
            <w:tcW w:w="0" w:type="auto"/>
            <w:shd w:val="clear" w:color="auto" w:fill="FFFFFF"/>
          </w:tcPr>
          <w:p w14:paraId="7E492BD2" w14:textId="77777777" w:rsidR="00047CD3" w:rsidRDefault="00A10F4B">
            <w:r>
              <w:t>95/70</w:t>
            </w:r>
          </w:p>
        </w:tc>
        <w:tc>
          <w:tcPr>
            <w:tcW w:w="0" w:type="auto"/>
            <w:shd w:val="clear" w:color="auto" w:fill="FFFFFF"/>
          </w:tcPr>
          <w:p w14:paraId="582315FE" w14:textId="77777777" w:rsidR="00047CD3" w:rsidRDefault="00A10F4B">
            <w:r>
              <w:t>95/70</w:t>
            </w:r>
          </w:p>
        </w:tc>
      </w:tr>
      <w:tr w:rsidR="00047CD3" w14:paraId="1193F35F" w14:textId="77777777">
        <w:trPr>
          <w:cantSplit/>
        </w:trPr>
        <w:tc>
          <w:tcPr>
            <w:tcW w:w="0" w:type="auto"/>
            <w:shd w:val="clear" w:color="auto" w:fill="F2F2F2"/>
          </w:tcPr>
          <w:p w14:paraId="513E9EDC" w14:textId="77777777" w:rsidR="00047CD3" w:rsidRDefault="00A10F4B">
            <w:r>
              <w:t>Зона действия источника</w:t>
            </w:r>
          </w:p>
        </w:tc>
        <w:tc>
          <w:tcPr>
            <w:tcW w:w="0" w:type="auto"/>
            <w:shd w:val="clear" w:color="auto" w:fill="FFFFFF"/>
          </w:tcPr>
          <w:p w14:paraId="6A6146E5" w14:textId="77777777" w:rsidR="00047CD3" w:rsidRDefault="00A10F4B">
            <w:r>
              <w:t>сохраняется</w:t>
            </w:r>
          </w:p>
        </w:tc>
        <w:tc>
          <w:tcPr>
            <w:tcW w:w="0" w:type="auto"/>
            <w:shd w:val="clear" w:color="auto" w:fill="FFFFFF"/>
          </w:tcPr>
          <w:p w14:paraId="30E9AB64" w14:textId="77777777" w:rsidR="00047CD3" w:rsidRDefault="00A10F4B">
            <w:r>
              <w:t>сохраняется</w:t>
            </w:r>
          </w:p>
        </w:tc>
        <w:tc>
          <w:tcPr>
            <w:tcW w:w="0" w:type="auto"/>
            <w:shd w:val="clear" w:color="auto" w:fill="FFFFFF"/>
          </w:tcPr>
          <w:p w14:paraId="0F60D9E6" w14:textId="77777777" w:rsidR="00047CD3" w:rsidRDefault="00A10F4B">
            <w:r>
              <w:t>сохраняется</w:t>
            </w:r>
          </w:p>
        </w:tc>
      </w:tr>
    </w:tbl>
    <w:p w14:paraId="73EC3A6E" w14:textId="77777777" w:rsidR="006E7A08" w:rsidRPr="005731F7" w:rsidRDefault="00267E76">
      <w:pPr>
        <w:pStyle w:val="1"/>
        <w:rPr>
          <w:color w:val="4F81BD" w:themeColor="accent1"/>
          <w:lang w:val="ru-RU"/>
        </w:rPr>
      </w:pPr>
      <w:bookmarkStart w:id="54" w:name="_Toc238017253"/>
      <w:r w:rsidRPr="005731F7">
        <w:rPr>
          <w:color w:val="4F81BD" w:themeColor="accent1"/>
          <w:lang w:val="ru-RU"/>
        </w:rPr>
        <w:t>5. Предложения по строительству, реконструкции, техническому перевооружению и (или) модернизации источников тепловой энергии</w:t>
      </w:r>
      <w:bookmarkEnd w:id="54"/>
    </w:p>
    <w:p w14:paraId="488A93A2" w14:textId="77777777" w:rsidR="006E7A08" w:rsidRPr="001D7D92" w:rsidRDefault="00267E76">
      <w:pPr>
        <w:ind w:firstLine="709"/>
        <w:jc w:val="both"/>
        <w:rPr>
          <w:lang w:val="ru-RU"/>
        </w:rPr>
      </w:pPr>
      <w:r w:rsidRPr="001D7D92">
        <w:rPr>
          <w:lang w:val="ru-RU"/>
        </w:rPr>
        <w:t>Схемой принимается программа перевода всех десяти действующих источников с угольного топлива на природный газ. Основанием служат программа подготовки потребителей к приёму газа от 16.07.2024 и договор поставки газа ООО «Газпром межрегионгаз Кемерово» с ООО «ЮКЭК» от 19.08.2024 № 30/011/9756.</w:t>
      </w:r>
    </w:p>
    <w:p w14:paraId="074E897E" w14:textId="77777777" w:rsidR="006E7A08" w:rsidRPr="001D7D92" w:rsidRDefault="00267E76">
      <w:pPr>
        <w:ind w:firstLine="709"/>
        <w:jc w:val="both"/>
        <w:rPr>
          <w:lang w:val="ru-RU"/>
        </w:rPr>
      </w:pPr>
      <w:r w:rsidRPr="001D7D92">
        <w:rPr>
          <w:lang w:val="ru-RU"/>
        </w:rPr>
        <w:t>Сроки реализации приняты по календарному графику программы: 2034 год — котельные УПК № 7 «Каз», УПК № 8 «Мундыбаш» и УПК № 10 «Темир-Тау»; 2035 год — котельные УПК № 1, УПК № 2 «Шалым», УПК № 2 «ЦМК», УПК № 3 «Спасск» и УПК № 9 «ГРЭ». По котельным УПК № 5 «Новый Шерегеш» и УПК № 6 «Старый Шерегеш» перевод подтверждается договором поставки газа, однако календарный график по ним в программе отсутствует, поэтому срок указан в пределах горизонта схемы.</w:t>
      </w:r>
    </w:p>
    <w:p w14:paraId="6AFD5FDE" w14:textId="77777777" w:rsidR="006E7A08" w:rsidRPr="001D7D92" w:rsidRDefault="00267E76">
      <w:pPr>
        <w:ind w:firstLine="709"/>
        <w:jc w:val="both"/>
        <w:rPr>
          <w:lang w:val="ru-RU"/>
        </w:rPr>
      </w:pPr>
      <w:r w:rsidRPr="001D7D92">
        <w:rPr>
          <w:lang w:val="ru-RU"/>
        </w:rPr>
        <w:t>Стоимость мероприятий приведена как ориентировочная в уровне цен 2024 года с налогом на добавленную стоимость и утверждённым объёмом капитальных вложений не является. Приведённые диапазоны отражают два взаимоисключающих технических решения — перевод существующих котлоагрегатов либо установку новых; суммированию они не подлежат.</w:t>
      </w:r>
    </w:p>
    <w:p w14:paraId="1553B13A" w14:textId="77777777" w:rsidR="006E7A08" w:rsidRPr="001D7D92" w:rsidRDefault="00267E76">
      <w:pPr>
        <w:ind w:firstLine="709"/>
        <w:jc w:val="both"/>
        <w:rPr>
          <w:lang w:val="ru-RU"/>
        </w:rPr>
      </w:pPr>
      <w:r w:rsidRPr="001D7D92">
        <w:rPr>
          <w:lang w:val="ru-RU"/>
        </w:rPr>
        <w:t>В базовом 2026 году все источники работают на каменном угле; перевод на газ относится к перспективному состоянию и топливный баланс базового года не изменяет.</w:t>
      </w:r>
    </w:p>
    <w:p w14:paraId="46C2AF00" w14:textId="77777777" w:rsidR="006E7A08" w:rsidRPr="001D7D92" w:rsidRDefault="00267E76">
      <w:pPr>
        <w:keepNext/>
        <w:keepLines/>
        <w:rPr>
          <w:lang w:val="ru-RU"/>
        </w:rPr>
      </w:pPr>
      <w:r w:rsidRPr="001D7D92">
        <w:rPr>
          <w:b/>
          <w:lang w:val="ru-RU"/>
        </w:rPr>
        <w:t>Таблица 5.1 — Предложения по реконструкции источников тепловой энергии (лист «Таблица 5.1 Б» расчётной книги)</w:t>
      </w:r>
    </w:p>
    <w:tbl>
      <w:tblPr>
        <w:tblStyle w:val="aff0"/>
        <w:tblW w:w="5000" w:type="pct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56"/>
        <w:gridCol w:w="4464"/>
        <w:gridCol w:w="1536"/>
        <w:gridCol w:w="3118"/>
        <w:gridCol w:w="1005"/>
      </w:tblGrid>
      <w:tr w:rsidR="006E7A08" w14:paraId="3A1299AB" w14:textId="77777777">
        <w:trPr>
          <w:cantSplit/>
          <w:tblHeader/>
          <w:jc w:val="center"/>
        </w:trPr>
        <w:tc>
          <w:tcPr>
            <w:tcW w:w="0" w:type="auto"/>
            <w:shd w:val="clear" w:color="auto" w:fill="E2F0D9"/>
            <w:vAlign w:val="center"/>
          </w:tcPr>
          <w:p w14:paraId="35C05DEE" w14:textId="77777777" w:rsidR="006E7A08" w:rsidRDefault="00267E76">
            <w:pPr>
              <w:jc w:val="center"/>
            </w:pPr>
            <w:r>
              <w:rPr>
                <w:b/>
              </w:rPr>
              <w:t>№</w:t>
            </w:r>
          </w:p>
        </w:tc>
        <w:tc>
          <w:tcPr>
            <w:tcW w:w="0" w:type="auto"/>
            <w:shd w:val="clear" w:color="auto" w:fill="E2F0D9"/>
            <w:vAlign w:val="center"/>
          </w:tcPr>
          <w:p w14:paraId="2FE03F84" w14:textId="77777777" w:rsidR="006E7A08" w:rsidRDefault="00267E76">
            <w:pPr>
              <w:jc w:val="center"/>
            </w:pPr>
            <w:r>
              <w:rPr>
                <w:b/>
              </w:rPr>
              <w:t>Наименование мероприятия</w:t>
            </w:r>
          </w:p>
        </w:tc>
        <w:tc>
          <w:tcPr>
            <w:tcW w:w="0" w:type="auto"/>
            <w:shd w:val="clear" w:color="auto" w:fill="E2F0D9"/>
            <w:vAlign w:val="center"/>
          </w:tcPr>
          <w:p w14:paraId="48F16C71" w14:textId="77777777" w:rsidR="006E7A08" w:rsidRDefault="00267E76">
            <w:pPr>
              <w:jc w:val="center"/>
            </w:pPr>
            <w:r>
              <w:rPr>
                <w:b/>
              </w:rPr>
              <w:t>Год</w:t>
            </w:r>
          </w:p>
        </w:tc>
        <w:tc>
          <w:tcPr>
            <w:tcW w:w="0" w:type="auto"/>
            <w:shd w:val="clear" w:color="auto" w:fill="E2F0D9"/>
            <w:vAlign w:val="center"/>
          </w:tcPr>
          <w:p w14:paraId="70D9FB72" w14:textId="77777777" w:rsidR="006E7A08" w:rsidRDefault="00267E76">
            <w:pPr>
              <w:jc w:val="center"/>
            </w:pPr>
            <w:r>
              <w:rPr>
                <w:b/>
              </w:rPr>
              <w:t>Цель мероприятия</w:t>
            </w:r>
          </w:p>
        </w:tc>
        <w:tc>
          <w:tcPr>
            <w:tcW w:w="0" w:type="auto"/>
            <w:shd w:val="clear" w:color="auto" w:fill="E2F0D9"/>
            <w:vAlign w:val="center"/>
          </w:tcPr>
          <w:p w14:paraId="759040CB" w14:textId="77777777" w:rsidR="006E7A08" w:rsidRDefault="00267E76">
            <w:pPr>
              <w:jc w:val="center"/>
            </w:pPr>
            <w:r>
              <w:rPr>
                <w:b/>
              </w:rPr>
              <w:t>Ст-ть, тыс. руб.</w:t>
            </w:r>
          </w:p>
        </w:tc>
      </w:tr>
      <w:tr w:rsidR="006E7A08" w14:paraId="7BD7C06A" w14:textId="77777777">
        <w:trPr>
          <w:cantSplit/>
          <w:tblHeader/>
          <w:jc w:val="center"/>
        </w:trPr>
        <w:tc>
          <w:tcPr>
            <w:tcW w:w="0" w:type="auto"/>
            <w:shd w:val="clear" w:color="auto" w:fill="F2F2F2"/>
            <w:vAlign w:val="center"/>
          </w:tcPr>
          <w:p w14:paraId="769DFA94" w14:textId="77777777" w:rsidR="006E7A08" w:rsidRDefault="00267E76">
            <w:pPr>
              <w:jc w:val="center"/>
            </w:pPr>
            <w:r>
              <w:t>1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25A2E838" w14:textId="77777777" w:rsidR="006E7A08" w:rsidRDefault="00267E76">
            <w:pPr>
              <w:jc w:val="center"/>
            </w:pPr>
            <w:r>
              <w:t>2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75B367E9" w14:textId="77777777" w:rsidR="006E7A08" w:rsidRDefault="00267E76">
            <w:pPr>
              <w:jc w:val="center"/>
            </w:pPr>
            <w:r>
              <w:t>3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7EA63EFD" w14:textId="77777777" w:rsidR="006E7A08" w:rsidRDefault="00267E76">
            <w:pPr>
              <w:jc w:val="center"/>
            </w:pPr>
            <w:r>
              <w:t>4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4ACB7F19" w14:textId="77777777" w:rsidR="006E7A08" w:rsidRDefault="00267E76">
            <w:pPr>
              <w:jc w:val="center"/>
            </w:pPr>
            <w:r>
              <w:t>5</w:t>
            </w:r>
          </w:p>
        </w:tc>
      </w:tr>
      <w:tr w:rsidR="006E7A08" w14:paraId="2607E875" w14:textId="77777777">
        <w:trPr>
          <w:cantSplit/>
          <w:jc w:val="center"/>
        </w:trPr>
        <w:tc>
          <w:tcPr>
            <w:tcW w:w="0" w:type="auto"/>
          </w:tcPr>
          <w:p w14:paraId="1EFD96A6" w14:textId="77777777" w:rsidR="006E7A08" w:rsidRDefault="00267E76">
            <w:pPr>
              <w:jc w:val="center"/>
            </w:pPr>
            <w:r>
              <w:t>1</w:t>
            </w:r>
          </w:p>
        </w:tc>
        <w:tc>
          <w:tcPr>
            <w:tcW w:w="0" w:type="auto"/>
          </w:tcPr>
          <w:p w14:paraId="018926C4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Реконструкция котельной УПК № 1 г. Таштагол с переводом на природный газ (перевод существующих котлоагрегатов)</w:t>
            </w:r>
          </w:p>
        </w:tc>
        <w:tc>
          <w:tcPr>
            <w:tcW w:w="0" w:type="auto"/>
          </w:tcPr>
          <w:p w14:paraId="05A0D31F" w14:textId="77777777" w:rsidR="006E7A08" w:rsidRDefault="00267E76">
            <w:pPr>
              <w:jc w:val="center"/>
            </w:pPr>
            <w:r>
              <w:t>2035</w:t>
            </w:r>
          </w:p>
        </w:tc>
        <w:tc>
          <w:tcPr>
            <w:tcW w:w="0" w:type="auto"/>
          </w:tcPr>
          <w:p w14:paraId="05CFFC4C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Перевод источника с угольного топлива на природный газ, снижение выбросов загрязняющих веществ</w:t>
            </w:r>
          </w:p>
        </w:tc>
        <w:tc>
          <w:tcPr>
            <w:tcW w:w="0" w:type="auto"/>
          </w:tcPr>
          <w:p w14:paraId="170E98C8" w14:textId="77777777" w:rsidR="006E7A08" w:rsidRDefault="00267E76">
            <w:pPr>
              <w:jc w:val="center"/>
            </w:pPr>
            <w:r>
              <w:t>382 000,0</w:t>
            </w:r>
          </w:p>
        </w:tc>
      </w:tr>
      <w:tr w:rsidR="006E7A08" w14:paraId="5A6160A8" w14:textId="77777777">
        <w:trPr>
          <w:cantSplit/>
          <w:jc w:val="center"/>
        </w:trPr>
        <w:tc>
          <w:tcPr>
            <w:tcW w:w="0" w:type="auto"/>
          </w:tcPr>
          <w:p w14:paraId="186D9092" w14:textId="77777777" w:rsidR="006E7A08" w:rsidRDefault="00267E76">
            <w:pPr>
              <w:jc w:val="center"/>
            </w:pPr>
            <w:r>
              <w:t>2</w:t>
            </w:r>
          </w:p>
        </w:tc>
        <w:tc>
          <w:tcPr>
            <w:tcW w:w="0" w:type="auto"/>
          </w:tcPr>
          <w:p w14:paraId="3E4FF021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Реконструкция котельной УПК № 2 Шалым (г. Таштагол) с переводом на природный газ (перевод существующих котлоагрегатов либо новая газовая котельная)</w:t>
            </w:r>
          </w:p>
        </w:tc>
        <w:tc>
          <w:tcPr>
            <w:tcW w:w="0" w:type="auto"/>
          </w:tcPr>
          <w:p w14:paraId="1BBBF995" w14:textId="77777777" w:rsidR="006E7A08" w:rsidRDefault="00267E76">
            <w:pPr>
              <w:jc w:val="center"/>
            </w:pPr>
            <w:r>
              <w:t>2035</w:t>
            </w:r>
          </w:p>
        </w:tc>
        <w:tc>
          <w:tcPr>
            <w:tcW w:w="0" w:type="auto"/>
          </w:tcPr>
          <w:p w14:paraId="15628992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Перевод источника с угольного топлива на природный газ, снижение выбросов загрязняющих веществ</w:t>
            </w:r>
          </w:p>
        </w:tc>
        <w:tc>
          <w:tcPr>
            <w:tcW w:w="0" w:type="auto"/>
          </w:tcPr>
          <w:p w14:paraId="0044619C" w14:textId="77777777" w:rsidR="006E7A08" w:rsidRDefault="00267E76">
            <w:r>
              <w:t>53 360,0–59 289,0</w:t>
            </w:r>
          </w:p>
        </w:tc>
      </w:tr>
      <w:tr w:rsidR="006E7A08" w14:paraId="006F7B86" w14:textId="77777777">
        <w:trPr>
          <w:cantSplit/>
          <w:jc w:val="center"/>
        </w:trPr>
        <w:tc>
          <w:tcPr>
            <w:tcW w:w="0" w:type="auto"/>
          </w:tcPr>
          <w:p w14:paraId="64C5F5B5" w14:textId="77777777" w:rsidR="006E7A08" w:rsidRDefault="00267E76">
            <w:pPr>
              <w:jc w:val="center"/>
            </w:pPr>
            <w:r>
              <w:t>3</w:t>
            </w:r>
          </w:p>
        </w:tc>
        <w:tc>
          <w:tcPr>
            <w:tcW w:w="0" w:type="auto"/>
          </w:tcPr>
          <w:p w14:paraId="196FFF77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Реконструкция котельной УПК № 2 ЦМК (г. Таштагол) с переводом на природный газ (перевод существующих либо установка новых газовых котлоагрегатов)</w:t>
            </w:r>
          </w:p>
        </w:tc>
        <w:tc>
          <w:tcPr>
            <w:tcW w:w="0" w:type="auto"/>
          </w:tcPr>
          <w:p w14:paraId="78A8427B" w14:textId="77777777" w:rsidR="006E7A08" w:rsidRDefault="00267E76">
            <w:pPr>
              <w:jc w:val="center"/>
            </w:pPr>
            <w:r>
              <w:t>2035</w:t>
            </w:r>
          </w:p>
        </w:tc>
        <w:tc>
          <w:tcPr>
            <w:tcW w:w="0" w:type="auto"/>
          </w:tcPr>
          <w:p w14:paraId="6A0B691C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Перевод источника с угольного топлива на природный газ, снижение выбросов загрязняющих веществ</w:t>
            </w:r>
          </w:p>
        </w:tc>
        <w:tc>
          <w:tcPr>
            <w:tcW w:w="0" w:type="auto"/>
          </w:tcPr>
          <w:p w14:paraId="52CC3DE6" w14:textId="77777777" w:rsidR="006E7A08" w:rsidRDefault="00267E76">
            <w:r>
              <w:t>26 680,0–29 644,0</w:t>
            </w:r>
          </w:p>
        </w:tc>
      </w:tr>
      <w:tr w:rsidR="006E7A08" w14:paraId="0B743D74" w14:textId="77777777">
        <w:trPr>
          <w:cantSplit/>
          <w:jc w:val="center"/>
        </w:trPr>
        <w:tc>
          <w:tcPr>
            <w:tcW w:w="0" w:type="auto"/>
          </w:tcPr>
          <w:p w14:paraId="4FE2646C" w14:textId="77777777" w:rsidR="006E7A08" w:rsidRDefault="00267E76">
            <w:pPr>
              <w:jc w:val="center"/>
            </w:pPr>
            <w:r>
              <w:t>4</w:t>
            </w:r>
          </w:p>
        </w:tc>
        <w:tc>
          <w:tcPr>
            <w:tcW w:w="0" w:type="auto"/>
          </w:tcPr>
          <w:p w14:paraId="3B336B89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Реконструкция котельной УПК № 3 Спасск (пгт Спасск) с переводом на природный газ (установка новых газовых котлоагрегатов)</w:t>
            </w:r>
          </w:p>
        </w:tc>
        <w:tc>
          <w:tcPr>
            <w:tcW w:w="0" w:type="auto"/>
          </w:tcPr>
          <w:p w14:paraId="3EB14614" w14:textId="77777777" w:rsidR="006E7A08" w:rsidRDefault="00267E76">
            <w:pPr>
              <w:jc w:val="center"/>
            </w:pPr>
            <w:r>
              <w:t>2035</w:t>
            </w:r>
          </w:p>
        </w:tc>
        <w:tc>
          <w:tcPr>
            <w:tcW w:w="0" w:type="auto"/>
          </w:tcPr>
          <w:p w14:paraId="31DA48E7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Перевод источника с угольного топлива на природный газ, снижение выбросов загрязняющих веществ</w:t>
            </w:r>
          </w:p>
        </w:tc>
        <w:tc>
          <w:tcPr>
            <w:tcW w:w="0" w:type="auto"/>
          </w:tcPr>
          <w:p w14:paraId="1E2BA561" w14:textId="77777777" w:rsidR="006E7A08" w:rsidRDefault="00267E76">
            <w:pPr>
              <w:jc w:val="center"/>
            </w:pPr>
            <w:r>
              <w:t>29 644,0</w:t>
            </w:r>
          </w:p>
        </w:tc>
      </w:tr>
      <w:tr w:rsidR="006E7A08" w14:paraId="3A68CF8E" w14:textId="77777777">
        <w:trPr>
          <w:cantSplit/>
          <w:jc w:val="center"/>
        </w:trPr>
        <w:tc>
          <w:tcPr>
            <w:tcW w:w="0" w:type="auto"/>
          </w:tcPr>
          <w:p w14:paraId="05663BFF" w14:textId="77777777" w:rsidR="006E7A08" w:rsidRDefault="00267E76">
            <w:pPr>
              <w:jc w:val="center"/>
            </w:pPr>
            <w:r>
              <w:t>5</w:t>
            </w:r>
          </w:p>
        </w:tc>
        <w:tc>
          <w:tcPr>
            <w:tcW w:w="0" w:type="auto"/>
          </w:tcPr>
          <w:p w14:paraId="3E186999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Реконструкция котельной УПК № 5 Новый Шерегеш (пгт Шерегеш) с переводом на природный газ (перевод существующих либо установка новых газовых котлоагрегатов)</w:t>
            </w:r>
          </w:p>
        </w:tc>
        <w:tc>
          <w:tcPr>
            <w:tcW w:w="0" w:type="auto"/>
          </w:tcPr>
          <w:p w14:paraId="4997E2C1" w14:textId="77777777" w:rsidR="006E7A08" w:rsidRDefault="00267E76">
            <w:r>
              <w:t>2026–2036, срок уточняется</w:t>
            </w:r>
          </w:p>
        </w:tc>
        <w:tc>
          <w:tcPr>
            <w:tcW w:w="0" w:type="auto"/>
          </w:tcPr>
          <w:p w14:paraId="62E2ED96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Перевод источника с угольного топлива на природный газ, снижение выбросов загрязняющих веществ</w:t>
            </w:r>
          </w:p>
        </w:tc>
        <w:tc>
          <w:tcPr>
            <w:tcW w:w="0" w:type="auto"/>
          </w:tcPr>
          <w:p w14:paraId="36C18DC7" w14:textId="77777777" w:rsidR="006E7A08" w:rsidRDefault="00267E76">
            <w:r>
              <w:t>423 920,0–652 186,0</w:t>
            </w:r>
          </w:p>
        </w:tc>
      </w:tr>
      <w:tr w:rsidR="006E7A08" w14:paraId="458EDC3B" w14:textId="77777777">
        <w:trPr>
          <w:cantSplit/>
          <w:jc w:val="center"/>
        </w:trPr>
        <w:tc>
          <w:tcPr>
            <w:tcW w:w="0" w:type="auto"/>
          </w:tcPr>
          <w:p w14:paraId="61EF4044" w14:textId="77777777" w:rsidR="006E7A08" w:rsidRDefault="00267E76">
            <w:pPr>
              <w:jc w:val="center"/>
            </w:pPr>
            <w:r>
              <w:t>6</w:t>
            </w:r>
          </w:p>
        </w:tc>
        <w:tc>
          <w:tcPr>
            <w:tcW w:w="0" w:type="auto"/>
          </w:tcPr>
          <w:p w14:paraId="32816E0F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Реконструкция котельной УПК № 6 Старый Шерегеш (пгт Шерегеш) с переводом на природный газ (установка новых газовых котлоагрегатов)</w:t>
            </w:r>
          </w:p>
        </w:tc>
        <w:tc>
          <w:tcPr>
            <w:tcW w:w="0" w:type="auto"/>
          </w:tcPr>
          <w:p w14:paraId="2A680ADE" w14:textId="77777777" w:rsidR="006E7A08" w:rsidRDefault="00267E76">
            <w:r>
              <w:t>2026–2036, срок уточняется</w:t>
            </w:r>
          </w:p>
        </w:tc>
        <w:tc>
          <w:tcPr>
            <w:tcW w:w="0" w:type="auto"/>
          </w:tcPr>
          <w:p w14:paraId="7475C32F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Перевод источника с угольного топлива на природный газ, снижение выбросов загрязняющих веществ</w:t>
            </w:r>
          </w:p>
        </w:tc>
        <w:tc>
          <w:tcPr>
            <w:tcW w:w="0" w:type="auto"/>
          </w:tcPr>
          <w:p w14:paraId="64CDC86D" w14:textId="77777777" w:rsidR="006E7A08" w:rsidRDefault="00267E76">
            <w:pPr>
              <w:jc w:val="center"/>
            </w:pPr>
            <w:r>
              <w:t>41 502,0</w:t>
            </w:r>
          </w:p>
        </w:tc>
      </w:tr>
      <w:tr w:rsidR="006E7A08" w14:paraId="7833FBF0" w14:textId="77777777">
        <w:trPr>
          <w:cantSplit/>
          <w:jc w:val="center"/>
        </w:trPr>
        <w:tc>
          <w:tcPr>
            <w:tcW w:w="0" w:type="auto"/>
          </w:tcPr>
          <w:p w14:paraId="14A3AD16" w14:textId="77777777" w:rsidR="006E7A08" w:rsidRDefault="00267E76">
            <w:pPr>
              <w:jc w:val="center"/>
            </w:pPr>
            <w:r>
              <w:t>7</w:t>
            </w:r>
          </w:p>
        </w:tc>
        <w:tc>
          <w:tcPr>
            <w:tcW w:w="0" w:type="auto"/>
          </w:tcPr>
          <w:p w14:paraId="6633DCD0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Реконструкция котельной УПК № 7 Каз (пгт Каз) с переводом на природный газ (перевод существующих либо установка новых газовых котлоагрегатов)</w:t>
            </w:r>
          </w:p>
        </w:tc>
        <w:tc>
          <w:tcPr>
            <w:tcW w:w="0" w:type="auto"/>
          </w:tcPr>
          <w:p w14:paraId="6EAAFDC3" w14:textId="77777777" w:rsidR="006E7A08" w:rsidRDefault="00267E76">
            <w:pPr>
              <w:jc w:val="center"/>
            </w:pPr>
            <w:r>
              <w:t>2034</w:t>
            </w:r>
          </w:p>
        </w:tc>
        <w:tc>
          <w:tcPr>
            <w:tcW w:w="0" w:type="auto"/>
          </w:tcPr>
          <w:p w14:paraId="30D618C1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Перевод источника с угольного топлива на природный газ, снижение выбросов загрязняющих веществ</w:t>
            </w:r>
          </w:p>
        </w:tc>
        <w:tc>
          <w:tcPr>
            <w:tcW w:w="0" w:type="auto"/>
          </w:tcPr>
          <w:p w14:paraId="208061C8" w14:textId="77777777" w:rsidR="006E7A08" w:rsidRDefault="00267E76">
            <w:r>
              <w:t>115 614,0–177 868,0</w:t>
            </w:r>
          </w:p>
        </w:tc>
      </w:tr>
      <w:tr w:rsidR="006E7A08" w14:paraId="043FFAFC" w14:textId="77777777">
        <w:trPr>
          <w:cantSplit/>
          <w:jc w:val="center"/>
        </w:trPr>
        <w:tc>
          <w:tcPr>
            <w:tcW w:w="0" w:type="auto"/>
          </w:tcPr>
          <w:p w14:paraId="7D550E8F" w14:textId="77777777" w:rsidR="006E7A08" w:rsidRDefault="00267E76">
            <w:pPr>
              <w:jc w:val="center"/>
            </w:pPr>
            <w:r>
              <w:t>8</w:t>
            </w:r>
          </w:p>
        </w:tc>
        <w:tc>
          <w:tcPr>
            <w:tcW w:w="0" w:type="auto"/>
          </w:tcPr>
          <w:p w14:paraId="431C8533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Реконструкция котельной УПК № 8 Мундыбаш (пгт Мундыбаш) с переводом на природный газ (установка новых газовых котлоагрегатов либо перевод существующих)</w:t>
            </w:r>
          </w:p>
        </w:tc>
        <w:tc>
          <w:tcPr>
            <w:tcW w:w="0" w:type="auto"/>
          </w:tcPr>
          <w:p w14:paraId="382EDC1B" w14:textId="77777777" w:rsidR="006E7A08" w:rsidRDefault="00267E76">
            <w:pPr>
              <w:jc w:val="center"/>
            </w:pPr>
            <w:r>
              <w:t>2034</w:t>
            </w:r>
          </w:p>
        </w:tc>
        <w:tc>
          <w:tcPr>
            <w:tcW w:w="0" w:type="auto"/>
          </w:tcPr>
          <w:p w14:paraId="78BEC4D5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Перевод источника с угольного топлива на природный газ, снижение выбросов загрязняющих веществ</w:t>
            </w:r>
          </w:p>
        </w:tc>
        <w:tc>
          <w:tcPr>
            <w:tcW w:w="0" w:type="auto"/>
          </w:tcPr>
          <w:p w14:paraId="49921517" w14:textId="77777777" w:rsidR="006E7A08" w:rsidRDefault="00267E76">
            <w:r>
              <w:t>71 147,0–78 262,0</w:t>
            </w:r>
          </w:p>
        </w:tc>
      </w:tr>
      <w:tr w:rsidR="006E7A08" w14:paraId="10ADEE8D" w14:textId="77777777">
        <w:trPr>
          <w:cantSplit/>
          <w:jc w:val="center"/>
        </w:trPr>
        <w:tc>
          <w:tcPr>
            <w:tcW w:w="0" w:type="auto"/>
          </w:tcPr>
          <w:p w14:paraId="258C510B" w14:textId="77777777" w:rsidR="006E7A08" w:rsidRDefault="00267E76">
            <w:pPr>
              <w:jc w:val="center"/>
            </w:pPr>
            <w:r>
              <w:t>9</w:t>
            </w:r>
          </w:p>
        </w:tc>
        <w:tc>
          <w:tcPr>
            <w:tcW w:w="0" w:type="auto"/>
          </w:tcPr>
          <w:p w14:paraId="130DCF04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Реконструкция котельной УПК № 9 ГРЭ (г. Таштагол) с переводом на природный газ (новая газовая котельная)</w:t>
            </w:r>
          </w:p>
        </w:tc>
        <w:tc>
          <w:tcPr>
            <w:tcW w:w="0" w:type="auto"/>
          </w:tcPr>
          <w:p w14:paraId="13CB92E4" w14:textId="77777777" w:rsidR="006E7A08" w:rsidRDefault="00267E76">
            <w:pPr>
              <w:jc w:val="center"/>
            </w:pPr>
            <w:r>
              <w:t>2035</w:t>
            </w:r>
          </w:p>
        </w:tc>
        <w:tc>
          <w:tcPr>
            <w:tcW w:w="0" w:type="auto"/>
          </w:tcPr>
          <w:p w14:paraId="03CEDE6B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Перевод источника с угольного топлива на природный газ, снижение выбросов загрязняющих веществ</w:t>
            </w:r>
          </w:p>
        </w:tc>
        <w:tc>
          <w:tcPr>
            <w:tcW w:w="0" w:type="auto"/>
          </w:tcPr>
          <w:p w14:paraId="32375B14" w14:textId="77777777" w:rsidR="006E7A08" w:rsidRDefault="00267E76">
            <w:pPr>
              <w:jc w:val="center"/>
            </w:pPr>
            <w:r>
              <w:t>17 786,0</w:t>
            </w:r>
          </w:p>
        </w:tc>
      </w:tr>
      <w:tr w:rsidR="006E7A08" w14:paraId="0FB0805F" w14:textId="77777777">
        <w:trPr>
          <w:cantSplit/>
          <w:jc w:val="center"/>
        </w:trPr>
        <w:tc>
          <w:tcPr>
            <w:tcW w:w="0" w:type="auto"/>
          </w:tcPr>
          <w:p w14:paraId="7BA55A5B" w14:textId="77777777" w:rsidR="006E7A08" w:rsidRDefault="00267E76">
            <w:pPr>
              <w:jc w:val="center"/>
            </w:pPr>
            <w:r>
              <w:t>10</w:t>
            </w:r>
          </w:p>
        </w:tc>
        <w:tc>
          <w:tcPr>
            <w:tcW w:w="0" w:type="auto"/>
          </w:tcPr>
          <w:p w14:paraId="11884BAC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Реконструкция котельной УПК № 10 Темир-Тау (пгт Темиртау) с переводом на природный газ (перевод существующих либо установка новых газовых котлоагрегатов)</w:t>
            </w:r>
          </w:p>
        </w:tc>
        <w:tc>
          <w:tcPr>
            <w:tcW w:w="0" w:type="auto"/>
          </w:tcPr>
          <w:p w14:paraId="34CBCDA4" w14:textId="77777777" w:rsidR="006E7A08" w:rsidRDefault="00267E76">
            <w:pPr>
              <w:jc w:val="center"/>
            </w:pPr>
            <w:r>
              <w:t>2034</w:t>
            </w:r>
          </w:p>
        </w:tc>
        <w:tc>
          <w:tcPr>
            <w:tcW w:w="0" w:type="auto"/>
          </w:tcPr>
          <w:p w14:paraId="099CE359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Перевод источника с угольного топлива на природный газ, снижение выбросов загрязняющих веществ</w:t>
            </w:r>
          </w:p>
        </w:tc>
        <w:tc>
          <w:tcPr>
            <w:tcW w:w="0" w:type="auto"/>
          </w:tcPr>
          <w:p w14:paraId="62CA8DD8" w14:textId="77777777" w:rsidR="006E7A08" w:rsidRDefault="00267E76">
            <w:r>
              <w:t>71 000,0–71 147,0</w:t>
            </w:r>
          </w:p>
        </w:tc>
      </w:tr>
    </w:tbl>
    <w:p w14:paraId="01397B61" w14:textId="77777777" w:rsidR="006E7A08" w:rsidRPr="001D7D92" w:rsidRDefault="00267E76">
      <w:pPr>
        <w:spacing w:after="0"/>
        <w:ind w:firstLine="709"/>
        <w:jc w:val="both"/>
        <w:rPr>
          <w:lang w:val="ru-RU"/>
        </w:rPr>
      </w:pPr>
      <w:r w:rsidRPr="001D7D92">
        <w:rPr>
          <w:lang w:val="ru-RU"/>
        </w:rPr>
        <w:t>1. Мероприятия по переводу котельных на природный газ приняты по программе подготовки потребителей к приёму газа от 16.07.2024, договору поставки газа ООО «Газпром межрегионгаз Кемерово» с ООО «ЮКЭК» от 19.08.2024 № 30/011/9756 и пояснительной записке ООО «ЮКЭК» по ориентировочной стоимости газификации.</w:t>
      </w:r>
    </w:p>
    <w:p w14:paraId="153EFAED" w14:textId="77777777" w:rsidR="006E7A08" w:rsidRPr="001D7D92" w:rsidRDefault="00267E76">
      <w:pPr>
        <w:spacing w:after="0"/>
        <w:ind w:firstLine="709"/>
        <w:jc w:val="both"/>
        <w:rPr>
          <w:lang w:val="ru-RU"/>
        </w:rPr>
      </w:pPr>
      <w:r w:rsidRPr="001D7D92">
        <w:rPr>
          <w:lang w:val="ru-RU"/>
        </w:rPr>
        <w:t>2. Год указан по дате ввода в эксплуатацию согласно графику от 16.07.2024. По УПК № 5 Новый Шерегеш и УПК № 6 Старый Шерегеш перспективный перевод на природный газ подтверждается договором поставки газа и стоимостными материалами, однако календарный график по этим источникам в программе отсутствует, поэтому срок реализации указан в пределах горизонта схемы.</w:t>
      </w:r>
    </w:p>
    <w:p w14:paraId="2C2D22E7" w14:textId="77777777" w:rsidR="006E7A08" w:rsidRPr="001D7D92" w:rsidRDefault="00267E76">
      <w:pPr>
        <w:spacing w:after="0"/>
        <w:ind w:firstLine="709"/>
        <w:jc w:val="both"/>
        <w:rPr>
          <w:lang w:val="ru-RU"/>
        </w:rPr>
      </w:pPr>
      <w:r w:rsidRPr="001D7D92">
        <w:rPr>
          <w:lang w:val="ru-RU"/>
        </w:rPr>
        <w:t>3. Стоимость ориентировочная, по материалам ООО «ЮКЭК», уровень цен 2024 года, с НДС; к уровню цен расчётного года не пересчитывалась и утверждённым объёмом капитальных вложений не является. Диапазон отражает два альтернативных технических решения — перевод существующих котлоагрегатов либо установку новых; они являются взаимоисключающими вариантами и одновременной реализации не подлежат. Окончательный вариант определяется проектной документацией.</w:t>
      </w:r>
    </w:p>
    <w:p w14:paraId="5AA0BDDD" w14:textId="77777777" w:rsidR="006E7A08" w:rsidRPr="001D7D92" w:rsidRDefault="00267E76">
      <w:pPr>
        <w:spacing w:after="0"/>
        <w:ind w:firstLine="709"/>
        <w:jc w:val="both"/>
        <w:rPr>
          <w:lang w:val="ru-RU"/>
        </w:rPr>
      </w:pPr>
      <w:r w:rsidRPr="001D7D92">
        <w:rPr>
          <w:lang w:val="ru-RU"/>
        </w:rPr>
        <w:t>4. Реконструкция производственно-отопительной котельной в г. Таштагол выполнена в 2019–2020 годах (инвестиционная программа ООО «ЮКЭК» на 2017–2031, мероприятие 3.2.6) и в перечень предложений на 2026–2036 годы не входит.</w:t>
      </w:r>
    </w:p>
    <w:p w14:paraId="63A0A37C" w14:textId="77777777" w:rsidR="006E7A08" w:rsidRPr="001D7D92" w:rsidRDefault="00267E76">
      <w:pPr>
        <w:spacing w:after="0"/>
        <w:ind w:firstLine="709"/>
        <w:jc w:val="both"/>
        <w:rPr>
          <w:lang w:val="ru-RU"/>
        </w:rPr>
      </w:pPr>
      <w:r w:rsidRPr="001D7D92">
        <w:rPr>
          <w:lang w:val="ru-RU"/>
        </w:rPr>
        <w:t>5. В базовом 2026 году источники работают на каменном угле; перевод на природный газ относится к перспективному состоянию после реализации указанных мероприятий и топливный баланс базового года не изменяет.</w:t>
      </w:r>
    </w:p>
    <w:p w14:paraId="24ACA643" w14:textId="77777777" w:rsidR="00194F39" w:rsidRPr="00844B84" w:rsidRDefault="003D0394">
      <w:pPr>
        <w:pStyle w:val="21"/>
        <w:rPr>
          <w:lang w:val="ru-RU"/>
        </w:rPr>
      </w:pPr>
      <w:bookmarkStart w:id="55" w:name="_Toc238017254"/>
      <w:r w:rsidRPr="00844B84">
        <w:rPr>
          <w:lang w:val="ru-RU"/>
        </w:rPr>
        <w:t>5.1. Утверждаемые мероприятия по источникам тепловой энергии</w:t>
      </w:r>
      <w:bookmarkEnd w:id="55"/>
    </w:p>
    <w:p w14:paraId="0E73267E" w14:textId="77777777" w:rsidR="00194F39" w:rsidRPr="00F815F9" w:rsidRDefault="003D0394">
      <w:pPr>
        <w:rPr>
          <w:b/>
          <w:bCs/>
        </w:rPr>
      </w:pPr>
      <w:r w:rsidRPr="00F815F9">
        <w:rPr>
          <w:b/>
          <w:bCs/>
        </w:rPr>
        <w:t>Таблица 5.2 — Мероприятия по реконструкции источников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80"/>
        <w:gridCol w:w="2808"/>
        <w:gridCol w:w="1649"/>
        <w:gridCol w:w="1649"/>
        <w:gridCol w:w="2603"/>
      </w:tblGrid>
      <w:tr w:rsidR="00194F39" w14:paraId="6A6586D8" w14:textId="77777777">
        <w:trPr>
          <w:cantSplit/>
          <w:tblHeader/>
        </w:trPr>
        <w:tc>
          <w:tcPr>
            <w:tcW w:w="0" w:type="auto"/>
            <w:shd w:val="clear" w:color="auto" w:fill="E2F0D9"/>
          </w:tcPr>
          <w:p w14:paraId="7298748E" w14:textId="77777777" w:rsidR="00194F39" w:rsidRDefault="003D0394">
            <w:pPr>
              <w:jc w:val="center"/>
            </w:pPr>
            <w:r>
              <w:rPr>
                <w:b/>
              </w:rPr>
              <w:t>Объект</w:t>
            </w:r>
          </w:p>
        </w:tc>
        <w:tc>
          <w:tcPr>
            <w:tcW w:w="0" w:type="auto"/>
            <w:shd w:val="clear" w:color="auto" w:fill="E2F0D9"/>
          </w:tcPr>
          <w:p w14:paraId="5DBC620C" w14:textId="77777777" w:rsidR="00194F39" w:rsidRDefault="003D0394">
            <w:pPr>
              <w:jc w:val="center"/>
            </w:pPr>
            <w:r>
              <w:rPr>
                <w:b/>
              </w:rPr>
              <w:t>Мероприятие</w:t>
            </w:r>
          </w:p>
        </w:tc>
        <w:tc>
          <w:tcPr>
            <w:tcW w:w="0" w:type="auto"/>
            <w:shd w:val="clear" w:color="auto" w:fill="E2F0D9"/>
          </w:tcPr>
          <w:p w14:paraId="1F0A46F2" w14:textId="77777777" w:rsidR="00194F39" w:rsidRDefault="003D0394">
            <w:pPr>
              <w:jc w:val="center"/>
            </w:pPr>
            <w:r>
              <w:rPr>
                <w:b/>
              </w:rPr>
              <w:t>Срок</w:t>
            </w:r>
          </w:p>
        </w:tc>
        <w:tc>
          <w:tcPr>
            <w:tcW w:w="0" w:type="auto"/>
            <w:shd w:val="clear" w:color="auto" w:fill="E2F0D9"/>
          </w:tcPr>
          <w:p w14:paraId="68506A8F" w14:textId="77777777" w:rsidR="00194F39" w:rsidRDefault="003D0394">
            <w:pPr>
              <w:jc w:val="center"/>
            </w:pPr>
            <w:r>
              <w:rPr>
                <w:b/>
              </w:rPr>
              <w:t>Стоимость, тыс. руб.</w:t>
            </w:r>
          </w:p>
        </w:tc>
        <w:tc>
          <w:tcPr>
            <w:tcW w:w="0" w:type="auto"/>
            <w:shd w:val="clear" w:color="auto" w:fill="E2F0D9"/>
          </w:tcPr>
          <w:p w14:paraId="7014D613" w14:textId="77777777" w:rsidR="00194F39" w:rsidRDefault="003D0394">
            <w:pPr>
              <w:jc w:val="center"/>
            </w:pPr>
            <w:r>
              <w:rPr>
                <w:b/>
              </w:rPr>
              <w:t>Ожидаемый эффект</w:t>
            </w:r>
          </w:p>
        </w:tc>
      </w:tr>
      <w:tr w:rsidR="00194F39" w:rsidRPr="004D1FEB" w14:paraId="5BC15E2D" w14:textId="77777777">
        <w:trPr>
          <w:cantSplit/>
        </w:trPr>
        <w:tc>
          <w:tcPr>
            <w:tcW w:w="0" w:type="auto"/>
            <w:shd w:val="clear" w:color="auto" w:fill="F2F2F2"/>
          </w:tcPr>
          <w:p w14:paraId="53F2F4B1" w14:textId="77777777" w:rsidR="00194F39" w:rsidRDefault="003D0394">
            <w:r>
              <w:t>УПК № 1 «Таштагол»</w:t>
            </w:r>
          </w:p>
        </w:tc>
        <w:tc>
          <w:tcPr>
            <w:tcW w:w="0" w:type="auto"/>
            <w:shd w:val="clear" w:color="auto" w:fill="FFFFFF"/>
          </w:tcPr>
          <w:p w14:paraId="2AA21D8B" w14:textId="77777777" w:rsidR="00194F39" w:rsidRPr="00844B84" w:rsidRDefault="003D0394">
            <w:pPr>
              <w:rPr>
                <w:lang w:val="ru-RU"/>
              </w:rPr>
            </w:pPr>
            <w:r w:rsidRPr="00844B84">
              <w:rPr>
                <w:lang w:val="ru-RU"/>
              </w:rPr>
              <w:t>Реконструкция котельной с переводом на природный газ</w:t>
            </w:r>
          </w:p>
        </w:tc>
        <w:tc>
          <w:tcPr>
            <w:tcW w:w="0" w:type="auto"/>
            <w:shd w:val="clear" w:color="auto" w:fill="FFFFFF"/>
          </w:tcPr>
          <w:p w14:paraId="28541EE9" w14:textId="77777777" w:rsidR="00194F39" w:rsidRDefault="003D0394">
            <w:r>
              <w:t>2035</w:t>
            </w:r>
          </w:p>
        </w:tc>
        <w:tc>
          <w:tcPr>
            <w:tcW w:w="0" w:type="auto"/>
            <w:shd w:val="clear" w:color="auto" w:fill="FFFFFF"/>
          </w:tcPr>
          <w:p w14:paraId="3E329A13" w14:textId="77777777" w:rsidR="00194F39" w:rsidRDefault="003D0394">
            <w:r>
              <w:t>382 000,0</w:t>
            </w:r>
          </w:p>
        </w:tc>
        <w:tc>
          <w:tcPr>
            <w:tcW w:w="0" w:type="auto"/>
            <w:shd w:val="clear" w:color="auto" w:fill="FFFFFF"/>
          </w:tcPr>
          <w:p w14:paraId="364DA50B" w14:textId="77777777" w:rsidR="00194F39" w:rsidRPr="00844B84" w:rsidRDefault="003D0394">
            <w:pPr>
              <w:rPr>
                <w:lang w:val="ru-RU"/>
              </w:rPr>
            </w:pPr>
            <w:r w:rsidRPr="00844B84">
              <w:rPr>
                <w:lang w:val="ru-RU"/>
              </w:rPr>
              <w:t>снижение экологической нагрузки, замещение изношенного оборудования</w:t>
            </w:r>
          </w:p>
        </w:tc>
      </w:tr>
      <w:tr w:rsidR="00194F39" w:rsidRPr="004D1FEB" w14:paraId="3D6406B0" w14:textId="77777777">
        <w:trPr>
          <w:cantSplit/>
        </w:trPr>
        <w:tc>
          <w:tcPr>
            <w:tcW w:w="0" w:type="auto"/>
            <w:shd w:val="clear" w:color="auto" w:fill="F2F2F2"/>
          </w:tcPr>
          <w:p w14:paraId="2446D39E" w14:textId="77777777" w:rsidR="00194F39" w:rsidRDefault="003D0394">
            <w:r>
              <w:t>УПК № 2 «Шалым»</w:t>
            </w:r>
          </w:p>
        </w:tc>
        <w:tc>
          <w:tcPr>
            <w:tcW w:w="0" w:type="auto"/>
            <w:shd w:val="clear" w:color="auto" w:fill="FFFFFF"/>
          </w:tcPr>
          <w:p w14:paraId="4C31241F" w14:textId="77777777" w:rsidR="00194F39" w:rsidRPr="00844B84" w:rsidRDefault="003D0394">
            <w:pPr>
              <w:rPr>
                <w:lang w:val="ru-RU"/>
              </w:rPr>
            </w:pPr>
            <w:r w:rsidRPr="00844B84">
              <w:rPr>
                <w:lang w:val="ru-RU"/>
              </w:rPr>
              <w:t>Реконструкция котельной с переводом на природный газ</w:t>
            </w:r>
          </w:p>
        </w:tc>
        <w:tc>
          <w:tcPr>
            <w:tcW w:w="0" w:type="auto"/>
            <w:shd w:val="clear" w:color="auto" w:fill="FFFFFF"/>
          </w:tcPr>
          <w:p w14:paraId="14439D4B" w14:textId="77777777" w:rsidR="00194F39" w:rsidRDefault="003D0394">
            <w:r>
              <w:t>2035</w:t>
            </w:r>
          </w:p>
        </w:tc>
        <w:tc>
          <w:tcPr>
            <w:tcW w:w="0" w:type="auto"/>
            <w:shd w:val="clear" w:color="auto" w:fill="FFFFFF"/>
          </w:tcPr>
          <w:p w14:paraId="00F60C88" w14:textId="77777777" w:rsidR="00194F39" w:rsidRDefault="003D0394">
            <w:r>
              <w:t>53 360,0</w:t>
            </w:r>
          </w:p>
        </w:tc>
        <w:tc>
          <w:tcPr>
            <w:tcW w:w="0" w:type="auto"/>
            <w:shd w:val="clear" w:color="auto" w:fill="FFFFFF"/>
          </w:tcPr>
          <w:p w14:paraId="7A4B7F6A" w14:textId="77777777" w:rsidR="00194F39" w:rsidRPr="00844B84" w:rsidRDefault="003D0394">
            <w:pPr>
              <w:rPr>
                <w:lang w:val="ru-RU"/>
              </w:rPr>
            </w:pPr>
            <w:r w:rsidRPr="00844B84">
              <w:rPr>
                <w:lang w:val="ru-RU"/>
              </w:rPr>
              <w:t>снижение экологической нагрузки, замещение изношенного оборудования</w:t>
            </w:r>
          </w:p>
        </w:tc>
      </w:tr>
      <w:tr w:rsidR="00194F39" w:rsidRPr="004D1FEB" w14:paraId="3C613870" w14:textId="77777777">
        <w:trPr>
          <w:cantSplit/>
        </w:trPr>
        <w:tc>
          <w:tcPr>
            <w:tcW w:w="0" w:type="auto"/>
            <w:shd w:val="clear" w:color="auto" w:fill="F2F2F2"/>
          </w:tcPr>
          <w:p w14:paraId="416152A6" w14:textId="77777777" w:rsidR="00194F39" w:rsidRDefault="003D0394">
            <w:r>
              <w:t>УПК № 2 «ЦМК»</w:t>
            </w:r>
          </w:p>
        </w:tc>
        <w:tc>
          <w:tcPr>
            <w:tcW w:w="0" w:type="auto"/>
            <w:shd w:val="clear" w:color="auto" w:fill="FFFFFF"/>
          </w:tcPr>
          <w:p w14:paraId="4DAC736F" w14:textId="77777777" w:rsidR="00194F39" w:rsidRPr="00844B84" w:rsidRDefault="003D0394">
            <w:pPr>
              <w:rPr>
                <w:lang w:val="ru-RU"/>
              </w:rPr>
            </w:pPr>
            <w:r w:rsidRPr="00844B84">
              <w:rPr>
                <w:lang w:val="ru-RU"/>
              </w:rPr>
              <w:t>Реконструкция котельной с переводом на природный газ</w:t>
            </w:r>
          </w:p>
        </w:tc>
        <w:tc>
          <w:tcPr>
            <w:tcW w:w="0" w:type="auto"/>
            <w:shd w:val="clear" w:color="auto" w:fill="FFFFFF"/>
          </w:tcPr>
          <w:p w14:paraId="6BD54DF3" w14:textId="77777777" w:rsidR="00194F39" w:rsidRDefault="003D0394">
            <w:r>
              <w:t>2035</w:t>
            </w:r>
          </w:p>
        </w:tc>
        <w:tc>
          <w:tcPr>
            <w:tcW w:w="0" w:type="auto"/>
            <w:shd w:val="clear" w:color="auto" w:fill="FFFFFF"/>
          </w:tcPr>
          <w:p w14:paraId="711C614E" w14:textId="77777777" w:rsidR="00194F39" w:rsidRDefault="003D0394">
            <w:r>
              <w:t>26 680,0</w:t>
            </w:r>
          </w:p>
        </w:tc>
        <w:tc>
          <w:tcPr>
            <w:tcW w:w="0" w:type="auto"/>
            <w:shd w:val="clear" w:color="auto" w:fill="FFFFFF"/>
          </w:tcPr>
          <w:p w14:paraId="68CDDB41" w14:textId="77777777" w:rsidR="00194F39" w:rsidRPr="00844B84" w:rsidRDefault="003D0394">
            <w:pPr>
              <w:rPr>
                <w:lang w:val="ru-RU"/>
              </w:rPr>
            </w:pPr>
            <w:r w:rsidRPr="00844B84">
              <w:rPr>
                <w:lang w:val="ru-RU"/>
              </w:rPr>
              <w:t>снижение экологической нагрузки, замещение изношенного оборудования</w:t>
            </w:r>
          </w:p>
        </w:tc>
      </w:tr>
      <w:tr w:rsidR="00194F39" w:rsidRPr="004D1FEB" w14:paraId="51927ED8" w14:textId="77777777">
        <w:trPr>
          <w:cantSplit/>
        </w:trPr>
        <w:tc>
          <w:tcPr>
            <w:tcW w:w="0" w:type="auto"/>
            <w:shd w:val="clear" w:color="auto" w:fill="F2F2F2"/>
          </w:tcPr>
          <w:p w14:paraId="78BEE2C5" w14:textId="77777777" w:rsidR="00194F39" w:rsidRDefault="003D0394">
            <w:r>
              <w:t>УПК № 9 «ГРЭ»</w:t>
            </w:r>
          </w:p>
        </w:tc>
        <w:tc>
          <w:tcPr>
            <w:tcW w:w="0" w:type="auto"/>
            <w:shd w:val="clear" w:color="auto" w:fill="FFFFFF"/>
          </w:tcPr>
          <w:p w14:paraId="4E0EA7B6" w14:textId="77777777" w:rsidR="00194F39" w:rsidRPr="00844B84" w:rsidRDefault="003D0394">
            <w:pPr>
              <w:rPr>
                <w:lang w:val="ru-RU"/>
              </w:rPr>
            </w:pPr>
            <w:r w:rsidRPr="00844B84">
              <w:rPr>
                <w:lang w:val="ru-RU"/>
              </w:rPr>
              <w:t>Реконструкция котельной с переводом на природный газ</w:t>
            </w:r>
          </w:p>
        </w:tc>
        <w:tc>
          <w:tcPr>
            <w:tcW w:w="0" w:type="auto"/>
            <w:shd w:val="clear" w:color="auto" w:fill="FFFFFF"/>
          </w:tcPr>
          <w:p w14:paraId="2344CC9B" w14:textId="77777777" w:rsidR="00194F39" w:rsidRDefault="003D0394">
            <w:r>
              <w:t>2035</w:t>
            </w:r>
          </w:p>
        </w:tc>
        <w:tc>
          <w:tcPr>
            <w:tcW w:w="0" w:type="auto"/>
            <w:shd w:val="clear" w:color="auto" w:fill="FFFFFF"/>
          </w:tcPr>
          <w:p w14:paraId="216A27D5" w14:textId="77777777" w:rsidR="00194F39" w:rsidRDefault="003D0394">
            <w:r>
              <w:t>17 786,0</w:t>
            </w:r>
          </w:p>
        </w:tc>
        <w:tc>
          <w:tcPr>
            <w:tcW w:w="0" w:type="auto"/>
            <w:shd w:val="clear" w:color="auto" w:fill="FFFFFF"/>
          </w:tcPr>
          <w:p w14:paraId="0086E1D6" w14:textId="77777777" w:rsidR="00194F39" w:rsidRPr="00844B84" w:rsidRDefault="003D0394">
            <w:pPr>
              <w:rPr>
                <w:lang w:val="ru-RU"/>
              </w:rPr>
            </w:pPr>
            <w:r w:rsidRPr="00844B84">
              <w:rPr>
                <w:lang w:val="ru-RU"/>
              </w:rPr>
              <w:t>снижение экологической нагрузки, замещение изношенного оборудования</w:t>
            </w:r>
          </w:p>
        </w:tc>
      </w:tr>
      <w:tr w:rsidR="00194F39" w:rsidRPr="004D1FEB" w14:paraId="4ACE806C" w14:textId="77777777">
        <w:trPr>
          <w:cantSplit/>
        </w:trPr>
        <w:tc>
          <w:tcPr>
            <w:tcW w:w="0" w:type="auto"/>
            <w:shd w:val="clear" w:color="auto" w:fill="F2F2F2"/>
          </w:tcPr>
          <w:p w14:paraId="7C1915D5" w14:textId="77777777" w:rsidR="00194F39" w:rsidRDefault="003D0394">
            <w:r>
              <w:t>УПК № 5 «Новый Шерегеш»</w:t>
            </w:r>
          </w:p>
        </w:tc>
        <w:tc>
          <w:tcPr>
            <w:tcW w:w="0" w:type="auto"/>
            <w:shd w:val="clear" w:color="auto" w:fill="FFFFFF"/>
          </w:tcPr>
          <w:p w14:paraId="69679139" w14:textId="77777777" w:rsidR="00194F39" w:rsidRPr="00844B84" w:rsidRDefault="003D0394">
            <w:pPr>
              <w:rPr>
                <w:lang w:val="ru-RU"/>
              </w:rPr>
            </w:pPr>
            <w:r w:rsidRPr="00844B84">
              <w:rPr>
                <w:lang w:val="ru-RU"/>
              </w:rPr>
              <w:t>Реконструкция котельной с переводом на природный газ</w:t>
            </w:r>
          </w:p>
        </w:tc>
        <w:tc>
          <w:tcPr>
            <w:tcW w:w="0" w:type="auto"/>
            <w:shd w:val="clear" w:color="auto" w:fill="FFFFFF"/>
          </w:tcPr>
          <w:p w14:paraId="453B39DC" w14:textId="77777777" w:rsidR="00194F39" w:rsidRDefault="003D0394">
            <w:r>
              <w:t>срок уточняется</w:t>
            </w:r>
          </w:p>
        </w:tc>
        <w:tc>
          <w:tcPr>
            <w:tcW w:w="0" w:type="auto"/>
            <w:shd w:val="clear" w:color="auto" w:fill="FFFFFF"/>
          </w:tcPr>
          <w:p w14:paraId="0C2773F5" w14:textId="77777777" w:rsidR="00194F39" w:rsidRDefault="003D0394">
            <w:r>
              <w:t>423 920,0</w:t>
            </w:r>
          </w:p>
        </w:tc>
        <w:tc>
          <w:tcPr>
            <w:tcW w:w="0" w:type="auto"/>
            <w:shd w:val="clear" w:color="auto" w:fill="FFFFFF"/>
          </w:tcPr>
          <w:p w14:paraId="609838F9" w14:textId="77777777" w:rsidR="00194F39" w:rsidRPr="00844B84" w:rsidRDefault="003D0394">
            <w:pPr>
              <w:rPr>
                <w:lang w:val="ru-RU"/>
              </w:rPr>
            </w:pPr>
            <w:r w:rsidRPr="00844B84">
              <w:rPr>
                <w:lang w:val="ru-RU"/>
              </w:rPr>
              <w:t>снижение экологической нагрузки, замещение изношенного оборудования</w:t>
            </w:r>
          </w:p>
        </w:tc>
      </w:tr>
      <w:tr w:rsidR="00194F39" w:rsidRPr="004D1FEB" w14:paraId="6E9727B2" w14:textId="77777777">
        <w:trPr>
          <w:cantSplit/>
        </w:trPr>
        <w:tc>
          <w:tcPr>
            <w:tcW w:w="0" w:type="auto"/>
            <w:shd w:val="clear" w:color="auto" w:fill="F2F2F2"/>
          </w:tcPr>
          <w:p w14:paraId="6F219283" w14:textId="77777777" w:rsidR="00194F39" w:rsidRDefault="003D0394">
            <w:r>
              <w:t>УПК № 6 «Старый Шерегеш»</w:t>
            </w:r>
          </w:p>
        </w:tc>
        <w:tc>
          <w:tcPr>
            <w:tcW w:w="0" w:type="auto"/>
            <w:shd w:val="clear" w:color="auto" w:fill="FFFFFF"/>
          </w:tcPr>
          <w:p w14:paraId="75FE9F47" w14:textId="77777777" w:rsidR="00194F39" w:rsidRPr="00844B84" w:rsidRDefault="003D0394">
            <w:pPr>
              <w:rPr>
                <w:lang w:val="ru-RU"/>
              </w:rPr>
            </w:pPr>
            <w:r w:rsidRPr="00844B84">
              <w:rPr>
                <w:lang w:val="ru-RU"/>
              </w:rPr>
              <w:t>Реконструкция котельной с переводом на природный газ</w:t>
            </w:r>
          </w:p>
        </w:tc>
        <w:tc>
          <w:tcPr>
            <w:tcW w:w="0" w:type="auto"/>
            <w:shd w:val="clear" w:color="auto" w:fill="FFFFFF"/>
          </w:tcPr>
          <w:p w14:paraId="44315204" w14:textId="77777777" w:rsidR="00194F39" w:rsidRDefault="003D0394">
            <w:r>
              <w:t>срок уточняется</w:t>
            </w:r>
          </w:p>
        </w:tc>
        <w:tc>
          <w:tcPr>
            <w:tcW w:w="0" w:type="auto"/>
            <w:shd w:val="clear" w:color="auto" w:fill="FFFFFF"/>
          </w:tcPr>
          <w:p w14:paraId="33243A99" w14:textId="77777777" w:rsidR="00194F39" w:rsidRDefault="003D0394">
            <w:r>
              <w:t>41 502,0</w:t>
            </w:r>
          </w:p>
        </w:tc>
        <w:tc>
          <w:tcPr>
            <w:tcW w:w="0" w:type="auto"/>
            <w:shd w:val="clear" w:color="auto" w:fill="FFFFFF"/>
          </w:tcPr>
          <w:p w14:paraId="0FE8BC94" w14:textId="77777777" w:rsidR="00194F39" w:rsidRPr="00844B84" w:rsidRDefault="003D0394">
            <w:pPr>
              <w:rPr>
                <w:lang w:val="ru-RU"/>
              </w:rPr>
            </w:pPr>
            <w:r w:rsidRPr="00844B84">
              <w:rPr>
                <w:lang w:val="ru-RU"/>
              </w:rPr>
              <w:t>снижение экологической нагрузки, замещение изношенного оборудования</w:t>
            </w:r>
          </w:p>
        </w:tc>
      </w:tr>
      <w:tr w:rsidR="00194F39" w:rsidRPr="004D1FEB" w14:paraId="228F47DF" w14:textId="77777777">
        <w:trPr>
          <w:cantSplit/>
        </w:trPr>
        <w:tc>
          <w:tcPr>
            <w:tcW w:w="0" w:type="auto"/>
            <w:shd w:val="clear" w:color="auto" w:fill="F2F2F2"/>
          </w:tcPr>
          <w:p w14:paraId="37DABEC4" w14:textId="77777777" w:rsidR="00194F39" w:rsidRDefault="003D0394">
            <w:r>
              <w:t>УПК № 7 «Каз»</w:t>
            </w:r>
          </w:p>
        </w:tc>
        <w:tc>
          <w:tcPr>
            <w:tcW w:w="0" w:type="auto"/>
            <w:shd w:val="clear" w:color="auto" w:fill="FFFFFF"/>
          </w:tcPr>
          <w:p w14:paraId="5DD53CA5" w14:textId="77777777" w:rsidR="00194F39" w:rsidRPr="00844B84" w:rsidRDefault="003D0394">
            <w:pPr>
              <w:rPr>
                <w:lang w:val="ru-RU"/>
              </w:rPr>
            </w:pPr>
            <w:r w:rsidRPr="00844B84">
              <w:rPr>
                <w:lang w:val="ru-RU"/>
              </w:rPr>
              <w:t>Реконструкция котельной с переводом на природный газ</w:t>
            </w:r>
          </w:p>
        </w:tc>
        <w:tc>
          <w:tcPr>
            <w:tcW w:w="0" w:type="auto"/>
            <w:shd w:val="clear" w:color="auto" w:fill="FFFFFF"/>
          </w:tcPr>
          <w:p w14:paraId="58845ECE" w14:textId="77777777" w:rsidR="00194F39" w:rsidRDefault="003D0394">
            <w:r>
              <w:t>2034</w:t>
            </w:r>
          </w:p>
        </w:tc>
        <w:tc>
          <w:tcPr>
            <w:tcW w:w="0" w:type="auto"/>
            <w:shd w:val="clear" w:color="auto" w:fill="FFFFFF"/>
          </w:tcPr>
          <w:p w14:paraId="6935EF02" w14:textId="77777777" w:rsidR="00194F39" w:rsidRDefault="003D0394">
            <w:r>
              <w:t>115 614,0</w:t>
            </w:r>
          </w:p>
        </w:tc>
        <w:tc>
          <w:tcPr>
            <w:tcW w:w="0" w:type="auto"/>
            <w:shd w:val="clear" w:color="auto" w:fill="FFFFFF"/>
          </w:tcPr>
          <w:p w14:paraId="551F0853" w14:textId="77777777" w:rsidR="00194F39" w:rsidRPr="00844B84" w:rsidRDefault="003D0394">
            <w:pPr>
              <w:rPr>
                <w:lang w:val="ru-RU"/>
              </w:rPr>
            </w:pPr>
            <w:r w:rsidRPr="00844B84">
              <w:rPr>
                <w:lang w:val="ru-RU"/>
              </w:rPr>
              <w:t>снижение экологической нагрузки, замещение изношенного оборудования</w:t>
            </w:r>
          </w:p>
        </w:tc>
      </w:tr>
      <w:tr w:rsidR="00194F39" w:rsidRPr="004D1FEB" w14:paraId="2C5AC75B" w14:textId="77777777">
        <w:trPr>
          <w:cantSplit/>
        </w:trPr>
        <w:tc>
          <w:tcPr>
            <w:tcW w:w="0" w:type="auto"/>
            <w:shd w:val="clear" w:color="auto" w:fill="F2F2F2"/>
          </w:tcPr>
          <w:p w14:paraId="6DC5092E" w14:textId="77777777" w:rsidR="00194F39" w:rsidRDefault="003D0394">
            <w:r>
              <w:t>УПК № 8 «Мундыбаш»</w:t>
            </w:r>
          </w:p>
        </w:tc>
        <w:tc>
          <w:tcPr>
            <w:tcW w:w="0" w:type="auto"/>
            <w:shd w:val="clear" w:color="auto" w:fill="FFFFFF"/>
          </w:tcPr>
          <w:p w14:paraId="3AFE1B61" w14:textId="77777777" w:rsidR="00194F39" w:rsidRPr="00844B84" w:rsidRDefault="003D0394">
            <w:pPr>
              <w:rPr>
                <w:lang w:val="ru-RU"/>
              </w:rPr>
            </w:pPr>
            <w:r w:rsidRPr="00844B84">
              <w:rPr>
                <w:lang w:val="ru-RU"/>
              </w:rPr>
              <w:t>Реконструкция котельной с переводом на природный газ</w:t>
            </w:r>
          </w:p>
        </w:tc>
        <w:tc>
          <w:tcPr>
            <w:tcW w:w="0" w:type="auto"/>
            <w:shd w:val="clear" w:color="auto" w:fill="FFFFFF"/>
          </w:tcPr>
          <w:p w14:paraId="416D20D8" w14:textId="77777777" w:rsidR="00194F39" w:rsidRDefault="003D0394">
            <w:r>
              <w:t>2034</w:t>
            </w:r>
          </w:p>
        </w:tc>
        <w:tc>
          <w:tcPr>
            <w:tcW w:w="0" w:type="auto"/>
            <w:shd w:val="clear" w:color="auto" w:fill="FFFFFF"/>
          </w:tcPr>
          <w:p w14:paraId="1291D8AF" w14:textId="77777777" w:rsidR="00194F39" w:rsidRDefault="003D0394">
            <w:r>
              <w:t>71 147,0</w:t>
            </w:r>
          </w:p>
        </w:tc>
        <w:tc>
          <w:tcPr>
            <w:tcW w:w="0" w:type="auto"/>
            <w:shd w:val="clear" w:color="auto" w:fill="FFFFFF"/>
          </w:tcPr>
          <w:p w14:paraId="00327FBB" w14:textId="77777777" w:rsidR="00194F39" w:rsidRPr="00844B84" w:rsidRDefault="003D0394">
            <w:pPr>
              <w:rPr>
                <w:lang w:val="ru-RU"/>
              </w:rPr>
            </w:pPr>
            <w:r w:rsidRPr="00844B84">
              <w:rPr>
                <w:lang w:val="ru-RU"/>
              </w:rPr>
              <w:t>снижение экологической нагрузки, замещение изношенного оборудования</w:t>
            </w:r>
          </w:p>
        </w:tc>
      </w:tr>
      <w:tr w:rsidR="00194F39" w:rsidRPr="004D1FEB" w14:paraId="612F7A04" w14:textId="77777777">
        <w:trPr>
          <w:cantSplit/>
        </w:trPr>
        <w:tc>
          <w:tcPr>
            <w:tcW w:w="0" w:type="auto"/>
            <w:shd w:val="clear" w:color="auto" w:fill="F2F2F2"/>
          </w:tcPr>
          <w:p w14:paraId="319EBE29" w14:textId="77777777" w:rsidR="00194F39" w:rsidRDefault="003D0394">
            <w:r>
              <w:t>УПК № 10 «Темир-Тау»</w:t>
            </w:r>
          </w:p>
        </w:tc>
        <w:tc>
          <w:tcPr>
            <w:tcW w:w="0" w:type="auto"/>
            <w:shd w:val="clear" w:color="auto" w:fill="FFFFFF"/>
          </w:tcPr>
          <w:p w14:paraId="31F1F36D" w14:textId="77777777" w:rsidR="00194F39" w:rsidRPr="00844B84" w:rsidRDefault="003D0394">
            <w:pPr>
              <w:rPr>
                <w:lang w:val="ru-RU"/>
              </w:rPr>
            </w:pPr>
            <w:r w:rsidRPr="00844B84">
              <w:rPr>
                <w:lang w:val="ru-RU"/>
              </w:rPr>
              <w:t>Реконструкция котельной с переводом на природный газ</w:t>
            </w:r>
          </w:p>
        </w:tc>
        <w:tc>
          <w:tcPr>
            <w:tcW w:w="0" w:type="auto"/>
            <w:shd w:val="clear" w:color="auto" w:fill="FFFFFF"/>
          </w:tcPr>
          <w:p w14:paraId="2A146FD8" w14:textId="77777777" w:rsidR="00194F39" w:rsidRDefault="003D0394">
            <w:r>
              <w:t>2034</w:t>
            </w:r>
          </w:p>
        </w:tc>
        <w:tc>
          <w:tcPr>
            <w:tcW w:w="0" w:type="auto"/>
            <w:shd w:val="clear" w:color="auto" w:fill="FFFFFF"/>
          </w:tcPr>
          <w:p w14:paraId="6D1383BD" w14:textId="77777777" w:rsidR="00194F39" w:rsidRDefault="003D0394">
            <w:r>
              <w:t>71 000,0</w:t>
            </w:r>
          </w:p>
        </w:tc>
        <w:tc>
          <w:tcPr>
            <w:tcW w:w="0" w:type="auto"/>
            <w:shd w:val="clear" w:color="auto" w:fill="FFFFFF"/>
          </w:tcPr>
          <w:p w14:paraId="20B1D46F" w14:textId="77777777" w:rsidR="00194F39" w:rsidRPr="00844B84" w:rsidRDefault="003D0394">
            <w:pPr>
              <w:rPr>
                <w:lang w:val="ru-RU"/>
              </w:rPr>
            </w:pPr>
            <w:r w:rsidRPr="00844B84">
              <w:rPr>
                <w:lang w:val="ru-RU"/>
              </w:rPr>
              <w:t>снижение экологической нагрузки, замещение изношенного оборудования</w:t>
            </w:r>
          </w:p>
        </w:tc>
      </w:tr>
      <w:tr w:rsidR="00194F39" w:rsidRPr="004D1FEB" w14:paraId="66116FF5" w14:textId="77777777">
        <w:trPr>
          <w:cantSplit/>
        </w:trPr>
        <w:tc>
          <w:tcPr>
            <w:tcW w:w="0" w:type="auto"/>
            <w:shd w:val="clear" w:color="auto" w:fill="F2F2F2"/>
          </w:tcPr>
          <w:p w14:paraId="7568E788" w14:textId="77777777" w:rsidR="00194F39" w:rsidRDefault="003D0394">
            <w:r>
              <w:t>УПК № 3 «Спасск»</w:t>
            </w:r>
          </w:p>
        </w:tc>
        <w:tc>
          <w:tcPr>
            <w:tcW w:w="0" w:type="auto"/>
            <w:shd w:val="clear" w:color="auto" w:fill="FFFFFF"/>
          </w:tcPr>
          <w:p w14:paraId="548744D1" w14:textId="77777777" w:rsidR="00194F39" w:rsidRPr="00844B84" w:rsidRDefault="003D0394">
            <w:pPr>
              <w:rPr>
                <w:lang w:val="ru-RU"/>
              </w:rPr>
            </w:pPr>
            <w:r w:rsidRPr="00844B84">
              <w:rPr>
                <w:lang w:val="ru-RU"/>
              </w:rPr>
              <w:t>Реконструкция котельной с переводом на природный газ</w:t>
            </w:r>
          </w:p>
        </w:tc>
        <w:tc>
          <w:tcPr>
            <w:tcW w:w="0" w:type="auto"/>
            <w:shd w:val="clear" w:color="auto" w:fill="FFFFFF"/>
          </w:tcPr>
          <w:p w14:paraId="6467DBDE" w14:textId="77777777" w:rsidR="00194F39" w:rsidRDefault="003D0394">
            <w:r>
              <w:t>2035</w:t>
            </w:r>
          </w:p>
        </w:tc>
        <w:tc>
          <w:tcPr>
            <w:tcW w:w="0" w:type="auto"/>
            <w:shd w:val="clear" w:color="auto" w:fill="FFFFFF"/>
          </w:tcPr>
          <w:p w14:paraId="7F6ABA99" w14:textId="77777777" w:rsidR="00194F39" w:rsidRDefault="003D0394">
            <w:r>
              <w:t>29 644,0</w:t>
            </w:r>
          </w:p>
        </w:tc>
        <w:tc>
          <w:tcPr>
            <w:tcW w:w="0" w:type="auto"/>
            <w:shd w:val="clear" w:color="auto" w:fill="FFFFFF"/>
          </w:tcPr>
          <w:p w14:paraId="3C856F73" w14:textId="77777777" w:rsidR="00194F39" w:rsidRPr="00844B84" w:rsidRDefault="003D0394">
            <w:pPr>
              <w:rPr>
                <w:lang w:val="ru-RU"/>
              </w:rPr>
            </w:pPr>
            <w:r w:rsidRPr="00844B84">
              <w:rPr>
                <w:lang w:val="ru-RU"/>
              </w:rPr>
              <w:t>снижение экологической нагрузки, замещение изношенного оборудования</w:t>
            </w:r>
          </w:p>
        </w:tc>
      </w:tr>
      <w:tr w:rsidR="00194F39" w:rsidRPr="004D1FEB" w14:paraId="288E2ED0" w14:textId="77777777">
        <w:trPr>
          <w:cantSplit/>
        </w:trPr>
        <w:tc>
          <w:tcPr>
            <w:tcW w:w="0" w:type="auto"/>
            <w:shd w:val="clear" w:color="auto" w:fill="F2F2F2"/>
          </w:tcPr>
          <w:p w14:paraId="4600FA65" w14:textId="77777777" w:rsidR="00194F39" w:rsidRDefault="003D0394">
            <w:r>
              <w:t>УПК № 5 «Новый Шерегеш»</w:t>
            </w:r>
          </w:p>
        </w:tc>
        <w:tc>
          <w:tcPr>
            <w:tcW w:w="0" w:type="auto"/>
            <w:shd w:val="clear" w:color="auto" w:fill="FFFFFF"/>
          </w:tcPr>
          <w:p w14:paraId="2E92E037" w14:textId="77777777" w:rsidR="00194F39" w:rsidRPr="00844B84" w:rsidRDefault="003D0394">
            <w:pPr>
              <w:rPr>
                <w:lang w:val="ru-RU"/>
              </w:rPr>
            </w:pPr>
            <w:r w:rsidRPr="00844B84">
              <w:rPr>
                <w:lang w:val="ru-RU"/>
              </w:rPr>
              <w:t>Техническое перевооружение с установкой второй ступени очистки дымовых</w:t>
            </w:r>
          </w:p>
        </w:tc>
        <w:tc>
          <w:tcPr>
            <w:tcW w:w="0" w:type="auto"/>
            <w:shd w:val="clear" w:color="auto" w:fill="FFFFFF"/>
          </w:tcPr>
          <w:p w14:paraId="53B06A8E" w14:textId="77777777" w:rsidR="00194F39" w:rsidRDefault="003D0394">
            <w:r>
              <w:t>подлежит определению</w:t>
            </w:r>
          </w:p>
        </w:tc>
        <w:tc>
          <w:tcPr>
            <w:tcW w:w="0" w:type="auto"/>
            <w:shd w:val="clear" w:color="auto" w:fill="FFFFFF"/>
          </w:tcPr>
          <w:p w14:paraId="31F4BBDA" w14:textId="77777777" w:rsidR="00194F39" w:rsidRDefault="003D0394">
            <w:r>
              <w:t>подлежит определению</w:t>
            </w:r>
          </w:p>
        </w:tc>
        <w:tc>
          <w:tcPr>
            <w:tcW w:w="0" w:type="auto"/>
            <w:shd w:val="clear" w:color="auto" w:fill="FFFFFF"/>
          </w:tcPr>
          <w:p w14:paraId="14D7741D" w14:textId="77777777" w:rsidR="00194F39" w:rsidRPr="00844B84" w:rsidRDefault="003D0394">
            <w:pPr>
              <w:rPr>
                <w:lang w:val="ru-RU"/>
              </w:rPr>
            </w:pPr>
            <w:r w:rsidRPr="00844B84">
              <w:rPr>
                <w:lang w:val="ru-RU"/>
              </w:rPr>
              <w:t>снижение экологической нагрузки, замещение изношенного оборудования</w:t>
            </w:r>
          </w:p>
        </w:tc>
      </w:tr>
    </w:tbl>
    <w:p w14:paraId="71A6B6D4" w14:textId="77777777" w:rsidR="00194F39" w:rsidRPr="00844B84" w:rsidRDefault="003D0394">
      <w:pPr>
        <w:rPr>
          <w:lang w:val="ru-RU"/>
        </w:rPr>
      </w:pPr>
      <w:r w:rsidRPr="00844B84">
        <w:rPr>
          <w:lang w:val="ru-RU"/>
        </w:rPr>
        <w:t>Состав технического перевооружения при переводе на природный газ определяется проектной документацией по каждому источнику отдельно: котлоагрегаты либо горелочные устройства, автоматика безопасности и регулирования, газовое оборудование, дымовые тракты.</w:t>
      </w:r>
    </w:p>
    <w:p w14:paraId="23C0D7FB" w14:textId="77777777" w:rsidR="00194F39" w:rsidRPr="00844B84" w:rsidRDefault="003D0394">
      <w:pPr>
        <w:pStyle w:val="21"/>
        <w:rPr>
          <w:lang w:val="ru-RU"/>
        </w:rPr>
      </w:pPr>
      <w:bookmarkStart w:id="56" w:name="_Toc238017255"/>
      <w:r w:rsidRPr="00844B84">
        <w:rPr>
          <w:lang w:val="ru-RU"/>
        </w:rPr>
        <w:t>5.2. Утверждаемые характеристики надёжности</w:t>
      </w:r>
      <w:bookmarkEnd w:id="56"/>
    </w:p>
    <w:p w14:paraId="382A807D" w14:textId="77777777" w:rsidR="00194F39" w:rsidRPr="00F815F9" w:rsidRDefault="003D0394">
      <w:pPr>
        <w:rPr>
          <w:b/>
          <w:bCs/>
          <w:lang w:val="ru-RU"/>
        </w:rPr>
      </w:pPr>
      <w:r w:rsidRPr="00F815F9">
        <w:rPr>
          <w:b/>
          <w:bCs/>
          <w:lang w:val="ru-RU"/>
        </w:rPr>
        <w:t>Таблица 5.3 — Обеспеченность источников резервами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22"/>
        <w:gridCol w:w="1451"/>
        <w:gridCol w:w="1841"/>
        <w:gridCol w:w="1684"/>
        <w:gridCol w:w="1512"/>
        <w:gridCol w:w="2279"/>
      </w:tblGrid>
      <w:tr w:rsidR="00194F39" w14:paraId="7529F1E4" w14:textId="77777777">
        <w:trPr>
          <w:cantSplit/>
          <w:tblHeader/>
        </w:trPr>
        <w:tc>
          <w:tcPr>
            <w:tcW w:w="0" w:type="auto"/>
            <w:shd w:val="clear" w:color="auto" w:fill="E2F0D9"/>
          </w:tcPr>
          <w:p w14:paraId="5190201D" w14:textId="77777777" w:rsidR="00194F39" w:rsidRDefault="003D0394">
            <w:pPr>
              <w:jc w:val="center"/>
            </w:pPr>
            <w:r>
              <w:rPr>
                <w:b/>
              </w:rPr>
              <w:t>Источник</w:t>
            </w:r>
          </w:p>
        </w:tc>
        <w:tc>
          <w:tcPr>
            <w:tcW w:w="0" w:type="auto"/>
            <w:shd w:val="clear" w:color="auto" w:fill="E2F0D9"/>
          </w:tcPr>
          <w:p w14:paraId="212CD72C" w14:textId="77777777" w:rsidR="00194F39" w:rsidRDefault="003D0394">
            <w:pPr>
              <w:jc w:val="center"/>
            </w:pPr>
            <w:r>
              <w:rPr>
                <w:b/>
              </w:rPr>
              <w:t>Резерв тепловой мощности</w:t>
            </w:r>
          </w:p>
        </w:tc>
        <w:tc>
          <w:tcPr>
            <w:tcW w:w="0" w:type="auto"/>
            <w:shd w:val="clear" w:color="auto" w:fill="E2F0D9"/>
          </w:tcPr>
          <w:p w14:paraId="50477645" w14:textId="77777777" w:rsidR="00194F39" w:rsidRPr="00844B84" w:rsidRDefault="003D0394">
            <w:pPr>
              <w:jc w:val="center"/>
              <w:rPr>
                <w:lang w:val="ru-RU"/>
              </w:rPr>
            </w:pPr>
            <w:r w:rsidRPr="00844B84">
              <w:rPr>
                <w:b/>
                <w:lang w:val="ru-RU"/>
              </w:rPr>
              <w:t>Резерв подпитки в нормальном режиме</w:t>
            </w:r>
          </w:p>
        </w:tc>
        <w:tc>
          <w:tcPr>
            <w:tcW w:w="0" w:type="auto"/>
            <w:shd w:val="clear" w:color="auto" w:fill="E2F0D9"/>
          </w:tcPr>
          <w:p w14:paraId="60911340" w14:textId="77777777" w:rsidR="00194F39" w:rsidRPr="00844B84" w:rsidRDefault="003D0394">
            <w:pPr>
              <w:jc w:val="center"/>
              <w:rPr>
                <w:lang w:val="ru-RU"/>
              </w:rPr>
            </w:pPr>
            <w:r w:rsidRPr="00844B84">
              <w:rPr>
                <w:b/>
                <w:lang w:val="ru-RU"/>
              </w:rPr>
              <w:t>Резерв подпитки в аварийном режиме</w:t>
            </w:r>
          </w:p>
        </w:tc>
        <w:tc>
          <w:tcPr>
            <w:tcW w:w="0" w:type="auto"/>
            <w:shd w:val="clear" w:color="auto" w:fill="E2F0D9"/>
          </w:tcPr>
          <w:p w14:paraId="389C6474" w14:textId="77777777" w:rsidR="00194F39" w:rsidRDefault="003D0394">
            <w:pPr>
              <w:jc w:val="center"/>
            </w:pPr>
            <w:r>
              <w:rPr>
                <w:b/>
              </w:rPr>
              <w:t>Запас топлива</w:t>
            </w:r>
          </w:p>
        </w:tc>
        <w:tc>
          <w:tcPr>
            <w:tcW w:w="0" w:type="auto"/>
            <w:shd w:val="clear" w:color="auto" w:fill="E2F0D9"/>
          </w:tcPr>
          <w:p w14:paraId="62C686B0" w14:textId="77777777" w:rsidR="00194F39" w:rsidRDefault="003D0394">
            <w:pPr>
              <w:jc w:val="center"/>
            </w:pPr>
            <w:r>
              <w:rPr>
                <w:b/>
              </w:rPr>
              <w:t>Резервное электроснабжение</w:t>
            </w:r>
          </w:p>
        </w:tc>
      </w:tr>
      <w:tr w:rsidR="00194F39" w14:paraId="73577725" w14:textId="77777777">
        <w:trPr>
          <w:cantSplit/>
        </w:trPr>
        <w:tc>
          <w:tcPr>
            <w:tcW w:w="0" w:type="auto"/>
            <w:shd w:val="clear" w:color="auto" w:fill="F2F2F2"/>
          </w:tcPr>
          <w:p w14:paraId="65319D81" w14:textId="77777777" w:rsidR="00194F39" w:rsidRDefault="003D0394">
            <w:r>
              <w:t>УПК № 1 «Таштагол»</w:t>
            </w:r>
          </w:p>
        </w:tc>
        <w:tc>
          <w:tcPr>
            <w:tcW w:w="0" w:type="auto"/>
            <w:shd w:val="clear" w:color="auto" w:fill="FFFFFF"/>
          </w:tcPr>
          <w:p w14:paraId="3B744A6F" w14:textId="77777777" w:rsidR="00194F39" w:rsidRDefault="003D0394">
            <w:r>
              <w:t>56,9468 Гкал/ч</w:t>
            </w:r>
          </w:p>
        </w:tc>
        <w:tc>
          <w:tcPr>
            <w:tcW w:w="0" w:type="auto"/>
            <w:shd w:val="clear" w:color="auto" w:fill="FFFFFF"/>
          </w:tcPr>
          <w:p w14:paraId="775865BA" w14:textId="77777777" w:rsidR="00194F39" w:rsidRDefault="003D0394">
            <w:r>
              <w:t>74,414 т/ч</w:t>
            </w:r>
          </w:p>
        </w:tc>
        <w:tc>
          <w:tcPr>
            <w:tcW w:w="0" w:type="auto"/>
            <w:shd w:val="clear" w:color="auto" w:fill="FFFFFF"/>
          </w:tcPr>
          <w:p w14:paraId="154395DF" w14:textId="77777777" w:rsidR="00194F39" w:rsidRDefault="003D0394">
            <w:r>
              <w:t>65,00 т/ч</w:t>
            </w:r>
          </w:p>
        </w:tc>
        <w:tc>
          <w:tcPr>
            <w:tcW w:w="0" w:type="auto"/>
            <w:shd w:val="clear" w:color="auto" w:fill="FFFFFF"/>
          </w:tcPr>
          <w:p w14:paraId="5CD944E2" w14:textId="77777777" w:rsidR="00194F39" w:rsidRDefault="003D0394">
            <w:r>
              <w:t>нормативы утверждены</w:t>
            </w:r>
          </w:p>
        </w:tc>
        <w:tc>
          <w:tcPr>
            <w:tcW w:w="0" w:type="auto"/>
            <w:shd w:val="clear" w:color="auto" w:fill="FFFFFF"/>
          </w:tcPr>
          <w:p w14:paraId="163466C6" w14:textId="77777777" w:rsidR="00194F39" w:rsidRDefault="003D0394">
            <w:r>
              <w:t>сведения не раскрыты</w:t>
            </w:r>
          </w:p>
        </w:tc>
      </w:tr>
      <w:tr w:rsidR="00194F39" w14:paraId="4B78C62E" w14:textId="77777777">
        <w:trPr>
          <w:cantSplit/>
        </w:trPr>
        <w:tc>
          <w:tcPr>
            <w:tcW w:w="0" w:type="auto"/>
            <w:shd w:val="clear" w:color="auto" w:fill="F2F2F2"/>
          </w:tcPr>
          <w:p w14:paraId="7D82AFA3" w14:textId="77777777" w:rsidR="00194F39" w:rsidRDefault="003D0394">
            <w:r>
              <w:t>УПК № 2 «Шалым»</w:t>
            </w:r>
          </w:p>
        </w:tc>
        <w:tc>
          <w:tcPr>
            <w:tcW w:w="0" w:type="auto"/>
            <w:shd w:val="clear" w:color="auto" w:fill="FFFFFF"/>
          </w:tcPr>
          <w:p w14:paraId="19990152" w14:textId="77777777" w:rsidR="00194F39" w:rsidRDefault="003D0394">
            <w:r>
              <w:t>11,1398 Гкал/ч</w:t>
            </w:r>
          </w:p>
        </w:tc>
        <w:tc>
          <w:tcPr>
            <w:tcW w:w="0" w:type="auto"/>
            <w:shd w:val="clear" w:color="auto" w:fill="FFFFFF"/>
          </w:tcPr>
          <w:p w14:paraId="1DD45912" w14:textId="77777777" w:rsidR="00194F39" w:rsidRDefault="003D0394">
            <w:r>
              <w:t>−2,282 т/ч</w:t>
            </w:r>
          </w:p>
        </w:tc>
        <w:tc>
          <w:tcPr>
            <w:tcW w:w="0" w:type="auto"/>
            <w:shd w:val="clear" w:color="auto" w:fill="FFFFFF"/>
          </w:tcPr>
          <w:p w14:paraId="7669B671" w14:textId="77777777" w:rsidR="00194F39" w:rsidRDefault="003D0394">
            <w:r>
              <w:t>−4,30 т/ч</w:t>
            </w:r>
          </w:p>
        </w:tc>
        <w:tc>
          <w:tcPr>
            <w:tcW w:w="0" w:type="auto"/>
            <w:shd w:val="clear" w:color="auto" w:fill="FFFFFF"/>
          </w:tcPr>
          <w:p w14:paraId="50890203" w14:textId="77777777" w:rsidR="00194F39" w:rsidRDefault="003D0394">
            <w:r>
              <w:t>нормативы утверждены</w:t>
            </w:r>
          </w:p>
        </w:tc>
        <w:tc>
          <w:tcPr>
            <w:tcW w:w="0" w:type="auto"/>
            <w:shd w:val="clear" w:color="auto" w:fill="FFFFFF"/>
          </w:tcPr>
          <w:p w14:paraId="331F1BC3" w14:textId="77777777" w:rsidR="00194F39" w:rsidRDefault="003D0394">
            <w:r>
              <w:t>сведения не раскрыты</w:t>
            </w:r>
          </w:p>
        </w:tc>
      </w:tr>
      <w:tr w:rsidR="00194F39" w14:paraId="7F482AA3" w14:textId="77777777">
        <w:trPr>
          <w:cantSplit/>
        </w:trPr>
        <w:tc>
          <w:tcPr>
            <w:tcW w:w="0" w:type="auto"/>
            <w:shd w:val="clear" w:color="auto" w:fill="F2F2F2"/>
          </w:tcPr>
          <w:p w14:paraId="7357B158" w14:textId="77777777" w:rsidR="00194F39" w:rsidRDefault="003D0394">
            <w:r>
              <w:t>УПК № 2 «ЦМК»</w:t>
            </w:r>
          </w:p>
        </w:tc>
        <w:tc>
          <w:tcPr>
            <w:tcW w:w="0" w:type="auto"/>
            <w:shd w:val="clear" w:color="auto" w:fill="FFFFFF"/>
          </w:tcPr>
          <w:p w14:paraId="063B669F" w14:textId="77777777" w:rsidR="00194F39" w:rsidRDefault="003D0394">
            <w:r>
              <w:t>6,4949 Гкал/ч</w:t>
            </w:r>
          </w:p>
        </w:tc>
        <w:tc>
          <w:tcPr>
            <w:tcW w:w="0" w:type="auto"/>
            <w:shd w:val="clear" w:color="auto" w:fill="FFFFFF"/>
          </w:tcPr>
          <w:p w14:paraId="2FDC99BC" w14:textId="77777777" w:rsidR="00194F39" w:rsidRDefault="003D0394">
            <w:r>
              <w:t>18,287 т/ч</w:t>
            </w:r>
          </w:p>
        </w:tc>
        <w:tc>
          <w:tcPr>
            <w:tcW w:w="0" w:type="auto"/>
            <w:shd w:val="clear" w:color="auto" w:fill="FFFFFF"/>
          </w:tcPr>
          <w:p w14:paraId="3D028F13" w14:textId="77777777" w:rsidR="00194F39" w:rsidRDefault="003D0394">
            <w:r>
              <w:t>18,60 т/ч</w:t>
            </w:r>
          </w:p>
        </w:tc>
        <w:tc>
          <w:tcPr>
            <w:tcW w:w="0" w:type="auto"/>
            <w:shd w:val="clear" w:color="auto" w:fill="FFFFFF"/>
          </w:tcPr>
          <w:p w14:paraId="26379436" w14:textId="77777777" w:rsidR="00194F39" w:rsidRDefault="003D0394">
            <w:r>
              <w:t>нормативы утверждены</w:t>
            </w:r>
          </w:p>
        </w:tc>
        <w:tc>
          <w:tcPr>
            <w:tcW w:w="0" w:type="auto"/>
            <w:shd w:val="clear" w:color="auto" w:fill="FFFFFF"/>
          </w:tcPr>
          <w:p w14:paraId="3D3D99F5" w14:textId="77777777" w:rsidR="00194F39" w:rsidRDefault="003D0394">
            <w:r>
              <w:t>сведения не раскрыты</w:t>
            </w:r>
          </w:p>
        </w:tc>
      </w:tr>
      <w:tr w:rsidR="00194F39" w14:paraId="6740B104" w14:textId="77777777">
        <w:trPr>
          <w:cantSplit/>
        </w:trPr>
        <w:tc>
          <w:tcPr>
            <w:tcW w:w="0" w:type="auto"/>
            <w:shd w:val="clear" w:color="auto" w:fill="F2F2F2"/>
          </w:tcPr>
          <w:p w14:paraId="0E9898DE" w14:textId="77777777" w:rsidR="00194F39" w:rsidRDefault="003D0394">
            <w:r>
              <w:t>УПК № 9 «ГРЭ»</w:t>
            </w:r>
          </w:p>
        </w:tc>
        <w:tc>
          <w:tcPr>
            <w:tcW w:w="0" w:type="auto"/>
            <w:shd w:val="clear" w:color="auto" w:fill="FFFFFF"/>
          </w:tcPr>
          <w:p w14:paraId="0F2D34A0" w14:textId="77777777" w:rsidR="00194F39" w:rsidRDefault="003D0394">
            <w:r>
              <w:t>3,1670 Гкал/ч</w:t>
            </w:r>
          </w:p>
        </w:tc>
        <w:tc>
          <w:tcPr>
            <w:tcW w:w="0" w:type="auto"/>
            <w:shd w:val="clear" w:color="auto" w:fill="FFFFFF"/>
          </w:tcPr>
          <w:p w14:paraId="54488589" w14:textId="77777777" w:rsidR="00194F39" w:rsidRDefault="003D0394">
            <w:r>
              <w:t>0,000 т/ч</w:t>
            </w:r>
          </w:p>
        </w:tc>
        <w:tc>
          <w:tcPr>
            <w:tcW w:w="0" w:type="auto"/>
            <w:shd w:val="clear" w:color="auto" w:fill="FFFFFF"/>
          </w:tcPr>
          <w:p w14:paraId="7D37C76F" w14:textId="77777777" w:rsidR="00194F39" w:rsidRDefault="003D0394">
            <w:r>
              <w:t>−0,60 т/ч</w:t>
            </w:r>
          </w:p>
        </w:tc>
        <w:tc>
          <w:tcPr>
            <w:tcW w:w="0" w:type="auto"/>
            <w:shd w:val="clear" w:color="auto" w:fill="FFFFFF"/>
          </w:tcPr>
          <w:p w14:paraId="5FEAF864" w14:textId="77777777" w:rsidR="00194F39" w:rsidRDefault="003D0394">
            <w:r>
              <w:t>нормативы утверждены</w:t>
            </w:r>
          </w:p>
        </w:tc>
        <w:tc>
          <w:tcPr>
            <w:tcW w:w="0" w:type="auto"/>
            <w:shd w:val="clear" w:color="auto" w:fill="FFFFFF"/>
          </w:tcPr>
          <w:p w14:paraId="5447F2F6" w14:textId="77777777" w:rsidR="00194F39" w:rsidRDefault="003D0394">
            <w:r>
              <w:t>резервный ввод не подтверждён</w:t>
            </w:r>
          </w:p>
        </w:tc>
      </w:tr>
      <w:tr w:rsidR="00194F39" w14:paraId="15F51C50" w14:textId="77777777">
        <w:trPr>
          <w:cantSplit/>
        </w:trPr>
        <w:tc>
          <w:tcPr>
            <w:tcW w:w="0" w:type="auto"/>
            <w:shd w:val="clear" w:color="auto" w:fill="F2F2F2"/>
          </w:tcPr>
          <w:p w14:paraId="37D3C4A4" w14:textId="77777777" w:rsidR="00194F39" w:rsidRDefault="003D0394">
            <w:r>
              <w:t>УПК № 5 «Новый Шерегеш»</w:t>
            </w:r>
          </w:p>
        </w:tc>
        <w:tc>
          <w:tcPr>
            <w:tcW w:w="0" w:type="auto"/>
            <w:shd w:val="clear" w:color="auto" w:fill="FFFFFF"/>
          </w:tcPr>
          <w:p w14:paraId="522B876B" w14:textId="77777777" w:rsidR="00194F39" w:rsidRDefault="003D0394">
            <w:r>
              <w:t>45,3877 Гкал/ч</w:t>
            </w:r>
          </w:p>
        </w:tc>
        <w:tc>
          <w:tcPr>
            <w:tcW w:w="0" w:type="auto"/>
            <w:shd w:val="clear" w:color="auto" w:fill="FFFFFF"/>
          </w:tcPr>
          <w:p w14:paraId="6AF6E46B" w14:textId="77777777" w:rsidR="00194F39" w:rsidRDefault="003D0394">
            <w:r>
              <w:t>−0,490 т/ч</w:t>
            </w:r>
          </w:p>
        </w:tc>
        <w:tc>
          <w:tcPr>
            <w:tcW w:w="0" w:type="auto"/>
            <w:shd w:val="clear" w:color="auto" w:fill="FFFFFF"/>
          </w:tcPr>
          <w:p w14:paraId="1CA5C0D4" w14:textId="77777777" w:rsidR="00194F39" w:rsidRDefault="003D0394">
            <w:r>
              <w:t>−75,40 т/ч</w:t>
            </w:r>
          </w:p>
        </w:tc>
        <w:tc>
          <w:tcPr>
            <w:tcW w:w="0" w:type="auto"/>
            <w:shd w:val="clear" w:color="auto" w:fill="FFFFFF"/>
          </w:tcPr>
          <w:p w14:paraId="1DE3447B" w14:textId="77777777" w:rsidR="00194F39" w:rsidRDefault="003D0394">
            <w:r>
              <w:t>нормативы утверждены</w:t>
            </w:r>
          </w:p>
        </w:tc>
        <w:tc>
          <w:tcPr>
            <w:tcW w:w="0" w:type="auto"/>
            <w:shd w:val="clear" w:color="auto" w:fill="FFFFFF"/>
          </w:tcPr>
          <w:p w14:paraId="32C6F6C1" w14:textId="77777777" w:rsidR="00194F39" w:rsidRDefault="003D0394">
            <w:r>
              <w:t>сведения не раскрыты</w:t>
            </w:r>
          </w:p>
        </w:tc>
      </w:tr>
      <w:tr w:rsidR="00194F39" w14:paraId="79865DA1" w14:textId="77777777">
        <w:trPr>
          <w:cantSplit/>
        </w:trPr>
        <w:tc>
          <w:tcPr>
            <w:tcW w:w="0" w:type="auto"/>
            <w:shd w:val="clear" w:color="auto" w:fill="F2F2F2"/>
          </w:tcPr>
          <w:p w14:paraId="774BE680" w14:textId="77777777" w:rsidR="00194F39" w:rsidRDefault="003D0394">
            <w:r>
              <w:t>УПК № 6 «Старый Шерегеш»</w:t>
            </w:r>
          </w:p>
        </w:tc>
        <w:tc>
          <w:tcPr>
            <w:tcW w:w="0" w:type="auto"/>
            <w:shd w:val="clear" w:color="auto" w:fill="FFFFFF"/>
          </w:tcPr>
          <w:p w14:paraId="35D6BA9B" w14:textId="77777777" w:rsidR="00194F39" w:rsidRDefault="003D0394">
            <w:r>
              <w:t>19,3304 Гкал/ч</w:t>
            </w:r>
          </w:p>
        </w:tc>
        <w:tc>
          <w:tcPr>
            <w:tcW w:w="0" w:type="auto"/>
            <w:shd w:val="clear" w:color="auto" w:fill="FFFFFF"/>
          </w:tcPr>
          <w:p w14:paraId="09C19AC3" w14:textId="77777777" w:rsidR="00194F39" w:rsidRDefault="003D0394">
            <w:r>
              <w:t>2,342 т/ч</w:t>
            </w:r>
          </w:p>
        </w:tc>
        <w:tc>
          <w:tcPr>
            <w:tcW w:w="0" w:type="auto"/>
            <w:shd w:val="clear" w:color="auto" w:fill="FFFFFF"/>
          </w:tcPr>
          <w:p w14:paraId="635AE522" w14:textId="77777777" w:rsidR="00194F39" w:rsidRDefault="003D0394">
            <w:r>
              <w:t>2,90 т/ч</w:t>
            </w:r>
          </w:p>
        </w:tc>
        <w:tc>
          <w:tcPr>
            <w:tcW w:w="0" w:type="auto"/>
            <w:shd w:val="clear" w:color="auto" w:fill="FFFFFF"/>
          </w:tcPr>
          <w:p w14:paraId="31152F55" w14:textId="77777777" w:rsidR="00194F39" w:rsidRDefault="003D0394">
            <w:r>
              <w:t>нормативы утверждены</w:t>
            </w:r>
          </w:p>
        </w:tc>
        <w:tc>
          <w:tcPr>
            <w:tcW w:w="0" w:type="auto"/>
            <w:shd w:val="clear" w:color="auto" w:fill="FFFFFF"/>
          </w:tcPr>
          <w:p w14:paraId="14C58B86" w14:textId="77777777" w:rsidR="00194F39" w:rsidRDefault="003D0394">
            <w:r>
              <w:t>сведения не раскрыты</w:t>
            </w:r>
          </w:p>
        </w:tc>
      </w:tr>
      <w:tr w:rsidR="00194F39" w14:paraId="4D64F30D" w14:textId="77777777">
        <w:trPr>
          <w:cantSplit/>
        </w:trPr>
        <w:tc>
          <w:tcPr>
            <w:tcW w:w="0" w:type="auto"/>
            <w:shd w:val="clear" w:color="auto" w:fill="F2F2F2"/>
          </w:tcPr>
          <w:p w14:paraId="32C2F468" w14:textId="77777777" w:rsidR="00194F39" w:rsidRDefault="003D0394">
            <w:r>
              <w:t>УПК № 7 «Каз»</w:t>
            </w:r>
          </w:p>
        </w:tc>
        <w:tc>
          <w:tcPr>
            <w:tcW w:w="0" w:type="auto"/>
            <w:shd w:val="clear" w:color="auto" w:fill="FFFFFF"/>
          </w:tcPr>
          <w:p w14:paraId="7C270AA0" w14:textId="77777777" w:rsidR="00194F39" w:rsidRDefault="003D0394">
            <w:r>
              <w:t>52,5603 Гкал/ч</w:t>
            </w:r>
          </w:p>
        </w:tc>
        <w:tc>
          <w:tcPr>
            <w:tcW w:w="0" w:type="auto"/>
            <w:shd w:val="clear" w:color="auto" w:fill="FFFFFF"/>
          </w:tcPr>
          <w:p w14:paraId="00CF9BF5" w14:textId="77777777" w:rsidR="00194F39" w:rsidRDefault="003D0394">
            <w:r>
              <w:t>27,083 т/ч</w:t>
            </w:r>
          </w:p>
        </w:tc>
        <w:tc>
          <w:tcPr>
            <w:tcW w:w="0" w:type="auto"/>
            <w:shd w:val="clear" w:color="auto" w:fill="FFFFFF"/>
          </w:tcPr>
          <w:p w14:paraId="379EB4FC" w14:textId="77777777" w:rsidR="00194F39" w:rsidRDefault="003D0394">
            <w:r>
              <w:t>20,60 т/ч</w:t>
            </w:r>
          </w:p>
        </w:tc>
        <w:tc>
          <w:tcPr>
            <w:tcW w:w="0" w:type="auto"/>
            <w:shd w:val="clear" w:color="auto" w:fill="FFFFFF"/>
          </w:tcPr>
          <w:p w14:paraId="5E91FD1D" w14:textId="77777777" w:rsidR="00194F39" w:rsidRDefault="003D0394">
            <w:r>
              <w:t>нормативы утверждены</w:t>
            </w:r>
          </w:p>
        </w:tc>
        <w:tc>
          <w:tcPr>
            <w:tcW w:w="0" w:type="auto"/>
            <w:shd w:val="clear" w:color="auto" w:fill="FFFFFF"/>
          </w:tcPr>
          <w:p w14:paraId="21A83779" w14:textId="77777777" w:rsidR="00194F39" w:rsidRDefault="003D0394">
            <w:r>
              <w:t>сведения не раскрыты</w:t>
            </w:r>
          </w:p>
        </w:tc>
      </w:tr>
      <w:tr w:rsidR="00194F39" w14:paraId="4451B0FD" w14:textId="77777777">
        <w:trPr>
          <w:cantSplit/>
        </w:trPr>
        <w:tc>
          <w:tcPr>
            <w:tcW w:w="0" w:type="auto"/>
            <w:shd w:val="clear" w:color="auto" w:fill="F2F2F2"/>
          </w:tcPr>
          <w:p w14:paraId="34CD0840" w14:textId="77777777" w:rsidR="00194F39" w:rsidRDefault="003D0394">
            <w:r>
              <w:t>УПК № 8 «Мундыбаш»</w:t>
            </w:r>
          </w:p>
        </w:tc>
        <w:tc>
          <w:tcPr>
            <w:tcW w:w="0" w:type="auto"/>
            <w:shd w:val="clear" w:color="auto" w:fill="FFFFFF"/>
          </w:tcPr>
          <w:p w14:paraId="38C24083" w14:textId="77777777" w:rsidR="00194F39" w:rsidRDefault="003D0394">
            <w:r>
              <w:t>15,7525 Гкал/ч</w:t>
            </w:r>
          </w:p>
        </w:tc>
        <w:tc>
          <w:tcPr>
            <w:tcW w:w="0" w:type="auto"/>
            <w:shd w:val="clear" w:color="auto" w:fill="FFFFFF"/>
          </w:tcPr>
          <w:p w14:paraId="0F31C373" w14:textId="77777777" w:rsidR="00194F39" w:rsidRDefault="003D0394">
            <w:r>
              <w:t>52,075 т/ч</w:t>
            </w:r>
          </w:p>
        </w:tc>
        <w:tc>
          <w:tcPr>
            <w:tcW w:w="0" w:type="auto"/>
            <w:shd w:val="clear" w:color="auto" w:fill="FFFFFF"/>
          </w:tcPr>
          <w:p w14:paraId="0323CECD" w14:textId="77777777" w:rsidR="00194F39" w:rsidRDefault="003D0394">
            <w:r>
              <w:t>52,80 т/ч</w:t>
            </w:r>
          </w:p>
        </w:tc>
        <w:tc>
          <w:tcPr>
            <w:tcW w:w="0" w:type="auto"/>
            <w:shd w:val="clear" w:color="auto" w:fill="FFFFFF"/>
          </w:tcPr>
          <w:p w14:paraId="0FC12E8C" w14:textId="77777777" w:rsidR="00194F39" w:rsidRDefault="003D0394">
            <w:r>
              <w:t>нормативы утверждены</w:t>
            </w:r>
          </w:p>
        </w:tc>
        <w:tc>
          <w:tcPr>
            <w:tcW w:w="0" w:type="auto"/>
            <w:shd w:val="clear" w:color="auto" w:fill="FFFFFF"/>
          </w:tcPr>
          <w:p w14:paraId="01235A73" w14:textId="77777777" w:rsidR="00194F39" w:rsidRDefault="003D0394">
            <w:r>
              <w:t>сведения не раскрыты</w:t>
            </w:r>
          </w:p>
        </w:tc>
      </w:tr>
      <w:tr w:rsidR="00194F39" w14:paraId="06E22D26" w14:textId="77777777">
        <w:trPr>
          <w:cantSplit/>
        </w:trPr>
        <w:tc>
          <w:tcPr>
            <w:tcW w:w="0" w:type="auto"/>
            <w:shd w:val="clear" w:color="auto" w:fill="F2F2F2"/>
          </w:tcPr>
          <w:p w14:paraId="0CFFB122" w14:textId="77777777" w:rsidR="00194F39" w:rsidRDefault="003D0394">
            <w:r>
              <w:t>УПК № 10 «Темир-Тау»</w:t>
            </w:r>
          </w:p>
        </w:tc>
        <w:tc>
          <w:tcPr>
            <w:tcW w:w="0" w:type="auto"/>
            <w:shd w:val="clear" w:color="auto" w:fill="FFFFFF"/>
          </w:tcPr>
          <w:p w14:paraId="483B0E69" w14:textId="77777777" w:rsidR="00194F39" w:rsidRDefault="003D0394">
            <w:r>
              <w:t>24,9015 Гкал/ч</w:t>
            </w:r>
          </w:p>
        </w:tc>
        <w:tc>
          <w:tcPr>
            <w:tcW w:w="0" w:type="auto"/>
            <w:shd w:val="clear" w:color="auto" w:fill="FFFFFF"/>
          </w:tcPr>
          <w:p w14:paraId="1CA4C0AB" w14:textId="77777777" w:rsidR="00194F39" w:rsidRDefault="003D0394">
            <w:r>
              <w:t>−4,052 т/ч</w:t>
            </w:r>
          </w:p>
        </w:tc>
        <w:tc>
          <w:tcPr>
            <w:tcW w:w="0" w:type="auto"/>
            <w:shd w:val="clear" w:color="auto" w:fill="FFFFFF"/>
          </w:tcPr>
          <w:p w14:paraId="77801086" w14:textId="77777777" w:rsidR="00194F39" w:rsidRDefault="003D0394">
            <w:r>
              <w:t>−5,40 т/ч</w:t>
            </w:r>
          </w:p>
        </w:tc>
        <w:tc>
          <w:tcPr>
            <w:tcW w:w="0" w:type="auto"/>
            <w:shd w:val="clear" w:color="auto" w:fill="FFFFFF"/>
          </w:tcPr>
          <w:p w14:paraId="0706CB8F" w14:textId="77777777" w:rsidR="00194F39" w:rsidRDefault="003D0394">
            <w:r>
              <w:t>нормативы утверждены</w:t>
            </w:r>
          </w:p>
        </w:tc>
        <w:tc>
          <w:tcPr>
            <w:tcW w:w="0" w:type="auto"/>
            <w:shd w:val="clear" w:color="auto" w:fill="FFFFFF"/>
          </w:tcPr>
          <w:p w14:paraId="2ABBEF90" w14:textId="77777777" w:rsidR="00194F39" w:rsidRDefault="003D0394">
            <w:r>
              <w:t>сведения не раскрыты</w:t>
            </w:r>
          </w:p>
        </w:tc>
      </w:tr>
      <w:tr w:rsidR="00194F39" w14:paraId="45C13423" w14:textId="77777777">
        <w:trPr>
          <w:cantSplit/>
        </w:trPr>
        <w:tc>
          <w:tcPr>
            <w:tcW w:w="0" w:type="auto"/>
            <w:shd w:val="clear" w:color="auto" w:fill="F2F2F2"/>
          </w:tcPr>
          <w:p w14:paraId="2DEAC95F" w14:textId="77777777" w:rsidR="00194F39" w:rsidRDefault="003D0394">
            <w:r>
              <w:t>УПК № 3 «Спасск»</w:t>
            </w:r>
          </w:p>
        </w:tc>
        <w:tc>
          <w:tcPr>
            <w:tcW w:w="0" w:type="auto"/>
            <w:shd w:val="clear" w:color="auto" w:fill="FFFFFF"/>
          </w:tcPr>
          <w:p w14:paraId="233C0EB1" w14:textId="77777777" w:rsidR="00194F39" w:rsidRDefault="003D0394">
            <w:r>
              <w:t>3,4939 Гкал/ч</w:t>
            </w:r>
          </w:p>
        </w:tc>
        <w:tc>
          <w:tcPr>
            <w:tcW w:w="0" w:type="auto"/>
            <w:shd w:val="clear" w:color="auto" w:fill="FFFFFF"/>
          </w:tcPr>
          <w:p w14:paraId="520C5339" w14:textId="77777777" w:rsidR="00194F39" w:rsidRDefault="003D0394">
            <w:r>
              <w:t>−0,428 т/ч</w:t>
            </w:r>
          </w:p>
        </w:tc>
        <w:tc>
          <w:tcPr>
            <w:tcW w:w="0" w:type="auto"/>
            <w:shd w:val="clear" w:color="auto" w:fill="FFFFFF"/>
          </w:tcPr>
          <w:p w14:paraId="3DE19104" w14:textId="77777777" w:rsidR="00194F39" w:rsidRDefault="003D0394">
            <w:r>
              <w:t>−1,10 т/ч</w:t>
            </w:r>
          </w:p>
        </w:tc>
        <w:tc>
          <w:tcPr>
            <w:tcW w:w="0" w:type="auto"/>
            <w:shd w:val="clear" w:color="auto" w:fill="FFFFFF"/>
          </w:tcPr>
          <w:p w14:paraId="11852218" w14:textId="77777777" w:rsidR="00194F39" w:rsidRDefault="003D0394">
            <w:r>
              <w:t>нормативы утверждены</w:t>
            </w:r>
          </w:p>
        </w:tc>
        <w:tc>
          <w:tcPr>
            <w:tcW w:w="0" w:type="auto"/>
            <w:shd w:val="clear" w:color="auto" w:fill="FFFFFF"/>
          </w:tcPr>
          <w:p w14:paraId="3B79ABD1" w14:textId="77777777" w:rsidR="00194F39" w:rsidRDefault="003D0394">
            <w:r>
              <w:t>сведения не раскрыты</w:t>
            </w:r>
          </w:p>
        </w:tc>
      </w:tr>
    </w:tbl>
    <w:p w14:paraId="1FF9F9EF" w14:textId="77777777" w:rsidR="00194F39" w:rsidRPr="00844B84" w:rsidRDefault="003D0394">
      <w:pPr>
        <w:rPr>
          <w:lang w:val="ru-RU"/>
        </w:rPr>
      </w:pPr>
      <w:r w:rsidRPr="00844B84">
        <w:rPr>
          <w:lang w:val="ru-RU"/>
        </w:rPr>
        <w:t>Дефицит подпитки в аварийном режиме выявлен по пяти системам. Резервное электроснабжение подтверждено не по всем источникам. Утверждается выполнение мероприятий по повышению надёжности; их состав и объём определяются по результатам расчётного моделирования и обследования технического состояния.</w:t>
      </w:r>
    </w:p>
    <w:p w14:paraId="53F609C9" w14:textId="77777777" w:rsidR="006C72FB" w:rsidRPr="00844B84" w:rsidRDefault="0084102B">
      <w:pPr>
        <w:pStyle w:val="21"/>
        <w:rPr>
          <w:lang w:val="ru-RU"/>
        </w:rPr>
      </w:pPr>
      <w:bookmarkStart w:id="57" w:name="_Toc238017256"/>
      <w:r w:rsidRPr="00844B84">
        <w:rPr>
          <w:lang w:val="ru-RU"/>
        </w:rPr>
        <w:t xml:space="preserve">5.3. Утверждаемый результат скрининга режима </w:t>
      </w:r>
      <w:r>
        <w:t>N</w:t>
      </w:r>
      <w:r w:rsidRPr="00844B84">
        <w:rPr>
          <w:lang w:val="ru-RU"/>
        </w:rPr>
        <w:t>−1</w:t>
      </w:r>
      <w:bookmarkEnd w:id="57"/>
    </w:p>
    <w:p w14:paraId="20E23432" w14:textId="77777777" w:rsidR="006C72FB" w:rsidRPr="00844B84" w:rsidRDefault="0084102B">
      <w:pPr>
        <w:rPr>
          <w:lang w:val="ru-RU"/>
        </w:rPr>
      </w:pPr>
      <w:r w:rsidRPr="00844B84">
        <w:rPr>
          <w:lang w:val="ru-RU"/>
        </w:rPr>
        <w:t xml:space="preserve">Утверждается результат скрининга режима </w:t>
      </w:r>
      <w:r>
        <w:t>N</w:t>
      </w:r>
      <w:r w:rsidRPr="00844B84">
        <w:rPr>
          <w:lang w:val="ru-RU"/>
        </w:rPr>
        <w:t>−1 — вывода из работы крупнейшего котла каждого источника. Скрининг выполнен по паспортным мощностям и нормативную оценку надёжности не заменяет: он определяет источники, по которым такая оценка обязательна.</w:t>
      </w:r>
    </w:p>
    <w:p w14:paraId="20F92347" w14:textId="77777777" w:rsidR="006C72FB" w:rsidRPr="00F815F9" w:rsidRDefault="0084102B">
      <w:pPr>
        <w:rPr>
          <w:b/>
          <w:bCs/>
        </w:rPr>
      </w:pPr>
      <w:r w:rsidRPr="00F815F9">
        <w:rPr>
          <w:b/>
          <w:bCs/>
        </w:rPr>
        <w:t>Таблица 5.4 — Скрининг вывода крупнейшего котла</w:t>
      </w: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508"/>
        <w:gridCol w:w="1953"/>
        <w:gridCol w:w="1638"/>
        <w:gridCol w:w="1157"/>
        <w:gridCol w:w="2060"/>
        <w:gridCol w:w="2163"/>
      </w:tblGrid>
      <w:tr w:rsidR="000772B4" w14:paraId="4D77E9C1" w14:textId="77777777">
        <w:trPr>
          <w:cantSplit/>
          <w:tblHeader/>
          <w:jc w:val="center"/>
        </w:trPr>
        <w:tc>
          <w:tcPr>
            <w:tcW w:w="0" w:type="auto"/>
            <w:shd w:val="clear" w:color="auto" w:fill="E2F0D9"/>
          </w:tcPr>
          <w:p w14:paraId="10CB2EB7" w14:textId="77777777" w:rsidR="0084102B" w:rsidRDefault="0084102B">
            <w:pPr>
              <w:jc w:val="center"/>
            </w:pPr>
            <w:r>
              <w:rPr>
                <w:b/>
              </w:rPr>
              <w:t>Источник</w:t>
            </w:r>
          </w:p>
        </w:tc>
        <w:tc>
          <w:tcPr>
            <w:tcW w:w="0" w:type="auto"/>
            <w:shd w:val="clear" w:color="auto" w:fill="E2F0D9"/>
          </w:tcPr>
          <w:p w14:paraId="5DCBE6BD" w14:textId="77777777" w:rsidR="0084102B" w:rsidRDefault="0084102B">
            <w:pPr>
              <w:jc w:val="center"/>
            </w:pPr>
            <w:r>
              <w:rPr>
                <w:b/>
              </w:rPr>
              <w:t>Установленная мощность</w:t>
            </w:r>
          </w:p>
        </w:tc>
        <w:tc>
          <w:tcPr>
            <w:tcW w:w="0" w:type="auto"/>
            <w:shd w:val="clear" w:color="auto" w:fill="E2F0D9"/>
          </w:tcPr>
          <w:p w14:paraId="725FCCB4" w14:textId="77777777" w:rsidR="0084102B" w:rsidRDefault="0084102B">
            <w:pPr>
              <w:jc w:val="center"/>
            </w:pPr>
            <w:r>
              <w:rPr>
                <w:b/>
              </w:rPr>
              <w:t>Крупнейший котёл</w:t>
            </w:r>
          </w:p>
        </w:tc>
        <w:tc>
          <w:tcPr>
            <w:tcW w:w="0" w:type="auto"/>
            <w:shd w:val="clear" w:color="auto" w:fill="E2F0D9"/>
          </w:tcPr>
          <w:p w14:paraId="603D12BE" w14:textId="77777777" w:rsidR="0084102B" w:rsidRDefault="0084102B">
            <w:pPr>
              <w:jc w:val="center"/>
            </w:pPr>
            <w:r>
              <w:rPr>
                <w:b/>
              </w:rPr>
              <w:t>Остаток при N−1</w:t>
            </w:r>
          </w:p>
        </w:tc>
        <w:tc>
          <w:tcPr>
            <w:tcW w:w="0" w:type="auto"/>
            <w:shd w:val="clear" w:color="auto" w:fill="E2F0D9"/>
          </w:tcPr>
          <w:p w14:paraId="2204FEE2" w14:textId="77777777" w:rsidR="0084102B" w:rsidRDefault="0084102B">
            <w:pPr>
              <w:jc w:val="center"/>
            </w:pPr>
            <w:r>
              <w:rPr>
                <w:b/>
              </w:rPr>
              <w:t>Полная максимальная нагрузка 2026</w:t>
            </w:r>
          </w:p>
        </w:tc>
        <w:tc>
          <w:tcPr>
            <w:tcW w:w="0" w:type="auto"/>
            <w:shd w:val="clear" w:color="auto" w:fill="E2F0D9"/>
          </w:tcPr>
          <w:p w14:paraId="34B2E13E" w14:textId="77777777" w:rsidR="0084102B" w:rsidRDefault="0084102B">
            <w:pPr>
              <w:jc w:val="center"/>
            </w:pPr>
            <w:r>
              <w:rPr>
                <w:b/>
              </w:rPr>
              <w:t>Полная максимальная нагрузка 2031 и 2036</w:t>
            </w:r>
          </w:p>
        </w:tc>
      </w:tr>
      <w:tr w:rsidR="000772B4" w14:paraId="1DAD046D" w14:textId="77777777">
        <w:trPr>
          <w:cantSplit/>
          <w:jc w:val="center"/>
        </w:trPr>
        <w:tc>
          <w:tcPr>
            <w:tcW w:w="0" w:type="auto"/>
          </w:tcPr>
          <w:p w14:paraId="0C4F6FFA" w14:textId="77777777" w:rsidR="0084102B" w:rsidRDefault="0084102B">
            <w:r>
              <w:t>УПК № 1 Таштагол</w:t>
            </w:r>
          </w:p>
        </w:tc>
        <w:tc>
          <w:tcPr>
            <w:tcW w:w="0" w:type="auto"/>
          </w:tcPr>
          <w:p w14:paraId="5E877BA5" w14:textId="77777777" w:rsidR="0084102B" w:rsidRDefault="0084102B">
            <w:pPr>
              <w:jc w:val="center"/>
            </w:pPr>
            <w:r>
              <w:t>150,00</w:t>
            </w:r>
          </w:p>
        </w:tc>
        <w:tc>
          <w:tcPr>
            <w:tcW w:w="0" w:type="auto"/>
          </w:tcPr>
          <w:p w14:paraId="0E9F6121" w14:textId="77777777" w:rsidR="0084102B" w:rsidRDefault="0084102B">
            <w:pPr>
              <w:jc w:val="center"/>
            </w:pPr>
            <w:r>
              <w:t>30,00</w:t>
            </w:r>
          </w:p>
        </w:tc>
        <w:tc>
          <w:tcPr>
            <w:tcW w:w="0" w:type="auto"/>
          </w:tcPr>
          <w:p w14:paraId="135DEFF4" w14:textId="77777777" w:rsidR="0084102B" w:rsidRDefault="0084102B">
            <w:pPr>
              <w:jc w:val="center"/>
            </w:pPr>
            <w:r>
              <w:t>120,00</w:t>
            </w:r>
          </w:p>
        </w:tc>
        <w:tc>
          <w:tcPr>
            <w:tcW w:w="0" w:type="auto"/>
          </w:tcPr>
          <w:p w14:paraId="15CB29A0" w14:textId="77777777" w:rsidR="0084102B" w:rsidRDefault="0084102B">
            <w:pPr>
              <w:jc w:val="center"/>
            </w:pPr>
            <w:r>
              <w:t>93,0532</w:t>
            </w:r>
          </w:p>
        </w:tc>
        <w:tc>
          <w:tcPr>
            <w:tcW w:w="0" w:type="auto"/>
          </w:tcPr>
          <w:p w14:paraId="2E08ABA1" w14:textId="77777777" w:rsidR="0084102B" w:rsidRDefault="0084102B">
            <w:pPr>
              <w:jc w:val="center"/>
            </w:pPr>
            <w:r>
              <w:t>93,2042</w:t>
            </w:r>
          </w:p>
        </w:tc>
      </w:tr>
      <w:tr w:rsidR="000772B4" w14:paraId="03E197A0" w14:textId="77777777">
        <w:trPr>
          <w:cantSplit/>
          <w:jc w:val="center"/>
        </w:trPr>
        <w:tc>
          <w:tcPr>
            <w:tcW w:w="0" w:type="auto"/>
          </w:tcPr>
          <w:p w14:paraId="118F8146" w14:textId="77777777" w:rsidR="0084102B" w:rsidRDefault="0084102B">
            <w:r>
              <w:t>УПК № 2 Шалым</w:t>
            </w:r>
          </w:p>
        </w:tc>
        <w:tc>
          <w:tcPr>
            <w:tcW w:w="0" w:type="auto"/>
          </w:tcPr>
          <w:p w14:paraId="495F0C55" w14:textId="77777777" w:rsidR="0084102B" w:rsidRDefault="0084102B">
            <w:pPr>
              <w:jc w:val="center"/>
            </w:pPr>
            <w:r>
              <w:t>17,00</w:t>
            </w:r>
          </w:p>
        </w:tc>
        <w:tc>
          <w:tcPr>
            <w:tcW w:w="0" w:type="auto"/>
          </w:tcPr>
          <w:p w14:paraId="5E68F1AB" w14:textId="77777777" w:rsidR="0084102B" w:rsidRDefault="0084102B">
            <w:pPr>
              <w:jc w:val="center"/>
            </w:pPr>
            <w:r>
              <w:t>6,50</w:t>
            </w:r>
          </w:p>
        </w:tc>
        <w:tc>
          <w:tcPr>
            <w:tcW w:w="0" w:type="auto"/>
          </w:tcPr>
          <w:p w14:paraId="7B0C1053" w14:textId="77777777" w:rsidR="0084102B" w:rsidRDefault="0084102B">
            <w:pPr>
              <w:jc w:val="center"/>
            </w:pPr>
            <w:r>
              <w:t>10,50</w:t>
            </w:r>
          </w:p>
        </w:tc>
        <w:tc>
          <w:tcPr>
            <w:tcW w:w="0" w:type="auto"/>
          </w:tcPr>
          <w:p w14:paraId="18DB2CE0" w14:textId="77777777" w:rsidR="0084102B" w:rsidRDefault="0084102B">
            <w:pPr>
              <w:jc w:val="center"/>
            </w:pPr>
            <w:r>
              <w:t>5,8602</w:t>
            </w:r>
          </w:p>
        </w:tc>
        <w:tc>
          <w:tcPr>
            <w:tcW w:w="0" w:type="auto"/>
          </w:tcPr>
          <w:p w14:paraId="2B55566F" w14:textId="77777777" w:rsidR="0084102B" w:rsidRDefault="0084102B">
            <w:pPr>
              <w:jc w:val="center"/>
            </w:pPr>
            <w:r>
              <w:t>5,8602</w:t>
            </w:r>
          </w:p>
        </w:tc>
      </w:tr>
      <w:tr w:rsidR="000772B4" w14:paraId="7ACBE57A" w14:textId="77777777">
        <w:trPr>
          <w:cantSplit/>
          <w:jc w:val="center"/>
        </w:trPr>
        <w:tc>
          <w:tcPr>
            <w:tcW w:w="0" w:type="auto"/>
          </w:tcPr>
          <w:p w14:paraId="00828A8E" w14:textId="77777777" w:rsidR="0084102B" w:rsidRDefault="0084102B">
            <w:r>
              <w:t>УПК № 2 ЦМК</w:t>
            </w:r>
          </w:p>
        </w:tc>
        <w:tc>
          <w:tcPr>
            <w:tcW w:w="0" w:type="auto"/>
          </w:tcPr>
          <w:p w14:paraId="2B0A0A42" w14:textId="77777777" w:rsidR="0084102B" w:rsidRDefault="0084102B">
            <w:pPr>
              <w:jc w:val="center"/>
            </w:pPr>
            <w:r>
              <w:t>10,20</w:t>
            </w:r>
          </w:p>
        </w:tc>
        <w:tc>
          <w:tcPr>
            <w:tcW w:w="0" w:type="auto"/>
          </w:tcPr>
          <w:p w14:paraId="3B3840F2" w14:textId="77777777" w:rsidR="0084102B" w:rsidRDefault="0084102B">
            <w:pPr>
              <w:jc w:val="center"/>
            </w:pPr>
            <w:r>
              <w:t>3,90</w:t>
            </w:r>
          </w:p>
        </w:tc>
        <w:tc>
          <w:tcPr>
            <w:tcW w:w="0" w:type="auto"/>
          </w:tcPr>
          <w:p w14:paraId="78206761" w14:textId="77777777" w:rsidR="0084102B" w:rsidRDefault="0084102B">
            <w:pPr>
              <w:jc w:val="center"/>
            </w:pPr>
            <w:r>
              <w:t>6,30</w:t>
            </w:r>
          </w:p>
        </w:tc>
        <w:tc>
          <w:tcPr>
            <w:tcW w:w="0" w:type="auto"/>
          </w:tcPr>
          <w:p w14:paraId="0E2AE622" w14:textId="77777777" w:rsidR="0084102B" w:rsidRDefault="0084102B">
            <w:pPr>
              <w:jc w:val="center"/>
            </w:pPr>
            <w:r>
              <w:t>3,7051</w:t>
            </w:r>
          </w:p>
        </w:tc>
        <w:tc>
          <w:tcPr>
            <w:tcW w:w="0" w:type="auto"/>
          </w:tcPr>
          <w:p w14:paraId="1ECB5D6D" w14:textId="77777777" w:rsidR="0084102B" w:rsidRDefault="0084102B">
            <w:pPr>
              <w:jc w:val="center"/>
            </w:pPr>
            <w:r>
              <w:t>4,2361</w:t>
            </w:r>
          </w:p>
        </w:tc>
      </w:tr>
      <w:tr w:rsidR="000772B4" w14:paraId="26DF5353" w14:textId="77777777">
        <w:trPr>
          <w:cantSplit/>
          <w:jc w:val="center"/>
        </w:trPr>
        <w:tc>
          <w:tcPr>
            <w:tcW w:w="0" w:type="auto"/>
          </w:tcPr>
          <w:p w14:paraId="7B2F7313" w14:textId="77777777" w:rsidR="0084102B" w:rsidRDefault="0084102B">
            <w:r>
              <w:t>УПК № 9 ГРЭ</w:t>
            </w:r>
          </w:p>
        </w:tc>
        <w:tc>
          <w:tcPr>
            <w:tcW w:w="0" w:type="auto"/>
          </w:tcPr>
          <w:p w14:paraId="665EA68C" w14:textId="77777777" w:rsidR="0084102B" w:rsidRDefault="0084102B">
            <w:pPr>
              <w:jc w:val="center"/>
            </w:pPr>
            <w:r>
              <w:t>4,50</w:t>
            </w:r>
          </w:p>
        </w:tc>
        <w:tc>
          <w:tcPr>
            <w:tcW w:w="0" w:type="auto"/>
          </w:tcPr>
          <w:p w14:paraId="5828326F" w14:textId="77777777" w:rsidR="0084102B" w:rsidRDefault="0084102B">
            <w:pPr>
              <w:jc w:val="center"/>
            </w:pPr>
            <w:r>
              <w:t>1,25</w:t>
            </w:r>
          </w:p>
        </w:tc>
        <w:tc>
          <w:tcPr>
            <w:tcW w:w="0" w:type="auto"/>
          </w:tcPr>
          <w:p w14:paraId="1923A38B" w14:textId="77777777" w:rsidR="0084102B" w:rsidRDefault="0084102B">
            <w:pPr>
              <w:jc w:val="center"/>
            </w:pPr>
            <w:r>
              <w:t>3,25</w:t>
            </w:r>
          </w:p>
        </w:tc>
        <w:tc>
          <w:tcPr>
            <w:tcW w:w="0" w:type="auto"/>
          </w:tcPr>
          <w:p w14:paraId="0745CF76" w14:textId="77777777" w:rsidR="0084102B" w:rsidRDefault="0084102B">
            <w:pPr>
              <w:jc w:val="center"/>
            </w:pPr>
            <w:r>
              <w:t>1,3330</w:t>
            </w:r>
          </w:p>
        </w:tc>
        <w:tc>
          <w:tcPr>
            <w:tcW w:w="0" w:type="auto"/>
          </w:tcPr>
          <w:p w14:paraId="1C348BAE" w14:textId="77777777" w:rsidR="0084102B" w:rsidRDefault="0084102B">
            <w:pPr>
              <w:jc w:val="center"/>
            </w:pPr>
            <w:r>
              <w:t>1,3330</w:t>
            </w:r>
          </w:p>
        </w:tc>
      </w:tr>
      <w:tr w:rsidR="000772B4" w14:paraId="55E724D9" w14:textId="77777777">
        <w:trPr>
          <w:cantSplit/>
          <w:jc w:val="center"/>
        </w:trPr>
        <w:tc>
          <w:tcPr>
            <w:tcW w:w="0" w:type="auto"/>
          </w:tcPr>
          <w:p w14:paraId="608C6B12" w14:textId="77777777" w:rsidR="0084102B" w:rsidRDefault="0084102B">
            <w:r>
              <w:t>УПК № 5 Новый Шерегеш</w:t>
            </w:r>
          </w:p>
        </w:tc>
        <w:tc>
          <w:tcPr>
            <w:tcW w:w="0" w:type="auto"/>
          </w:tcPr>
          <w:p w14:paraId="05F47C2A" w14:textId="77777777" w:rsidR="0084102B" w:rsidRDefault="0084102B">
            <w:pPr>
              <w:jc w:val="center"/>
            </w:pPr>
            <w:r>
              <w:t>114,00</w:t>
            </w:r>
          </w:p>
        </w:tc>
        <w:tc>
          <w:tcPr>
            <w:tcW w:w="0" w:type="auto"/>
          </w:tcPr>
          <w:p w14:paraId="0F4C1CF2" w14:textId="77777777" w:rsidR="0084102B" w:rsidRDefault="0084102B">
            <w:pPr>
              <w:jc w:val="center"/>
            </w:pPr>
            <w:r>
              <w:t>20,00</w:t>
            </w:r>
          </w:p>
        </w:tc>
        <w:tc>
          <w:tcPr>
            <w:tcW w:w="0" w:type="auto"/>
          </w:tcPr>
          <w:p w14:paraId="75FF208A" w14:textId="77777777" w:rsidR="0084102B" w:rsidRDefault="0084102B">
            <w:pPr>
              <w:jc w:val="center"/>
            </w:pPr>
            <w:r>
              <w:t>94,00</w:t>
            </w:r>
          </w:p>
        </w:tc>
        <w:tc>
          <w:tcPr>
            <w:tcW w:w="0" w:type="auto"/>
          </w:tcPr>
          <w:p w14:paraId="579049EA" w14:textId="77777777" w:rsidR="0084102B" w:rsidRDefault="0084102B">
            <w:pPr>
              <w:jc w:val="center"/>
            </w:pPr>
            <w:r>
              <w:t>68,6123</w:t>
            </w:r>
          </w:p>
        </w:tc>
        <w:tc>
          <w:tcPr>
            <w:tcW w:w="0" w:type="auto"/>
          </w:tcPr>
          <w:p w14:paraId="5570728B" w14:textId="77777777" w:rsidR="0084102B" w:rsidRDefault="0084102B">
            <w:pPr>
              <w:jc w:val="center"/>
            </w:pPr>
            <w:r>
              <w:t>114,4463</w:t>
            </w:r>
          </w:p>
        </w:tc>
      </w:tr>
      <w:tr w:rsidR="000772B4" w14:paraId="1EA1849F" w14:textId="77777777">
        <w:trPr>
          <w:cantSplit/>
          <w:jc w:val="center"/>
        </w:trPr>
        <w:tc>
          <w:tcPr>
            <w:tcW w:w="0" w:type="auto"/>
          </w:tcPr>
          <w:p w14:paraId="1F7D7752" w14:textId="77777777" w:rsidR="0084102B" w:rsidRDefault="0084102B">
            <w:r>
              <w:t>УПК № 6 Старый Шерегеш</w:t>
            </w:r>
          </w:p>
        </w:tc>
        <w:tc>
          <w:tcPr>
            <w:tcW w:w="0" w:type="auto"/>
          </w:tcPr>
          <w:p w14:paraId="2B573A24" w14:textId="77777777" w:rsidR="0084102B" w:rsidRDefault="0084102B">
            <w:pPr>
              <w:jc w:val="center"/>
            </w:pPr>
            <w:r>
              <w:t>24,00</w:t>
            </w:r>
          </w:p>
        </w:tc>
        <w:tc>
          <w:tcPr>
            <w:tcW w:w="0" w:type="auto"/>
          </w:tcPr>
          <w:p w14:paraId="4C5E3724" w14:textId="77777777" w:rsidR="0084102B" w:rsidRDefault="0084102B">
            <w:pPr>
              <w:jc w:val="center"/>
            </w:pPr>
            <w:r>
              <w:t>6,00</w:t>
            </w:r>
          </w:p>
        </w:tc>
        <w:tc>
          <w:tcPr>
            <w:tcW w:w="0" w:type="auto"/>
          </w:tcPr>
          <w:p w14:paraId="55764588" w14:textId="77777777" w:rsidR="0084102B" w:rsidRDefault="0084102B">
            <w:pPr>
              <w:jc w:val="center"/>
            </w:pPr>
            <w:r>
              <w:t>18,00</w:t>
            </w:r>
          </w:p>
        </w:tc>
        <w:tc>
          <w:tcPr>
            <w:tcW w:w="0" w:type="auto"/>
          </w:tcPr>
          <w:p w14:paraId="35564A00" w14:textId="77777777" w:rsidR="0084102B" w:rsidRDefault="0084102B">
            <w:pPr>
              <w:jc w:val="center"/>
            </w:pPr>
            <w:r>
              <w:t>4,6696</w:t>
            </w:r>
          </w:p>
        </w:tc>
        <w:tc>
          <w:tcPr>
            <w:tcW w:w="0" w:type="auto"/>
          </w:tcPr>
          <w:p w14:paraId="4A61A270" w14:textId="77777777" w:rsidR="0084102B" w:rsidRDefault="0084102B">
            <w:pPr>
              <w:jc w:val="center"/>
            </w:pPr>
            <w:r>
              <w:t>4,8196</w:t>
            </w:r>
          </w:p>
        </w:tc>
      </w:tr>
      <w:tr w:rsidR="000772B4" w14:paraId="2E006B11" w14:textId="77777777">
        <w:trPr>
          <w:cantSplit/>
          <w:jc w:val="center"/>
        </w:trPr>
        <w:tc>
          <w:tcPr>
            <w:tcW w:w="0" w:type="auto"/>
          </w:tcPr>
          <w:p w14:paraId="35698AC0" w14:textId="77777777" w:rsidR="0084102B" w:rsidRDefault="0084102B">
            <w:r>
              <w:t>УПК № 7 Каз</w:t>
            </w:r>
          </w:p>
        </w:tc>
        <w:tc>
          <w:tcPr>
            <w:tcW w:w="0" w:type="auto"/>
          </w:tcPr>
          <w:p w14:paraId="2CFCAA10" w14:textId="77777777" w:rsidR="0084102B" w:rsidRDefault="0084102B">
            <w:pPr>
              <w:jc w:val="center"/>
            </w:pPr>
            <w:r>
              <w:t>72,00</w:t>
            </w:r>
          </w:p>
        </w:tc>
        <w:tc>
          <w:tcPr>
            <w:tcW w:w="0" w:type="auto"/>
          </w:tcPr>
          <w:p w14:paraId="7414F822" w14:textId="77777777" w:rsidR="0084102B" w:rsidRDefault="0084102B">
            <w:pPr>
              <w:jc w:val="center"/>
            </w:pPr>
            <w:r>
              <w:t>20,00</w:t>
            </w:r>
          </w:p>
        </w:tc>
        <w:tc>
          <w:tcPr>
            <w:tcW w:w="0" w:type="auto"/>
          </w:tcPr>
          <w:p w14:paraId="638025C3" w14:textId="77777777" w:rsidR="0084102B" w:rsidRDefault="0084102B">
            <w:pPr>
              <w:jc w:val="center"/>
            </w:pPr>
            <w:r>
              <w:t>52,00</w:t>
            </w:r>
          </w:p>
        </w:tc>
        <w:tc>
          <w:tcPr>
            <w:tcW w:w="0" w:type="auto"/>
          </w:tcPr>
          <w:p w14:paraId="46359BF5" w14:textId="77777777" w:rsidR="0084102B" w:rsidRDefault="0084102B">
            <w:pPr>
              <w:jc w:val="center"/>
            </w:pPr>
            <w:r>
              <w:t>19,4397</w:t>
            </w:r>
          </w:p>
        </w:tc>
        <w:tc>
          <w:tcPr>
            <w:tcW w:w="0" w:type="auto"/>
          </w:tcPr>
          <w:p w14:paraId="11ACD1FC" w14:textId="77777777" w:rsidR="0084102B" w:rsidRDefault="0084102B">
            <w:pPr>
              <w:jc w:val="center"/>
            </w:pPr>
            <w:r>
              <w:t>19,5027</w:t>
            </w:r>
          </w:p>
        </w:tc>
      </w:tr>
      <w:tr w:rsidR="000772B4" w14:paraId="3C76C4F7" w14:textId="77777777">
        <w:trPr>
          <w:cantSplit/>
          <w:jc w:val="center"/>
        </w:trPr>
        <w:tc>
          <w:tcPr>
            <w:tcW w:w="0" w:type="auto"/>
          </w:tcPr>
          <w:p w14:paraId="61183FB1" w14:textId="77777777" w:rsidR="0084102B" w:rsidRDefault="0084102B">
            <w:r>
              <w:t>УПК № 8 Мундыбаш</w:t>
            </w:r>
          </w:p>
        </w:tc>
        <w:tc>
          <w:tcPr>
            <w:tcW w:w="0" w:type="auto"/>
          </w:tcPr>
          <w:p w14:paraId="7A50654E" w14:textId="77777777" w:rsidR="0084102B" w:rsidRDefault="0084102B">
            <w:pPr>
              <w:jc w:val="center"/>
            </w:pPr>
            <w:r>
              <w:t>36,00</w:t>
            </w:r>
          </w:p>
        </w:tc>
        <w:tc>
          <w:tcPr>
            <w:tcW w:w="0" w:type="auto"/>
          </w:tcPr>
          <w:p w14:paraId="794B52C6" w14:textId="77777777" w:rsidR="0084102B" w:rsidRDefault="0084102B">
            <w:pPr>
              <w:jc w:val="center"/>
            </w:pPr>
            <w:r>
              <w:t>12,00</w:t>
            </w:r>
          </w:p>
        </w:tc>
        <w:tc>
          <w:tcPr>
            <w:tcW w:w="0" w:type="auto"/>
          </w:tcPr>
          <w:p w14:paraId="59B3766E" w14:textId="77777777" w:rsidR="0084102B" w:rsidRDefault="0084102B">
            <w:pPr>
              <w:jc w:val="center"/>
            </w:pPr>
            <w:r>
              <w:t>24,00</w:t>
            </w:r>
          </w:p>
        </w:tc>
        <w:tc>
          <w:tcPr>
            <w:tcW w:w="0" w:type="auto"/>
          </w:tcPr>
          <w:p w14:paraId="54D34795" w14:textId="77777777" w:rsidR="0084102B" w:rsidRDefault="0084102B">
            <w:pPr>
              <w:jc w:val="center"/>
            </w:pPr>
            <w:r>
              <w:t>20,2475</w:t>
            </w:r>
          </w:p>
        </w:tc>
        <w:tc>
          <w:tcPr>
            <w:tcW w:w="0" w:type="auto"/>
          </w:tcPr>
          <w:p w14:paraId="486DEF01" w14:textId="77777777" w:rsidR="0084102B" w:rsidRDefault="0084102B">
            <w:pPr>
              <w:jc w:val="center"/>
            </w:pPr>
            <w:r>
              <w:t>20,2475</w:t>
            </w:r>
          </w:p>
        </w:tc>
      </w:tr>
      <w:tr w:rsidR="000772B4" w14:paraId="333A3548" w14:textId="77777777">
        <w:trPr>
          <w:cantSplit/>
          <w:jc w:val="center"/>
        </w:trPr>
        <w:tc>
          <w:tcPr>
            <w:tcW w:w="0" w:type="auto"/>
          </w:tcPr>
          <w:p w14:paraId="336F1C23" w14:textId="77777777" w:rsidR="0084102B" w:rsidRDefault="0084102B">
            <w:r>
              <w:t>УПК № 10 Темир-Тау</w:t>
            </w:r>
          </w:p>
        </w:tc>
        <w:tc>
          <w:tcPr>
            <w:tcW w:w="0" w:type="auto"/>
          </w:tcPr>
          <w:p w14:paraId="48972D7A" w14:textId="77777777" w:rsidR="0084102B" w:rsidRDefault="0084102B">
            <w:pPr>
              <w:jc w:val="center"/>
            </w:pPr>
            <w:r>
              <w:t>33,60</w:t>
            </w:r>
          </w:p>
        </w:tc>
        <w:tc>
          <w:tcPr>
            <w:tcW w:w="0" w:type="auto"/>
          </w:tcPr>
          <w:p w14:paraId="6AB87516" w14:textId="77777777" w:rsidR="0084102B" w:rsidRDefault="0084102B">
            <w:pPr>
              <w:jc w:val="center"/>
            </w:pPr>
            <w:r>
              <w:t>11,20</w:t>
            </w:r>
          </w:p>
        </w:tc>
        <w:tc>
          <w:tcPr>
            <w:tcW w:w="0" w:type="auto"/>
          </w:tcPr>
          <w:p w14:paraId="4170D00B" w14:textId="77777777" w:rsidR="0084102B" w:rsidRDefault="0084102B">
            <w:pPr>
              <w:jc w:val="center"/>
            </w:pPr>
            <w:r>
              <w:t>22,40</w:t>
            </w:r>
          </w:p>
        </w:tc>
        <w:tc>
          <w:tcPr>
            <w:tcW w:w="0" w:type="auto"/>
          </w:tcPr>
          <w:p w14:paraId="1FEA03EC" w14:textId="77777777" w:rsidR="0084102B" w:rsidRDefault="0084102B">
            <w:pPr>
              <w:jc w:val="center"/>
            </w:pPr>
            <w:r>
              <w:t>8,6985</w:t>
            </w:r>
          </w:p>
        </w:tc>
        <w:tc>
          <w:tcPr>
            <w:tcW w:w="0" w:type="auto"/>
          </w:tcPr>
          <w:p w14:paraId="6FA54AF9" w14:textId="77777777" w:rsidR="0084102B" w:rsidRDefault="0084102B">
            <w:pPr>
              <w:jc w:val="center"/>
            </w:pPr>
            <w:r>
              <w:t>8,6985</w:t>
            </w:r>
          </w:p>
        </w:tc>
      </w:tr>
      <w:tr w:rsidR="000772B4" w14:paraId="2226A0E4" w14:textId="77777777">
        <w:trPr>
          <w:cantSplit/>
          <w:jc w:val="center"/>
        </w:trPr>
        <w:tc>
          <w:tcPr>
            <w:tcW w:w="0" w:type="auto"/>
          </w:tcPr>
          <w:p w14:paraId="5B1AEAB0" w14:textId="77777777" w:rsidR="0084102B" w:rsidRDefault="0084102B">
            <w:r>
              <w:t>УПК № 3 Спасск</w:t>
            </w:r>
          </w:p>
        </w:tc>
        <w:tc>
          <w:tcPr>
            <w:tcW w:w="0" w:type="auto"/>
          </w:tcPr>
          <w:p w14:paraId="32AA527B" w14:textId="77777777" w:rsidR="0084102B" w:rsidRDefault="0084102B">
            <w:pPr>
              <w:jc w:val="center"/>
            </w:pPr>
            <w:r>
              <w:t>5,37</w:t>
            </w:r>
          </w:p>
        </w:tc>
        <w:tc>
          <w:tcPr>
            <w:tcW w:w="0" w:type="auto"/>
          </w:tcPr>
          <w:p w14:paraId="4B2B0BC7" w14:textId="77777777" w:rsidR="0084102B" w:rsidRDefault="0084102B">
            <w:pPr>
              <w:jc w:val="center"/>
            </w:pPr>
            <w:r>
              <w:t>1,25</w:t>
            </w:r>
          </w:p>
        </w:tc>
        <w:tc>
          <w:tcPr>
            <w:tcW w:w="0" w:type="auto"/>
          </w:tcPr>
          <w:p w14:paraId="4D6FBBFE" w14:textId="77777777" w:rsidR="0084102B" w:rsidRDefault="0084102B">
            <w:pPr>
              <w:jc w:val="center"/>
            </w:pPr>
            <w:r>
              <w:t>4,12</w:t>
            </w:r>
          </w:p>
        </w:tc>
        <w:tc>
          <w:tcPr>
            <w:tcW w:w="0" w:type="auto"/>
          </w:tcPr>
          <w:p w14:paraId="528BCBED" w14:textId="77777777" w:rsidR="0084102B" w:rsidRDefault="0084102B">
            <w:pPr>
              <w:jc w:val="center"/>
            </w:pPr>
            <w:r>
              <w:t>1,8761</w:t>
            </w:r>
          </w:p>
        </w:tc>
        <w:tc>
          <w:tcPr>
            <w:tcW w:w="0" w:type="auto"/>
          </w:tcPr>
          <w:p w14:paraId="581B15F8" w14:textId="77777777" w:rsidR="0084102B" w:rsidRDefault="0084102B">
            <w:pPr>
              <w:jc w:val="center"/>
            </w:pPr>
            <w:r>
              <w:t>1,8831</w:t>
            </w:r>
          </w:p>
        </w:tc>
      </w:tr>
    </w:tbl>
    <w:p w14:paraId="3EF6FD7B" w14:textId="77777777" w:rsidR="006C72FB" w:rsidRPr="00844B84" w:rsidRDefault="0084102B">
      <w:pPr>
        <w:rPr>
          <w:lang w:val="ru-RU"/>
        </w:rPr>
      </w:pPr>
      <w:r w:rsidRPr="00844B84">
        <w:rPr>
          <w:lang w:val="ru-RU"/>
        </w:rPr>
        <w:t>Отрицательный остаток означает, что при выводе крупнейшего котла оставшаяся мощность источника меньше полной максимальной нагрузки. Мероприятия по таким источникам утверждаются в составе мероприятий по повышению надёжности.</w:t>
      </w:r>
    </w:p>
    <w:p w14:paraId="2467296F" w14:textId="77777777" w:rsidR="003F3E41" w:rsidRPr="00844B84" w:rsidRDefault="00D935A2">
      <w:pPr>
        <w:pStyle w:val="21"/>
        <w:rPr>
          <w:lang w:val="ru-RU"/>
        </w:rPr>
      </w:pPr>
      <w:bookmarkStart w:id="58" w:name="_Toc238017257"/>
      <w:r w:rsidRPr="00844B84">
        <w:rPr>
          <w:lang w:val="ru-RU"/>
        </w:rPr>
        <w:t>5.4. Мероприятия и характеристики надёжности по объектам</w:t>
      </w:r>
      <w:bookmarkEnd w:id="58"/>
    </w:p>
    <w:p w14:paraId="24AD4152" w14:textId="77777777" w:rsidR="003F3E41" w:rsidRPr="00844B84" w:rsidRDefault="00D935A2">
      <w:pPr>
        <w:rPr>
          <w:lang w:val="ru-RU"/>
        </w:rPr>
      </w:pPr>
      <w:r w:rsidRPr="00844B84">
        <w:rPr>
          <w:lang w:val="ru-RU"/>
        </w:rPr>
        <w:t>По каждому источнику приведены утверждаемые мероприятия, их сроки, стоимостные характеристики и состояние обеспеченности резервами.</w:t>
      </w:r>
    </w:p>
    <w:p w14:paraId="25AFB0E5" w14:textId="77777777" w:rsidR="003F3E41" w:rsidRPr="00F815F9" w:rsidRDefault="00D935A2">
      <w:pPr>
        <w:pStyle w:val="31"/>
        <w:rPr>
          <w:sz w:val="28"/>
          <w:szCs w:val="28"/>
        </w:rPr>
      </w:pPr>
      <w:r w:rsidRPr="00F815F9">
        <w:rPr>
          <w:sz w:val="28"/>
          <w:szCs w:val="28"/>
        </w:rPr>
        <w:t>5.4.1. УПК № 1 «Таштагол»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27"/>
        <w:gridCol w:w="6262"/>
      </w:tblGrid>
      <w:tr w:rsidR="003F3E41" w14:paraId="7D32FC29" w14:textId="77777777">
        <w:trPr>
          <w:cantSplit/>
          <w:tblHeader/>
        </w:trPr>
        <w:tc>
          <w:tcPr>
            <w:tcW w:w="0" w:type="auto"/>
            <w:shd w:val="clear" w:color="auto" w:fill="E2F0D9"/>
          </w:tcPr>
          <w:p w14:paraId="60220D51" w14:textId="77777777" w:rsidR="003F3E41" w:rsidRDefault="00D935A2">
            <w:pPr>
              <w:jc w:val="center"/>
            </w:pPr>
            <w:r>
              <w:rPr>
                <w:b/>
              </w:rPr>
              <w:t>Позиция</w:t>
            </w:r>
          </w:p>
        </w:tc>
        <w:tc>
          <w:tcPr>
            <w:tcW w:w="0" w:type="auto"/>
            <w:shd w:val="clear" w:color="auto" w:fill="E2F0D9"/>
          </w:tcPr>
          <w:p w14:paraId="1565CB3F" w14:textId="77777777" w:rsidR="003F3E41" w:rsidRDefault="00D935A2">
            <w:pPr>
              <w:jc w:val="center"/>
            </w:pPr>
            <w:r>
              <w:rPr>
                <w:b/>
              </w:rPr>
              <w:t>Содержание</w:t>
            </w:r>
          </w:p>
        </w:tc>
      </w:tr>
      <w:tr w:rsidR="003F3E41" w:rsidRPr="004D1FEB" w14:paraId="0F21E768" w14:textId="77777777">
        <w:trPr>
          <w:cantSplit/>
        </w:trPr>
        <w:tc>
          <w:tcPr>
            <w:tcW w:w="0" w:type="auto"/>
            <w:shd w:val="clear" w:color="auto" w:fill="F2F2F2"/>
          </w:tcPr>
          <w:p w14:paraId="2800ADA7" w14:textId="77777777" w:rsidR="003F3E41" w:rsidRDefault="00D935A2">
            <w:r>
              <w:t>Основное мероприятие</w:t>
            </w:r>
          </w:p>
        </w:tc>
        <w:tc>
          <w:tcPr>
            <w:tcW w:w="0" w:type="auto"/>
            <w:shd w:val="clear" w:color="auto" w:fill="FFFFFF"/>
          </w:tcPr>
          <w:p w14:paraId="3D12A3C7" w14:textId="77777777" w:rsidR="003F3E41" w:rsidRPr="00844B84" w:rsidRDefault="00D935A2">
            <w:pPr>
              <w:rPr>
                <w:lang w:val="ru-RU"/>
              </w:rPr>
            </w:pPr>
            <w:r w:rsidRPr="00844B84">
              <w:rPr>
                <w:lang w:val="ru-RU"/>
              </w:rPr>
              <w:t>реконструкция котельной с переводом на природный газ</w:t>
            </w:r>
          </w:p>
        </w:tc>
      </w:tr>
      <w:tr w:rsidR="003F3E41" w14:paraId="244D16D3" w14:textId="77777777">
        <w:trPr>
          <w:cantSplit/>
        </w:trPr>
        <w:tc>
          <w:tcPr>
            <w:tcW w:w="0" w:type="auto"/>
            <w:shd w:val="clear" w:color="auto" w:fill="F2F2F2"/>
          </w:tcPr>
          <w:p w14:paraId="22B739A7" w14:textId="77777777" w:rsidR="003F3E41" w:rsidRDefault="00D935A2">
            <w:r>
              <w:t>Срок реализации</w:t>
            </w:r>
          </w:p>
        </w:tc>
        <w:tc>
          <w:tcPr>
            <w:tcW w:w="0" w:type="auto"/>
            <w:shd w:val="clear" w:color="auto" w:fill="FFFFFF"/>
          </w:tcPr>
          <w:p w14:paraId="6A2B9056" w14:textId="77777777" w:rsidR="003F3E41" w:rsidRDefault="00D935A2">
            <w:r>
              <w:t>2035</w:t>
            </w:r>
          </w:p>
        </w:tc>
      </w:tr>
      <w:tr w:rsidR="003F3E41" w14:paraId="2EF69F5F" w14:textId="77777777">
        <w:trPr>
          <w:cantSplit/>
        </w:trPr>
        <w:tc>
          <w:tcPr>
            <w:tcW w:w="0" w:type="auto"/>
            <w:shd w:val="clear" w:color="auto" w:fill="F2F2F2"/>
          </w:tcPr>
          <w:p w14:paraId="3C715F7D" w14:textId="77777777" w:rsidR="003F3E41" w:rsidRDefault="00D935A2">
            <w:r>
              <w:t>Вариант — установка новых котлоагрегатов</w:t>
            </w:r>
          </w:p>
        </w:tc>
        <w:tc>
          <w:tcPr>
            <w:tcW w:w="0" w:type="auto"/>
            <w:shd w:val="clear" w:color="auto" w:fill="FFFFFF"/>
          </w:tcPr>
          <w:p w14:paraId="64691925" w14:textId="77777777" w:rsidR="003F3E41" w:rsidRDefault="00D935A2">
            <w:r>
              <w:t>не рассматривался</w:t>
            </w:r>
          </w:p>
        </w:tc>
      </w:tr>
      <w:tr w:rsidR="003F3E41" w14:paraId="5A6CF360" w14:textId="77777777">
        <w:trPr>
          <w:cantSplit/>
        </w:trPr>
        <w:tc>
          <w:tcPr>
            <w:tcW w:w="0" w:type="auto"/>
            <w:shd w:val="clear" w:color="auto" w:fill="F2F2F2"/>
          </w:tcPr>
          <w:p w14:paraId="464CCDD0" w14:textId="77777777" w:rsidR="003F3E41" w:rsidRDefault="00D935A2">
            <w:r>
              <w:t>Вариант — перевод существующих котлоагрегатов</w:t>
            </w:r>
          </w:p>
        </w:tc>
        <w:tc>
          <w:tcPr>
            <w:tcW w:w="0" w:type="auto"/>
            <w:shd w:val="clear" w:color="auto" w:fill="FFFFFF"/>
          </w:tcPr>
          <w:p w14:paraId="0B807749" w14:textId="77777777" w:rsidR="003F3E41" w:rsidRDefault="00D935A2">
            <w:r>
              <w:t>382 000,0 тыс. руб.</w:t>
            </w:r>
          </w:p>
        </w:tc>
      </w:tr>
      <w:tr w:rsidR="003F3E41" w:rsidRPr="004D1FEB" w14:paraId="69C705BB" w14:textId="77777777">
        <w:trPr>
          <w:cantSplit/>
        </w:trPr>
        <w:tc>
          <w:tcPr>
            <w:tcW w:w="0" w:type="auto"/>
            <w:shd w:val="clear" w:color="auto" w:fill="F2F2F2"/>
          </w:tcPr>
          <w:p w14:paraId="20C18B22" w14:textId="77777777" w:rsidR="003F3E41" w:rsidRDefault="00D935A2">
            <w:r>
              <w:t>Вариант с меньшей стоимостью</w:t>
            </w:r>
          </w:p>
        </w:tc>
        <w:tc>
          <w:tcPr>
            <w:tcW w:w="0" w:type="auto"/>
            <w:shd w:val="clear" w:color="auto" w:fill="FFFFFF"/>
          </w:tcPr>
          <w:p w14:paraId="3C03685A" w14:textId="77777777" w:rsidR="003F3E41" w:rsidRPr="00844B84" w:rsidRDefault="00D935A2">
            <w:pPr>
              <w:rPr>
                <w:lang w:val="ru-RU"/>
              </w:rPr>
            </w:pPr>
            <w:r w:rsidRPr="00844B84">
              <w:rPr>
                <w:lang w:val="ru-RU"/>
              </w:rPr>
              <w:t>перевод существующих котлоагрегатов — 382000,0 тыс. руб.</w:t>
            </w:r>
          </w:p>
        </w:tc>
      </w:tr>
      <w:tr w:rsidR="003F3E41" w:rsidRPr="004D1FEB" w14:paraId="4A2B2929" w14:textId="77777777">
        <w:trPr>
          <w:cantSplit/>
        </w:trPr>
        <w:tc>
          <w:tcPr>
            <w:tcW w:w="0" w:type="auto"/>
            <w:shd w:val="clear" w:color="auto" w:fill="F2F2F2"/>
          </w:tcPr>
          <w:p w14:paraId="1333CA40" w14:textId="77777777" w:rsidR="003F3E41" w:rsidRDefault="00D935A2">
            <w:r>
              <w:t>Ценовой базис</w:t>
            </w:r>
          </w:p>
        </w:tc>
        <w:tc>
          <w:tcPr>
            <w:tcW w:w="0" w:type="auto"/>
            <w:shd w:val="clear" w:color="auto" w:fill="FFFFFF"/>
          </w:tcPr>
          <w:p w14:paraId="44E2C1A1" w14:textId="77777777" w:rsidR="003F3E41" w:rsidRPr="00844B84" w:rsidRDefault="00D935A2">
            <w:pPr>
              <w:rPr>
                <w:lang w:val="ru-RU"/>
              </w:rPr>
            </w:pPr>
            <w:r w:rsidRPr="00844B84">
              <w:rPr>
                <w:lang w:val="ru-RU"/>
              </w:rPr>
              <w:t>цены 2024 года, с налогом на добавленную стоимость</w:t>
            </w:r>
          </w:p>
        </w:tc>
      </w:tr>
      <w:tr w:rsidR="003F3E41" w:rsidRPr="004D1FEB" w14:paraId="2E6CE093" w14:textId="77777777">
        <w:trPr>
          <w:cantSplit/>
        </w:trPr>
        <w:tc>
          <w:tcPr>
            <w:tcW w:w="0" w:type="auto"/>
            <w:shd w:val="clear" w:color="auto" w:fill="F2F2F2"/>
          </w:tcPr>
          <w:p w14:paraId="74D6E468" w14:textId="77777777" w:rsidR="003F3E41" w:rsidRDefault="00D935A2">
            <w:r>
              <w:t>Состав технического перевооружения</w:t>
            </w:r>
          </w:p>
        </w:tc>
        <w:tc>
          <w:tcPr>
            <w:tcW w:w="0" w:type="auto"/>
            <w:shd w:val="clear" w:color="auto" w:fill="FFFFFF"/>
          </w:tcPr>
          <w:p w14:paraId="730553CD" w14:textId="77777777" w:rsidR="003F3E41" w:rsidRPr="00844B84" w:rsidRDefault="00D935A2">
            <w:pPr>
              <w:rPr>
                <w:lang w:val="ru-RU"/>
              </w:rPr>
            </w:pPr>
            <w:r w:rsidRPr="00844B84">
              <w:rPr>
                <w:lang w:val="ru-RU"/>
              </w:rPr>
              <w:t>определяется проектной документацией по источнику</w:t>
            </w:r>
          </w:p>
        </w:tc>
      </w:tr>
      <w:tr w:rsidR="003F3E41" w:rsidRPr="004D1FEB" w14:paraId="5A7DEE4D" w14:textId="77777777">
        <w:trPr>
          <w:cantSplit/>
        </w:trPr>
        <w:tc>
          <w:tcPr>
            <w:tcW w:w="0" w:type="auto"/>
            <w:shd w:val="clear" w:color="auto" w:fill="F2F2F2"/>
          </w:tcPr>
          <w:p w14:paraId="21F0400B" w14:textId="77777777" w:rsidR="003F3E41" w:rsidRDefault="00D935A2">
            <w:r>
              <w:t>Мероприятие по горячему водоснабжению</w:t>
            </w:r>
          </w:p>
        </w:tc>
        <w:tc>
          <w:tcPr>
            <w:tcW w:w="0" w:type="auto"/>
            <w:shd w:val="clear" w:color="auto" w:fill="FFFFFF"/>
          </w:tcPr>
          <w:p w14:paraId="18D5BB44" w14:textId="77777777" w:rsidR="003F3E41" w:rsidRPr="00844B84" w:rsidRDefault="00D935A2">
            <w:pPr>
              <w:rPr>
                <w:lang w:val="ru-RU"/>
              </w:rPr>
            </w:pPr>
            <w:r w:rsidRPr="00844B84">
              <w:rPr>
                <w:lang w:val="ru-RU"/>
              </w:rPr>
              <w:t>перевод на закрытую схему с реконструкцией тепловых пунктов потребителей</w:t>
            </w:r>
          </w:p>
        </w:tc>
      </w:tr>
      <w:tr w:rsidR="003F3E41" w14:paraId="4871B4E6" w14:textId="77777777">
        <w:trPr>
          <w:cantSplit/>
        </w:trPr>
        <w:tc>
          <w:tcPr>
            <w:tcW w:w="0" w:type="auto"/>
            <w:shd w:val="clear" w:color="auto" w:fill="F2F2F2"/>
          </w:tcPr>
          <w:p w14:paraId="2C2BEE91" w14:textId="77777777" w:rsidR="003F3E41" w:rsidRDefault="00D935A2">
            <w:r>
              <w:t>Срок перевода горячего водоснабжения</w:t>
            </w:r>
          </w:p>
        </w:tc>
        <w:tc>
          <w:tcPr>
            <w:tcW w:w="0" w:type="auto"/>
            <w:shd w:val="clear" w:color="auto" w:fill="FFFFFF"/>
          </w:tcPr>
          <w:p w14:paraId="2C6C0E6A" w14:textId="77777777" w:rsidR="003F3E41" w:rsidRDefault="00D935A2">
            <w:r>
              <w:t>2027–2036</w:t>
            </w:r>
          </w:p>
        </w:tc>
      </w:tr>
      <w:tr w:rsidR="003F3E41" w14:paraId="27EFBFA7" w14:textId="77777777">
        <w:trPr>
          <w:cantSplit/>
        </w:trPr>
        <w:tc>
          <w:tcPr>
            <w:tcW w:w="0" w:type="auto"/>
            <w:shd w:val="clear" w:color="auto" w:fill="F2F2F2"/>
          </w:tcPr>
          <w:p w14:paraId="4D35C4D4" w14:textId="77777777" w:rsidR="003F3E41" w:rsidRDefault="00D935A2">
            <w:r>
              <w:t>Стоимость перевода горячего водоснабжения</w:t>
            </w:r>
          </w:p>
        </w:tc>
        <w:tc>
          <w:tcPr>
            <w:tcW w:w="0" w:type="auto"/>
            <w:shd w:val="clear" w:color="auto" w:fill="FFFFFF"/>
          </w:tcPr>
          <w:p w14:paraId="22CCDAB9" w14:textId="77777777" w:rsidR="003F3E41" w:rsidRDefault="00D935A2">
            <w:r>
              <w:t>текущая стоимость подлежит определению</w:t>
            </w:r>
          </w:p>
        </w:tc>
      </w:tr>
      <w:tr w:rsidR="003F3E41" w:rsidRPr="004D1FEB" w14:paraId="7B3AE63B" w14:textId="77777777">
        <w:trPr>
          <w:cantSplit/>
        </w:trPr>
        <w:tc>
          <w:tcPr>
            <w:tcW w:w="0" w:type="auto"/>
            <w:shd w:val="clear" w:color="auto" w:fill="F2F2F2"/>
          </w:tcPr>
          <w:p w14:paraId="33983858" w14:textId="77777777" w:rsidR="003F3E41" w:rsidRDefault="00D935A2">
            <w:r>
              <w:t>Мероприятия по надёжности</w:t>
            </w:r>
          </w:p>
        </w:tc>
        <w:tc>
          <w:tcPr>
            <w:tcW w:w="0" w:type="auto"/>
            <w:shd w:val="clear" w:color="auto" w:fill="FFFFFF"/>
          </w:tcPr>
          <w:p w14:paraId="71B6572A" w14:textId="77777777" w:rsidR="003F3E41" w:rsidRPr="00844B84" w:rsidRDefault="00D935A2">
            <w:pPr>
              <w:rPr>
                <w:lang w:val="ru-RU"/>
              </w:rPr>
            </w:pPr>
            <w:r w:rsidRPr="00844B84">
              <w:rPr>
                <w:lang w:val="ru-RU"/>
              </w:rPr>
              <w:t>дополнительных мероприятий по надёжности не предусматривается</w:t>
            </w:r>
          </w:p>
        </w:tc>
      </w:tr>
      <w:tr w:rsidR="003F3E41" w14:paraId="33BFDB2B" w14:textId="77777777">
        <w:trPr>
          <w:cantSplit/>
        </w:trPr>
        <w:tc>
          <w:tcPr>
            <w:tcW w:w="0" w:type="auto"/>
            <w:shd w:val="clear" w:color="auto" w:fill="F2F2F2"/>
          </w:tcPr>
          <w:p w14:paraId="1D9F6EEE" w14:textId="77777777" w:rsidR="003F3E41" w:rsidRPr="00844B84" w:rsidRDefault="00D935A2">
            <w:pPr>
              <w:rPr>
                <w:lang w:val="ru-RU"/>
              </w:rPr>
            </w:pPr>
            <w:r w:rsidRPr="00844B84">
              <w:rPr>
                <w:lang w:val="ru-RU"/>
              </w:rPr>
              <w:t>Резерв тепловой мощности на расчётный срок</w:t>
            </w:r>
          </w:p>
        </w:tc>
        <w:tc>
          <w:tcPr>
            <w:tcW w:w="0" w:type="auto"/>
            <w:shd w:val="clear" w:color="auto" w:fill="FFFFFF"/>
          </w:tcPr>
          <w:p w14:paraId="086F5FEE" w14:textId="77777777" w:rsidR="003F3E41" w:rsidRDefault="00D935A2">
            <w:r>
              <w:t>56,7958 Гкал/ч</w:t>
            </w:r>
          </w:p>
        </w:tc>
      </w:tr>
      <w:tr w:rsidR="003F3E41" w14:paraId="688400AC" w14:textId="77777777">
        <w:trPr>
          <w:cantSplit/>
        </w:trPr>
        <w:tc>
          <w:tcPr>
            <w:tcW w:w="0" w:type="auto"/>
            <w:shd w:val="clear" w:color="auto" w:fill="F2F2F2"/>
          </w:tcPr>
          <w:p w14:paraId="6247D2D1" w14:textId="77777777" w:rsidR="003F3E41" w:rsidRPr="00844B84" w:rsidRDefault="00D935A2">
            <w:pPr>
              <w:rPr>
                <w:lang w:val="ru-RU"/>
              </w:rPr>
            </w:pPr>
            <w:r w:rsidRPr="00844B84">
              <w:rPr>
                <w:lang w:val="ru-RU"/>
              </w:rPr>
              <w:t>Резерв подпитки в нормальном режиме</w:t>
            </w:r>
          </w:p>
        </w:tc>
        <w:tc>
          <w:tcPr>
            <w:tcW w:w="0" w:type="auto"/>
            <w:shd w:val="clear" w:color="auto" w:fill="FFFFFF"/>
          </w:tcPr>
          <w:p w14:paraId="786F7FBA" w14:textId="77777777" w:rsidR="003F3E41" w:rsidRDefault="00D935A2">
            <w:r>
              <w:t>74,414 т/ч</w:t>
            </w:r>
          </w:p>
        </w:tc>
      </w:tr>
      <w:tr w:rsidR="003F3E41" w14:paraId="260B9DAF" w14:textId="77777777">
        <w:trPr>
          <w:cantSplit/>
        </w:trPr>
        <w:tc>
          <w:tcPr>
            <w:tcW w:w="0" w:type="auto"/>
            <w:shd w:val="clear" w:color="auto" w:fill="F2F2F2"/>
          </w:tcPr>
          <w:p w14:paraId="2B1ABB4D" w14:textId="77777777" w:rsidR="003F3E41" w:rsidRPr="00844B84" w:rsidRDefault="00D935A2">
            <w:pPr>
              <w:rPr>
                <w:lang w:val="ru-RU"/>
              </w:rPr>
            </w:pPr>
            <w:r w:rsidRPr="00844B84">
              <w:rPr>
                <w:lang w:val="ru-RU"/>
              </w:rPr>
              <w:t>Резерв подпитки в аварийном режиме</w:t>
            </w:r>
          </w:p>
        </w:tc>
        <w:tc>
          <w:tcPr>
            <w:tcW w:w="0" w:type="auto"/>
            <w:shd w:val="clear" w:color="auto" w:fill="FFFFFF"/>
          </w:tcPr>
          <w:p w14:paraId="3B903344" w14:textId="77777777" w:rsidR="003F3E41" w:rsidRDefault="00D935A2">
            <w:r>
              <w:t>65,00 т/ч</w:t>
            </w:r>
          </w:p>
        </w:tc>
      </w:tr>
      <w:tr w:rsidR="003F3E41" w14:paraId="2DF76C2A" w14:textId="77777777">
        <w:trPr>
          <w:cantSplit/>
        </w:trPr>
        <w:tc>
          <w:tcPr>
            <w:tcW w:w="0" w:type="auto"/>
            <w:shd w:val="clear" w:color="auto" w:fill="F2F2F2"/>
          </w:tcPr>
          <w:p w14:paraId="26ACFE38" w14:textId="77777777" w:rsidR="003F3E41" w:rsidRDefault="00D935A2">
            <w:r>
              <w:t>Запас топлива</w:t>
            </w:r>
          </w:p>
        </w:tc>
        <w:tc>
          <w:tcPr>
            <w:tcW w:w="0" w:type="auto"/>
            <w:shd w:val="clear" w:color="auto" w:fill="FFFFFF"/>
          </w:tcPr>
          <w:p w14:paraId="55A1744C" w14:textId="77777777" w:rsidR="003F3E41" w:rsidRDefault="00D935A2">
            <w:r>
              <w:t>нормативы создания запасов утверждены</w:t>
            </w:r>
          </w:p>
        </w:tc>
      </w:tr>
      <w:tr w:rsidR="003F3E41" w14:paraId="0D8DC7D8" w14:textId="77777777">
        <w:trPr>
          <w:cantSplit/>
        </w:trPr>
        <w:tc>
          <w:tcPr>
            <w:tcW w:w="0" w:type="auto"/>
            <w:shd w:val="clear" w:color="auto" w:fill="F2F2F2"/>
          </w:tcPr>
          <w:p w14:paraId="07FD57F6" w14:textId="77777777" w:rsidR="003F3E41" w:rsidRDefault="00D935A2">
            <w:r>
              <w:t>Резервное электроснабжение</w:t>
            </w:r>
          </w:p>
        </w:tc>
        <w:tc>
          <w:tcPr>
            <w:tcW w:w="0" w:type="auto"/>
            <w:shd w:val="clear" w:color="auto" w:fill="FFFFFF"/>
          </w:tcPr>
          <w:p w14:paraId="1D241D89" w14:textId="77777777" w:rsidR="003F3E41" w:rsidRDefault="00D935A2">
            <w:r>
              <w:t>сведения не раскрыты</w:t>
            </w:r>
          </w:p>
        </w:tc>
      </w:tr>
      <w:tr w:rsidR="003F3E41" w:rsidRPr="004D1FEB" w14:paraId="2D7F5291" w14:textId="77777777">
        <w:trPr>
          <w:cantSplit/>
        </w:trPr>
        <w:tc>
          <w:tcPr>
            <w:tcW w:w="0" w:type="auto"/>
            <w:shd w:val="clear" w:color="auto" w:fill="F2F2F2"/>
          </w:tcPr>
          <w:p w14:paraId="1338705B" w14:textId="77777777" w:rsidR="003F3E41" w:rsidRDefault="00D935A2">
            <w:r>
              <w:t>Источник финансирования</w:t>
            </w:r>
          </w:p>
        </w:tc>
        <w:tc>
          <w:tcPr>
            <w:tcW w:w="0" w:type="auto"/>
            <w:shd w:val="clear" w:color="auto" w:fill="FFFFFF"/>
          </w:tcPr>
          <w:p w14:paraId="773B0016" w14:textId="77777777" w:rsidR="003F3E41" w:rsidRPr="00844B84" w:rsidRDefault="00D935A2">
            <w:pPr>
              <w:rPr>
                <w:lang w:val="ru-RU"/>
              </w:rPr>
            </w:pPr>
            <w:r w:rsidRPr="00844B84">
              <w:rPr>
                <w:lang w:val="ru-RU"/>
              </w:rPr>
              <w:t>инвестиционная программа теплоснабжающей организации, решение не принято</w:t>
            </w:r>
          </w:p>
        </w:tc>
      </w:tr>
    </w:tbl>
    <w:p w14:paraId="088F40D9" w14:textId="77777777" w:rsidR="003F3E41" w:rsidRPr="00F815F9" w:rsidRDefault="00D935A2">
      <w:pPr>
        <w:pStyle w:val="31"/>
        <w:rPr>
          <w:sz w:val="28"/>
          <w:szCs w:val="28"/>
        </w:rPr>
      </w:pPr>
      <w:r w:rsidRPr="00F815F9">
        <w:rPr>
          <w:sz w:val="28"/>
          <w:szCs w:val="28"/>
        </w:rPr>
        <w:t>5.4.2. УПК № 2 «Шалым»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10"/>
        <w:gridCol w:w="6279"/>
      </w:tblGrid>
      <w:tr w:rsidR="003F3E41" w14:paraId="7F9123F4" w14:textId="77777777">
        <w:trPr>
          <w:cantSplit/>
          <w:tblHeader/>
        </w:trPr>
        <w:tc>
          <w:tcPr>
            <w:tcW w:w="0" w:type="auto"/>
            <w:shd w:val="clear" w:color="auto" w:fill="E2F0D9"/>
          </w:tcPr>
          <w:p w14:paraId="7AB772D6" w14:textId="77777777" w:rsidR="003F3E41" w:rsidRDefault="00D935A2">
            <w:pPr>
              <w:jc w:val="center"/>
            </w:pPr>
            <w:r>
              <w:rPr>
                <w:b/>
              </w:rPr>
              <w:t>Позиция</w:t>
            </w:r>
          </w:p>
        </w:tc>
        <w:tc>
          <w:tcPr>
            <w:tcW w:w="0" w:type="auto"/>
            <w:shd w:val="clear" w:color="auto" w:fill="E2F0D9"/>
          </w:tcPr>
          <w:p w14:paraId="6ABD69CF" w14:textId="77777777" w:rsidR="003F3E41" w:rsidRDefault="00D935A2">
            <w:pPr>
              <w:jc w:val="center"/>
            </w:pPr>
            <w:r>
              <w:rPr>
                <w:b/>
              </w:rPr>
              <w:t>Содержание</w:t>
            </w:r>
          </w:p>
        </w:tc>
      </w:tr>
      <w:tr w:rsidR="003F3E41" w:rsidRPr="004D1FEB" w14:paraId="6865963F" w14:textId="77777777">
        <w:trPr>
          <w:cantSplit/>
        </w:trPr>
        <w:tc>
          <w:tcPr>
            <w:tcW w:w="0" w:type="auto"/>
            <w:shd w:val="clear" w:color="auto" w:fill="F2F2F2"/>
          </w:tcPr>
          <w:p w14:paraId="7E1D4E35" w14:textId="77777777" w:rsidR="003F3E41" w:rsidRDefault="00D935A2">
            <w:r>
              <w:t>Основное мероприятие</w:t>
            </w:r>
          </w:p>
        </w:tc>
        <w:tc>
          <w:tcPr>
            <w:tcW w:w="0" w:type="auto"/>
            <w:shd w:val="clear" w:color="auto" w:fill="FFFFFF"/>
          </w:tcPr>
          <w:p w14:paraId="454E5026" w14:textId="77777777" w:rsidR="003F3E41" w:rsidRPr="00844B84" w:rsidRDefault="00D935A2">
            <w:pPr>
              <w:rPr>
                <w:lang w:val="ru-RU"/>
              </w:rPr>
            </w:pPr>
            <w:r w:rsidRPr="00844B84">
              <w:rPr>
                <w:lang w:val="ru-RU"/>
              </w:rPr>
              <w:t>реконструкция котельной с переводом на природный газ</w:t>
            </w:r>
          </w:p>
        </w:tc>
      </w:tr>
      <w:tr w:rsidR="003F3E41" w14:paraId="594A9F39" w14:textId="77777777">
        <w:trPr>
          <w:cantSplit/>
        </w:trPr>
        <w:tc>
          <w:tcPr>
            <w:tcW w:w="0" w:type="auto"/>
            <w:shd w:val="clear" w:color="auto" w:fill="F2F2F2"/>
          </w:tcPr>
          <w:p w14:paraId="1C41E3ED" w14:textId="77777777" w:rsidR="003F3E41" w:rsidRDefault="00D935A2">
            <w:r>
              <w:t>Срок реализации</w:t>
            </w:r>
          </w:p>
        </w:tc>
        <w:tc>
          <w:tcPr>
            <w:tcW w:w="0" w:type="auto"/>
            <w:shd w:val="clear" w:color="auto" w:fill="FFFFFF"/>
          </w:tcPr>
          <w:p w14:paraId="26D1CA4C" w14:textId="77777777" w:rsidR="003F3E41" w:rsidRDefault="00D935A2">
            <w:r>
              <w:t>2035</w:t>
            </w:r>
          </w:p>
        </w:tc>
      </w:tr>
      <w:tr w:rsidR="003F3E41" w14:paraId="2718403D" w14:textId="77777777">
        <w:trPr>
          <w:cantSplit/>
        </w:trPr>
        <w:tc>
          <w:tcPr>
            <w:tcW w:w="0" w:type="auto"/>
            <w:shd w:val="clear" w:color="auto" w:fill="F2F2F2"/>
          </w:tcPr>
          <w:p w14:paraId="1ECB30D7" w14:textId="77777777" w:rsidR="003F3E41" w:rsidRDefault="00D935A2">
            <w:r>
              <w:t>Вариант — установка новых котлоагрегатов</w:t>
            </w:r>
          </w:p>
        </w:tc>
        <w:tc>
          <w:tcPr>
            <w:tcW w:w="0" w:type="auto"/>
            <w:shd w:val="clear" w:color="auto" w:fill="FFFFFF"/>
          </w:tcPr>
          <w:p w14:paraId="741D677E" w14:textId="77777777" w:rsidR="003F3E41" w:rsidRDefault="00D935A2">
            <w:r>
              <w:t>59 289,0 тыс. руб.</w:t>
            </w:r>
          </w:p>
        </w:tc>
      </w:tr>
      <w:tr w:rsidR="003F3E41" w14:paraId="7D7133E6" w14:textId="77777777">
        <w:trPr>
          <w:cantSplit/>
        </w:trPr>
        <w:tc>
          <w:tcPr>
            <w:tcW w:w="0" w:type="auto"/>
            <w:shd w:val="clear" w:color="auto" w:fill="F2F2F2"/>
          </w:tcPr>
          <w:p w14:paraId="68653A8D" w14:textId="77777777" w:rsidR="003F3E41" w:rsidRDefault="00D935A2">
            <w:r>
              <w:t>Вариант — перевод существующих котлоагрегатов</w:t>
            </w:r>
          </w:p>
        </w:tc>
        <w:tc>
          <w:tcPr>
            <w:tcW w:w="0" w:type="auto"/>
            <w:shd w:val="clear" w:color="auto" w:fill="FFFFFF"/>
          </w:tcPr>
          <w:p w14:paraId="0E841DA0" w14:textId="77777777" w:rsidR="003F3E41" w:rsidRDefault="00D935A2">
            <w:r>
              <w:t>53 360,0 тыс. руб.</w:t>
            </w:r>
          </w:p>
        </w:tc>
      </w:tr>
      <w:tr w:rsidR="003F3E41" w:rsidRPr="004D1FEB" w14:paraId="7E44151F" w14:textId="77777777">
        <w:trPr>
          <w:cantSplit/>
        </w:trPr>
        <w:tc>
          <w:tcPr>
            <w:tcW w:w="0" w:type="auto"/>
            <w:shd w:val="clear" w:color="auto" w:fill="F2F2F2"/>
          </w:tcPr>
          <w:p w14:paraId="7AE10845" w14:textId="77777777" w:rsidR="003F3E41" w:rsidRDefault="00D935A2">
            <w:r>
              <w:t>Вариант с меньшей стоимостью</w:t>
            </w:r>
          </w:p>
        </w:tc>
        <w:tc>
          <w:tcPr>
            <w:tcW w:w="0" w:type="auto"/>
            <w:shd w:val="clear" w:color="auto" w:fill="FFFFFF"/>
          </w:tcPr>
          <w:p w14:paraId="260739E0" w14:textId="77777777" w:rsidR="003F3E41" w:rsidRPr="00844B84" w:rsidRDefault="00D935A2">
            <w:pPr>
              <w:rPr>
                <w:lang w:val="ru-RU"/>
              </w:rPr>
            </w:pPr>
            <w:r w:rsidRPr="00844B84">
              <w:rPr>
                <w:lang w:val="ru-RU"/>
              </w:rPr>
              <w:t>перевод существующих котлоагрегатов — 53360,0 тыс. руб.</w:t>
            </w:r>
          </w:p>
        </w:tc>
      </w:tr>
      <w:tr w:rsidR="003F3E41" w:rsidRPr="004D1FEB" w14:paraId="3FE93668" w14:textId="77777777">
        <w:trPr>
          <w:cantSplit/>
        </w:trPr>
        <w:tc>
          <w:tcPr>
            <w:tcW w:w="0" w:type="auto"/>
            <w:shd w:val="clear" w:color="auto" w:fill="F2F2F2"/>
          </w:tcPr>
          <w:p w14:paraId="14EB42CC" w14:textId="77777777" w:rsidR="003F3E41" w:rsidRDefault="00D935A2">
            <w:r>
              <w:t>Ценовой базис</w:t>
            </w:r>
          </w:p>
        </w:tc>
        <w:tc>
          <w:tcPr>
            <w:tcW w:w="0" w:type="auto"/>
            <w:shd w:val="clear" w:color="auto" w:fill="FFFFFF"/>
          </w:tcPr>
          <w:p w14:paraId="206E3B64" w14:textId="77777777" w:rsidR="003F3E41" w:rsidRPr="00844B84" w:rsidRDefault="00D935A2">
            <w:pPr>
              <w:rPr>
                <w:lang w:val="ru-RU"/>
              </w:rPr>
            </w:pPr>
            <w:r w:rsidRPr="00844B84">
              <w:rPr>
                <w:lang w:val="ru-RU"/>
              </w:rPr>
              <w:t>цены 2024 года, с налогом на добавленную стоимость</w:t>
            </w:r>
          </w:p>
        </w:tc>
      </w:tr>
      <w:tr w:rsidR="003F3E41" w:rsidRPr="004D1FEB" w14:paraId="507C757F" w14:textId="77777777">
        <w:trPr>
          <w:cantSplit/>
        </w:trPr>
        <w:tc>
          <w:tcPr>
            <w:tcW w:w="0" w:type="auto"/>
            <w:shd w:val="clear" w:color="auto" w:fill="F2F2F2"/>
          </w:tcPr>
          <w:p w14:paraId="70D90DC4" w14:textId="77777777" w:rsidR="003F3E41" w:rsidRDefault="00D935A2">
            <w:r>
              <w:t>Состав технического перевооружения</w:t>
            </w:r>
          </w:p>
        </w:tc>
        <w:tc>
          <w:tcPr>
            <w:tcW w:w="0" w:type="auto"/>
            <w:shd w:val="clear" w:color="auto" w:fill="FFFFFF"/>
          </w:tcPr>
          <w:p w14:paraId="51F21E2D" w14:textId="77777777" w:rsidR="003F3E41" w:rsidRPr="00844B84" w:rsidRDefault="00D935A2">
            <w:pPr>
              <w:rPr>
                <w:lang w:val="ru-RU"/>
              </w:rPr>
            </w:pPr>
            <w:r w:rsidRPr="00844B84">
              <w:rPr>
                <w:lang w:val="ru-RU"/>
              </w:rPr>
              <w:t>определяется проектной документацией по источнику</w:t>
            </w:r>
          </w:p>
        </w:tc>
      </w:tr>
      <w:tr w:rsidR="003F3E41" w:rsidRPr="004D1FEB" w14:paraId="6E2CDB04" w14:textId="77777777">
        <w:trPr>
          <w:cantSplit/>
        </w:trPr>
        <w:tc>
          <w:tcPr>
            <w:tcW w:w="0" w:type="auto"/>
            <w:shd w:val="clear" w:color="auto" w:fill="F2F2F2"/>
          </w:tcPr>
          <w:p w14:paraId="51B4581C" w14:textId="77777777" w:rsidR="003F3E41" w:rsidRDefault="00D935A2">
            <w:r>
              <w:t>Мероприятие по горячему водоснабжению</w:t>
            </w:r>
          </w:p>
        </w:tc>
        <w:tc>
          <w:tcPr>
            <w:tcW w:w="0" w:type="auto"/>
            <w:shd w:val="clear" w:color="auto" w:fill="FFFFFF"/>
          </w:tcPr>
          <w:p w14:paraId="0EA5153F" w14:textId="77777777" w:rsidR="003F3E41" w:rsidRPr="00844B84" w:rsidRDefault="00D935A2">
            <w:pPr>
              <w:rPr>
                <w:lang w:val="ru-RU"/>
              </w:rPr>
            </w:pPr>
            <w:r w:rsidRPr="00844B84">
              <w:rPr>
                <w:lang w:val="ru-RU"/>
              </w:rPr>
              <w:t>перевод на закрытую схему с реконструкцией тепловых пунктов потребителей</w:t>
            </w:r>
          </w:p>
        </w:tc>
      </w:tr>
      <w:tr w:rsidR="003F3E41" w14:paraId="380E28E3" w14:textId="77777777">
        <w:trPr>
          <w:cantSplit/>
        </w:trPr>
        <w:tc>
          <w:tcPr>
            <w:tcW w:w="0" w:type="auto"/>
            <w:shd w:val="clear" w:color="auto" w:fill="F2F2F2"/>
          </w:tcPr>
          <w:p w14:paraId="49DB0D15" w14:textId="77777777" w:rsidR="003F3E41" w:rsidRDefault="00D935A2">
            <w:r>
              <w:t>Срок перевода горячего водоснабжения</w:t>
            </w:r>
          </w:p>
        </w:tc>
        <w:tc>
          <w:tcPr>
            <w:tcW w:w="0" w:type="auto"/>
            <w:shd w:val="clear" w:color="auto" w:fill="FFFFFF"/>
          </w:tcPr>
          <w:p w14:paraId="7391B65E" w14:textId="77777777" w:rsidR="003F3E41" w:rsidRDefault="00D935A2">
            <w:r>
              <w:t>2027–2036</w:t>
            </w:r>
          </w:p>
        </w:tc>
      </w:tr>
      <w:tr w:rsidR="003F3E41" w14:paraId="4979761E" w14:textId="77777777">
        <w:trPr>
          <w:cantSplit/>
        </w:trPr>
        <w:tc>
          <w:tcPr>
            <w:tcW w:w="0" w:type="auto"/>
            <w:shd w:val="clear" w:color="auto" w:fill="F2F2F2"/>
          </w:tcPr>
          <w:p w14:paraId="1243664F" w14:textId="77777777" w:rsidR="003F3E41" w:rsidRDefault="00D935A2">
            <w:r>
              <w:t>Стоимость перевода горячего водоснабжения</w:t>
            </w:r>
          </w:p>
        </w:tc>
        <w:tc>
          <w:tcPr>
            <w:tcW w:w="0" w:type="auto"/>
            <w:shd w:val="clear" w:color="auto" w:fill="FFFFFF"/>
          </w:tcPr>
          <w:p w14:paraId="3EB89002" w14:textId="77777777" w:rsidR="003F3E41" w:rsidRDefault="00D935A2">
            <w:r>
              <w:t>текущая стоимость подлежит определению</w:t>
            </w:r>
          </w:p>
        </w:tc>
      </w:tr>
      <w:tr w:rsidR="003F3E41" w:rsidRPr="004D1FEB" w14:paraId="1BE6F338" w14:textId="77777777">
        <w:trPr>
          <w:cantSplit/>
        </w:trPr>
        <w:tc>
          <w:tcPr>
            <w:tcW w:w="0" w:type="auto"/>
            <w:shd w:val="clear" w:color="auto" w:fill="F2F2F2"/>
          </w:tcPr>
          <w:p w14:paraId="53B52B1F" w14:textId="77777777" w:rsidR="003F3E41" w:rsidRDefault="00D935A2">
            <w:r>
              <w:t>Мероприятия по надёжности</w:t>
            </w:r>
          </w:p>
        </w:tc>
        <w:tc>
          <w:tcPr>
            <w:tcW w:w="0" w:type="auto"/>
            <w:shd w:val="clear" w:color="auto" w:fill="FFFFFF"/>
          </w:tcPr>
          <w:p w14:paraId="68443660" w14:textId="77777777" w:rsidR="003F3E41" w:rsidRPr="00844B84" w:rsidRDefault="00D935A2">
            <w:pPr>
              <w:rPr>
                <w:lang w:val="ru-RU"/>
              </w:rPr>
            </w:pPr>
            <w:r w:rsidRPr="00844B84">
              <w:rPr>
                <w:lang w:val="ru-RU"/>
              </w:rPr>
              <w:t>подтверждение технологии и производительности водоподготовки</w:t>
            </w:r>
          </w:p>
        </w:tc>
      </w:tr>
      <w:tr w:rsidR="003F3E41" w14:paraId="4BDDEB7B" w14:textId="77777777">
        <w:trPr>
          <w:cantSplit/>
        </w:trPr>
        <w:tc>
          <w:tcPr>
            <w:tcW w:w="0" w:type="auto"/>
            <w:shd w:val="clear" w:color="auto" w:fill="F2F2F2"/>
          </w:tcPr>
          <w:p w14:paraId="060D65DE" w14:textId="77777777" w:rsidR="003F3E41" w:rsidRPr="00844B84" w:rsidRDefault="00D935A2">
            <w:pPr>
              <w:rPr>
                <w:lang w:val="ru-RU"/>
              </w:rPr>
            </w:pPr>
            <w:r w:rsidRPr="00844B84">
              <w:rPr>
                <w:lang w:val="ru-RU"/>
              </w:rPr>
              <w:t>Резерв тепловой мощности на расчётный срок</w:t>
            </w:r>
          </w:p>
        </w:tc>
        <w:tc>
          <w:tcPr>
            <w:tcW w:w="0" w:type="auto"/>
            <w:shd w:val="clear" w:color="auto" w:fill="FFFFFF"/>
          </w:tcPr>
          <w:p w14:paraId="4B09A3CE" w14:textId="77777777" w:rsidR="003F3E41" w:rsidRDefault="00D935A2">
            <w:r>
              <w:t>11,1398 Гкал/ч</w:t>
            </w:r>
          </w:p>
        </w:tc>
      </w:tr>
      <w:tr w:rsidR="003F3E41" w14:paraId="23A786A0" w14:textId="77777777">
        <w:trPr>
          <w:cantSplit/>
        </w:trPr>
        <w:tc>
          <w:tcPr>
            <w:tcW w:w="0" w:type="auto"/>
            <w:shd w:val="clear" w:color="auto" w:fill="F2F2F2"/>
          </w:tcPr>
          <w:p w14:paraId="1B9F98C4" w14:textId="77777777" w:rsidR="003F3E41" w:rsidRPr="00844B84" w:rsidRDefault="00D935A2">
            <w:pPr>
              <w:rPr>
                <w:lang w:val="ru-RU"/>
              </w:rPr>
            </w:pPr>
            <w:r w:rsidRPr="00844B84">
              <w:rPr>
                <w:lang w:val="ru-RU"/>
              </w:rPr>
              <w:t>Резерв подпитки в нормальном режиме</w:t>
            </w:r>
          </w:p>
        </w:tc>
        <w:tc>
          <w:tcPr>
            <w:tcW w:w="0" w:type="auto"/>
            <w:shd w:val="clear" w:color="auto" w:fill="FFFFFF"/>
          </w:tcPr>
          <w:p w14:paraId="54B44AD4" w14:textId="77777777" w:rsidR="003F3E41" w:rsidRDefault="00D935A2">
            <w:r>
              <w:t>−2,282 т/ч</w:t>
            </w:r>
          </w:p>
        </w:tc>
      </w:tr>
      <w:tr w:rsidR="003F3E41" w14:paraId="5B92F7A4" w14:textId="77777777">
        <w:trPr>
          <w:cantSplit/>
        </w:trPr>
        <w:tc>
          <w:tcPr>
            <w:tcW w:w="0" w:type="auto"/>
            <w:shd w:val="clear" w:color="auto" w:fill="F2F2F2"/>
          </w:tcPr>
          <w:p w14:paraId="6CE47945" w14:textId="77777777" w:rsidR="003F3E41" w:rsidRPr="00844B84" w:rsidRDefault="00D935A2">
            <w:pPr>
              <w:rPr>
                <w:lang w:val="ru-RU"/>
              </w:rPr>
            </w:pPr>
            <w:r w:rsidRPr="00844B84">
              <w:rPr>
                <w:lang w:val="ru-RU"/>
              </w:rPr>
              <w:t>Резерв подпитки в аварийном режиме</w:t>
            </w:r>
          </w:p>
        </w:tc>
        <w:tc>
          <w:tcPr>
            <w:tcW w:w="0" w:type="auto"/>
            <w:shd w:val="clear" w:color="auto" w:fill="FFFFFF"/>
          </w:tcPr>
          <w:p w14:paraId="140D4168" w14:textId="77777777" w:rsidR="003F3E41" w:rsidRDefault="00D935A2">
            <w:r>
              <w:t>−4,30 т/ч</w:t>
            </w:r>
          </w:p>
        </w:tc>
      </w:tr>
      <w:tr w:rsidR="003F3E41" w14:paraId="417DF9EE" w14:textId="77777777">
        <w:trPr>
          <w:cantSplit/>
        </w:trPr>
        <w:tc>
          <w:tcPr>
            <w:tcW w:w="0" w:type="auto"/>
            <w:shd w:val="clear" w:color="auto" w:fill="F2F2F2"/>
          </w:tcPr>
          <w:p w14:paraId="303325A5" w14:textId="77777777" w:rsidR="003F3E41" w:rsidRDefault="00D935A2">
            <w:r>
              <w:t>Запас топлива</w:t>
            </w:r>
          </w:p>
        </w:tc>
        <w:tc>
          <w:tcPr>
            <w:tcW w:w="0" w:type="auto"/>
            <w:shd w:val="clear" w:color="auto" w:fill="FFFFFF"/>
          </w:tcPr>
          <w:p w14:paraId="35380754" w14:textId="77777777" w:rsidR="003F3E41" w:rsidRDefault="00D935A2">
            <w:r>
              <w:t>нормативы создания запасов утверждены</w:t>
            </w:r>
          </w:p>
        </w:tc>
      </w:tr>
      <w:tr w:rsidR="003F3E41" w14:paraId="3B594887" w14:textId="77777777">
        <w:trPr>
          <w:cantSplit/>
        </w:trPr>
        <w:tc>
          <w:tcPr>
            <w:tcW w:w="0" w:type="auto"/>
            <w:shd w:val="clear" w:color="auto" w:fill="F2F2F2"/>
          </w:tcPr>
          <w:p w14:paraId="18EA0631" w14:textId="77777777" w:rsidR="003F3E41" w:rsidRDefault="00D935A2">
            <w:r>
              <w:t>Резервное электроснабжение</w:t>
            </w:r>
          </w:p>
        </w:tc>
        <w:tc>
          <w:tcPr>
            <w:tcW w:w="0" w:type="auto"/>
            <w:shd w:val="clear" w:color="auto" w:fill="FFFFFF"/>
          </w:tcPr>
          <w:p w14:paraId="64FC3A66" w14:textId="77777777" w:rsidR="003F3E41" w:rsidRDefault="00D935A2">
            <w:r>
              <w:t>сведения не раскрыты</w:t>
            </w:r>
          </w:p>
        </w:tc>
      </w:tr>
      <w:tr w:rsidR="003F3E41" w:rsidRPr="004D1FEB" w14:paraId="65174145" w14:textId="77777777">
        <w:trPr>
          <w:cantSplit/>
        </w:trPr>
        <w:tc>
          <w:tcPr>
            <w:tcW w:w="0" w:type="auto"/>
            <w:shd w:val="clear" w:color="auto" w:fill="F2F2F2"/>
          </w:tcPr>
          <w:p w14:paraId="6B4024FA" w14:textId="77777777" w:rsidR="003F3E41" w:rsidRDefault="00D935A2">
            <w:r>
              <w:t>Источник финансирования</w:t>
            </w:r>
          </w:p>
        </w:tc>
        <w:tc>
          <w:tcPr>
            <w:tcW w:w="0" w:type="auto"/>
            <w:shd w:val="clear" w:color="auto" w:fill="FFFFFF"/>
          </w:tcPr>
          <w:p w14:paraId="16D78508" w14:textId="77777777" w:rsidR="003F3E41" w:rsidRPr="00844B84" w:rsidRDefault="00D935A2">
            <w:pPr>
              <w:rPr>
                <w:lang w:val="ru-RU"/>
              </w:rPr>
            </w:pPr>
            <w:r w:rsidRPr="00844B84">
              <w:rPr>
                <w:lang w:val="ru-RU"/>
              </w:rPr>
              <w:t>инвестиционная программа теплоснабжающей организации, решение не принято</w:t>
            </w:r>
          </w:p>
        </w:tc>
      </w:tr>
    </w:tbl>
    <w:p w14:paraId="482FEB34" w14:textId="77777777" w:rsidR="003F3E41" w:rsidRPr="00F815F9" w:rsidRDefault="00D935A2">
      <w:pPr>
        <w:pStyle w:val="31"/>
        <w:rPr>
          <w:sz w:val="28"/>
          <w:szCs w:val="28"/>
        </w:rPr>
      </w:pPr>
      <w:r w:rsidRPr="00F815F9">
        <w:rPr>
          <w:sz w:val="28"/>
          <w:szCs w:val="28"/>
        </w:rPr>
        <w:t>5.4.3. УПК № 2 «ЦМК»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27"/>
        <w:gridCol w:w="6262"/>
      </w:tblGrid>
      <w:tr w:rsidR="003F3E41" w14:paraId="37C0006A" w14:textId="77777777">
        <w:trPr>
          <w:cantSplit/>
          <w:tblHeader/>
        </w:trPr>
        <w:tc>
          <w:tcPr>
            <w:tcW w:w="0" w:type="auto"/>
            <w:shd w:val="clear" w:color="auto" w:fill="E2F0D9"/>
          </w:tcPr>
          <w:p w14:paraId="715EFC62" w14:textId="77777777" w:rsidR="003F3E41" w:rsidRDefault="00D935A2">
            <w:pPr>
              <w:jc w:val="center"/>
            </w:pPr>
            <w:r>
              <w:rPr>
                <w:b/>
              </w:rPr>
              <w:t>Позиция</w:t>
            </w:r>
          </w:p>
        </w:tc>
        <w:tc>
          <w:tcPr>
            <w:tcW w:w="0" w:type="auto"/>
            <w:shd w:val="clear" w:color="auto" w:fill="E2F0D9"/>
          </w:tcPr>
          <w:p w14:paraId="64053B47" w14:textId="77777777" w:rsidR="003F3E41" w:rsidRDefault="00D935A2">
            <w:pPr>
              <w:jc w:val="center"/>
            </w:pPr>
            <w:r>
              <w:rPr>
                <w:b/>
              </w:rPr>
              <w:t>Содержание</w:t>
            </w:r>
          </w:p>
        </w:tc>
      </w:tr>
      <w:tr w:rsidR="003F3E41" w:rsidRPr="004D1FEB" w14:paraId="6604204B" w14:textId="77777777">
        <w:trPr>
          <w:cantSplit/>
        </w:trPr>
        <w:tc>
          <w:tcPr>
            <w:tcW w:w="0" w:type="auto"/>
            <w:shd w:val="clear" w:color="auto" w:fill="F2F2F2"/>
          </w:tcPr>
          <w:p w14:paraId="5BDCB261" w14:textId="77777777" w:rsidR="003F3E41" w:rsidRDefault="00D935A2">
            <w:r>
              <w:t>Основное мероприятие</w:t>
            </w:r>
          </w:p>
        </w:tc>
        <w:tc>
          <w:tcPr>
            <w:tcW w:w="0" w:type="auto"/>
            <w:shd w:val="clear" w:color="auto" w:fill="FFFFFF"/>
          </w:tcPr>
          <w:p w14:paraId="3CB42534" w14:textId="77777777" w:rsidR="003F3E41" w:rsidRPr="00844B84" w:rsidRDefault="00D935A2">
            <w:pPr>
              <w:rPr>
                <w:lang w:val="ru-RU"/>
              </w:rPr>
            </w:pPr>
            <w:r w:rsidRPr="00844B84">
              <w:rPr>
                <w:lang w:val="ru-RU"/>
              </w:rPr>
              <w:t>реконструкция котельной с переводом на природный газ</w:t>
            </w:r>
          </w:p>
        </w:tc>
      </w:tr>
      <w:tr w:rsidR="003F3E41" w14:paraId="0364ECD9" w14:textId="77777777">
        <w:trPr>
          <w:cantSplit/>
        </w:trPr>
        <w:tc>
          <w:tcPr>
            <w:tcW w:w="0" w:type="auto"/>
            <w:shd w:val="clear" w:color="auto" w:fill="F2F2F2"/>
          </w:tcPr>
          <w:p w14:paraId="4757C65F" w14:textId="77777777" w:rsidR="003F3E41" w:rsidRDefault="00D935A2">
            <w:r>
              <w:t>Срок реализации</w:t>
            </w:r>
          </w:p>
        </w:tc>
        <w:tc>
          <w:tcPr>
            <w:tcW w:w="0" w:type="auto"/>
            <w:shd w:val="clear" w:color="auto" w:fill="FFFFFF"/>
          </w:tcPr>
          <w:p w14:paraId="0D61FE49" w14:textId="77777777" w:rsidR="003F3E41" w:rsidRDefault="00D935A2">
            <w:r>
              <w:t>2035</w:t>
            </w:r>
          </w:p>
        </w:tc>
      </w:tr>
      <w:tr w:rsidR="003F3E41" w14:paraId="0C75ED4A" w14:textId="77777777">
        <w:trPr>
          <w:cantSplit/>
        </w:trPr>
        <w:tc>
          <w:tcPr>
            <w:tcW w:w="0" w:type="auto"/>
            <w:shd w:val="clear" w:color="auto" w:fill="F2F2F2"/>
          </w:tcPr>
          <w:p w14:paraId="51DEE865" w14:textId="77777777" w:rsidR="003F3E41" w:rsidRDefault="00D935A2">
            <w:r>
              <w:t>Вариант — установка новых котлоагрегатов</w:t>
            </w:r>
          </w:p>
        </w:tc>
        <w:tc>
          <w:tcPr>
            <w:tcW w:w="0" w:type="auto"/>
            <w:shd w:val="clear" w:color="auto" w:fill="FFFFFF"/>
          </w:tcPr>
          <w:p w14:paraId="6F8640EE" w14:textId="77777777" w:rsidR="003F3E41" w:rsidRDefault="00D935A2">
            <w:r>
              <w:t>29 644,0 тыс. руб.</w:t>
            </w:r>
          </w:p>
        </w:tc>
      </w:tr>
      <w:tr w:rsidR="003F3E41" w14:paraId="65E96BCC" w14:textId="77777777">
        <w:trPr>
          <w:cantSplit/>
        </w:trPr>
        <w:tc>
          <w:tcPr>
            <w:tcW w:w="0" w:type="auto"/>
            <w:shd w:val="clear" w:color="auto" w:fill="F2F2F2"/>
          </w:tcPr>
          <w:p w14:paraId="231CE90E" w14:textId="77777777" w:rsidR="003F3E41" w:rsidRDefault="00D935A2">
            <w:r>
              <w:t>Вариант — перевод существующих котлоагрегатов</w:t>
            </w:r>
          </w:p>
        </w:tc>
        <w:tc>
          <w:tcPr>
            <w:tcW w:w="0" w:type="auto"/>
            <w:shd w:val="clear" w:color="auto" w:fill="FFFFFF"/>
          </w:tcPr>
          <w:p w14:paraId="27258844" w14:textId="77777777" w:rsidR="003F3E41" w:rsidRDefault="00D935A2">
            <w:r>
              <w:t>26 680,0 тыс. руб.</w:t>
            </w:r>
          </w:p>
        </w:tc>
      </w:tr>
      <w:tr w:rsidR="003F3E41" w:rsidRPr="004D1FEB" w14:paraId="78F5DE10" w14:textId="77777777">
        <w:trPr>
          <w:cantSplit/>
        </w:trPr>
        <w:tc>
          <w:tcPr>
            <w:tcW w:w="0" w:type="auto"/>
            <w:shd w:val="clear" w:color="auto" w:fill="F2F2F2"/>
          </w:tcPr>
          <w:p w14:paraId="46D95BCF" w14:textId="77777777" w:rsidR="003F3E41" w:rsidRDefault="00D935A2">
            <w:r>
              <w:t>Вариант с меньшей стоимостью</w:t>
            </w:r>
          </w:p>
        </w:tc>
        <w:tc>
          <w:tcPr>
            <w:tcW w:w="0" w:type="auto"/>
            <w:shd w:val="clear" w:color="auto" w:fill="FFFFFF"/>
          </w:tcPr>
          <w:p w14:paraId="1BA3E0DA" w14:textId="77777777" w:rsidR="003F3E41" w:rsidRPr="00844B84" w:rsidRDefault="00D935A2">
            <w:pPr>
              <w:rPr>
                <w:lang w:val="ru-RU"/>
              </w:rPr>
            </w:pPr>
            <w:r w:rsidRPr="00844B84">
              <w:rPr>
                <w:lang w:val="ru-RU"/>
              </w:rPr>
              <w:t>перевод существующих котлоагрегатов — 26680,0 тыс. руб.</w:t>
            </w:r>
          </w:p>
        </w:tc>
      </w:tr>
      <w:tr w:rsidR="003F3E41" w:rsidRPr="004D1FEB" w14:paraId="4D9E79CA" w14:textId="77777777">
        <w:trPr>
          <w:cantSplit/>
        </w:trPr>
        <w:tc>
          <w:tcPr>
            <w:tcW w:w="0" w:type="auto"/>
            <w:shd w:val="clear" w:color="auto" w:fill="F2F2F2"/>
          </w:tcPr>
          <w:p w14:paraId="0B5507F9" w14:textId="77777777" w:rsidR="003F3E41" w:rsidRDefault="00D935A2">
            <w:r>
              <w:t>Ценовой базис</w:t>
            </w:r>
          </w:p>
        </w:tc>
        <w:tc>
          <w:tcPr>
            <w:tcW w:w="0" w:type="auto"/>
            <w:shd w:val="clear" w:color="auto" w:fill="FFFFFF"/>
          </w:tcPr>
          <w:p w14:paraId="581F8E2F" w14:textId="77777777" w:rsidR="003F3E41" w:rsidRPr="00844B84" w:rsidRDefault="00D935A2">
            <w:pPr>
              <w:rPr>
                <w:lang w:val="ru-RU"/>
              </w:rPr>
            </w:pPr>
            <w:r w:rsidRPr="00844B84">
              <w:rPr>
                <w:lang w:val="ru-RU"/>
              </w:rPr>
              <w:t>цены 2024 года, с налогом на добавленную стоимость</w:t>
            </w:r>
          </w:p>
        </w:tc>
      </w:tr>
      <w:tr w:rsidR="003F3E41" w:rsidRPr="004D1FEB" w14:paraId="3FB1BF21" w14:textId="77777777">
        <w:trPr>
          <w:cantSplit/>
        </w:trPr>
        <w:tc>
          <w:tcPr>
            <w:tcW w:w="0" w:type="auto"/>
            <w:shd w:val="clear" w:color="auto" w:fill="F2F2F2"/>
          </w:tcPr>
          <w:p w14:paraId="53B3169E" w14:textId="77777777" w:rsidR="003F3E41" w:rsidRDefault="00D935A2">
            <w:r>
              <w:t>Состав технического перевооружения</w:t>
            </w:r>
          </w:p>
        </w:tc>
        <w:tc>
          <w:tcPr>
            <w:tcW w:w="0" w:type="auto"/>
            <w:shd w:val="clear" w:color="auto" w:fill="FFFFFF"/>
          </w:tcPr>
          <w:p w14:paraId="18779C3E" w14:textId="77777777" w:rsidR="003F3E41" w:rsidRPr="00844B84" w:rsidRDefault="00D935A2">
            <w:pPr>
              <w:rPr>
                <w:lang w:val="ru-RU"/>
              </w:rPr>
            </w:pPr>
            <w:r w:rsidRPr="00844B84">
              <w:rPr>
                <w:lang w:val="ru-RU"/>
              </w:rPr>
              <w:t>определяется проектной документацией по источнику</w:t>
            </w:r>
          </w:p>
        </w:tc>
      </w:tr>
      <w:tr w:rsidR="003F3E41" w:rsidRPr="004D1FEB" w14:paraId="2185E6C8" w14:textId="77777777">
        <w:trPr>
          <w:cantSplit/>
        </w:trPr>
        <w:tc>
          <w:tcPr>
            <w:tcW w:w="0" w:type="auto"/>
            <w:shd w:val="clear" w:color="auto" w:fill="F2F2F2"/>
          </w:tcPr>
          <w:p w14:paraId="20FE2F34" w14:textId="77777777" w:rsidR="003F3E41" w:rsidRDefault="00D935A2">
            <w:r>
              <w:t>Мероприятие по горячему водоснабжению</w:t>
            </w:r>
          </w:p>
        </w:tc>
        <w:tc>
          <w:tcPr>
            <w:tcW w:w="0" w:type="auto"/>
            <w:shd w:val="clear" w:color="auto" w:fill="FFFFFF"/>
          </w:tcPr>
          <w:p w14:paraId="5265AC0A" w14:textId="77777777" w:rsidR="003F3E41" w:rsidRPr="00844B84" w:rsidRDefault="00D935A2">
            <w:pPr>
              <w:rPr>
                <w:lang w:val="ru-RU"/>
              </w:rPr>
            </w:pPr>
            <w:r w:rsidRPr="00844B84">
              <w:rPr>
                <w:lang w:val="ru-RU"/>
              </w:rPr>
              <w:t>перевод на закрытую схему с реконструкцией тепловых пунктов потребителей</w:t>
            </w:r>
          </w:p>
        </w:tc>
      </w:tr>
      <w:tr w:rsidR="003F3E41" w14:paraId="25284DCE" w14:textId="77777777">
        <w:trPr>
          <w:cantSplit/>
        </w:trPr>
        <w:tc>
          <w:tcPr>
            <w:tcW w:w="0" w:type="auto"/>
            <w:shd w:val="clear" w:color="auto" w:fill="F2F2F2"/>
          </w:tcPr>
          <w:p w14:paraId="28F356C2" w14:textId="77777777" w:rsidR="003F3E41" w:rsidRDefault="00D935A2">
            <w:r>
              <w:t>Срок перевода горячего водоснабжения</w:t>
            </w:r>
          </w:p>
        </w:tc>
        <w:tc>
          <w:tcPr>
            <w:tcW w:w="0" w:type="auto"/>
            <w:shd w:val="clear" w:color="auto" w:fill="FFFFFF"/>
          </w:tcPr>
          <w:p w14:paraId="1A540AA0" w14:textId="77777777" w:rsidR="003F3E41" w:rsidRDefault="00D935A2">
            <w:r>
              <w:t>2027–2036</w:t>
            </w:r>
          </w:p>
        </w:tc>
      </w:tr>
      <w:tr w:rsidR="003F3E41" w14:paraId="12ED94BF" w14:textId="77777777">
        <w:trPr>
          <w:cantSplit/>
        </w:trPr>
        <w:tc>
          <w:tcPr>
            <w:tcW w:w="0" w:type="auto"/>
            <w:shd w:val="clear" w:color="auto" w:fill="F2F2F2"/>
          </w:tcPr>
          <w:p w14:paraId="163D9BB9" w14:textId="77777777" w:rsidR="003F3E41" w:rsidRDefault="00D935A2">
            <w:r>
              <w:t>Стоимость перевода горячего водоснабжения</w:t>
            </w:r>
          </w:p>
        </w:tc>
        <w:tc>
          <w:tcPr>
            <w:tcW w:w="0" w:type="auto"/>
            <w:shd w:val="clear" w:color="auto" w:fill="FFFFFF"/>
          </w:tcPr>
          <w:p w14:paraId="548BD169" w14:textId="77777777" w:rsidR="003F3E41" w:rsidRDefault="00D935A2">
            <w:r>
              <w:t>текущая стоимость подлежит определению</w:t>
            </w:r>
          </w:p>
        </w:tc>
      </w:tr>
      <w:tr w:rsidR="003F3E41" w:rsidRPr="004D1FEB" w14:paraId="167FEA95" w14:textId="77777777">
        <w:trPr>
          <w:cantSplit/>
        </w:trPr>
        <w:tc>
          <w:tcPr>
            <w:tcW w:w="0" w:type="auto"/>
            <w:shd w:val="clear" w:color="auto" w:fill="F2F2F2"/>
          </w:tcPr>
          <w:p w14:paraId="3F701092" w14:textId="77777777" w:rsidR="003F3E41" w:rsidRDefault="00D935A2">
            <w:r>
              <w:t>Мероприятия по надёжности</w:t>
            </w:r>
          </w:p>
        </w:tc>
        <w:tc>
          <w:tcPr>
            <w:tcW w:w="0" w:type="auto"/>
            <w:shd w:val="clear" w:color="auto" w:fill="FFFFFF"/>
          </w:tcPr>
          <w:p w14:paraId="493878D2" w14:textId="77777777" w:rsidR="003F3E41" w:rsidRPr="00844B84" w:rsidRDefault="00D935A2">
            <w:pPr>
              <w:rPr>
                <w:lang w:val="ru-RU"/>
              </w:rPr>
            </w:pPr>
            <w:r w:rsidRPr="00844B84">
              <w:rPr>
                <w:lang w:val="ru-RU"/>
              </w:rPr>
              <w:t>дополнительных мероприятий по надёжности не предусматривается</w:t>
            </w:r>
          </w:p>
        </w:tc>
      </w:tr>
      <w:tr w:rsidR="003F3E41" w14:paraId="4E937776" w14:textId="77777777">
        <w:trPr>
          <w:cantSplit/>
        </w:trPr>
        <w:tc>
          <w:tcPr>
            <w:tcW w:w="0" w:type="auto"/>
            <w:shd w:val="clear" w:color="auto" w:fill="F2F2F2"/>
          </w:tcPr>
          <w:p w14:paraId="445704E2" w14:textId="77777777" w:rsidR="003F3E41" w:rsidRPr="00844B84" w:rsidRDefault="00D935A2">
            <w:pPr>
              <w:rPr>
                <w:lang w:val="ru-RU"/>
              </w:rPr>
            </w:pPr>
            <w:r w:rsidRPr="00844B84">
              <w:rPr>
                <w:lang w:val="ru-RU"/>
              </w:rPr>
              <w:t>Резерв тепловой мощности на расчётный срок</w:t>
            </w:r>
          </w:p>
        </w:tc>
        <w:tc>
          <w:tcPr>
            <w:tcW w:w="0" w:type="auto"/>
            <w:shd w:val="clear" w:color="auto" w:fill="FFFFFF"/>
          </w:tcPr>
          <w:p w14:paraId="59633920" w14:textId="77777777" w:rsidR="003F3E41" w:rsidRDefault="00D935A2">
            <w:r>
              <w:t>5,9639 Гкал/ч</w:t>
            </w:r>
          </w:p>
        </w:tc>
      </w:tr>
      <w:tr w:rsidR="003F3E41" w14:paraId="1E2D3666" w14:textId="77777777">
        <w:trPr>
          <w:cantSplit/>
        </w:trPr>
        <w:tc>
          <w:tcPr>
            <w:tcW w:w="0" w:type="auto"/>
            <w:shd w:val="clear" w:color="auto" w:fill="F2F2F2"/>
          </w:tcPr>
          <w:p w14:paraId="0A5AC6DB" w14:textId="77777777" w:rsidR="003F3E41" w:rsidRPr="00844B84" w:rsidRDefault="00D935A2">
            <w:pPr>
              <w:rPr>
                <w:lang w:val="ru-RU"/>
              </w:rPr>
            </w:pPr>
            <w:r w:rsidRPr="00844B84">
              <w:rPr>
                <w:lang w:val="ru-RU"/>
              </w:rPr>
              <w:t>Резерв подпитки в нормальном режиме</w:t>
            </w:r>
          </w:p>
        </w:tc>
        <w:tc>
          <w:tcPr>
            <w:tcW w:w="0" w:type="auto"/>
            <w:shd w:val="clear" w:color="auto" w:fill="FFFFFF"/>
          </w:tcPr>
          <w:p w14:paraId="578B82FE" w14:textId="77777777" w:rsidR="003F3E41" w:rsidRDefault="00D935A2">
            <w:r>
              <w:t>18,287 т/ч</w:t>
            </w:r>
          </w:p>
        </w:tc>
      </w:tr>
      <w:tr w:rsidR="003F3E41" w14:paraId="75E909A3" w14:textId="77777777">
        <w:trPr>
          <w:cantSplit/>
        </w:trPr>
        <w:tc>
          <w:tcPr>
            <w:tcW w:w="0" w:type="auto"/>
            <w:shd w:val="clear" w:color="auto" w:fill="F2F2F2"/>
          </w:tcPr>
          <w:p w14:paraId="478C9EA7" w14:textId="77777777" w:rsidR="003F3E41" w:rsidRPr="00844B84" w:rsidRDefault="00D935A2">
            <w:pPr>
              <w:rPr>
                <w:lang w:val="ru-RU"/>
              </w:rPr>
            </w:pPr>
            <w:r w:rsidRPr="00844B84">
              <w:rPr>
                <w:lang w:val="ru-RU"/>
              </w:rPr>
              <w:t>Резерв подпитки в аварийном режиме</w:t>
            </w:r>
          </w:p>
        </w:tc>
        <w:tc>
          <w:tcPr>
            <w:tcW w:w="0" w:type="auto"/>
            <w:shd w:val="clear" w:color="auto" w:fill="FFFFFF"/>
          </w:tcPr>
          <w:p w14:paraId="78AF3DF6" w14:textId="77777777" w:rsidR="003F3E41" w:rsidRDefault="00D935A2">
            <w:r>
              <w:t>18,60 т/ч</w:t>
            </w:r>
          </w:p>
        </w:tc>
      </w:tr>
      <w:tr w:rsidR="003F3E41" w14:paraId="7A6E24A2" w14:textId="77777777">
        <w:trPr>
          <w:cantSplit/>
        </w:trPr>
        <w:tc>
          <w:tcPr>
            <w:tcW w:w="0" w:type="auto"/>
            <w:shd w:val="clear" w:color="auto" w:fill="F2F2F2"/>
          </w:tcPr>
          <w:p w14:paraId="0823BB6A" w14:textId="77777777" w:rsidR="003F3E41" w:rsidRDefault="00D935A2">
            <w:r>
              <w:t>Запас топлива</w:t>
            </w:r>
          </w:p>
        </w:tc>
        <w:tc>
          <w:tcPr>
            <w:tcW w:w="0" w:type="auto"/>
            <w:shd w:val="clear" w:color="auto" w:fill="FFFFFF"/>
          </w:tcPr>
          <w:p w14:paraId="5DD97519" w14:textId="77777777" w:rsidR="003F3E41" w:rsidRDefault="00D935A2">
            <w:r>
              <w:t>нормативы создания запасов утверждены</w:t>
            </w:r>
          </w:p>
        </w:tc>
      </w:tr>
      <w:tr w:rsidR="003F3E41" w14:paraId="03BBCA28" w14:textId="77777777">
        <w:trPr>
          <w:cantSplit/>
        </w:trPr>
        <w:tc>
          <w:tcPr>
            <w:tcW w:w="0" w:type="auto"/>
            <w:shd w:val="clear" w:color="auto" w:fill="F2F2F2"/>
          </w:tcPr>
          <w:p w14:paraId="6E8051E9" w14:textId="77777777" w:rsidR="003F3E41" w:rsidRDefault="00D935A2">
            <w:r>
              <w:t>Резервное электроснабжение</w:t>
            </w:r>
          </w:p>
        </w:tc>
        <w:tc>
          <w:tcPr>
            <w:tcW w:w="0" w:type="auto"/>
            <w:shd w:val="clear" w:color="auto" w:fill="FFFFFF"/>
          </w:tcPr>
          <w:p w14:paraId="4BD3499C" w14:textId="77777777" w:rsidR="003F3E41" w:rsidRDefault="00D935A2">
            <w:r>
              <w:t>сведения не раскрыты</w:t>
            </w:r>
          </w:p>
        </w:tc>
      </w:tr>
      <w:tr w:rsidR="003F3E41" w:rsidRPr="004D1FEB" w14:paraId="67C3CDF3" w14:textId="77777777">
        <w:trPr>
          <w:cantSplit/>
        </w:trPr>
        <w:tc>
          <w:tcPr>
            <w:tcW w:w="0" w:type="auto"/>
            <w:shd w:val="clear" w:color="auto" w:fill="F2F2F2"/>
          </w:tcPr>
          <w:p w14:paraId="564703E5" w14:textId="77777777" w:rsidR="003F3E41" w:rsidRDefault="00D935A2">
            <w:r>
              <w:t>Источник финансирования</w:t>
            </w:r>
          </w:p>
        </w:tc>
        <w:tc>
          <w:tcPr>
            <w:tcW w:w="0" w:type="auto"/>
            <w:shd w:val="clear" w:color="auto" w:fill="FFFFFF"/>
          </w:tcPr>
          <w:p w14:paraId="7D6D5E33" w14:textId="77777777" w:rsidR="003F3E41" w:rsidRPr="00844B84" w:rsidRDefault="00D935A2">
            <w:pPr>
              <w:rPr>
                <w:lang w:val="ru-RU"/>
              </w:rPr>
            </w:pPr>
            <w:r w:rsidRPr="00844B84">
              <w:rPr>
                <w:lang w:val="ru-RU"/>
              </w:rPr>
              <w:t>инвестиционная программа теплоснабжающей организации, решение не принято</w:t>
            </w:r>
          </w:p>
        </w:tc>
      </w:tr>
    </w:tbl>
    <w:p w14:paraId="5DC0D431" w14:textId="77777777" w:rsidR="003F3E41" w:rsidRPr="00F815F9" w:rsidRDefault="00D935A2">
      <w:pPr>
        <w:pStyle w:val="31"/>
        <w:rPr>
          <w:sz w:val="28"/>
          <w:szCs w:val="28"/>
        </w:rPr>
      </w:pPr>
      <w:r w:rsidRPr="00F815F9">
        <w:rPr>
          <w:sz w:val="28"/>
          <w:szCs w:val="28"/>
        </w:rPr>
        <w:t>5.4.4. УПК № 9 «ГРЭ»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33"/>
        <w:gridCol w:w="6256"/>
      </w:tblGrid>
      <w:tr w:rsidR="003F3E41" w14:paraId="7E3ADBA2" w14:textId="77777777">
        <w:trPr>
          <w:cantSplit/>
          <w:tblHeader/>
        </w:trPr>
        <w:tc>
          <w:tcPr>
            <w:tcW w:w="0" w:type="auto"/>
            <w:shd w:val="clear" w:color="auto" w:fill="E2F0D9"/>
          </w:tcPr>
          <w:p w14:paraId="499951BD" w14:textId="77777777" w:rsidR="003F3E41" w:rsidRDefault="00D935A2">
            <w:pPr>
              <w:jc w:val="center"/>
            </w:pPr>
            <w:r>
              <w:rPr>
                <w:b/>
              </w:rPr>
              <w:t>Позиция</w:t>
            </w:r>
          </w:p>
        </w:tc>
        <w:tc>
          <w:tcPr>
            <w:tcW w:w="0" w:type="auto"/>
            <w:shd w:val="clear" w:color="auto" w:fill="E2F0D9"/>
          </w:tcPr>
          <w:p w14:paraId="19E195C1" w14:textId="77777777" w:rsidR="003F3E41" w:rsidRDefault="00D935A2">
            <w:pPr>
              <w:jc w:val="center"/>
            </w:pPr>
            <w:r>
              <w:rPr>
                <w:b/>
              </w:rPr>
              <w:t>Содержание</w:t>
            </w:r>
          </w:p>
        </w:tc>
      </w:tr>
      <w:tr w:rsidR="003F3E41" w:rsidRPr="004D1FEB" w14:paraId="2ADDEF9F" w14:textId="77777777">
        <w:trPr>
          <w:cantSplit/>
        </w:trPr>
        <w:tc>
          <w:tcPr>
            <w:tcW w:w="0" w:type="auto"/>
            <w:shd w:val="clear" w:color="auto" w:fill="F2F2F2"/>
          </w:tcPr>
          <w:p w14:paraId="3308E3D7" w14:textId="77777777" w:rsidR="003F3E41" w:rsidRDefault="00D935A2">
            <w:r>
              <w:t>Основное мероприятие</w:t>
            </w:r>
          </w:p>
        </w:tc>
        <w:tc>
          <w:tcPr>
            <w:tcW w:w="0" w:type="auto"/>
            <w:shd w:val="clear" w:color="auto" w:fill="FFFFFF"/>
          </w:tcPr>
          <w:p w14:paraId="77199109" w14:textId="77777777" w:rsidR="003F3E41" w:rsidRPr="00844B84" w:rsidRDefault="00D935A2">
            <w:pPr>
              <w:rPr>
                <w:lang w:val="ru-RU"/>
              </w:rPr>
            </w:pPr>
            <w:r w:rsidRPr="00844B84">
              <w:rPr>
                <w:lang w:val="ru-RU"/>
              </w:rPr>
              <w:t>реконструкция котельной с переводом на природный газ</w:t>
            </w:r>
          </w:p>
        </w:tc>
      </w:tr>
      <w:tr w:rsidR="003F3E41" w14:paraId="11EE29E7" w14:textId="77777777">
        <w:trPr>
          <w:cantSplit/>
        </w:trPr>
        <w:tc>
          <w:tcPr>
            <w:tcW w:w="0" w:type="auto"/>
            <w:shd w:val="clear" w:color="auto" w:fill="F2F2F2"/>
          </w:tcPr>
          <w:p w14:paraId="1F3E693A" w14:textId="77777777" w:rsidR="003F3E41" w:rsidRDefault="00D935A2">
            <w:r>
              <w:t>Срок реализации</w:t>
            </w:r>
          </w:p>
        </w:tc>
        <w:tc>
          <w:tcPr>
            <w:tcW w:w="0" w:type="auto"/>
            <w:shd w:val="clear" w:color="auto" w:fill="FFFFFF"/>
          </w:tcPr>
          <w:p w14:paraId="38578DF8" w14:textId="77777777" w:rsidR="003F3E41" w:rsidRDefault="00D935A2">
            <w:r>
              <w:t>2035</w:t>
            </w:r>
          </w:p>
        </w:tc>
      </w:tr>
      <w:tr w:rsidR="003F3E41" w14:paraId="76B490D6" w14:textId="77777777">
        <w:trPr>
          <w:cantSplit/>
        </w:trPr>
        <w:tc>
          <w:tcPr>
            <w:tcW w:w="0" w:type="auto"/>
            <w:shd w:val="clear" w:color="auto" w:fill="F2F2F2"/>
          </w:tcPr>
          <w:p w14:paraId="78CA4F57" w14:textId="77777777" w:rsidR="003F3E41" w:rsidRDefault="00D935A2">
            <w:r>
              <w:t>Вариант — установка новых котлоагрегатов</w:t>
            </w:r>
          </w:p>
        </w:tc>
        <w:tc>
          <w:tcPr>
            <w:tcW w:w="0" w:type="auto"/>
            <w:shd w:val="clear" w:color="auto" w:fill="FFFFFF"/>
          </w:tcPr>
          <w:p w14:paraId="0452C74D" w14:textId="77777777" w:rsidR="003F3E41" w:rsidRDefault="00D935A2">
            <w:r>
              <w:t>17 786,0 тыс. руб.</w:t>
            </w:r>
          </w:p>
        </w:tc>
      </w:tr>
      <w:tr w:rsidR="003F3E41" w14:paraId="7E7F944B" w14:textId="77777777">
        <w:trPr>
          <w:cantSplit/>
        </w:trPr>
        <w:tc>
          <w:tcPr>
            <w:tcW w:w="0" w:type="auto"/>
            <w:shd w:val="clear" w:color="auto" w:fill="F2F2F2"/>
          </w:tcPr>
          <w:p w14:paraId="082566F8" w14:textId="77777777" w:rsidR="003F3E41" w:rsidRDefault="00D935A2">
            <w:r>
              <w:t>Вариант — перевод существующих котлоагрегатов</w:t>
            </w:r>
          </w:p>
        </w:tc>
        <w:tc>
          <w:tcPr>
            <w:tcW w:w="0" w:type="auto"/>
            <w:shd w:val="clear" w:color="auto" w:fill="FFFFFF"/>
          </w:tcPr>
          <w:p w14:paraId="1DEBEA13" w14:textId="77777777" w:rsidR="003F3E41" w:rsidRDefault="00D935A2">
            <w:r>
              <w:t>не рассматривался</w:t>
            </w:r>
          </w:p>
        </w:tc>
      </w:tr>
      <w:tr w:rsidR="003F3E41" w:rsidRPr="004D1FEB" w14:paraId="60696B75" w14:textId="77777777">
        <w:trPr>
          <w:cantSplit/>
        </w:trPr>
        <w:tc>
          <w:tcPr>
            <w:tcW w:w="0" w:type="auto"/>
            <w:shd w:val="clear" w:color="auto" w:fill="F2F2F2"/>
          </w:tcPr>
          <w:p w14:paraId="7F6906B1" w14:textId="77777777" w:rsidR="003F3E41" w:rsidRDefault="00D935A2">
            <w:r>
              <w:t>Вариант с меньшей стоимостью</w:t>
            </w:r>
          </w:p>
        </w:tc>
        <w:tc>
          <w:tcPr>
            <w:tcW w:w="0" w:type="auto"/>
            <w:shd w:val="clear" w:color="auto" w:fill="FFFFFF"/>
          </w:tcPr>
          <w:p w14:paraId="7B32A178" w14:textId="77777777" w:rsidR="003F3E41" w:rsidRPr="00844B84" w:rsidRDefault="00D935A2">
            <w:pPr>
              <w:rPr>
                <w:lang w:val="ru-RU"/>
              </w:rPr>
            </w:pPr>
            <w:r w:rsidRPr="00844B84">
              <w:rPr>
                <w:lang w:val="ru-RU"/>
              </w:rPr>
              <w:t>установка новых котлоагрегатов — 17786,0 тыс. руб.</w:t>
            </w:r>
          </w:p>
        </w:tc>
      </w:tr>
      <w:tr w:rsidR="003F3E41" w:rsidRPr="004D1FEB" w14:paraId="61F69D62" w14:textId="77777777">
        <w:trPr>
          <w:cantSplit/>
        </w:trPr>
        <w:tc>
          <w:tcPr>
            <w:tcW w:w="0" w:type="auto"/>
            <w:shd w:val="clear" w:color="auto" w:fill="F2F2F2"/>
          </w:tcPr>
          <w:p w14:paraId="474C52E0" w14:textId="77777777" w:rsidR="003F3E41" w:rsidRDefault="00D935A2">
            <w:r>
              <w:t>Ценовой базис</w:t>
            </w:r>
          </w:p>
        </w:tc>
        <w:tc>
          <w:tcPr>
            <w:tcW w:w="0" w:type="auto"/>
            <w:shd w:val="clear" w:color="auto" w:fill="FFFFFF"/>
          </w:tcPr>
          <w:p w14:paraId="56144061" w14:textId="77777777" w:rsidR="003F3E41" w:rsidRPr="00844B84" w:rsidRDefault="00D935A2">
            <w:pPr>
              <w:rPr>
                <w:lang w:val="ru-RU"/>
              </w:rPr>
            </w:pPr>
            <w:r w:rsidRPr="00844B84">
              <w:rPr>
                <w:lang w:val="ru-RU"/>
              </w:rPr>
              <w:t>цены 2024 года, с налогом на добавленную стоимость</w:t>
            </w:r>
          </w:p>
        </w:tc>
      </w:tr>
      <w:tr w:rsidR="003F3E41" w:rsidRPr="004D1FEB" w14:paraId="4E3A3B94" w14:textId="77777777">
        <w:trPr>
          <w:cantSplit/>
        </w:trPr>
        <w:tc>
          <w:tcPr>
            <w:tcW w:w="0" w:type="auto"/>
            <w:shd w:val="clear" w:color="auto" w:fill="F2F2F2"/>
          </w:tcPr>
          <w:p w14:paraId="4D0091C4" w14:textId="77777777" w:rsidR="003F3E41" w:rsidRDefault="00D935A2">
            <w:r>
              <w:t>Состав технического перевооружения</w:t>
            </w:r>
          </w:p>
        </w:tc>
        <w:tc>
          <w:tcPr>
            <w:tcW w:w="0" w:type="auto"/>
            <w:shd w:val="clear" w:color="auto" w:fill="FFFFFF"/>
          </w:tcPr>
          <w:p w14:paraId="29E4EBE3" w14:textId="77777777" w:rsidR="003F3E41" w:rsidRPr="00844B84" w:rsidRDefault="00D935A2">
            <w:pPr>
              <w:rPr>
                <w:lang w:val="ru-RU"/>
              </w:rPr>
            </w:pPr>
            <w:r w:rsidRPr="00844B84">
              <w:rPr>
                <w:lang w:val="ru-RU"/>
              </w:rPr>
              <w:t>определяется проектной документацией по источнику</w:t>
            </w:r>
          </w:p>
        </w:tc>
      </w:tr>
      <w:tr w:rsidR="003F3E41" w:rsidRPr="004D1FEB" w14:paraId="40A42976" w14:textId="77777777">
        <w:trPr>
          <w:cantSplit/>
        </w:trPr>
        <w:tc>
          <w:tcPr>
            <w:tcW w:w="0" w:type="auto"/>
            <w:shd w:val="clear" w:color="auto" w:fill="F2F2F2"/>
          </w:tcPr>
          <w:p w14:paraId="2B0C8DFC" w14:textId="77777777" w:rsidR="003F3E41" w:rsidRDefault="00D935A2">
            <w:r>
              <w:t>Мероприятие по горячему водоснабжению</w:t>
            </w:r>
          </w:p>
        </w:tc>
        <w:tc>
          <w:tcPr>
            <w:tcW w:w="0" w:type="auto"/>
            <w:shd w:val="clear" w:color="auto" w:fill="FFFFFF"/>
          </w:tcPr>
          <w:p w14:paraId="1BAFC1A2" w14:textId="77777777" w:rsidR="003F3E41" w:rsidRPr="00844B84" w:rsidRDefault="00D935A2">
            <w:pPr>
              <w:rPr>
                <w:lang w:val="ru-RU"/>
              </w:rPr>
            </w:pPr>
            <w:r w:rsidRPr="00844B84">
              <w:rPr>
                <w:lang w:val="ru-RU"/>
              </w:rPr>
              <w:t>перевод на закрытую схему с реконструкцией тепловых пунктов потребителей</w:t>
            </w:r>
          </w:p>
        </w:tc>
      </w:tr>
      <w:tr w:rsidR="003F3E41" w14:paraId="13FB2163" w14:textId="77777777">
        <w:trPr>
          <w:cantSplit/>
        </w:trPr>
        <w:tc>
          <w:tcPr>
            <w:tcW w:w="0" w:type="auto"/>
            <w:shd w:val="clear" w:color="auto" w:fill="F2F2F2"/>
          </w:tcPr>
          <w:p w14:paraId="74D763E3" w14:textId="77777777" w:rsidR="003F3E41" w:rsidRDefault="00D935A2">
            <w:r>
              <w:t>Срок перевода горячего водоснабжения</w:t>
            </w:r>
          </w:p>
        </w:tc>
        <w:tc>
          <w:tcPr>
            <w:tcW w:w="0" w:type="auto"/>
            <w:shd w:val="clear" w:color="auto" w:fill="FFFFFF"/>
          </w:tcPr>
          <w:p w14:paraId="061FFB5F" w14:textId="77777777" w:rsidR="003F3E41" w:rsidRDefault="00D935A2">
            <w:r>
              <w:t>2027–2036</w:t>
            </w:r>
          </w:p>
        </w:tc>
      </w:tr>
      <w:tr w:rsidR="003F3E41" w14:paraId="3A5B8508" w14:textId="77777777">
        <w:trPr>
          <w:cantSplit/>
        </w:trPr>
        <w:tc>
          <w:tcPr>
            <w:tcW w:w="0" w:type="auto"/>
            <w:shd w:val="clear" w:color="auto" w:fill="F2F2F2"/>
          </w:tcPr>
          <w:p w14:paraId="243C9D72" w14:textId="77777777" w:rsidR="003F3E41" w:rsidRDefault="00D935A2">
            <w:r>
              <w:t>Стоимость перевода горячего водоснабжения</w:t>
            </w:r>
          </w:p>
        </w:tc>
        <w:tc>
          <w:tcPr>
            <w:tcW w:w="0" w:type="auto"/>
            <w:shd w:val="clear" w:color="auto" w:fill="FFFFFF"/>
          </w:tcPr>
          <w:p w14:paraId="4470E705" w14:textId="77777777" w:rsidR="003F3E41" w:rsidRDefault="00D935A2">
            <w:r>
              <w:t>текущая стоимость подлежит определению</w:t>
            </w:r>
          </w:p>
        </w:tc>
      </w:tr>
      <w:tr w:rsidR="003F3E41" w14:paraId="408FA3E5" w14:textId="77777777">
        <w:trPr>
          <w:cantSplit/>
        </w:trPr>
        <w:tc>
          <w:tcPr>
            <w:tcW w:w="0" w:type="auto"/>
            <w:shd w:val="clear" w:color="auto" w:fill="F2F2F2"/>
          </w:tcPr>
          <w:p w14:paraId="640B520E" w14:textId="77777777" w:rsidR="003F3E41" w:rsidRDefault="00D935A2">
            <w:r>
              <w:t>Мероприятия по надёжности</w:t>
            </w:r>
          </w:p>
        </w:tc>
        <w:tc>
          <w:tcPr>
            <w:tcW w:w="0" w:type="auto"/>
            <w:shd w:val="clear" w:color="auto" w:fill="FFFFFF"/>
          </w:tcPr>
          <w:p w14:paraId="2157CE3C" w14:textId="77777777" w:rsidR="003F3E41" w:rsidRDefault="00D935A2">
            <w:r>
              <w:t>обеспечение резервного электроснабжения источника</w:t>
            </w:r>
          </w:p>
        </w:tc>
      </w:tr>
      <w:tr w:rsidR="003F3E41" w14:paraId="6D3B3D6C" w14:textId="77777777">
        <w:trPr>
          <w:cantSplit/>
        </w:trPr>
        <w:tc>
          <w:tcPr>
            <w:tcW w:w="0" w:type="auto"/>
            <w:shd w:val="clear" w:color="auto" w:fill="F2F2F2"/>
          </w:tcPr>
          <w:p w14:paraId="618F68B3" w14:textId="77777777" w:rsidR="003F3E41" w:rsidRPr="00844B84" w:rsidRDefault="00D935A2">
            <w:pPr>
              <w:rPr>
                <w:lang w:val="ru-RU"/>
              </w:rPr>
            </w:pPr>
            <w:r w:rsidRPr="00844B84">
              <w:rPr>
                <w:lang w:val="ru-RU"/>
              </w:rPr>
              <w:t>Резерв тепловой мощности на расчётный срок</w:t>
            </w:r>
          </w:p>
        </w:tc>
        <w:tc>
          <w:tcPr>
            <w:tcW w:w="0" w:type="auto"/>
            <w:shd w:val="clear" w:color="auto" w:fill="FFFFFF"/>
          </w:tcPr>
          <w:p w14:paraId="55B07311" w14:textId="77777777" w:rsidR="003F3E41" w:rsidRDefault="00D935A2">
            <w:r>
              <w:t>3,1670 Гкал/ч</w:t>
            </w:r>
          </w:p>
        </w:tc>
      </w:tr>
      <w:tr w:rsidR="003F3E41" w14:paraId="5017B8F4" w14:textId="77777777">
        <w:trPr>
          <w:cantSplit/>
        </w:trPr>
        <w:tc>
          <w:tcPr>
            <w:tcW w:w="0" w:type="auto"/>
            <w:shd w:val="clear" w:color="auto" w:fill="F2F2F2"/>
          </w:tcPr>
          <w:p w14:paraId="14B047CE" w14:textId="77777777" w:rsidR="003F3E41" w:rsidRPr="00844B84" w:rsidRDefault="00D935A2">
            <w:pPr>
              <w:rPr>
                <w:lang w:val="ru-RU"/>
              </w:rPr>
            </w:pPr>
            <w:r w:rsidRPr="00844B84">
              <w:rPr>
                <w:lang w:val="ru-RU"/>
              </w:rPr>
              <w:t>Резерв подпитки в нормальном режиме</w:t>
            </w:r>
          </w:p>
        </w:tc>
        <w:tc>
          <w:tcPr>
            <w:tcW w:w="0" w:type="auto"/>
            <w:shd w:val="clear" w:color="auto" w:fill="FFFFFF"/>
          </w:tcPr>
          <w:p w14:paraId="49BF6F25" w14:textId="77777777" w:rsidR="003F3E41" w:rsidRDefault="00D935A2">
            <w:r>
              <w:t>0,000 т/ч</w:t>
            </w:r>
          </w:p>
        </w:tc>
      </w:tr>
      <w:tr w:rsidR="003F3E41" w14:paraId="4FA2E6D5" w14:textId="77777777">
        <w:trPr>
          <w:cantSplit/>
        </w:trPr>
        <w:tc>
          <w:tcPr>
            <w:tcW w:w="0" w:type="auto"/>
            <w:shd w:val="clear" w:color="auto" w:fill="F2F2F2"/>
          </w:tcPr>
          <w:p w14:paraId="391F52AA" w14:textId="77777777" w:rsidR="003F3E41" w:rsidRPr="00844B84" w:rsidRDefault="00D935A2">
            <w:pPr>
              <w:rPr>
                <w:lang w:val="ru-RU"/>
              </w:rPr>
            </w:pPr>
            <w:r w:rsidRPr="00844B84">
              <w:rPr>
                <w:lang w:val="ru-RU"/>
              </w:rPr>
              <w:t>Резерв подпитки в аварийном режиме</w:t>
            </w:r>
          </w:p>
        </w:tc>
        <w:tc>
          <w:tcPr>
            <w:tcW w:w="0" w:type="auto"/>
            <w:shd w:val="clear" w:color="auto" w:fill="FFFFFF"/>
          </w:tcPr>
          <w:p w14:paraId="01B31E6D" w14:textId="77777777" w:rsidR="003F3E41" w:rsidRDefault="00D935A2">
            <w:r>
              <w:t>−0,60 т/ч</w:t>
            </w:r>
          </w:p>
        </w:tc>
      </w:tr>
      <w:tr w:rsidR="003F3E41" w14:paraId="3873C0F7" w14:textId="77777777">
        <w:trPr>
          <w:cantSplit/>
        </w:trPr>
        <w:tc>
          <w:tcPr>
            <w:tcW w:w="0" w:type="auto"/>
            <w:shd w:val="clear" w:color="auto" w:fill="F2F2F2"/>
          </w:tcPr>
          <w:p w14:paraId="377E4BCE" w14:textId="77777777" w:rsidR="003F3E41" w:rsidRDefault="00D935A2">
            <w:r>
              <w:t>Запас топлива</w:t>
            </w:r>
          </w:p>
        </w:tc>
        <w:tc>
          <w:tcPr>
            <w:tcW w:w="0" w:type="auto"/>
            <w:shd w:val="clear" w:color="auto" w:fill="FFFFFF"/>
          </w:tcPr>
          <w:p w14:paraId="032EE0D3" w14:textId="77777777" w:rsidR="003F3E41" w:rsidRDefault="00D935A2">
            <w:r>
              <w:t>нормативы создания запасов утверждены</w:t>
            </w:r>
          </w:p>
        </w:tc>
      </w:tr>
      <w:tr w:rsidR="003F3E41" w14:paraId="4144FEB1" w14:textId="77777777">
        <w:trPr>
          <w:cantSplit/>
        </w:trPr>
        <w:tc>
          <w:tcPr>
            <w:tcW w:w="0" w:type="auto"/>
            <w:shd w:val="clear" w:color="auto" w:fill="F2F2F2"/>
          </w:tcPr>
          <w:p w14:paraId="4BBE940E" w14:textId="77777777" w:rsidR="003F3E41" w:rsidRDefault="00D935A2">
            <w:r>
              <w:t>Резервное электроснабжение</w:t>
            </w:r>
          </w:p>
        </w:tc>
        <w:tc>
          <w:tcPr>
            <w:tcW w:w="0" w:type="auto"/>
            <w:shd w:val="clear" w:color="auto" w:fill="FFFFFF"/>
          </w:tcPr>
          <w:p w14:paraId="6942C323" w14:textId="77777777" w:rsidR="003F3E41" w:rsidRDefault="00D935A2">
            <w:r>
              <w:t>не подтверждено</w:t>
            </w:r>
          </w:p>
        </w:tc>
      </w:tr>
      <w:tr w:rsidR="003F3E41" w:rsidRPr="004D1FEB" w14:paraId="2BEE2255" w14:textId="77777777">
        <w:trPr>
          <w:cantSplit/>
        </w:trPr>
        <w:tc>
          <w:tcPr>
            <w:tcW w:w="0" w:type="auto"/>
            <w:shd w:val="clear" w:color="auto" w:fill="F2F2F2"/>
          </w:tcPr>
          <w:p w14:paraId="0EEB9223" w14:textId="77777777" w:rsidR="003F3E41" w:rsidRDefault="00D935A2">
            <w:r>
              <w:t>Источник финансирования</w:t>
            </w:r>
          </w:p>
        </w:tc>
        <w:tc>
          <w:tcPr>
            <w:tcW w:w="0" w:type="auto"/>
            <w:shd w:val="clear" w:color="auto" w:fill="FFFFFF"/>
          </w:tcPr>
          <w:p w14:paraId="7E520747" w14:textId="77777777" w:rsidR="003F3E41" w:rsidRPr="00844B84" w:rsidRDefault="00D935A2">
            <w:pPr>
              <w:rPr>
                <w:lang w:val="ru-RU"/>
              </w:rPr>
            </w:pPr>
            <w:r w:rsidRPr="00844B84">
              <w:rPr>
                <w:lang w:val="ru-RU"/>
              </w:rPr>
              <w:t>инвестиционная программа теплоснабжающей организации, решение не принято</w:t>
            </w:r>
          </w:p>
        </w:tc>
      </w:tr>
    </w:tbl>
    <w:p w14:paraId="69A7F450" w14:textId="77777777" w:rsidR="003F3E41" w:rsidRPr="00F815F9" w:rsidRDefault="00D935A2">
      <w:pPr>
        <w:pStyle w:val="31"/>
        <w:rPr>
          <w:sz w:val="28"/>
          <w:szCs w:val="28"/>
        </w:rPr>
      </w:pPr>
      <w:r w:rsidRPr="00F815F9">
        <w:rPr>
          <w:sz w:val="28"/>
          <w:szCs w:val="28"/>
        </w:rPr>
        <w:t>5.4.5. УПК № 5 «Новый Шерегеш»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609"/>
        <w:gridCol w:w="6880"/>
      </w:tblGrid>
      <w:tr w:rsidR="003F3E41" w14:paraId="407BB900" w14:textId="77777777">
        <w:trPr>
          <w:cantSplit/>
          <w:tblHeader/>
        </w:trPr>
        <w:tc>
          <w:tcPr>
            <w:tcW w:w="0" w:type="auto"/>
            <w:shd w:val="clear" w:color="auto" w:fill="E2F0D9"/>
          </w:tcPr>
          <w:p w14:paraId="6B548E4E" w14:textId="77777777" w:rsidR="003F3E41" w:rsidRDefault="00D935A2">
            <w:pPr>
              <w:jc w:val="center"/>
            </w:pPr>
            <w:r>
              <w:rPr>
                <w:b/>
              </w:rPr>
              <w:t>Позиция</w:t>
            </w:r>
          </w:p>
        </w:tc>
        <w:tc>
          <w:tcPr>
            <w:tcW w:w="0" w:type="auto"/>
            <w:shd w:val="clear" w:color="auto" w:fill="E2F0D9"/>
          </w:tcPr>
          <w:p w14:paraId="25E44019" w14:textId="77777777" w:rsidR="003F3E41" w:rsidRDefault="00D935A2">
            <w:pPr>
              <w:jc w:val="center"/>
            </w:pPr>
            <w:r>
              <w:rPr>
                <w:b/>
              </w:rPr>
              <w:t>Содержание</w:t>
            </w:r>
          </w:p>
        </w:tc>
      </w:tr>
      <w:tr w:rsidR="003F3E41" w:rsidRPr="004D1FEB" w14:paraId="379761D5" w14:textId="77777777">
        <w:trPr>
          <w:cantSplit/>
        </w:trPr>
        <w:tc>
          <w:tcPr>
            <w:tcW w:w="0" w:type="auto"/>
            <w:shd w:val="clear" w:color="auto" w:fill="F2F2F2"/>
          </w:tcPr>
          <w:p w14:paraId="65751E7F" w14:textId="77777777" w:rsidR="003F3E41" w:rsidRDefault="00D935A2">
            <w:r>
              <w:t>Основное мероприятие</w:t>
            </w:r>
          </w:p>
        </w:tc>
        <w:tc>
          <w:tcPr>
            <w:tcW w:w="0" w:type="auto"/>
            <w:shd w:val="clear" w:color="auto" w:fill="FFFFFF"/>
          </w:tcPr>
          <w:p w14:paraId="591FE4BF" w14:textId="77777777" w:rsidR="003F3E41" w:rsidRPr="00844B84" w:rsidRDefault="00D935A2">
            <w:pPr>
              <w:rPr>
                <w:lang w:val="ru-RU"/>
              </w:rPr>
            </w:pPr>
            <w:r w:rsidRPr="00844B84">
              <w:rPr>
                <w:lang w:val="ru-RU"/>
              </w:rPr>
              <w:t>реконструкция котельной с переводом на природный газ</w:t>
            </w:r>
          </w:p>
        </w:tc>
      </w:tr>
      <w:tr w:rsidR="003F3E41" w14:paraId="0A3F357F" w14:textId="77777777">
        <w:trPr>
          <w:cantSplit/>
        </w:trPr>
        <w:tc>
          <w:tcPr>
            <w:tcW w:w="0" w:type="auto"/>
            <w:shd w:val="clear" w:color="auto" w:fill="F2F2F2"/>
          </w:tcPr>
          <w:p w14:paraId="4590F82D" w14:textId="77777777" w:rsidR="003F3E41" w:rsidRDefault="00D935A2">
            <w:r>
              <w:t>Срок реализации</w:t>
            </w:r>
          </w:p>
        </w:tc>
        <w:tc>
          <w:tcPr>
            <w:tcW w:w="0" w:type="auto"/>
            <w:shd w:val="clear" w:color="auto" w:fill="FFFFFF"/>
          </w:tcPr>
          <w:p w14:paraId="658DC158" w14:textId="77777777" w:rsidR="003F3E41" w:rsidRDefault="00D935A2">
            <w:r>
              <w:t>подлежит уточнению</w:t>
            </w:r>
          </w:p>
        </w:tc>
      </w:tr>
      <w:tr w:rsidR="003F3E41" w14:paraId="16C51D63" w14:textId="77777777">
        <w:trPr>
          <w:cantSplit/>
        </w:trPr>
        <w:tc>
          <w:tcPr>
            <w:tcW w:w="0" w:type="auto"/>
            <w:shd w:val="clear" w:color="auto" w:fill="F2F2F2"/>
          </w:tcPr>
          <w:p w14:paraId="35F40B86" w14:textId="77777777" w:rsidR="003F3E41" w:rsidRDefault="00D935A2">
            <w:r>
              <w:t>Вариант — установка новых котлоагрегатов</w:t>
            </w:r>
          </w:p>
        </w:tc>
        <w:tc>
          <w:tcPr>
            <w:tcW w:w="0" w:type="auto"/>
            <w:shd w:val="clear" w:color="auto" w:fill="FFFFFF"/>
          </w:tcPr>
          <w:p w14:paraId="6E6AEAF8" w14:textId="77777777" w:rsidR="003F3E41" w:rsidRDefault="00D935A2">
            <w:r>
              <w:t>652 186,0 тыс. руб.</w:t>
            </w:r>
          </w:p>
        </w:tc>
      </w:tr>
      <w:tr w:rsidR="003F3E41" w14:paraId="54F420BC" w14:textId="77777777">
        <w:trPr>
          <w:cantSplit/>
        </w:trPr>
        <w:tc>
          <w:tcPr>
            <w:tcW w:w="0" w:type="auto"/>
            <w:shd w:val="clear" w:color="auto" w:fill="F2F2F2"/>
          </w:tcPr>
          <w:p w14:paraId="23052B05" w14:textId="77777777" w:rsidR="003F3E41" w:rsidRDefault="00D935A2">
            <w:r>
              <w:t>Вариант — перевод существующих котлоагрегатов</w:t>
            </w:r>
          </w:p>
        </w:tc>
        <w:tc>
          <w:tcPr>
            <w:tcW w:w="0" w:type="auto"/>
            <w:shd w:val="clear" w:color="auto" w:fill="FFFFFF"/>
          </w:tcPr>
          <w:p w14:paraId="1850204E" w14:textId="77777777" w:rsidR="003F3E41" w:rsidRDefault="00D935A2">
            <w:r>
              <w:t>423 920,0 тыс. руб.</w:t>
            </w:r>
          </w:p>
        </w:tc>
      </w:tr>
      <w:tr w:rsidR="003F3E41" w:rsidRPr="004D1FEB" w14:paraId="7F6CBCED" w14:textId="77777777">
        <w:trPr>
          <w:cantSplit/>
        </w:trPr>
        <w:tc>
          <w:tcPr>
            <w:tcW w:w="0" w:type="auto"/>
            <w:shd w:val="clear" w:color="auto" w:fill="F2F2F2"/>
          </w:tcPr>
          <w:p w14:paraId="3498A251" w14:textId="77777777" w:rsidR="003F3E41" w:rsidRDefault="00D935A2">
            <w:r>
              <w:t>Вариант с меньшей стоимостью</w:t>
            </w:r>
          </w:p>
        </w:tc>
        <w:tc>
          <w:tcPr>
            <w:tcW w:w="0" w:type="auto"/>
            <w:shd w:val="clear" w:color="auto" w:fill="FFFFFF"/>
          </w:tcPr>
          <w:p w14:paraId="5E97C4FB" w14:textId="77777777" w:rsidR="003F3E41" w:rsidRPr="00844B84" w:rsidRDefault="00D935A2">
            <w:pPr>
              <w:rPr>
                <w:lang w:val="ru-RU"/>
              </w:rPr>
            </w:pPr>
            <w:r w:rsidRPr="00844B84">
              <w:rPr>
                <w:lang w:val="ru-RU"/>
              </w:rPr>
              <w:t>перевод существующих котлоагрегатов — 423920,0 тыс. руб.</w:t>
            </w:r>
          </w:p>
        </w:tc>
      </w:tr>
      <w:tr w:rsidR="003F3E41" w:rsidRPr="004D1FEB" w14:paraId="0B1D030D" w14:textId="77777777">
        <w:trPr>
          <w:cantSplit/>
        </w:trPr>
        <w:tc>
          <w:tcPr>
            <w:tcW w:w="0" w:type="auto"/>
            <w:shd w:val="clear" w:color="auto" w:fill="F2F2F2"/>
          </w:tcPr>
          <w:p w14:paraId="0998D7F2" w14:textId="77777777" w:rsidR="003F3E41" w:rsidRDefault="00D935A2">
            <w:r>
              <w:t>Ценовой базис</w:t>
            </w:r>
          </w:p>
        </w:tc>
        <w:tc>
          <w:tcPr>
            <w:tcW w:w="0" w:type="auto"/>
            <w:shd w:val="clear" w:color="auto" w:fill="FFFFFF"/>
          </w:tcPr>
          <w:p w14:paraId="47A11E87" w14:textId="77777777" w:rsidR="003F3E41" w:rsidRPr="00844B84" w:rsidRDefault="00D935A2">
            <w:pPr>
              <w:rPr>
                <w:lang w:val="ru-RU"/>
              </w:rPr>
            </w:pPr>
            <w:r w:rsidRPr="00844B84">
              <w:rPr>
                <w:lang w:val="ru-RU"/>
              </w:rPr>
              <w:t>цены 2024 года, с налогом на добавленную стоимость</w:t>
            </w:r>
          </w:p>
        </w:tc>
      </w:tr>
      <w:tr w:rsidR="003F3E41" w:rsidRPr="004D1FEB" w14:paraId="7982D843" w14:textId="77777777">
        <w:trPr>
          <w:cantSplit/>
        </w:trPr>
        <w:tc>
          <w:tcPr>
            <w:tcW w:w="0" w:type="auto"/>
            <w:shd w:val="clear" w:color="auto" w:fill="F2F2F2"/>
          </w:tcPr>
          <w:p w14:paraId="730AD3AD" w14:textId="77777777" w:rsidR="003F3E41" w:rsidRDefault="00D935A2">
            <w:r>
              <w:t>Состав технического перевооружения</w:t>
            </w:r>
          </w:p>
        </w:tc>
        <w:tc>
          <w:tcPr>
            <w:tcW w:w="0" w:type="auto"/>
            <w:shd w:val="clear" w:color="auto" w:fill="FFFFFF"/>
          </w:tcPr>
          <w:p w14:paraId="01677868" w14:textId="77777777" w:rsidR="003F3E41" w:rsidRPr="00844B84" w:rsidRDefault="00D935A2">
            <w:pPr>
              <w:rPr>
                <w:lang w:val="ru-RU"/>
              </w:rPr>
            </w:pPr>
            <w:r w:rsidRPr="00844B84">
              <w:rPr>
                <w:lang w:val="ru-RU"/>
              </w:rPr>
              <w:t>определяется проектной документацией по источнику</w:t>
            </w:r>
          </w:p>
        </w:tc>
      </w:tr>
      <w:tr w:rsidR="003F3E41" w:rsidRPr="004D1FEB" w14:paraId="2D1245A4" w14:textId="77777777">
        <w:trPr>
          <w:cantSplit/>
        </w:trPr>
        <w:tc>
          <w:tcPr>
            <w:tcW w:w="0" w:type="auto"/>
            <w:shd w:val="clear" w:color="auto" w:fill="F2F2F2"/>
          </w:tcPr>
          <w:p w14:paraId="2BAF822C" w14:textId="77777777" w:rsidR="003F3E41" w:rsidRDefault="00D935A2">
            <w:r>
              <w:t>Мероприятие по горячему водоснабжению</w:t>
            </w:r>
          </w:p>
        </w:tc>
        <w:tc>
          <w:tcPr>
            <w:tcW w:w="0" w:type="auto"/>
            <w:shd w:val="clear" w:color="auto" w:fill="FFFFFF"/>
          </w:tcPr>
          <w:p w14:paraId="07218C5B" w14:textId="77777777" w:rsidR="003F3E41" w:rsidRPr="00844B84" w:rsidRDefault="00D935A2">
            <w:pPr>
              <w:rPr>
                <w:lang w:val="ru-RU"/>
              </w:rPr>
            </w:pPr>
            <w:r w:rsidRPr="00844B84">
              <w:rPr>
                <w:lang w:val="ru-RU"/>
              </w:rPr>
              <w:t>перевод на закрытую схему с реконструкцией тепловых пунктов потребителей</w:t>
            </w:r>
          </w:p>
        </w:tc>
      </w:tr>
      <w:tr w:rsidR="003F3E41" w14:paraId="4AF223FB" w14:textId="77777777">
        <w:trPr>
          <w:cantSplit/>
        </w:trPr>
        <w:tc>
          <w:tcPr>
            <w:tcW w:w="0" w:type="auto"/>
            <w:shd w:val="clear" w:color="auto" w:fill="F2F2F2"/>
          </w:tcPr>
          <w:p w14:paraId="31068277" w14:textId="77777777" w:rsidR="003F3E41" w:rsidRDefault="00D935A2">
            <w:r>
              <w:t>Срок перевода горячего водоснабжения</w:t>
            </w:r>
          </w:p>
        </w:tc>
        <w:tc>
          <w:tcPr>
            <w:tcW w:w="0" w:type="auto"/>
            <w:shd w:val="clear" w:color="auto" w:fill="FFFFFF"/>
          </w:tcPr>
          <w:p w14:paraId="61C7D98F" w14:textId="77777777" w:rsidR="003F3E41" w:rsidRDefault="00D935A2">
            <w:r>
              <w:t>2027–2036</w:t>
            </w:r>
          </w:p>
        </w:tc>
      </w:tr>
      <w:tr w:rsidR="003F3E41" w14:paraId="6281AF02" w14:textId="77777777">
        <w:trPr>
          <w:cantSplit/>
        </w:trPr>
        <w:tc>
          <w:tcPr>
            <w:tcW w:w="0" w:type="auto"/>
            <w:shd w:val="clear" w:color="auto" w:fill="F2F2F2"/>
          </w:tcPr>
          <w:p w14:paraId="465B36A4" w14:textId="77777777" w:rsidR="003F3E41" w:rsidRDefault="00D935A2">
            <w:r>
              <w:t>Стоимость перевода горячего водоснабжения</w:t>
            </w:r>
          </w:p>
        </w:tc>
        <w:tc>
          <w:tcPr>
            <w:tcW w:w="0" w:type="auto"/>
            <w:shd w:val="clear" w:color="auto" w:fill="FFFFFF"/>
          </w:tcPr>
          <w:p w14:paraId="344BFEFB" w14:textId="77777777" w:rsidR="003F3E41" w:rsidRDefault="00D935A2">
            <w:r>
              <w:t>текущая стоимость подлежит определению</w:t>
            </w:r>
          </w:p>
        </w:tc>
      </w:tr>
      <w:tr w:rsidR="003F3E41" w:rsidRPr="004D1FEB" w14:paraId="499606CD" w14:textId="77777777">
        <w:trPr>
          <w:cantSplit/>
        </w:trPr>
        <w:tc>
          <w:tcPr>
            <w:tcW w:w="0" w:type="auto"/>
            <w:shd w:val="clear" w:color="auto" w:fill="F2F2F2"/>
          </w:tcPr>
          <w:p w14:paraId="2423D90A" w14:textId="77777777" w:rsidR="003F3E41" w:rsidRDefault="00D935A2">
            <w:r>
              <w:t>Мероприятия по надёжности</w:t>
            </w:r>
          </w:p>
        </w:tc>
        <w:tc>
          <w:tcPr>
            <w:tcW w:w="0" w:type="auto"/>
            <w:shd w:val="clear" w:color="auto" w:fill="FFFFFF"/>
          </w:tcPr>
          <w:p w14:paraId="0E4A0B09" w14:textId="77777777" w:rsidR="003F3E41" w:rsidRPr="00844B84" w:rsidRDefault="00D935A2">
            <w:pPr>
              <w:rPr>
                <w:lang w:val="ru-RU"/>
              </w:rPr>
            </w:pPr>
            <w:r w:rsidRPr="00844B84">
              <w:rPr>
                <w:lang w:val="ru-RU"/>
              </w:rPr>
              <w:t>замещение низкоэффективного котельного оборудования; обеспечение подпитки тепловой сети в аварийном режиме</w:t>
            </w:r>
          </w:p>
        </w:tc>
      </w:tr>
      <w:tr w:rsidR="003F3E41" w14:paraId="480900F3" w14:textId="77777777">
        <w:trPr>
          <w:cantSplit/>
        </w:trPr>
        <w:tc>
          <w:tcPr>
            <w:tcW w:w="0" w:type="auto"/>
            <w:shd w:val="clear" w:color="auto" w:fill="F2F2F2"/>
          </w:tcPr>
          <w:p w14:paraId="1B8FB899" w14:textId="77777777" w:rsidR="003F3E41" w:rsidRPr="00844B84" w:rsidRDefault="00D935A2">
            <w:pPr>
              <w:rPr>
                <w:lang w:val="ru-RU"/>
              </w:rPr>
            </w:pPr>
            <w:r w:rsidRPr="00844B84">
              <w:rPr>
                <w:lang w:val="ru-RU"/>
              </w:rPr>
              <w:t>Резерв тепловой мощности на расчётный срок</w:t>
            </w:r>
          </w:p>
        </w:tc>
        <w:tc>
          <w:tcPr>
            <w:tcW w:w="0" w:type="auto"/>
            <w:shd w:val="clear" w:color="auto" w:fill="FFFFFF"/>
          </w:tcPr>
          <w:p w14:paraId="73A97C0D" w14:textId="77777777" w:rsidR="003F3E41" w:rsidRDefault="00D935A2">
            <w:r>
              <w:t>−0,4463 Гкал/ч</w:t>
            </w:r>
          </w:p>
        </w:tc>
      </w:tr>
      <w:tr w:rsidR="003F3E41" w14:paraId="3473A77C" w14:textId="77777777">
        <w:trPr>
          <w:cantSplit/>
        </w:trPr>
        <w:tc>
          <w:tcPr>
            <w:tcW w:w="0" w:type="auto"/>
            <w:shd w:val="clear" w:color="auto" w:fill="F2F2F2"/>
          </w:tcPr>
          <w:p w14:paraId="1C76386E" w14:textId="77777777" w:rsidR="003F3E41" w:rsidRPr="00844B84" w:rsidRDefault="00D935A2">
            <w:pPr>
              <w:rPr>
                <w:lang w:val="ru-RU"/>
              </w:rPr>
            </w:pPr>
            <w:r w:rsidRPr="00844B84">
              <w:rPr>
                <w:lang w:val="ru-RU"/>
              </w:rPr>
              <w:t>Резерв подпитки в нормальном режиме</w:t>
            </w:r>
          </w:p>
        </w:tc>
        <w:tc>
          <w:tcPr>
            <w:tcW w:w="0" w:type="auto"/>
            <w:shd w:val="clear" w:color="auto" w:fill="FFFFFF"/>
          </w:tcPr>
          <w:p w14:paraId="7E5F98BE" w14:textId="77777777" w:rsidR="003F3E41" w:rsidRDefault="00D935A2">
            <w:r>
              <w:t>−0,490 т/ч</w:t>
            </w:r>
          </w:p>
        </w:tc>
      </w:tr>
      <w:tr w:rsidR="003F3E41" w14:paraId="4B38B143" w14:textId="77777777">
        <w:trPr>
          <w:cantSplit/>
        </w:trPr>
        <w:tc>
          <w:tcPr>
            <w:tcW w:w="0" w:type="auto"/>
            <w:shd w:val="clear" w:color="auto" w:fill="F2F2F2"/>
          </w:tcPr>
          <w:p w14:paraId="53ED20A1" w14:textId="77777777" w:rsidR="003F3E41" w:rsidRPr="00844B84" w:rsidRDefault="00D935A2">
            <w:pPr>
              <w:rPr>
                <w:lang w:val="ru-RU"/>
              </w:rPr>
            </w:pPr>
            <w:r w:rsidRPr="00844B84">
              <w:rPr>
                <w:lang w:val="ru-RU"/>
              </w:rPr>
              <w:t>Резерв подпитки в аварийном режиме</w:t>
            </w:r>
          </w:p>
        </w:tc>
        <w:tc>
          <w:tcPr>
            <w:tcW w:w="0" w:type="auto"/>
            <w:shd w:val="clear" w:color="auto" w:fill="FFFFFF"/>
          </w:tcPr>
          <w:p w14:paraId="4B099F7F" w14:textId="77777777" w:rsidR="003F3E41" w:rsidRDefault="00D935A2">
            <w:r>
              <w:t>−75,40 т/ч</w:t>
            </w:r>
          </w:p>
        </w:tc>
      </w:tr>
      <w:tr w:rsidR="003F3E41" w14:paraId="5E1D25BC" w14:textId="77777777">
        <w:trPr>
          <w:cantSplit/>
        </w:trPr>
        <w:tc>
          <w:tcPr>
            <w:tcW w:w="0" w:type="auto"/>
            <w:shd w:val="clear" w:color="auto" w:fill="F2F2F2"/>
          </w:tcPr>
          <w:p w14:paraId="58F54748" w14:textId="77777777" w:rsidR="003F3E41" w:rsidRDefault="00D935A2">
            <w:r>
              <w:t>Запас топлива</w:t>
            </w:r>
          </w:p>
        </w:tc>
        <w:tc>
          <w:tcPr>
            <w:tcW w:w="0" w:type="auto"/>
            <w:shd w:val="clear" w:color="auto" w:fill="FFFFFF"/>
          </w:tcPr>
          <w:p w14:paraId="54BC7D3B" w14:textId="77777777" w:rsidR="003F3E41" w:rsidRDefault="00D935A2">
            <w:r>
              <w:t>нормативы создания запасов утверждены</w:t>
            </w:r>
          </w:p>
        </w:tc>
      </w:tr>
      <w:tr w:rsidR="003F3E41" w14:paraId="51935DFD" w14:textId="77777777">
        <w:trPr>
          <w:cantSplit/>
        </w:trPr>
        <w:tc>
          <w:tcPr>
            <w:tcW w:w="0" w:type="auto"/>
            <w:shd w:val="clear" w:color="auto" w:fill="F2F2F2"/>
          </w:tcPr>
          <w:p w14:paraId="1F3D8D51" w14:textId="77777777" w:rsidR="003F3E41" w:rsidRDefault="00D935A2">
            <w:r>
              <w:t>Резервное электроснабжение</w:t>
            </w:r>
          </w:p>
        </w:tc>
        <w:tc>
          <w:tcPr>
            <w:tcW w:w="0" w:type="auto"/>
            <w:shd w:val="clear" w:color="auto" w:fill="FFFFFF"/>
          </w:tcPr>
          <w:p w14:paraId="1763251C" w14:textId="77777777" w:rsidR="003F3E41" w:rsidRDefault="00D935A2">
            <w:r>
              <w:t>сведения не раскрыты</w:t>
            </w:r>
          </w:p>
        </w:tc>
      </w:tr>
      <w:tr w:rsidR="003F3E41" w:rsidRPr="004D1FEB" w14:paraId="7FC850B6" w14:textId="77777777">
        <w:trPr>
          <w:cantSplit/>
        </w:trPr>
        <w:tc>
          <w:tcPr>
            <w:tcW w:w="0" w:type="auto"/>
            <w:shd w:val="clear" w:color="auto" w:fill="F2F2F2"/>
          </w:tcPr>
          <w:p w14:paraId="1D89A34E" w14:textId="77777777" w:rsidR="003F3E41" w:rsidRDefault="00D935A2">
            <w:r>
              <w:t>Источник финансирования</w:t>
            </w:r>
          </w:p>
        </w:tc>
        <w:tc>
          <w:tcPr>
            <w:tcW w:w="0" w:type="auto"/>
            <w:shd w:val="clear" w:color="auto" w:fill="FFFFFF"/>
          </w:tcPr>
          <w:p w14:paraId="444AAC7F" w14:textId="77777777" w:rsidR="003F3E41" w:rsidRPr="00844B84" w:rsidRDefault="00D935A2">
            <w:pPr>
              <w:rPr>
                <w:lang w:val="ru-RU"/>
              </w:rPr>
            </w:pPr>
            <w:r w:rsidRPr="00844B84">
              <w:rPr>
                <w:lang w:val="ru-RU"/>
              </w:rPr>
              <w:t>инвестиционная программа теплоснабжающей организации, решение не принято</w:t>
            </w:r>
          </w:p>
        </w:tc>
      </w:tr>
    </w:tbl>
    <w:p w14:paraId="42CD4862" w14:textId="77777777" w:rsidR="003F3E41" w:rsidRPr="00F815F9" w:rsidRDefault="00D935A2">
      <w:pPr>
        <w:pStyle w:val="31"/>
        <w:rPr>
          <w:sz w:val="28"/>
          <w:szCs w:val="28"/>
        </w:rPr>
      </w:pPr>
      <w:r w:rsidRPr="00F815F9">
        <w:rPr>
          <w:sz w:val="28"/>
          <w:szCs w:val="28"/>
        </w:rPr>
        <w:t>5.4.6. УПК № 6 «Старый Шерегеш»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27"/>
        <w:gridCol w:w="6262"/>
      </w:tblGrid>
      <w:tr w:rsidR="003F3E41" w14:paraId="160A1F61" w14:textId="77777777">
        <w:trPr>
          <w:cantSplit/>
          <w:tblHeader/>
        </w:trPr>
        <w:tc>
          <w:tcPr>
            <w:tcW w:w="0" w:type="auto"/>
            <w:shd w:val="clear" w:color="auto" w:fill="E2F0D9"/>
          </w:tcPr>
          <w:p w14:paraId="585EB197" w14:textId="77777777" w:rsidR="003F3E41" w:rsidRDefault="00D935A2">
            <w:pPr>
              <w:jc w:val="center"/>
            </w:pPr>
            <w:r>
              <w:rPr>
                <w:b/>
              </w:rPr>
              <w:t>Позиция</w:t>
            </w:r>
          </w:p>
        </w:tc>
        <w:tc>
          <w:tcPr>
            <w:tcW w:w="0" w:type="auto"/>
            <w:shd w:val="clear" w:color="auto" w:fill="E2F0D9"/>
          </w:tcPr>
          <w:p w14:paraId="43CFCD77" w14:textId="77777777" w:rsidR="003F3E41" w:rsidRDefault="00D935A2">
            <w:pPr>
              <w:jc w:val="center"/>
            </w:pPr>
            <w:r>
              <w:rPr>
                <w:b/>
              </w:rPr>
              <w:t>Содержание</w:t>
            </w:r>
          </w:p>
        </w:tc>
      </w:tr>
      <w:tr w:rsidR="003F3E41" w:rsidRPr="004D1FEB" w14:paraId="13EFBC6F" w14:textId="77777777">
        <w:trPr>
          <w:cantSplit/>
        </w:trPr>
        <w:tc>
          <w:tcPr>
            <w:tcW w:w="0" w:type="auto"/>
            <w:shd w:val="clear" w:color="auto" w:fill="F2F2F2"/>
          </w:tcPr>
          <w:p w14:paraId="1D629B37" w14:textId="77777777" w:rsidR="003F3E41" w:rsidRDefault="00D935A2">
            <w:r>
              <w:t>Основное мероприятие</w:t>
            </w:r>
          </w:p>
        </w:tc>
        <w:tc>
          <w:tcPr>
            <w:tcW w:w="0" w:type="auto"/>
            <w:shd w:val="clear" w:color="auto" w:fill="FFFFFF"/>
          </w:tcPr>
          <w:p w14:paraId="6AE951B0" w14:textId="77777777" w:rsidR="003F3E41" w:rsidRPr="00844B84" w:rsidRDefault="00D935A2">
            <w:pPr>
              <w:rPr>
                <w:lang w:val="ru-RU"/>
              </w:rPr>
            </w:pPr>
            <w:r w:rsidRPr="00844B84">
              <w:rPr>
                <w:lang w:val="ru-RU"/>
              </w:rPr>
              <w:t>реконструкция котельной с переводом на природный газ</w:t>
            </w:r>
          </w:p>
        </w:tc>
      </w:tr>
      <w:tr w:rsidR="003F3E41" w14:paraId="7752803C" w14:textId="77777777">
        <w:trPr>
          <w:cantSplit/>
        </w:trPr>
        <w:tc>
          <w:tcPr>
            <w:tcW w:w="0" w:type="auto"/>
            <w:shd w:val="clear" w:color="auto" w:fill="F2F2F2"/>
          </w:tcPr>
          <w:p w14:paraId="6F1CAC96" w14:textId="77777777" w:rsidR="003F3E41" w:rsidRDefault="00D935A2">
            <w:r>
              <w:t>Срок реализации</w:t>
            </w:r>
          </w:p>
        </w:tc>
        <w:tc>
          <w:tcPr>
            <w:tcW w:w="0" w:type="auto"/>
            <w:shd w:val="clear" w:color="auto" w:fill="FFFFFF"/>
          </w:tcPr>
          <w:p w14:paraId="3A15F486" w14:textId="77777777" w:rsidR="003F3E41" w:rsidRDefault="00D935A2">
            <w:r>
              <w:t>подлежит уточнению</w:t>
            </w:r>
          </w:p>
        </w:tc>
      </w:tr>
      <w:tr w:rsidR="003F3E41" w14:paraId="082A4E78" w14:textId="77777777">
        <w:trPr>
          <w:cantSplit/>
        </w:trPr>
        <w:tc>
          <w:tcPr>
            <w:tcW w:w="0" w:type="auto"/>
            <w:shd w:val="clear" w:color="auto" w:fill="F2F2F2"/>
          </w:tcPr>
          <w:p w14:paraId="330E698B" w14:textId="77777777" w:rsidR="003F3E41" w:rsidRDefault="00D935A2">
            <w:r>
              <w:t>Вариант — установка новых котлоагрегатов</w:t>
            </w:r>
          </w:p>
        </w:tc>
        <w:tc>
          <w:tcPr>
            <w:tcW w:w="0" w:type="auto"/>
            <w:shd w:val="clear" w:color="auto" w:fill="FFFFFF"/>
          </w:tcPr>
          <w:p w14:paraId="4AF3DB21" w14:textId="77777777" w:rsidR="003F3E41" w:rsidRDefault="00D935A2">
            <w:r>
              <w:t>41 502,0 тыс. руб.</w:t>
            </w:r>
          </w:p>
        </w:tc>
      </w:tr>
      <w:tr w:rsidR="003F3E41" w14:paraId="4282F049" w14:textId="77777777">
        <w:trPr>
          <w:cantSplit/>
        </w:trPr>
        <w:tc>
          <w:tcPr>
            <w:tcW w:w="0" w:type="auto"/>
            <w:shd w:val="clear" w:color="auto" w:fill="F2F2F2"/>
          </w:tcPr>
          <w:p w14:paraId="5A10FE06" w14:textId="77777777" w:rsidR="003F3E41" w:rsidRDefault="00D935A2">
            <w:r>
              <w:t>Вариант — перевод существующих котлоагрегатов</w:t>
            </w:r>
          </w:p>
        </w:tc>
        <w:tc>
          <w:tcPr>
            <w:tcW w:w="0" w:type="auto"/>
            <w:shd w:val="clear" w:color="auto" w:fill="FFFFFF"/>
          </w:tcPr>
          <w:p w14:paraId="58EE215E" w14:textId="77777777" w:rsidR="003F3E41" w:rsidRDefault="00D935A2">
            <w:r>
              <w:t>не рассматривался</w:t>
            </w:r>
          </w:p>
        </w:tc>
      </w:tr>
      <w:tr w:rsidR="003F3E41" w:rsidRPr="004D1FEB" w14:paraId="2D864D77" w14:textId="77777777">
        <w:trPr>
          <w:cantSplit/>
        </w:trPr>
        <w:tc>
          <w:tcPr>
            <w:tcW w:w="0" w:type="auto"/>
            <w:shd w:val="clear" w:color="auto" w:fill="F2F2F2"/>
          </w:tcPr>
          <w:p w14:paraId="3448F1E5" w14:textId="77777777" w:rsidR="003F3E41" w:rsidRDefault="00D935A2">
            <w:r>
              <w:t>Вариант с меньшей стоимостью</w:t>
            </w:r>
          </w:p>
        </w:tc>
        <w:tc>
          <w:tcPr>
            <w:tcW w:w="0" w:type="auto"/>
            <w:shd w:val="clear" w:color="auto" w:fill="FFFFFF"/>
          </w:tcPr>
          <w:p w14:paraId="6D749BB5" w14:textId="77777777" w:rsidR="003F3E41" w:rsidRPr="00844B84" w:rsidRDefault="00D935A2">
            <w:pPr>
              <w:rPr>
                <w:lang w:val="ru-RU"/>
              </w:rPr>
            </w:pPr>
            <w:r w:rsidRPr="00844B84">
              <w:rPr>
                <w:lang w:val="ru-RU"/>
              </w:rPr>
              <w:t>установка новых котлоагрегатов — 41502,0 тыс. руб.</w:t>
            </w:r>
          </w:p>
        </w:tc>
      </w:tr>
      <w:tr w:rsidR="003F3E41" w:rsidRPr="004D1FEB" w14:paraId="6E2BC3BF" w14:textId="77777777">
        <w:trPr>
          <w:cantSplit/>
        </w:trPr>
        <w:tc>
          <w:tcPr>
            <w:tcW w:w="0" w:type="auto"/>
            <w:shd w:val="clear" w:color="auto" w:fill="F2F2F2"/>
          </w:tcPr>
          <w:p w14:paraId="1456987D" w14:textId="77777777" w:rsidR="003F3E41" w:rsidRDefault="00D935A2">
            <w:r>
              <w:t>Ценовой базис</w:t>
            </w:r>
          </w:p>
        </w:tc>
        <w:tc>
          <w:tcPr>
            <w:tcW w:w="0" w:type="auto"/>
            <w:shd w:val="clear" w:color="auto" w:fill="FFFFFF"/>
          </w:tcPr>
          <w:p w14:paraId="5924A71C" w14:textId="77777777" w:rsidR="003F3E41" w:rsidRPr="00844B84" w:rsidRDefault="00D935A2">
            <w:pPr>
              <w:rPr>
                <w:lang w:val="ru-RU"/>
              </w:rPr>
            </w:pPr>
            <w:r w:rsidRPr="00844B84">
              <w:rPr>
                <w:lang w:val="ru-RU"/>
              </w:rPr>
              <w:t>цены 2024 года, с налогом на добавленную стоимость</w:t>
            </w:r>
          </w:p>
        </w:tc>
      </w:tr>
      <w:tr w:rsidR="003F3E41" w:rsidRPr="004D1FEB" w14:paraId="50286921" w14:textId="77777777">
        <w:trPr>
          <w:cantSplit/>
        </w:trPr>
        <w:tc>
          <w:tcPr>
            <w:tcW w:w="0" w:type="auto"/>
            <w:shd w:val="clear" w:color="auto" w:fill="F2F2F2"/>
          </w:tcPr>
          <w:p w14:paraId="200169C7" w14:textId="77777777" w:rsidR="003F3E41" w:rsidRDefault="00D935A2">
            <w:r>
              <w:t>Состав технического перевооружения</w:t>
            </w:r>
          </w:p>
        </w:tc>
        <w:tc>
          <w:tcPr>
            <w:tcW w:w="0" w:type="auto"/>
            <w:shd w:val="clear" w:color="auto" w:fill="FFFFFF"/>
          </w:tcPr>
          <w:p w14:paraId="7143C6A4" w14:textId="77777777" w:rsidR="003F3E41" w:rsidRPr="00844B84" w:rsidRDefault="00D935A2">
            <w:pPr>
              <w:rPr>
                <w:lang w:val="ru-RU"/>
              </w:rPr>
            </w:pPr>
            <w:r w:rsidRPr="00844B84">
              <w:rPr>
                <w:lang w:val="ru-RU"/>
              </w:rPr>
              <w:t>определяется проектной документацией по источнику</w:t>
            </w:r>
          </w:p>
        </w:tc>
      </w:tr>
      <w:tr w:rsidR="003F3E41" w:rsidRPr="004D1FEB" w14:paraId="03ADC595" w14:textId="77777777">
        <w:trPr>
          <w:cantSplit/>
        </w:trPr>
        <w:tc>
          <w:tcPr>
            <w:tcW w:w="0" w:type="auto"/>
            <w:shd w:val="clear" w:color="auto" w:fill="F2F2F2"/>
          </w:tcPr>
          <w:p w14:paraId="3955F207" w14:textId="77777777" w:rsidR="003F3E41" w:rsidRDefault="00D935A2">
            <w:r>
              <w:t>Мероприятие по горячему водоснабжению</w:t>
            </w:r>
          </w:p>
        </w:tc>
        <w:tc>
          <w:tcPr>
            <w:tcW w:w="0" w:type="auto"/>
            <w:shd w:val="clear" w:color="auto" w:fill="FFFFFF"/>
          </w:tcPr>
          <w:p w14:paraId="3132C49F" w14:textId="77777777" w:rsidR="003F3E41" w:rsidRPr="00844B84" w:rsidRDefault="00D935A2">
            <w:pPr>
              <w:rPr>
                <w:lang w:val="ru-RU"/>
              </w:rPr>
            </w:pPr>
            <w:r w:rsidRPr="00844B84">
              <w:rPr>
                <w:lang w:val="ru-RU"/>
              </w:rPr>
              <w:t>перевод на закрытую схему с реконструкцией тепловых пунктов потребителей</w:t>
            </w:r>
          </w:p>
        </w:tc>
      </w:tr>
      <w:tr w:rsidR="003F3E41" w14:paraId="1943C7C7" w14:textId="77777777">
        <w:trPr>
          <w:cantSplit/>
        </w:trPr>
        <w:tc>
          <w:tcPr>
            <w:tcW w:w="0" w:type="auto"/>
            <w:shd w:val="clear" w:color="auto" w:fill="F2F2F2"/>
          </w:tcPr>
          <w:p w14:paraId="3C8192FC" w14:textId="77777777" w:rsidR="003F3E41" w:rsidRDefault="00D935A2">
            <w:r>
              <w:t>Срок перевода горячего водоснабжения</w:t>
            </w:r>
          </w:p>
        </w:tc>
        <w:tc>
          <w:tcPr>
            <w:tcW w:w="0" w:type="auto"/>
            <w:shd w:val="clear" w:color="auto" w:fill="FFFFFF"/>
          </w:tcPr>
          <w:p w14:paraId="51F0ADAE" w14:textId="77777777" w:rsidR="003F3E41" w:rsidRDefault="00D935A2">
            <w:r>
              <w:t>2027–2036</w:t>
            </w:r>
          </w:p>
        </w:tc>
      </w:tr>
      <w:tr w:rsidR="003F3E41" w14:paraId="6BCC7684" w14:textId="77777777">
        <w:trPr>
          <w:cantSplit/>
        </w:trPr>
        <w:tc>
          <w:tcPr>
            <w:tcW w:w="0" w:type="auto"/>
            <w:shd w:val="clear" w:color="auto" w:fill="F2F2F2"/>
          </w:tcPr>
          <w:p w14:paraId="5853CF6B" w14:textId="77777777" w:rsidR="003F3E41" w:rsidRDefault="00D935A2">
            <w:r>
              <w:t>Стоимость перевода горячего водоснабжения</w:t>
            </w:r>
          </w:p>
        </w:tc>
        <w:tc>
          <w:tcPr>
            <w:tcW w:w="0" w:type="auto"/>
            <w:shd w:val="clear" w:color="auto" w:fill="FFFFFF"/>
          </w:tcPr>
          <w:p w14:paraId="22492991" w14:textId="77777777" w:rsidR="003F3E41" w:rsidRDefault="00D935A2">
            <w:r>
              <w:t>текущая стоимость подлежит определению</w:t>
            </w:r>
          </w:p>
        </w:tc>
      </w:tr>
      <w:tr w:rsidR="003F3E41" w:rsidRPr="004D1FEB" w14:paraId="03FFF2D0" w14:textId="77777777">
        <w:trPr>
          <w:cantSplit/>
        </w:trPr>
        <w:tc>
          <w:tcPr>
            <w:tcW w:w="0" w:type="auto"/>
            <w:shd w:val="clear" w:color="auto" w:fill="F2F2F2"/>
          </w:tcPr>
          <w:p w14:paraId="1DEB93CD" w14:textId="77777777" w:rsidR="003F3E41" w:rsidRDefault="00D935A2">
            <w:r>
              <w:t>Мероприятия по надёжности</w:t>
            </w:r>
          </w:p>
        </w:tc>
        <w:tc>
          <w:tcPr>
            <w:tcW w:w="0" w:type="auto"/>
            <w:shd w:val="clear" w:color="auto" w:fill="FFFFFF"/>
          </w:tcPr>
          <w:p w14:paraId="7191DE09" w14:textId="77777777" w:rsidR="003F3E41" w:rsidRPr="00844B84" w:rsidRDefault="00D935A2">
            <w:pPr>
              <w:rPr>
                <w:lang w:val="ru-RU"/>
              </w:rPr>
            </w:pPr>
            <w:r w:rsidRPr="00844B84">
              <w:rPr>
                <w:lang w:val="ru-RU"/>
              </w:rPr>
              <w:t>дополнительных мероприятий по надёжности не предусматривается</w:t>
            </w:r>
          </w:p>
        </w:tc>
      </w:tr>
      <w:tr w:rsidR="003F3E41" w14:paraId="55AAA27A" w14:textId="77777777">
        <w:trPr>
          <w:cantSplit/>
        </w:trPr>
        <w:tc>
          <w:tcPr>
            <w:tcW w:w="0" w:type="auto"/>
            <w:shd w:val="clear" w:color="auto" w:fill="F2F2F2"/>
          </w:tcPr>
          <w:p w14:paraId="0D12CCA3" w14:textId="77777777" w:rsidR="003F3E41" w:rsidRPr="00844B84" w:rsidRDefault="00D935A2">
            <w:pPr>
              <w:rPr>
                <w:lang w:val="ru-RU"/>
              </w:rPr>
            </w:pPr>
            <w:r w:rsidRPr="00844B84">
              <w:rPr>
                <w:lang w:val="ru-RU"/>
              </w:rPr>
              <w:t>Резерв тепловой мощности на расчётный срок</w:t>
            </w:r>
          </w:p>
        </w:tc>
        <w:tc>
          <w:tcPr>
            <w:tcW w:w="0" w:type="auto"/>
            <w:shd w:val="clear" w:color="auto" w:fill="FFFFFF"/>
          </w:tcPr>
          <w:p w14:paraId="25415019" w14:textId="77777777" w:rsidR="003F3E41" w:rsidRDefault="00D935A2">
            <w:r>
              <w:t>19,1804 Гкал/ч</w:t>
            </w:r>
          </w:p>
        </w:tc>
      </w:tr>
      <w:tr w:rsidR="003F3E41" w14:paraId="055BF6C7" w14:textId="77777777">
        <w:trPr>
          <w:cantSplit/>
        </w:trPr>
        <w:tc>
          <w:tcPr>
            <w:tcW w:w="0" w:type="auto"/>
            <w:shd w:val="clear" w:color="auto" w:fill="F2F2F2"/>
          </w:tcPr>
          <w:p w14:paraId="0E280288" w14:textId="77777777" w:rsidR="003F3E41" w:rsidRPr="00844B84" w:rsidRDefault="00D935A2">
            <w:pPr>
              <w:rPr>
                <w:lang w:val="ru-RU"/>
              </w:rPr>
            </w:pPr>
            <w:r w:rsidRPr="00844B84">
              <w:rPr>
                <w:lang w:val="ru-RU"/>
              </w:rPr>
              <w:t>Резерв подпитки в нормальном режиме</w:t>
            </w:r>
          </w:p>
        </w:tc>
        <w:tc>
          <w:tcPr>
            <w:tcW w:w="0" w:type="auto"/>
            <w:shd w:val="clear" w:color="auto" w:fill="FFFFFF"/>
          </w:tcPr>
          <w:p w14:paraId="2FF5D793" w14:textId="77777777" w:rsidR="003F3E41" w:rsidRDefault="00D935A2">
            <w:r>
              <w:t>2,342 т/ч</w:t>
            </w:r>
          </w:p>
        </w:tc>
      </w:tr>
      <w:tr w:rsidR="003F3E41" w14:paraId="2C60BA03" w14:textId="77777777">
        <w:trPr>
          <w:cantSplit/>
        </w:trPr>
        <w:tc>
          <w:tcPr>
            <w:tcW w:w="0" w:type="auto"/>
            <w:shd w:val="clear" w:color="auto" w:fill="F2F2F2"/>
          </w:tcPr>
          <w:p w14:paraId="3416D1A3" w14:textId="77777777" w:rsidR="003F3E41" w:rsidRPr="00844B84" w:rsidRDefault="00D935A2">
            <w:pPr>
              <w:rPr>
                <w:lang w:val="ru-RU"/>
              </w:rPr>
            </w:pPr>
            <w:r w:rsidRPr="00844B84">
              <w:rPr>
                <w:lang w:val="ru-RU"/>
              </w:rPr>
              <w:t>Резерв подпитки в аварийном режиме</w:t>
            </w:r>
          </w:p>
        </w:tc>
        <w:tc>
          <w:tcPr>
            <w:tcW w:w="0" w:type="auto"/>
            <w:shd w:val="clear" w:color="auto" w:fill="FFFFFF"/>
          </w:tcPr>
          <w:p w14:paraId="6A752D88" w14:textId="77777777" w:rsidR="003F3E41" w:rsidRDefault="00D935A2">
            <w:r>
              <w:t>2,90 т/ч</w:t>
            </w:r>
          </w:p>
        </w:tc>
      </w:tr>
      <w:tr w:rsidR="003F3E41" w14:paraId="4A0C3F06" w14:textId="77777777">
        <w:trPr>
          <w:cantSplit/>
        </w:trPr>
        <w:tc>
          <w:tcPr>
            <w:tcW w:w="0" w:type="auto"/>
            <w:shd w:val="clear" w:color="auto" w:fill="F2F2F2"/>
          </w:tcPr>
          <w:p w14:paraId="15CCC562" w14:textId="77777777" w:rsidR="003F3E41" w:rsidRDefault="00D935A2">
            <w:r>
              <w:t>Запас топлива</w:t>
            </w:r>
          </w:p>
        </w:tc>
        <w:tc>
          <w:tcPr>
            <w:tcW w:w="0" w:type="auto"/>
            <w:shd w:val="clear" w:color="auto" w:fill="FFFFFF"/>
          </w:tcPr>
          <w:p w14:paraId="6BBCEE3B" w14:textId="77777777" w:rsidR="003F3E41" w:rsidRDefault="00D935A2">
            <w:r>
              <w:t>нормативы создания запасов утверждены</w:t>
            </w:r>
          </w:p>
        </w:tc>
      </w:tr>
      <w:tr w:rsidR="003F3E41" w14:paraId="034A0040" w14:textId="77777777">
        <w:trPr>
          <w:cantSplit/>
        </w:trPr>
        <w:tc>
          <w:tcPr>
            <w:tcW w:w="0" w:type="auto"/>
            <w:shd w:val="clear" w:color="auto" w:fill="F2F2F2"/>
          </w:tcPr>
          <w:p w14:paraId="52DAB11B" w14:textId="77777777" w:rsidR="003F3E41" w:rsidRDefault="00D935A2">
            <w:r>
              <w:t>Резервное электроснабжение</w:t>
            </w:r>
          </w:p>
        </w:tc>
        <w:tc>
          <w:tcPr>
            <w:tcW w:w="0" w:type="auto"/>
            <w:shd w:val="clear" w:color="auto" w:fill="FFFFFF"/>
          </w:tcPr>
          <w:p w14:paraId="2AC9302D" w14:textId="77777777" w:rsidR="003F3E41" w:rsidRDefault="00D935A2">
            <w:r>
              <w:t>сведения не раскрыты</w:t>
            </w:r>
          </w:p>
        </w:tc>
      </w:tr>
      <w:tr w:rsidR="003F3E41" w:rsidRPr="004D1FEB" w14:paraId="5EFBC60C" w14:textId="77777777">
        <w:trPr>
          <w:cantSplit/>
        </w:trPr>
        <w:tc>
          <w:tcPr>
            <w:tcW w:w="0" w:type="auto"/>
            <w:shd w:val="clear" w:color="auto" w:fill="F2F2F2"/>
          </w:tcPr>
          <w:p w14:paraId="48F838D1" w14:textId="77777777" w:rsidR="003F3E41" w:rsidRDefault="00D935A2">
            <w:r>
              <w:t>Источник финансирования</w:t>
            </w:r>
          </w:p>
        </w:tc>
        <w:tc>
          <w:tcPr>
            <w:tcW w:w="0" w:type="auto"/>
            <w:shd w:val="clear" w:color="auto" w:fill="FFFFFF"/>
          </w:tcPr>
          <w:p w14:paraId="75A89227" w14:textId="77777777" w:rsidR="003F3E41" w:rsidRPr="00844B84" w:rsidRDefault="00D935A2">
            <w:pPr>
              <w:rPr>
                <w:lang w:val="ru-RU"/>
              </w:rPr>
            </w:pPr>
            <w:r w:rsidRPr="00844B84">
              <w:rPr>
                <w:lang w:val="ru-RU"/>
              </w:rPr>
              <w:t>инвестиционная программа теплоснабжающей организации, решение не принято</w:t>
            </w:r>
          </w:p>
        </w:tc>
      </w:tr>
    </w:tbl>
    <w:p w14:paraId="7BE99924" w14:textId="77777777" w:rsidR="003F3E41" w:rsidRPr="00F815F9" w:rsidRDefault="00D935A2">
      <w:pPr>
        <w:pStyle w:val="31"/>
        <w:rPr>
          <w:sz w:val="28"/>
          <w:szCs w:val="28"/>
        </w:rPr>
      </w:pPr>
      <w:r w:rsidRPr="00F815F9">
        <w:rPr>
          <w:sz w:val="28"/>
          <w:szCs w:val="28"/>
        </w:rPr>
        <w:t>5.4.7. УПК № 7 «Каз»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27"/>
        <w:gridCol w:w="6262"/>
      </w:tblGrid>
      <w:tr w:rsidR="003F3E41" w14:paraId="213AA5FB" w14:textId="77777777">
        <w:trPr>
          <w:cantSplit/>
          <w:tblHeader/>
        </w:trPr>
        <w:tc>
          <w:tcPr>
            <w:tcW w:w="0" w:type="auto"/>
            <w:shd w:val="clear" w:color="auto" w:fill="E2F0D9"/>
          </w:tcPr>
          <w:p w14:paraId="4BA4F1AA" w14:textId="77777777" w:rsidR="003F3E41" w:rsidRDefault="00D935A2">
            <w:pPr>
              <w:jc w:val="center"/>
            </w:pPr>
            <w:r>
              <w:rPr>
                <w:b/>
              </w:rPr>
              <w:t>Позиция</w:t>
            </w:r>
          </w:p>
        </w:tc>
        <w:tc>
          <w:tcPr>
            <w:tcW w:w="0" w:type="auto"/>
            <w:shd w:val="clear" w:color="auto" w:fill="E2F0D9"/>
          </w:tcPr>
          <w:p w14:paraId="11D7DCB4" w14:textId="77777777" w:rsidR="003F3E41" w:rsidRDefault="00D935A2">
            <w:pPr>
              <w:jc w:val="center"/>
            </w:pPr>
            <w:r>
              <w:rPr>
                <w:b/>
              </w:rPr>
              <w:t>Содержание</w:t>
            </w:r>
          </w:p>
        </w:tc>
      </w:tr>
      <w:tr w:rsidR="003F3E41" w:rsidRPr="004D1FEB" w14:paraId="6BE47B6B" w14:textId="77777777">
        <w:trPr>
          <w:cantSplit/>
        </w:trPr>
        <w:tc>
          <w:tcPr>
            <w:tcW w:w="0" w:type="auto"/>
            <w:shd w:val="clear" w:color="auto" w:fill="F2F2F2"/>
          </w:tcPr>
          <w:p w14:paraId="61FE57B0" w14:textId="77777777" w:rsidR="003F3E41" w:rsidRDefault="00D935A2">
            <w:r>
              <w:t>Основное мероприятие</w:t>
            </w:r>
          </w:p>
        </w:tc>
        <w:tc>
          <w:tcPr>
            <w:tcW w:w="0" w:type="auto"/>
            <w:shd w:val="clear" w:color="auto" w:fill="FFFFFF"/>
          </w:tcPr>
          <w:p w14:paraId="7576DC0B" w14:textId="77777777" w:rsidR="003F3E41" w:rsidRPr="00844B84" w:rsidRDefault="00D935A2">
            <w:pPr>
              <w:rPr>
                <w:lang w:val="ru-RU"/>
              </w:rPr>
            </w:pPr>
            <w:r w:rsidRPr="00844B84">
              <w:rPr>
                <w:lang w:val="ru-RU"/>
              </w:rPr>
              <w:t>реконструкция котельной с переводом на природный газ</w:t>
            </w:r>
          </w:p>
        </w:tc>
      </w:tr>
      <w:tr w:rsidR="003F3E41" w14:paraId="6B8EFAB7" w14:textId="77777777">
        <w:trPr>
          <w:cantSplit/>
        </w:trPr>
        <w:tc>
          <w:tcPr>
            <w:tcW w:w="0" w:type="auto"/>
            <w:shd w:val="clear" w:color="auto" w:fill="F2F2F2"/>
          </w:tcPr>
          <w:p w14:paraId="375FA797" w14:textId="77777777" w:rsidR="003F3E41" w:rsidRDefault="00D935A2">
            <w:r>
              <w:t>Срок реализации</w:t>
            </w:r>
          </w:p>
        </w:tc>
        <w:tc>
          <w:tcPr>
            <w:tcW w:w="0" w:type="auto"/>
            <w:shd w:val="clear" w:color="auto" w:fill="FFFFFF"/>
          </w:tcPr>
          <w:p w14:paraId="6BAD1F19" w14:textId="77777777" w:rsidR="003F3E41" w:rsidRDefault="00D935A2">
            <w:r>
              <w:t>2034</w:t>
            </w:r>
          </w:p>
        </w:tc>
      </w:tr>
      <w:tr w:rsidR="003F3E41" w14:paraId="07605E34" w14:textId="77777777">
        <w:trPr>
          <w:cantSplit/>
        </w:trPr>
        <w:tc>
          <w:tcPr>
            <w:tcW w:w="0" w:type="auto"/>
            <w:shd w:val="clear" w:color="auto" w:fill="F2F2F2"/>
          </w:tcPr>
          <w:p w14:paraId="67352967" w14:textId="77777777" w:rsidR="003F3E41" w:rsidRDefault="00D935A2">
            <w:r>
              <w:t>Вариант — установка новых котлоагрегатов</w:t>
            </w:r>
          </w:p>
        </w:tc>
        <w:tc>
          <w:tcPr>
            <w:tcW w:w="0" w:type="auto"/>
            <w:shd w:val="clear" w:color="auto" w:fill="FFFFFF"/>
          </w:tcPr>
          <w:p w14:paraId="7D82360C" w14:textId="77777777" w:rsidR="003F3E41" w:rsidRDefault="00D935A2">
            <w:r>
              <w:t>177 868,0 тыс. руб.</w:t>
            </w:r>
          </w:p>
        </w:tc>
      </w:tr>
      <w:tr w:rsidR="003F3E41" w14:paraId="1F5CF2BD" w14:textId="77777777">
        <w:trPr>
          <w:cantSplit/>
        </w:trPr>
        <w:tc>
          <w:tcPr>
            <w:tcW w:w="0" w:type="auto"/>
            <w:shd w:val="clear" w:color="auto" w:fill="F2F2F2"/>
          </w:tcPr>
          <w:p w14:paraId="170A9D7A" w14:textId="77777777" w:rsidR="003F3E41" w:rsidRDefault="00D935A2">
            <w:r>
              <w:t>Вариант — перевод существующих котлоагрегатов</w:t>
            </w:r>
          </w:p>
        </w:tc>
        <w:tc>
          <w:tcPr>
            <w:tcW w:w="0" w:type="auto"/>
            <w:shd w:val="clear" w:color="auto" w:fill="FFFFFF"/>
          </w:tcPr>
          <w:p w14:paraId="0D4807B9" w14:textId="77777777" w:rsidR="003F3E41" w:rsidRDefault="00D935A2">
            <w:r>
              <w:t>115 614,0 тыс. руб.</w:t>
            </w:r>
          </w:p>
        </w:tc>
      </w:tr>
      <w:tr w:rsidR="003F3E41" w:rsidRPr="004D1FEB" w14:paraId="140F1CA3" w14:textId="77777777">
        <w:trPr>
          <w:cantSplit/>
        </w:trPr>
        <w:tc>
          <w:tcPr>
            <w:tcW w:w="0" w:type="auto"/>
            <w:shd w:val="clear" w:color="auto" w:fill="F2F2F2"/>
          </w:tcPr>
          <w:p w14:paraId="4BD90EC8" w14:textId="77777777" w:rsidR="003F3E41" w:rsidRDefault="00D935A2">
            <w:r>
              <w:t>Вариант с меньшей стоимостью</w:t>
            </w:r>
          </w:p>
        </w:tc>
        <w:tc>
          <w:tcPr>
            <w:tcW w:w="0" w:type="auto"/>
            <w:shd w:val="clear" w:color="auto" w:fill="FFFFFF"/>
          </w:tcPr>
          <w:p w14:paraId="6118EB7E" w14:textId="77777777" w:rsidR="003F3E41" w:rsidRPr="00844B84" w:rsidRDefault="00D935A2">
            <w:pPr>
              <w:rPr>
                <w:lang w:val="ru-RU"/>
              </w:rPr>
            </w:pPr>
            <w:r w:rsidRPr="00844B84">
              <w:rPr>
                <w:lang w:val="ru-RU"/>
              </w:rPr>
              <w:t>перевод существующих котлоагрегатов — 115614,0 тыс. руб.</w:t>
            </w:r>
          </w:p>
        </w:tc>
      </w:tr>
      <w:tr w:rsidR="003F3E41" w:rsidRPr="004D1FEB" w14:paraId="2BB6DE25" w14:textId="77777777">
        <w:trPr>
          <w:cantSplit/>
        </w:trPr>
        <w:tc>
          <w:tcPr>
            <w:tcW w:w="0" w:type="auto"/>
            <w:shd w:val="clear" w:color="auto" w:fill="F2F2F2"/>
          </w:tcPr>
          <w:p w14:paraId="22CA6738" w14:textId="77777777" w:rsidR="003F3E41" w:rsidRDefault="00D935A2">
            <w:r>
              <w:t>Ценовой базис</w:t>
            </w:r>
          </w:p>
        </w:tc>
        <w:tc>
          <w:tcPr>
            <w:tcW w:w="0" w:type="auto"/>
            <w:shd w:val="clear" w:color="auto" w:fill="FFFFFF"/>
          </w:tcPr>
          <w:p w14:paraId="49E68631" w14:textId="77777777" w:rsidR="003F3E41" w:rsidRPr="00844B84" w:rsidRDefault="00D935A2">
            <w:pPr>
              <w:rPr>
                <w:lang w:val="ru-RU"/>
              </w:rPr>
            </w:pPr>
            <w:r w:rsidRPr="00844B84">
              <w:rPr>
                <w:lang w:val="ru-RU"/>
              </w:rPr>
              <w:t>цены 2024 года, с налогом на добавленную стоимость</w:t>
            </w:r>
          </w:p>
        </w:tc>
      </w:tr>
      <w:tr w:rsidR="003F3E41" w:rsidRPr="004D1FEB" w14:paraId="51AD75BF" w14:textId="77777777">
        <w:trPr>
          <w:cantSplit/>
        </w:trPr>
        <w:tc>
          <w:tcPr>
            <w:tcW w:w="0" w:type="auto"/>
            <w:shd w:val="clear" w:color="auto" w:fill="F2F2F2"/>
          </w:tcPr>
          <w:p w14:paraId="2174EAD7" w14:textId="77777777" w:rsidR="003F3E41" w:rsidRDefault="00D935A2">
            <w:r>
              <w:t>Состав технического перевооружения</w:t>
            </w:r>
          </w:p>
        </w:tc>
        <w:tc>
          <w:tcPr>
            <w:tcW w:w="0" w:type="auto"/>
            <w:shd w:val="clear" w:color="auto" w:fill="FFFFFF"/>
          </w:tcPr>
          <w:p w14:paraId="1D61F2D4" w14:textId="77777777" w:rsidR="003F3E41" w:rsidRPr="00844B84" w:rsidRDefault="00D935A2">
            <w:pPr>
              <w:rPr>
                <w:lang w:val="ru-RU"/>
              </w:rPr>
            </w:pPr>
            <w:r w:rsidRPr="00844B84">
              <w:rPr>
                <w:lang w:val="ru-RU"/>
              </w:rPr>
              <w:t>определяется проектной документацией по источнику</w:t>
            </w:r>
          </w:p>
        </w:tc>
      </w:tr>
      <w:tr w:rsidR="003F3E41" w:rsidRPr="004D1FEB" w14:paraId="48F91C2C" w14:textId="77777777">
        <w:trPr>
          <w:cantSplit/>
        </w:trPr>
        <w:tc>
          <w:tcPr>
            <w:tcW w:w="0" w:type="auto"/>
            <w:shd w:val="clear" w:color="auto" w:fill="F2F2F2"/>
          </w:tcPr>
          <w:p w14:paraId="068B0C36" w14:textId="77777777" w:rsidR="003F3E41" w:rsidRDefault="00D935A2">
            <w:r>
              <w:t>Мероприятие по горячему водоснабжению</w:t>
            </w:r>
          </w:p>
        </w:tc>
        <w:tc>
          <w:tcPr>
            <w:tcW w:w="0" w:type="auto"/>
            <w:shd w:val="clear" w:color="auto" w:fill="FFFFFF"/>
          </w:tcPr>
          <w:p w14:paraId="1F6035B5" w14:textId="77777777" w:rsidR="003F3E41" w:rsidRPr="00844B84" w:rsidRDefault="00D935A2">
            <w:pPr>
              <w:rPr>
                <w:lang w:val="ru-RU"/>
              </w:rPr>
            </w:pPr>
            <w:r w:rsidRPr="00844B84">
              <w:rPr>
                <w:lang w:val="ru-RU"/>
              </w:rPr>
              <w:t>перевод на закрытую схему с реконструкцией тепловых пунктов потребителей</w:t>
            </w:r>
          </w:p>
        </w:tc>
      </w:tr>
      <w:tr w:rsidR="003F3E41" w14:paraId="2912EE3F" w14:textId="77777777">
        <w:trPr>
          <w:cantSplit/>
        </w:trPr>
        <w:tc>
          <w:tcPr>
            <w:tcW w:w="0" w:type="auto"/>
            <w:shd w:val="clear" w:color="auto" w:fill="F2F2F2"/>
          </w:tcPr>
          <w:p w14:paraId="17BA9F66" w14:textId="77777777" w:rsidR="003F3E41" w:rsidRDefault="00D935A2">
            <w:r>
              <w:t>Срок перевода горячего водоснабжения</w:t>
            </w:r>
          </w:p>
        </w:tc>
        <w:tc>
          <w:tcPr>
            <w:tcW w:w="0" w:type="auto"/>
            <w:shd w:val="clear" w:color="auto" w:fill="FFFFFF"/>
          </w:tcPr>
          <w:p w14:paraId="6D81D69B" w14:textId="77777777" w:rsidR="003F3E41" w:rsidRDefault="00D935A2">
            <w:r>
              <w:t>2027–2036</w:t>
            </w:r>
          </w:p>
        </w:tc>
      </w:tr>
      <w:tr w:rsidR="003F3E41" w14:paraId="0661562A" w14:textId="77777777">
        <w:trPr>
          <w:cantSplit/>
        </w:trPr>
        <w:tc>
          <w:tcPr>
            <w:tcW w:w="0" w:type="auto"/>
            <w:shd w:val="clear" w:color="auto" w:fill="F2F2F2"/>
          </w:tcPr>
          <w:p w14:paraId="564ABD21" w14:textId="77777777" w:rsidR="003F3E41" w:rsidRDefault="00D935A2">
            <w:r>
              <w:t>Стоимость перевода горячего водоснабжения</w:t>
            </w:r>
          </w:p>
        </w:tc>
        <w:tc>
          <w:tcPr>
            <w:tcW w:w="0" w:type="auto"/>
            <w:shd w:val="clear" w:color="auto" w:fill="FFFFFF"/>
          </w:tcPr>
          <w:p w14:paraId="0C467774" w14:textId="77777777" w:rsidR="003F3E41" w:rsidRDefault="00D935A2">
            <w:r>
              <w:t>текущая стоимость подлежит определению</w:t>
            </w:r>
          </w:p>
        </w:tc>
      </w:tr>
      <w:tr w:rsidR="003F3E41" w:rsidRPr="004D1FEB" w14:paraId="4B586DB1" w14:textId="77777777">
        <w:trPr>
          <w:cantSplit/>
        </w:trPr>
        <w:tc>
          <w:tcPr>
            <w:tcW w:w="0" w:type="auto"/>
            <w:shd w:val="clear" w:color="auto" w:fill="F2F2F2"/>
          </w:tcPr>
          <w:p w14:paraId="5F334580" w14:textId="77777777" w:rsidR="003F3E41" w:rsidRDefault="00D935A2">
            <w:r>
              <w:t>Мероприятия по надёжности</w:t>
            </w:r>
          </w:p>
        </w:tc>
        <w:tc>
          <w:tcPr>
            <w:tcW w:w="0" w:type="auto"/>
            <w:shd w:val="clear" w:color="auto" w:fill="FFFFFF"/>
          </w:tcPr>
          <w:p w14:paraId="4CFE1AD6" w14:textId="77777777" w:rsidR="003F3E41" w:rsidRPr="00844B84" w:rsidRDefault="00D935A2">
            <w:pPr>
              <w:rPr>
                <w:lang w:val="ru-RU"/>
              </w:rPr>
            </w:pPr>
            <w:r w:rsidRPr="00844B84">
              <w:rPr>
                <w:lang w:val="ru-RU"/>
              </w:rPr>
              <w:t>дополнительных мероприятий по надёжности не предусматривается</w:t>
            </w:r>
          </w:p>
        </w:tc>
      </w:tr>
      <w:tr w:rsidR="003F3E41" w14:paraId="3AE9D31B" w14:textId="77777777">
        <w:trPr>
          <w:cantSplit/>
        </w:trPr>
        <w:tc>
          <w:tcPr>
            <w:tcW w:w="0" w:type="auto"/>
            <w:shd w:val="clear" w:color="auto" w:fill="F2F2F2"/>
          </w:tcPr>
          <w:p w14:paraId="1A74F300" w14:textId="77777777" w:rsidR="003F3E41" w:rsidRPr="00844B84" w:rsidRDefault="00D935A2">
            <w:pPr>
              <w:rPr>
                <w:lang w:val="ru-RU"/>
              </w:rPr>
            </w:pPr>
            <w:r w:rsidRPr="00844B84">
              <w:rPr>
                <w:lang w:val="ru-RU"/>
              </w:rPr>
              <w:t>Резерв тепловой мощности на расчётный срок</w:t>
            </w:r>
          </w:p>
        </w:tc>
        <w:tc>
          <w:tcPr>
            <w:tcW w:w="0" w:type="auto"/>
            <w:shd w:val="clear" w:color="auto" w:fill="FFFFFF"/>
          </w:tcPr>
          <w:p w14:paraId="139AF65C" w14:textId="77777777" w:rsidR="003F3E41" w:rsidRDefault="00D935A2">
            <w:r>
              <w:t>52,4973 Гкал/ч</w:t>
            </w:r>
          </w:p>
        </w:tc>
      </w:tr>
      <w:tr w:rsidR="003F3E41" w14:paraId="0C539D02" w14:textId="77777777">
        <w:trPr>
          <w:cantSplit/>
        </w:trPr>
        <w:tc>
          <w:tcPr>
            <w:tcW w:w="0" w:type="auto"/>
            <w:shd w:val="clear" w:color="auto" w:fill="F2F2F2"/>
          </w:tcPr>
          <w:p w14:paraId="375488AD" w14:textId="77777777" w:rsidR="003F3E41" w:rsidRPr="00844B84" w:rsidRDefault="00D935A2">
            <w:pPr>
              <w:rPr>
                <w:lang w:val="ru-RU"/>
              </w:rPr>
            </w:pPr>
            <w:r w:rsidRPr="00844B84">
              <w:rPr>
                <w:lang w:val="ru-RU"/>
              </w:rPr>
              <w:t>Резерв подпитки в нормальном режиме</w:t>
            </w:r>
          </w:p>
        </w:tc>
        <w:tc>
          <w:tcPr>
            <w:tcW w:w="0" w:type="auto"/>
            <w:shd w:val="clear" w:color="auto" w:fill="FFFFFF"/>
          </w:tcPr>
          <w:p w14:paraId="410C34D5" w14:textId="77777777" w:rsidR="003F3E41" w:rsidRDefault="00D935A2">
            <w:r>
              <w:t>27,083 т/ч</w:t>
            </w:r>
          </w:p>
        </w:tc>
      </w:tr>
      <w:tr w:rsidR="003F3E41" w14:paraId="6F9438CA" w14:textId="77777777">
        <w:trPr>
          <w:cantSplit/>
        </w:trPr>
        <w:tc>
          <w:tcPr>
            <w:tcW w:w="0" w:type="auto"/>
            <w:shd w:val="clear" w:color="auto" w:fill="F2F2F2"/>
          </w:tcPr>
          <w:p w14:paraId="7EBB1018" w14:textId="77777777" w:rsidR="003F3E41" w:rsidRPr="00844B84" w:rsidRDefault="00D935A2">
            <w:pPr>
              <w:rPr>
                <w:lang w:val="ru-RU"/>
              </w:rPr>
            </w:pPr>
            <w:r w:rsidRPr="00844B84">
              <w:rPr>
                <w:lang w:val="ru-RU"/>
              </w:rPr>
              <w:t>Резерв подпитки в аварийном режиме</w:t>
            </w:r>
          </w:p>
        </w:tc>
        <w:tc>
          <w:tcPr>
            <w:tcW w:w="0" w:type="auto"/>
            <w:shd w:val="clear" w:color="auto" w:fill="FFFFFF"/>
          </w:tcPr>
          <w:p w14:paraId="696555AA" w14:textId="77777777" w:rsidR="003F3E41" w:rsidRDefault="00D935A2">
            <w:r>
              <w:t>20,60 т/ч</w:t>
            </w:r>
          </w:p>
        </w:tc>
      </w:tr>
      <w:tr w:rsidR="003F3E41" w14:paraId="0BFC15B0" w14:textId="77777777">
        <w:trPr>
          <w:cantSplit/>
        </w:trPr>
        <w:tc>
          <w:tcPr>
            <w:tcW w:w="0" w:type="auto"/>
            <w:shd w:val="clear" w:color="auto" w:fill="F2F2F2"/>
          </w:tcPr>
          <w:p w14:paraId="24539C03" w14:textId="77777777" w:rsidR="003F3E41" w:rsidRDefault="00D935A2">
            <w:r>
              <w:t>Запас топлива</w:t>
            </w:r>
          </w:p>
        </w:tc>
        <w:tc>
          <w:tcPr>
            <w:tcW w:w="0" w:type="auto"/>
            <w:shd w:val="clear" w:color="auto" w:fill="FFFFFF"/>
          </w:tcPr>
          <w:p w14:paraId="3694F808" w14:textId="77777777" w:rsidR="003F3E41" w:rsidRDefault="00D935A2">
            <w:r>
              <w:t>нормативы создания запасов утверждены</w:t>
            </w:r>
          </w:p>
        </w:tc>
      </w:tr>
      <w:tr w:rsidR="003F3E41" w14:paraId="35513293" w14:textId="77777777">
        <w:trPr>
          <w:cantSplit/>
        </w:trPr>
        <w:tc>
          <w:tcPr>
            <w:tcW w:w="0" w:type="auto"/>
            <w:shd w:val="clear" w:color="auto" w:fill="F2F2F2"/>
          </w:tcPr>
          <w:p w14:paraId="60D8BF0D" w14:textId="77777777" w:rsidR="003F3E41" w:rsidRDefault="00D935A2">
            <w:r>
              <w:t>Резервное электроснабжение</w:t>
            </w:r>
          </w:p>
        </w:tc>
        <w:tc>
          <w:tcPr>
            <w:tcW w:w="0" w:type="auto"/>
            <w:shd w:val="clear" w:color="auto" w:fill="FFFFFF"/>
          </w:tcPr>
          <w:p w14:paraId="762645D0" w14:textId="77777777" w:rsidR="003F3E41" w:rsidRDefault="00D935A2">
            <w:r>
              <w:t>сведения не раскрыты</w:t>
            </w:r>
          </w:p>
        </w:tc>
      </w:tr>
      <w:tr w:rsidR="003F3E41" w:rsidRPr="004D1FEB" w14:paraId="4B8459BE" w14:textId="77777777">
        <w:trPr>
          <w:cantSplit/>
        </w:trPr>
        <w:tc>
          <w:tcPr>
            <w:tcW w:w="0" w:type="auto"/>
            <w:shd w:val="clear" w:color="auto" w:fill="F2F2F2"/>
          </w:tcPr>
          <w:p w14:paraId="070E0E8B" w14:textId="77777777" w:rsidR="003F3E41" w:rsidRDefault="00D935A2">
            <w:r>
              <w:t>Источник финансирования</w:t>
            </w:r>
          </w:p>
        </w:tc>
        <w:tc>
          <w:tcPr>
            <w:tcW w:w="0" w:type="auto"/>
            <w:shd w:val="clear" w:color="auto" w:fill="FFFFFF"/>
          </w:tcPr>
          <w:p w14:paraId="41509581" w14:textId="77777777" w:rsidR="003F3E41" w:rsidRPr="00844B84" w:rsidRDefault="00D935A2">
            <w:pPr>
              <w:rPr>
                <w:lang w:val="ru-RU"/>
              </w:rPr>
            </w:pPr>
            <w:r w:rsidRPr="00844B84">
              <w:rPr>
                <w:lang w:val="ru-RU"/>
              </w:rPr>
              <w:t>инвестиционная программа теплоснабжающей организации, решение не принято</w:t>
            </w:r>
          </w:p>
        </w:tc>
      </w:tr>
    </w:tbl>
    <w:p w14:paraId="2F73ACBC" w14:textId="77777777" w:rsidR="003F3E41" w:rsidRPr="00F815F9" w:rsidRDefault="00D935A2">
      <w:pPr>
        <w:pStyle w:val="31"/>
        <w:rPr>
          <w:sz w:val="28"/>
          <w:szCs w:val="28"/>
        </w:rPr>
      </w:pPr>
      <w:r w:rsidRPr="00F815F9">
        <w:rPr>
          <w:sz w:val="28"/>
          <w:szCs w:val="28"/>
        </w:rPr>
        <w:t>5.4.8. УПК № 8 «Мундыбаш»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27"/>
        <w:gridCol w:w="6262"/>
      </w:tblGrid>
      <w:tr w:rsidR="003F3E41" w14:paraId="2C1B8819" w14:textId="77777777">
        <w:trPr>
          <w:cantSplit/>
          <w:tblHeader/>
        </w:trPr>
        <w:tc>
          <w:tcPr>
            <w:tcW w:w="0" w:type="auto"/>
            <w:shd w:val="clear" w:color="auto" w:fill="E2F0D9"/>
          </w:tcPr>
          <w:p w14:paraId="03B6728E" w14:textId="77777777" w:rsidR="003F3E41" w:rsidRDefault="00D935A2">
            <w:pPr>
              <w:jc w:val="center"/>
            </w:pPr>
            <w:r>
              <w:rPr>
                <w:b/>
              </w:rPr>
              <w:t>Позиция</w:t>
            </w:r>
          </w:p>
        </w:tc>
        <w:tc>
          <w:tcPr>
            <w:tcW w:w="0" w:type="auto"/>
            <w:shd w:val="clear" w:color="auto" w:fill="E2F0D9"/>
          </w:tcPr>
          <w:p w14:paraId="0955654A" w14:textId="77777777" w:rsidR="003F3E41" w:rsidRDefault="00D935A2">
            <w:pPr>
              <w:jc w:val="center"/>
            </w:pPr>
            <w:r>
              <w:rPr>
                <w:b/>
              </w:rPr>
              <w:t>Содержание</w:t>
            </w:r>
          </w:p>
        </w:tc>
      </w:tr>
      <w:tr w:rsidR="003F3E41" w:rsidRPr="004D1FEB" w14:paraId="5897C6DE" w14:textId="77777777">
        <w:trPr>
          <w:cantSplit/>
        </w:trPr>
        <w:tc>
          <w:tcPr>
            <w:tcW w:w="0" w:type="auto"/>
            <w:shd w:val="clear" w:color="auto" w:fill="F2F2F2"/>
          </w:tcPr>
          <w:p w14:paraId="3740F41C" w14:textId="77777777" w:rsidR="003F3E41" w:rsidRDefault="00D935A2">
            <w:r>
              <w:t>Основное мероприятие</w:t>
            </w:r>
          </w:p>
        </w:tc>
        <w:tc>
          <w:tcPr>
            <w:tcW w:w="0" w:type="auto"/>
            <w:shd w:val="clear" w:color="auto" w:fill="FFFFFF"/>
          </w:tcPr>
          <w:p w14:paraId="51E1A585" w14:textId="77777777" w:rsidR="003F3E41" w:rsidRPr="00844B84" w:rsidRDefault="00D935A2">
            <w:pPr>
              <w:rPr>
                <w:lang w:val="ru-RU"/>
              </w:rPr>
            </w:pPr>
            <w:r w:rsidRPr="00844B84">
              <w:rPr>
                <w:lang w:val="ru-RU"/>
              </w:rPr>
              <w:t>реконструкция котельной с переводом на природный газ</w:t>
            </w:r>
          </w:p>
        </w:tc>
      </w:tr>
      <w:tr w:rsidR="003F3E41" w14:paraId="71506E7C" w14:textId="77777777">
        <w:trPr>
          <w:cantSplit/>
        </w:trPr>
        <w:tc>
          <w:tcPr>
            <w:tcW w:w="0" w:type="auto"/>
            <w:shd w:val="clear" w:color="auto" w:fill="F2F2F2"/>
          </w:tcPr>
          <w:p w14:paraId="51B50D89" w14:textId="77777777" w:rsidR="003F3E41" w:rsidRDefault="00D935A2">
            <w:r>
              <w:t>Срок реализации</w:t>
            </w:r>
          </w:p>
        </w:tc>
        <w:tc>
          <w:tcPr>
            <w:tcW w:w="0" w:type="auto"/>
            <w:shd w:val="clear" w:color="auto" w:fill="FFFFFF"/>
          </w:tcPr>
          <w:p w14:paraId="29D52746" w14:textId="77777777" w:rsidR="003F3E41" w:rsidRDefault="00D935A2">
            <w:r>
              <w:t>2034</w:t>
            </w:r>
          </w:p>
        </w:tc>
      </w:tr>
      <w:tr w:rsidR="003F3E41" w14:paraId="26B7B929" w14:textId="77777777">
        <w:trPr>
          <w:cantSplit/>
        </w:trPr>
        <w:tc>
          <w:tcPr>
            <w:tcW w:w="0" w:type="auto"/>
            <w:shd w:val="clear" w:color="auto" w:fill="F2F2F2"/>
          </w:tcPr>
          <w:p w14:paraId="35AB84E2" w14:textId="77777777" w:rsidR="003F3E41" w:rsidRDefault="00D935A2">
            <w:r>
              <w:t>Вариант — установка новых котлоагрегатов</w:t>
            </w:r>
          </w:p>
        </w:tc>
        <w:tc>
          <w:tcPr>
            <w:tcW w:w="0" w:type="auto"/>
            <w:shd w:val="clear" w:color="auto" w:fill="FFFFFF"/>
          </w:tcPr>
          <w:p w14:paraId="10159311" w14:textId="77777777" w:rsidR="003F3E41" w:rsidRDefault="00D935A2">
            <w:r>
              <w:t>71 147,0 тыс. руб.</w:t>
            </w:r>
          </w:p>
        </w:tc>
      </w:tr>
      <w:tr w:rsidR="003F3E41" w14:paraId="703C56F1" w14:textId="77777777">
        <w:trPr>
          <w:cantSplit/>
        </w:trPr>
        <w:tc>
          <w:tcPr>
            <w:tcW w:w="0" w:type="auto"/>
            <w:shd w:val="clear" w:color="auto" w:fill="F2F2F2"/>
          </w:tcPr>
          <w:p w14:paraId="71472665" w14:textId="77777777" w:rsidR="003F3E41" w:rsidRDefault="00D935A2">
            <w:r>
              <w:t>Вариант — перевод существующих котлоагрегатов</w:t>
            </w:r>
          </w:p>
        </w:tc>
        <w:tc>
          <w:tcPr>
            <w:tcW w:w="0" w:type="auto"/>
            <w:shd w:val="clear" w:color="auto" w:fill="FFFFFF"/>
          </w:tcPr>
          <w:p w14:paraId="5198DBFD" w14:textId="77777777" w:rsidR="003F3E41" w:rsidRDefault="00D935A2">
            <w:r>
              <w:t>78 262,0 тыс. руб.</w:t>
            </w:r>
          </w:p>
        </w:tc>
      </w:tr>
      <w:tr w:rsidR="003F3E41" w:rsidRPr="004D1FEB" w14:paraId="14F82473" w14:textId="77777777">
        <w:trPr>
          <w:cantSplit/>
        </w:trPr>
        <w:tc>
          <w:tcPr>
            <w:tcW w:w="0" w:type="auto"/>
            <w:shd w:val="clear" w:color="auto" w:fill="F2F2F2"/>
          </w:tcPr>
          <w:p w14:paraId="55E05A2E" w14:textId="77777777" w:rsidR="003F3E41" w:rsidRDefault="00D935A2">
            <w:r>
              <w:t>Вариант с меньшей стоимостью</w:t>
            </w:r>
          </w:p>
        </w:tc>
        <w:tc>
          <w:tcPr>
            <w:tcW w:w="0" w:type="auto"/>
            <w:shd w:val="clear" w:color="auto" w:fill="FFFFFF"/>
          </w:tcPr>
          <w:p w14:paraId="1AF06FA7" w14:textId="77777777" w:rsidR="003F3E41" w:rsidRPr="00844B84" w:rsidRDefault="00D935A2">
            <w:pPr>
              <w:rPr>
                <w:lang w:val="ru-RU"/>
              </w:rPr>
            </w:pPr>
            <w:r w:rsidRPr="00844B84">
              <w:rPr>
                <w:lang w:val="ru-RU"/>
              </w:rPr>
              <w:t>установка новых котлоагрегатов — 71147,0 тыс. руб.</w:t>
            </w:r>
          </w:p>
        </w:tc>
      </w:tr>
      <w:tr w:rsidR="003F3E41" w:rsidRPr="004D1FEB" w14:paraId="1C7ED463" w14:textId="77777777">
        <w:trPr>
          <w:cantSplit/>
        </w:trPr>
        <w:tc>
          <w:tcPr>
            <w:tcW w:w="0" w:type="auto"/>
            <w:shd w:val="clear" w:color="auto" w:fill="F2F2F2"/>
          </w:tcPr>
          <w:p w14:paraId="0E9B0DE5" w14:textId="77777777" w:rsidR="003F3E41" w:rsidRDefault="00D935A2">
            <w:r>
              <w:t>Ценовой базис</w:t>
            </w:r>
          </w:p>
        </w:tc>
        <w:tc>
          <w:tcPr>
            <w:tcW w:w="0" w:type="auto"/>
            <w:shd w:val="clear" w:color="auto" w:fill="FFFFFF"/>
          </w:tcPr>
          <w:p w14:paraId="6D70D3EB" w14:textId="77777777" w:rsidR="003F3E41" w:rsidRPr="00844B84" w:rsidRDefault="00D935A2">
            <w:pPr>
              <w:rPr>
                <w:lang w:val="ru-RU"/>
              </w:rPr>
            </w:pPr>
            <w:r w:rsidRPr="00844B84">
              <w:rPr>
                <w:lang w:val="ru-RU"/>
              </w:rPr>
              <w:t>цены 2024 года, с налогом на добавленную стоимость</w:t>
            </w:r>
          </w:p>
        </w:tc>
      </w:tr>
      <w:tr w:rsidR="003F3E41" w:rsidRPr="004D1FEB" w14:paraId="076F3ACA" w14:textId="77777777">
        <w:trPr>
          <w:cantSplit/>
        </w:trPr>
        <w:tc>
          <w:tcPr>
            <w:tcW w:w="0" w:type="auto"/>
            <w:shd w:val="clear" w:color="auto" w:fill="F2F2F2"/>
          </w:tcPr>
          <w:p w14:paraId="48A690BD" w14:textId="77777777" w:rsidR="003F3E41" w:rsidRDefault="00D935A2">
            <w:r>
              <w:t>Состав технического перевооружения</w:t>
            </w:r>
          </w:p>
        </w:tc>
        <w:tc>
          <w:tcPr>
            <w:tcW w:w="0" w:type="auto"/>
            <w:shd w:val="clear" w:color="auto" w:fill="FFFFFF"/>
          </w:tcPr>
          <w:p w14:paraId="390B7408" w14:textId="77777777" w:rsidR="003F3E41" w:rsidRPr="00844B84" w:rsidRDefault="00D935A2">
            <w:pPr>
              <w:rPr>
                <w:lang w:val="ru-RU"/>
              </w:rPr>
            </w:pPr>
            <w:r w:rsidRPr="00844B84">
              <w:rPr>
                <w:lang w:val="ru-RU"/>
              </w:rPr>
              <w:t>определяется проектной документацией по источнику</w:t>
            </w:r>
          </w:p>
        </w:tc>
      </w:tr>
      <w:tr w:rsidR="003F3E41" w:rsidRPr="004D1FEB" w14:paraId="34CD6281" w14:textId="77777777">
        <w:trPr>
          <w:cantSplit/>
        </w:trPr>
        <w:tc>
          <w:tcPr>
            <w:tcW w:w="0" w:type="auto"/>
            <w:shd w:val="clear" w:color="auto" w:fill="F2F2F2"/>
          </w:tcPr>
          <w:p w14:paraId="512F0FBA" w14:textId="77777777" w:rsidR="003F3E41" w:rsidRDefault="00D935A2">
            <w:r>
              <w:t>Мероприятие по горячему водоснабжению</w:t>
            </w:r>
          </w:p>
        </w:tc>
        <w:tc>
          <w:tcPr>
            <w:tcW w:w="0" w:type="auto"/>
            <w:shd w:val="clear" w:color="auto" w:fill="FFFFFF"/>
          </w:tcPr>
          <w:p w14:paraId="157B4331" w14:textId="77777777" w:rsidR="003F3E41" w:rsidRPr="00844B84" w:rsidRDefault="00D935A2">
            <w:pPr>
              <w:rPr>
                <w:lang w:val="ru-RU"/>
              </w:rPr>
            </w:pPr>
            <w:r w:rsidRPr="00844B84">
              <w:rPr>
                <w:lang w:val="ru-RU"/>
              </w:rPr>
              <w:t>перевод на закрытую схему с реконструкцией тепловых пунктов потребителей</w:t>
            </w:r>
          </w:p>
        </w:tc>
      </w:tr>
      <w:tr w:rsidR="003F3E41" w14:paraId="31618F99" w14:textId="77777777">
        <w:trPr>
          <w:cantSplit/>
        </w:trPr>
        <w:tc>
          <w:tcPr>
            <w:tcW w:w="0" w:type="auto"/>
            <w:shd w:val="clear" w:color="auto" w:fill="F2F2F2"/>
          </w:tcPr>
          <w:p w14:paraId="4648AF14" w14:textId="77777777" w:rsidR="003F3E41" w:rsidRDefault="00D935A2">
            <w:r>
              <w:t>Срок перевода горячего водоснабжения</w:t>
            </w:r>
          </w:p>
        </w:tc>
        <w:tc>
          <w:tcPr>
            <w:tcW w:w="0" w:type="auto"/>
            <w:shd w:val="clear" w:color="auto" w:fill="FFFFFF"/>
          </w:tcPr>
          <w:p w14:paraId="6D715F4A" w14:textId="77777777" w:rsidR="003F3E41" w:rsidRDefault="00D935A2">
            <w:r>
              <w:t>2027–2036</w:t>
            </w:r>
          </w:p>
        </w:tc>
      </w:tr>
      <w:tr w:rsidR="003F3E41" w14:paraId="3622FB89" w14:textId="77777777">
        <w:trPr>
          <w:cantSplit/>
        </w:trPr>
        <w:tc>
          <w:tcPr>
            <w:tcW w:w="0" w:type="auto"/>
            <w:shd w:val="clear" w:color="auto" w:fill="F2F2F2"/>
          </w:tcPr>
          <w:p w14:paraId="06CEA1D9" w14:textId="77777777" w:rsidR="003F3E41" w:rsidRDefault="00D935A2">
            <w:r>
              <w:t>Стоимость перевода горячего водоснабжения</w:t>
            </w:r>
          </w:p>
        </w:tc>
        <w:tc>
          <w:tcPr>
            <w:tcW w:w="0" w:type="auto"/>
            <w:shd w:val="clear" w:color="auto" w:fill="FFFFFF"/>
          </w:tcPr>
          <w:p w14:paraId="4023BD53" w14:textId="77777777" w:rsidR="003F3E41" w:rsidRDefault="00D935A2">
            <w:r>
              <w:t>текущая стоимость подлежит определению</w:t>
            </w:r>
          </w:p>
        </w:tc>
      </w:tr>
      <w:tr w:rsidR="003F3E41" w:rsidRPr="004D1FEB" w14:paraId="5A0821C0" w14:textId="77777777">
        <w:trPr>
          <w:cantSplit/>
        </w:trPr>
        <w:tc>
          <w:tcPr>
            <w:tcW w:w="0" w:type="auto"/>
            <w:shd w:val="clear" w:color="auto" w:fill="F2F2F2"/>
          </w:tcPr>
          <w:p w14:paraId="77187D33" w14:textId="77777777" w:rsidR="003F3E41" w:rsidRDefault="00D935A2">
            <w:r>
              <w:t>Мероприятия по надёжности</w:t>
            </w:r>
          </w:p>
        </w:tc>
        <w:tc>
          <w:tcPr>
            <w:tcW w:w="0" w:type="auto"/>
            <w:shd w:val="clear" w:color="auto" w:fill="FFFFFF"/>
          </w:tcPr>
          <w:p w14:paraId="018803D8" w14:textId="77777777" w:rsidR="003F3E41" w:rsidRPr="00844B84" w:rsidRDefault="00D935A2">
            <w:pPr>
              <w:rPr>
                <w:lang w:val="ru-RU"/>
              </w:rPr>
            </w:pPr>
            <w:r w:rsidRPr="00844B84">
              <w:rPr>
                <w:lang w:val="ru-RU"/>
              </w:rPr>
              <w:t>дополнительных мероприятий по надёжности не предусматривается</w:t>
            </w:r>
          </w:p>
        </w:tc>
      </w:tr>
      <w:tr w:rsidR="003F3E41" w14:paraId="54E2D113" w14:textId="77777777">
        <w:trPr>
          <w:cantSplit/>
        </w:trPr>
        <w:tc>
          <w:tcPr>
            <w:tcW w:w="0" w:type="auto"/>
            <w:shd w:val="clear" w:color="auto" w:fill="F2F2F2"/>
          </w:tcPr>
          <w:p w14:paraId="0503AA02" w14:textId="77777777" w:rsidR="003F3E41" w:rsidRPr="00844B84" w:rsidRDefault="00D935A2">
            <w:pPr>
              <w:rPr>
                <w:lang w:val="ru-RU"/>
              </w:rPr>
            </w:pPr>
            <w:r w:rsidRPr="00844B84">
              <w:rPr>
                <w:lang w:val="ru-RU"/>
              </w:rPr>
              <w:t>Резерв тепловой мощности на расчётный срок</w:t>
            </w:r>
          </w:p>
        </w:tc>
        <w:tc>
          <w:tcPr>
            <w:tcW w:w="0" w:type="auto"/>
            <w:shd w:val="clear" w:color="auto" w:fill="FFFFFF"/>
          </w:tcPr>
          <w:p w14:paraId="789DB2D7" w14:textId="77777777" w:rsidR="003F3E41" w:rsidRDefault="00D935A2">
            <w:r>
              <w:t>15,7525 Гкал/ч</w:t>
            </w:r>
          </w:p>
        </w:tc>
      </w:tr>
      <w:tr w:rsidR="003F3E41" w14:paraId="723CBA65" w14:textId="77777777">
        <w:trPr>
          <w:cantSplit/>
        </w:trPr>
        <w:tc>
          <w:tcPr>
            <w:tcW w:w="0" w:type="auto"/>
            <w:shd w:val="clear" w:color="auto" w:fill="F2F2F2"/>
          </w:tcPr>
          <w:p w14:paraId="1C7BA032" w14:textId="77777777" w:rsidR="003F3E41" w:rsidRPr="00844B84" w:rsidRDefault="00D935A2">
            <w:pPr>
              <w:rPr>
                <w:lang w:val="ru-RU"/>
              </w:rPr>
            </w:pPr>
            <w:r w:rsidRPr="00844B84">
              <w:rPr>
                <w:lang w:val="ru-RU"/>
              </w:rPr>
              <w:t>Резерв подпитки в нормальном режиме</w:t>
            </w:r>
          </w:p>
        </w:tc>
        <w:tc>
          <w:tcPr>
            <w:tcW w:w="0" w:type="auto"/>
            <w:shd w:val="clear" w:color="auto" w:fill="FFFFFF"/>
          </w:tcPr>
          <w:p w14:paraId="4DBD4CEB" w14:textId="77777777" w:rsidR="003F3E41" w:rsidRDefault="00D935A2">
            <w:r>
              <w:t>52,075 т/ч</w:t>
            </w:r>
          </w:p>
        </w:tc>
      </w:tr>
      <w:tr w:rsidR="003F3E41" w14:paraId="08ADB116" w14:textId="77777777">
        <w:trPr>
          <w:cantSplit/>
        </w:trPr>
        <w:tc>
          <w:tcPr>
            <w:tcW w:w="0" w:type="auto"/>
            <w:shd w:val="clear" w:color="auto" w:fill="F2F2F2"/>
          </w:tcPr>
          <w:p w14:paraId="1EC7AB88" w14:textId="77777777" w:rsidR="003F3E41" w:rsidRPr="00844B84" w:rsidRDefault="00D935A2">
            <w:pPr>
              <w:rPr>
                <w:lang w:val="ru-RU"/>
              </w:rPr>
            </w:pPr>
            <w:r w:rsidRPr="00844B84">
              <w:rPr>
                <w:lang w:val="ru-RU"/>
              </w:rPr>
              <w:t>Резерв подпитки в аварийном режиме</w:t>
            </w:r>
          </w:p>
        </w:tc>
        <w:tc>
          <w:tcPr>
            <w:tcW w:w="0" w:type="auto"/>
            <w:shd w:val="clear" w:color="auto" w:fill="FFFFFF"/>
          </w:tcPr>
          <w:p w14:paraId="6D0C372D" w14:textId="77777777" w:rsidR="003F3E41" w:rsidRDefault="00D935A2">
            <w:r>
              <w:t>52,80 т/ч</w:t>
            </w:r>
          </w:p>
        </w:tc>
      </w:tr>
      <w:tr w:rsidR="003F3E41" w14:paraId="2D9C7039" w14:textId="77777777">
        <w:trPr>
          <w:cantSplit/>
        </w:trPr>
        <w:tc>
          <w:tcPr>
            <w:tcW w:w="0" w:type="auto"/>
            <w:shd w:val="clear" w:color="auto" w:fill="F2F2F2"/>
          </w:tcPr>
          <w:p w14:paraId="0A6F56A9" w14:textId="77777777" w:rsidR="003F3E41" w:rsidRDefault="00D935A2">
            <w:r>
              <w:t>Запас топлива</w:t>
            </w:r>
          </w:p>
        </w:tc>
        <w:tc>
          <w:tcPr>
            <w:tcW w:w="0" w:type="auto"/>
            <w:shd w:val="clear" w:color="auto" w:fill="FFFFFF"/>
          </w:tcPr>
          <w:p w14:paraId="6C5C57AD" w14:textId="77777777" w:rsidR="003F3E41" w:rsidRDefault="00D935A2">
            <w:r>
              <w:t>нормативы создания запасов утверждены</w:t>
            </w:r>
          </w:p>
        </w:tc>
      </w:tr>
      <w:tr w:rsidR="003F3E41" w14:paraId="18B7D545" w14:textId="77777777">
        <w:trPr>
          <w:cantSplit/>
        </w:trPr>
        <w:tc>
          <w:tcPr>
            <w:tcW w:w="0" w:type="auto"/>
            <w:shd w:val="clear" w:color="auto" w:fill="F2F2F2"/>
          </w:tcPr>
          <w:p w14:paraId="658A1598" w14:textId="77777777" w:rsidR="003F3E41" w:rsidRDefault="00D935A2">
            <w:r>
              <w:t>Резервное электроснабжение</w:t>
            </w:r>
          </w:p>
        </w:tc>
        <w:tc>
          <w:tcPr>
            <w:tcW w:w="0" w:type="auto"/>
            <w:shd w:val="clear" w:color="auto" w:fill="FFFFFF"/>
          </w:tcPr>
          <w:p w14:paraId="7D6B4EB8" w14:textId="77777777" w:rsidR="003F3E41" w:rsidRDefault="00D935A2">
            <w:r>
              <w:t>сведения не раскрыты</w:t>
            </w:r>
          </w:p>
        </w:tc>
      </w:tr>
      <w:tr w:rsidR="003F3E41" w:rsidRPr="004D1FEB" w14:paraId="2C4DDD32" w14:textId="77777777">
        <w:trPr>
          <w:cantSplit/>
        </w:trPr>
        <w:tc>
          <w:tcPr>
            <w:tcW w:w="0" w:type="auto"/>
            <w:shd w:val="clear" w:color="auto" w:fill="F2F2F2"/>
          </w:tcPr>
          <w:p w14:paraId="5F7D653F" w14:textId="77777777" w:rsidR="003F3E41" w:rsidRDefault="00D935A2">
            <w:r>
              <w:t>Источник финансирования</w:t>
            </w:r>
          </w:p>
        </w:tc>
        <w:tc>
          <w:tcPr>
            <w:tcW w:w="0" w:type="auto"/>
            <w:shd w:val="clear" w:color="auto" w:fill="FFFFFF"/>
          </w:tcPr>
          <w:p w14:paraId="68A21007" w14:textId="77777777" w:rsidR="003F3E41" w:rsidRPr="00844B84" w:rsidRDefault="00D935A2">
            <w:pPr>
              <w:rPr>
                <w:lang w:val="ru-RU"/>
              </w:rPr>
            </w:pPr>
            <w:r w:rsidRPr="00844B84">
              <w:rPr>
                <w:lang w:val="ru-RU"/>
              </w:rPr>
              <w:t>инвестиционная программа теплоснабжающей организации, решение не принято</w:t>
            </w:r>
          </w:p>
        </w:tc>
      </w:tr>
    </w:tbl>
    <w:p w14:paraId="422B9C48" w14:textId="77777777" w:rsidR="003F3E41" w:rsidRPr="00F815F9" w:rsidRDefault="00D935A2">
      <w:pPr>
        <w:pStyle w:val="31"/>
        <w:rPr>
          <w:sz w:val="28"/>
          <w:szCs w:val="28"/>
        </w:rPr>
      </w:pPr>
      <w:r w:rsidRPr="00F815F9">
        <w:rPr>
          <w:sz w:val="28"/>
          <w:szCs w:val="28"/>
        </w:rPr>
        <w:t>5.4.9. УПК № 10 «Темир-Тау»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10"/>
        <w:gridCol w:w="6279"/>
      </w:tblGrid>
      <w:tr w:rsidR="003F3E41" w14:paraId="26DB6BD9" w14:textId="77777777">
        <w:trPr>
          <w:cantSplit/>
          <w:tblHeader/>
        </w:trPr>
        <w:tc>
          <w:tcPr>
            <w:tcW w:w="0" w:type="auto"/>
            <w:shd w:val="clear" w:color="auto" w:fill="E2F0D9"/>
          </w:tcPr>
          <w:p w14:paraId="1E175D2F" w14:textId="77777777" w:rsidR="003F3E41" w:rsidRDefault="00D935A2">
            <w:pPr>
              <w:jc w:val="center"/>
            </w:pPr>
            <w:r>
              <w:rPr>
                <w:b/>
              </w:rPr>
              <w:t>Позиция</w:t>
            </w:r>
          </w:p>
        </w:tc>
        <w:tc>
          <w:tcPr>
            <w:tcW w:w="0" w:type="auto"/>
            <w:shd w:val="clear" w:color="auto" w:fill="E2F0D9"/>
          </w:tcPr>
          <w:p w14:paraId="015EA48D" w14:textId="77777777" w:rsidR="003F3E41" w:rsidRDefault="00D935A2">
            <w:pPr>
              <w:jc w:val="center"/>
            </w:pPr>
            <w:r>
              <w:rPr>
                <w:b/>
              </w:rPr>
              <w:t>Содержание</w:t>
            </w:r>
          </w:p>
        </w:tc>
      </w:tr>
      <w:tr w:rsidR="003F3E41" w:rsidRPr="004D1FEB" w14:paraId="3E0983CC" w14:textId="77777777">
        <w:trPr>
          <w:cantSplit/>
        </w:trPr>
        <w:tc>
          <w:tcPr>
            <w:tcW w:w="0" w:type="auto"/>
            <w:shd w:val="clear" w:color="auto" w:fill="F2F2F2"/>
          </w:tcPr>
          <w:p w14:paraId="4AC52745" w14:textId="77777777" w:rsidR="003F3E41" w:rsidRDefault="00D935A2">
            <w:r>
              <w:t>Основное мероприятие</w:t>
            </w:r>
          </w:p>
        </w:tc>
        <w:tc>
          <w:tcPr>
            <w:tcW w:w="0" w:type="auto"/>
            <w:shd w:val="clear" w:color="auto" w:fill="FFFFFF"/>
          </w:tcPr>
          <w:p w14:paraId="08805354" w14:textId="77777777" w:rsidR="003F3E41" w:rsidRPr="00844B84" w:rsidRDefault="00D935A2">
            <w:pPr>
              <w:rPr>
                <w:lang w:val="ru-RU"/>
              </w:rPr>
            </w:pPr>
            <w:r w:rsidRPr="00844B84">
              <w:rPr>
                <w:lang w:val="ru-RU"/>
              </w:rPr>
              <w:t>реконструкция котельной с переводом на природный газ</w:t>
            </w:r>
          </w:p>
        </w:tc>
      </w:tr>
      <w:tr w:rsidR="003F3E41" w14:paraId="31CF8375" w14:textId="77777777">
        <w:trPr>
          <w:cantSplit/>
        </w:trPr>
        <w:tc>
          <w:tcPr>
            <w:tcW w:w="0" w:type="auto"/>
            <w:shd w:val="clear" w:color="auto" w:fill="F2F2F2"/>
          </w:tcPr>
          <w:p w14:paraId="0E12117D" w14:textId="77777777" w:rsidR="003F3E41" w:rsidRDefault="00D935A2">
            <w:r>
              <w:t>Срок реализации</w:t>
            </w:r>
          </w:p>
        </w:tc>
        <w:tc>
          <w:tcPr>
            <w:tcW w:w="0" w:type="auto"/>
            <w:shd w:val="clear" w:color="auto" w:fill="FFFFFF"/>
          </w:tcPr>
          <w:p w14:paraId="66359CDC" w14:textId="77777777" w:rsidR="003F3E41" w:rsidRDefault="00D935A2">
            <w:r>
              <w:t>2034</w:t>
            </w:r>
          </w:p>
        </w:tc>
      </w:tr>
      <w:tr w:rsidR="003F3E41" w14:paraId="2FDBD7D2" w14:textId="77777777">
        <w:trPr>
          <w:cantSplit/>
        </w:trPr>
        <w:tc>
          <w:tcPr>
            <w:tcW w:w="0" w:type="auto"/>
            <w:shd w:val="clear" w:color="auto" w:fill="F2F2F2"/>
          </w:tcPr>
          <w:p w14:paraId="00F2E9B0" w14:textId="77777777" w:rsidR="003F3E41" w:rsidRDefault="00D935A2">
            <w:r>
              <w:t>Вариант — установка новых котлоагрегатов</w:t>
            </w:r>
          </w:p>
        </w:tc>
        <w:tc>
          <w:tcPr>
            <w:tcW w:w="0" w:type="auto"/>
            <w:shd w:val="clear" w:color="auto" w:fill="FFFFFF"/>
          </w:tcPr>
          <w:p w14:paraId="01FBB1AC" w14:textId="77777777" w:rsidR="003F3E41" w:rsidRDefault="00D935A2">
            <w:r>
              <w:t>71 147,0 тыс. руб.</w:t>
            </w:r>
          </w:p>
        </w:tc>
      </w:tr>
      <w:tr w:rsidR="003F3E41" w14:paraId="7F82D1F2" w14:textId="77777777">
        <w:trPr>
          <w:cantSplit/>
        </w:trPr>
        <w:tc>
          <w:tcPr>
            <w:tcW w:w="0" w:type="auto"/>
            <w:shd w:val="clear" w:color="auto" w:fill="F2F2F2"/>
          </w:tcPr>
          <w:p w14:paraId="1FF36B71" w14:textId="77777777" w:rsidR="003F3E41" w:rsidRDefault="00D935A2">
            <w:r>
              <w:t>Вариант — перевод существующих котлоагрегатов</w:t>
            </w:r>
          </w:p>
        </w:tc>
        <w:tc>
          <w:tcPr>
            <w:tcW w:w="0" w:type="auto"/>
            <w:shd w:val="clear" w:color="auto" w:fill="FFFFFF"/>
          </w:tcPr>
          <w:p w14:paraId="586D9891" w14:textId="77777777" w:rsidR="003F3E41" w:rsidRDefault="00D935A2">
            <w:r>
              <w:t>71 000,0 тыс. руб.</w:t>
            </w:r>
          </w:p>
        </w:tc>
      </w:tr>
      <w:tr w:rsidR="003F3E41" w:rsidRPr="004D1FEB" w14:paraId="3C47DBEF" w14:textId="77777777">
        <w:trPr>
          <w:cantSplit/>
        </w:trPr>
        <w:tc>
          <w:tcPr>
            <w:tcW w:w="0" w:type="auto"/>
            <w:shd w:val="clear" w:color="auto" w:fill="F2F2F2"/>
          </w:tcPr>
          <w:p w14:paraId="58BD1C36" w14:textId="77777777" w:rsidR="003F3E41" w:rsidRDefault="00D935A2">
            <w:r>
              <w:t>Вариант с меньшей стоимостью</w:t>
            </w:r>
          </w:p>
        </w:tc>
        <w:tc>
          <w:tcPr>
            <w:tcW w:w="0" w:type="auto"/>
            <w:shd w:val="clear" w:color="auto" w:fill="FFFFFF"/>
          </w:tcPr>
          <w:p w14:paraId="69F021A6" w14:textId="77777777" w:rsidR="003F3E41" w:rsidRPr="00844B84" w:rsidRDefault="00D935A2">
            <w:pPr>
              <w:rPr>
                <w:lang w:val="ru-RU"/>
              </w:rPr>
            </w:pPr>
            <w:r w:rsidRPr="00844B84">
              <w:rPr>
                <w:lang w:val="ru-RU"/>
              </w:rPr>
              <w:t>перевод существующих котлоагрегатов — 71000,0 тыс. руб.</w:t>
            </w:r>
          </w:p>
        </w:tc>
      </w:tr>
      <w:tr w:rsidR="003F3E41" w:rsidRPr="004D1FEB" w14:paraId="0D858AE2" w14:textId="77777777">
        <w:trPr>
          <w:cantSplit/>
        </w:trPr>
        <w:tc>
          <w:tcPr>
            <w:tcW w:w="0" w:type="auto"/>
            <w:shd w:val="clear" w:color="auto" w:fill="F2F2F2"/>
          </w:tcPr>
          <w:p w14:paraId="2BCD389E" w14:textId="77777777" w:rsidR="003F3E41" w:rsidRDefault="00D935A2">
            <w:r>
              <w:t>Ценовой базис</w:t>
            </w:r>
          </w:p>
        </w:tc>
        <w:tc>
          <w:tcPr>
            <w:tcW w:w="0" w:type="auto"/>
            <w:shd w:val="clear" w:color="auto" w:fill="FFFFFF"/>
          </w:tcPr>
          <w:p w14:paraId="7B01C23D" w14:textId="77777777" w:rsidR="003F3E41" w:rsidRPr="00844B84" w:rsidRDefault="00D935A2">
            <w:pPr>
              <w:rPr>
                <w:lang w:val="ru-RU"/>
              </w:rPr>
            </w:pPr>
            <w:r w:rsidRPr="00844B84">
              <w:rPr>
                <w:lang w:val="ru-RU"/>
              </w:rPr>
              <w:t>цены 2024 года, с налогом на добавленную стоимость</w:t>
            </w:r>
          </w:p>
        </w:tc>
      </w:tr>
      <w:tr w:rsidR="003F3E41" w:rsidRPr="004D1FEB" w14:paraId="74EDF096" w14:textId="77777777">
        <w:trPr>
          <w:cantSplit/>
        </w:trPr>
        <w:tc>
          <w:tcPr>
            <w:tcW w:w="0" w:type="auto"/>
            <w:shd w:val="clear" w:color="auto" w:fill="F2F2F2"/>
          </w:tcPr>
          <w:p w14:paraId="572DC928" w14:textId="77777777" w:rsidR="003F3E41" w:rsidRDefault="00D935A2">
            <w:r>
              <w:t>Состав технического перевооружения</w:t>
            </w:r>
          </w:p>
        </w:tc>
        <w:tc>
          <w:tcPr>
            <w:tcW w:w="0" w:type="auto"/>
            <w:shd w:val="clear" w:color="auto" w:fill="FFFFFF"/>
          </w:tcPr>
          <w:p w14:paraId="128AE132" w14:textId="77777777" w:rsidR="003F3E41" w:rsidRPr="00844B84" w:rsidRDefault="00D935A2">
            <w:pPr>
              <w:rPr>
                <w:lang w:val="ru-RU"/>
              </w:rPr>
            </w:pPr>
            <w:r w:rsidRPr="00844B84">
              <w:rPr>
                <w:lang w:val="ru-RU"/>
              </w:rPr>
              <w:t>определяется проектной документацией по источнику</w:t>
            </w:r>
          </w:p>
        </w:tc>
      </w:tr>
      <w:tr w:rsidR="003F3E41" w:rsidRPr="004D1FEB" w14:paraId="382F2A13" w14:textId="77777777">
        <w:trPr>
          <w:cantSplit/>
        </w:trPr>
        <w:tc>
          <w:tcPr>
            <w:tcW w:w="0" w:type="auto"/>
            <w:shd w:val="clear" w:color="auto" w:fill="F2F2F2"/>
          </w:tcPr>
          <w:p w14:paraId="673397E3" w14:textId="77777777" w:rsidR="003F3E41" w:rsidRDefault="00D935A2">
            <w:r>
              <w:t>Мероприятие по горячему водоснабжению</w:t>
            </w:r>
          </w:p>
        </w:tc>
        <w:tc>
          <w:tcPr>
            <w:tcW w:w="0" w:type="auto"/>
            <w:shd w:val="clear" w:color="auto" w:fill="FFFFFF"/>
          </w:tcPr>
          <w:p w14:paraId="4156C0CC" w14:textId="77777777" w:rsidR="003F3E41" w:rsidRPr="00844B84" w:rsidRDefault="00D935A2">
            <w:pPr>
              <w:rPr>
                <w:lang w:val="ru-RU"/>
              </w:rPr>
            </w:pPr>
            <w:r w:rsidRPr="00844B84">
              <w:rPr>
                <w:lang w:val="ru-RU"/>
              </w:rPr>
              <w:t>перевод на закрытую схему с реконструкцией тепловых пунктов потребителей</w:t>
            </w:r>
          </w:p>
        </w:tc>
      </w:tr>
      <w:tr w:rsidR="003F3E41" w14:paraId="14441A48" w14:textId="77777777">
        <w:trPr>
          <w:cantSplit/>
        </w:trPr>
        <w:tc>
          <w:tcPr>
            <w:tcW w:w="0" w:type="auto"/>
            <w:shd w:val="clear" w:color="auto" w:fill="F2F2F2"/>
          </w:tcPr>
          <w:p w14:paraId="046DFE30" w14:textId="77777777" w:rsidR="003F3E41" w:rsidRDefault="00D935A2">
            <w:r>
              <w:t>Срок перевода горячего водоснабжения</w:t>
            </w:r>
          </w:p>
        </w:tc>
        <w:tc>
          <w:tcPr>
            <w:tcW w:w="0" w:type="auto"/>
            <w:shd w:val="clear" w:color="auto" w:fill="FFFFFF"/>
          </w:tcPr>
          <w:p w14:paraId="0ABD1E67" w14:textId="77777777" w:rsidR="003F3E41" w:rsidRDefault="00D935A2">
            <w:r>
              <w:t>2027–2036</w:t>
            </w:r>
          </w:p>
        </w:tc>
      </w:tr>
      <w:tr w:rsidR="003F3E41" w14:paraId="705BFF1D" w14:textId="77777777">
        <w:trPr>
          <w:cantSplit/>
        </w:trPr>
        <w:tc>
          <w:tcPr>
            <w:tcW w:w="0" w:type="auto"/>
            <w:shd w:val="clear" w:color="auto" w:fill="F2F2F2"/>
          </w:tcPr>
          <w:p w14:paraId="13B0ECDD" w14:textId="77777777" w:rsidR="003F3E41" w:rsidRDefault="00D935A2">
            <w:r>
              <w:t>Стоимость перевода горячего водоснабжения</w:t>
            </w:r>
          </w:p>
        </w:tc>
        <w:tc>
          <w:tcPr>
            <w:tcW w:w="0" w:type="auto"/>
            <w:shd w:val="clear" w:color="auto" w:fill="FFFFFF"/>
          </w:tcPr>
          <w:p w14:paraId="057B9050" w14:textId="77777777" w:rsidR="003F3E41" w:rsidRDefault="00D935A2">
            <w:r>
              <w:t>текущая стоимость подлежит определению</w:t>
            </w:r>
          </w:p>
        </w:tc>
      </w:tr>
      <w:tr w:rsidR="003F3E41" w:rsidRPr="004D1FEB" w14:paraId="137BFA51" w14:textId="77777777">
        <w:trPr>
          <w:cantSplit/>
        </w:trPr>
        <w:tc>
          <w:tcPr>
            <w:tcW w:w="0" w:type="auto"/>
            <w:shd w:val="clear" w:color="auto" w:fill="F2F2F2"/>
          </w:tcPr>
          <w:p w14:paraId="1456E244" w14:textId="77777777" w:rsidR="003F3E41" w:rsidRDefault="00D935A2">
            <w:r>
              <w:t>Мероприятия по надёжности</w:t>
            </w:r>
          </w:p>
        </w:tc>
        <w:tc>
          <w:tcPr>
            <w:tcW w:w="0" w:type="auto"/>
            <w:shd w:val="clear" w:color="auto" w:fill="FFFFFF"/>
          </w:tcPr>
          <w:p w14:paraId="6432FF60" w14:textId="77777777" w:rsidR="003F3E41" w:rsidRPr="00844B84" w:rsidRDefault="00D935A2">
            <w:pPr>
              <w:rPr>
                <w:lang w:val="ru-RU"/>
              </w:rPr>
            </w:pPr>
            <w:r w:rsidRPr="00844B84">
              <w:rPr>
                <w:lang w:val="ru-RU"/>
              </w:rPr>
              <w:t>подтверждение технологии и производительности водоподготовки</w:t>
            </w:r>
          </w:p>
        </w:tc>
      </w:tr>
      <w:tr w:rsidR="003F3E41" w14:paraId="0907CA29" w14:textId="77777777">
        <w:trPr>
          <w:cantSplit/>
        </w:trPr>
        <w:tc>
          <w:tcPr>
            <w:tcW w:w="0" w:type="auto"/>
            <w:shd w:val="clear" w:color="auto" w:fill="F2F2F2"/>
          </w:tcPr>
          <w:p w14:paraId="163EB33F" w14:textId="77777777" w:rsidR="003F3E41" w:rsidRPr="00844B84" w:rsidRDefault="00D935A2">
            <w:pPr>
              <w:rPr>
                <w:lang w:val="ru-RU"/>
              </w:rPr>
            </w:pPr>
            <w:r w:rsidRPr="00844B84">
              <w:rPr>
                <w:lang w:val="ru-RU"/>
              </w:rPr>
              <w:t>Резерв тепловой мощности на расчётный срок</w:t>
            </w:r>
          </w:p>
        </w:tc>
        <w:tc>
          <w:tcPr>
            <w:tcW w:w="0" w:type="auto"/>
            <w:shd w:val="clear" w:color="auto" w:fill="FFFFFF"/>
          </w:tcPr>
          <w:p w14:paraId="7E6F25BD" w14:textId="77777777" w:rsidR="003F3E41" w:rsidRDefault="00D935A2">
            <w:r>
              <w:t>24,9015 Гкал/ч</w:t>
            </w:r>
          </w:p>
        </w:tc>
      </w:tr>
      <w:tr w:rsidR="003F3E41" w14:paraId="62D071D6" w14:textId="77777777">
        <w:trPr>
          <w:cantSplit/>
        </w:trPr>
        <w:tc>
          <w:tcPr>
            <w:tcW w:w="0" w:type="auto"/>
            <w:shd w:val="clear" w:color="auto" w:fill="F2F2F2"/>
          </w:tcPr>
          <w:p w14:paraId="0AE33C2C" w14:textId="77777777" w:rsidR="003F3E41" w:rsidRPr="00844B84" w:rsidRDefault="00D935A2">
            <w:pPr>
              <w:rPr>
                <w:lang w:val="ru-RU"/>
              </w:rPr>
            </w:pPr>
            <w:r w:rsidRPr="00844B84">
              <w:rPr>
                <w:lang w:val="ru-RU"/>
              </w:rPr>
              <w:t>Резерв подпитки в нормальном режиме</w:t>
            </w:r>
          </w:p>
        </w:tc>
        <w:tc>
          <w:tcPr>
            <w:tcW w:w="0" w:type="auto"/>
            <w:shd w:val="clear" w:color="auto" w:fill="FFFFFF"/>
          </w:tcPr>
          <w:p w14:paraId="4A881D14" w14:textId="77777777" w:rsidR="003F3E41" w:rsidRDefault="00D935A2">
            <w:r>
              <w:t>−4,052 т/ч</w:t>
            </w:r>
          </w:p>
        </w:tc>
      </w:tr>
      <w:tr w:rsidR="003F3E41" w14:paraId="65BF08C8" w14:textId="77777777">
        <w:trPr>
          <w:cantSplit/>
        </w:trPr>
        <w:tc>
          <w:tcPr>
            <w:tcW w:w="0" w:type="auto"/>
            <w:shd w:val="clear" w:color="auto" w:fill="F2F2F2"/>
          </w:tcPr>
          <w:p w14:paraId="71AC1C52" w14:textId="77777777" w:rsidR="003F3E41" w:rsidRPr="00844B84" w:rsidRDefault="00D935A2">
            <w:pPr>
              <w:rPr>
                <w:lang w:val="ru-RU"/>
              </w:rPr>
            </w:pPr>
            <w:r w:rsidRPr="00844B84">
              <w:rPr>
                <w:lang w:val="ru-RU"/>
              </w:rPr>
              <w:t>Резерв подпитки в аварийном режиме</w:t>
            </w:r>
          </w:p>
        </w:tc>
        <w:tc>
          <w:tcPr>
            <w:tcW w:w="0" w:type="auto"/>
            <w:shd w:val="clear" w:color="auto" w:fill="FFFFFF"/>
          </w:tcPr>
          <w:p w14:paraId="72C7601C" w14:textId="77777777" w:rsidR="003F3E41" w:rsidRDefault="00D935A2">
            <w:r>
              <w:t>−5,40 т/ч</w:t>
            </w:r>
          </w:p>
        </w:tc>
      </w:tr>
      <w:tr w:rsidR="003F3E41" w14:paraId="0681E791" w14:textId="77777777">
        <w:trPr>
          <w:cantSplit/>
        </w:trPr>
        <w:tc>
          <w:tcPr>
            <w:tcW w:w="0" w:type="auto"/>
            <w:shd w:val="clear" w:color="auto" w:fill="F2F2F2"/>
          </w:tcPr>
          <w:p w14:paraId="6CC0CF2C" w14:textId="77777777" w:rsidR="003F3E41" w:rsidRDefault="00D935A2">
            <w:r>
              <w:t>Запас топлива</w:t>
            </w:r>
          </w:p>
        </w:tc>
        <w:tc>
          <w:tcPr>
            <w:tcW w:w="0" w:type="auto"/>
            <w:shd w:val="clear" w:color="auto" w:fill="FFFFFF"/>
          </w:tcPr>
          <w:p w14:paraId="3BD8C81D" w14:textId="77777777" w:rsidR="003F3E41" w:rsidRDefault="00D935A2">
            <w:r>
              <w:t>нормативы создания запасов утверждены</w:t>
            </w:r>
          </w:p>
        </w:tc>
      </w:tr>
      <w:tr w:rsidR="003F3E41" w14:paraId="2AE8A32A" w14:textId="77777777">
        <w:trPr>
          <w:cantSplit/>
        </w:trPr>
        <w:tc>
          <w:tcPr>
            <w:tcW w:w="0" w:type="auto"/>
            <w:shd w:val="clear" w:color="auto" w:fill="F2F2F2"/>
          </w:tcPr>
          <w:p w14:paraId="409D4FC9" w14:textId="77777777" w:rsidR="003F3E41" w:rsidRDefault="00D935A2">
            <w:r>
              <w:t>Резервное электроснабжение</w:t>
            </w:r>
          </w:p>
        </w:tc>
        <w:tc>
          <w:tcPr>
            <w:tcW w:w="0" w:type="auto"/>
            <w:shd w:val="clear" w:color="auto" w:fill="FFFFFF"/>
          </w:tcPr>
          <w:p w14:paraId="6E0AAF01" w14:textId="77777777" w:rsidR="003F3E41" w:rsidRDefault="00D935A2">
            <w:r>
              <w:t>сведения не раскрыты</w:t>
            </w:r>
          </w:p>
        </w:tc>
      </w:tr>
      <w:tr w:rsidR="003F3E41" w:rsidRPr="004D1FEB" w14:paraId="621376CE" w14:textId="77777777">
        <w:trPr>
          <w:cantSplit/>
        </w:trPr>
        <w:tc>
          <w:tcPr>
            <w:tcW w:w="0" w:type="auto"/>
            <w:shd w:val="clear" w:color="auto" w:fill="F2F2F2"/>
          </w:tcPr>
          <w:p w14:paraId="39C84804" w14:textId="77777777" w:rsidR="003F3E41" w:rsidRDefault="00D935A2">
            <w:r>
              <w:t>Источник финансирования</w:t>
            </w:r>
          </w:p>
        </w:tc>
        <w:tc>
          <w:tcPr>
            <w:tcW w:w="0" w:type="auto"/>
            <w:shd w:val="clear" w:color="auto" w:fill="FFFFFF"/>
          </w:tcPr>
          <w:p w14:paraId="537F9F6A" w14:textId="77777777" w:rsidR="003F3E41" w:rsidRPr="00844B84" w:rsidRDefault="00D935A2">
            <w:pPr>
              <w:rPr>
                <w:lang w:val="ru-RU"/>
              </w:rPr>
            </w:pPr>
            <w:r w:rsidRPr="00844B84">
              <w:rPr>
                <w:lang w:val="ru-RU"/>
              </w:rPr>
              <w:t>инвестиционная программа теплоснабжающей организации, решение не принято</w:t>
            </w:r>
          </w:p>
        </w:tc>
      </w:tr>
    </w:tbl>
    <w:p w14:paraId="1FC199C0" w14:textId="77777777" w:rsidR="003F3E41" w:rsidRPr="00F815F9" w:rsidRDefault="00D935A2">
      <w:pPr>
        <w:pStyle w:val="31"/>
        <w:rPr>
          <w:sz w:val="28"/>
          <w:szCs w:val="28"/>
        </w:rPr>
      </w:pPr>
      <w:r w:rsidRPr="00F815F9">
        <w:rPr>
          <w:sz w:val="28"/>
          <w:szCs w:val="28"/>
        </w:rPr>
        <w:t>5.4.10. УПК № 3 «Спасск»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10"/>
        <w:gridCol w:w="6279"/>
      </w:tblGrid>
      <w:tr w:rsidR="003F3E41" w14:paraId="067C2D4C" w14:textId="77777777">
        <w:trPr>
          <w:cantSplit/>
          <w:tblHeader/>
        </w:trPr>
        <w:tc>
          <w:tcPr>
            <w:tcW w:w="0" w:type="auto"/>
            <w:shd w:val="clear" w:color="auto" w:fill="E2F0D9"/>
          </w:tcPr>
          <w:p w14:paraId="61341737" w14:textId="77777777" w:rsidR="003F3E41" w:rsidRDefault="00D935A2">
            <w:pPr>
              <w:jc w:val="center"/>
            </w:pPr>
            <w:r>
              <w:rPr>
                <w:b/>
              </w:rPr>
              <w:t>Позиция</w:t>
            </w:r>
          </w:p>
        </w:tc>
        <w:tc>
          <w:tcPr>
            <w:tcW w:w="0" w:type="auto"/>
            <w:shd w:val="clear" w:color="auto" w:fill="E2F0D9"/>
          </w:tcPr>
          <w:p w14:paraId="266B893A" w14:textId="77777777" w:rsidR="003F3E41" w:rsidRDefault="00D935A2">
            <w:pPr>
              <w:jc w:val="center"/>
            </w:pPr>
            <w:r>
              <w:rPr>
                <w:b/>
              </w:rPr>
              <w:t>Содержание</w:t>
            </w:r>
          </w:p>
        </w:tc>
      </w:tr>
      <w:tr w:rsidR="003F3E41" w:rsidRPr="004D1FEB" w14:paraId="6A5B1578" w14:textId="77777777">
        <w:trPr>
          <w:cantSplit/>
        </w:trPr>
        <w:tc>
          <w:tcPr>
            <w:tcW w:w="0" w:type="auto"/>
            <w:shd w:val="clear" w:color="auto" w:fill="F2F2F2"/>
          </w:tcPr>
          <w:p w14:paraId="64E26B10" w14:textId="77777777" w:rsidR="003F3E41" w:rsidRDefault="00D935A2">
            <w:r>
              <w:t>Основное мероприятие</w:t>
            </w:r>
          </w:p>
        </w:tc>
        <w:tc>
          <w:tcPr>
            <w:tcW w:w="0" w:type="auto"/>
            <w:shd w:val="clear" w:color="auto" w:fill="FFFFFF"/>
          </w:tcPr>
          <w:p w14:paraId="5D323654" w14:textId="77777777" w:rsidR="003F3E41" w:rsidRPr="00844B84" w:rsidRDefault="00D935A2">
            <w:pPr>
              <w:rPr>
                <w:lang w:val="ru-RU"/>
              </w:rPr>
            </w:pPr>
            <w:r w:rsidRPr="00844B84">
              <w:rPr>
                <w:lang w:val="ru-RU"/>
              </w:rPr>
              <w:t>реконструкция котельной с переводом на природный газ</w:t>
            </w:r>
          </w:p>
        </w:tc>
      </w:tr>
      <w:tr w:rsidR="003F3E41" w14:paraId="5F7E5EA4" w14:textId="77777777">
        <w:trPr>
          <w:cantSplit/>
        </w:trPr>
        <w:tc>
          <w:tcPr>
            <w:tcW w:w="0" w:type="auto"/>
            <w:shd w:val="clear" w:color="auto" w:fill="F2F2F2"/>
          </w:tcPr>
          <w:p w14:paraId="43539E72" w14:textId="77777777" w:rsidR="003F3E41" w:rsidRDefault="00D935A2">
            <w:r>
              <w:t>Срок реализации</w:t>
            </w:r>
          </w:p>
        </w:tc>
        <w:tc>
          <w:tcPr>
            <w:tcW w:w="0" w:type="auto"/>
            <w:shd w:val="clear" w:color="auto" w:fill="FFFFFF"/>
          </w:tcPr>
          <w:p w14:paraId="79F24CEF" w14:textId="77777777" w:rsidR="003F3E41" w:rsidRDefault="00D935A2">
            <w:r>
              <w:t>2035</w:t>
            </w:r>
          </w:p>
        </w:tc>
      </w:tr>
      <w:tr w:rsidR="003F3E41" w14:paraId="1EA217B3" w14:textId="77777777">
        <w:trPr>
          <w:cantSplit/>
        </w:trPr>
        <w:tc>
          <w:tcPr>
            <w:tcW w:w="0" w:type="auto"/>
            <w:shd w:val="clear" w:color="auto" w:fill="F2F2F2"/>
          </w:tcPr>
          <w:p w14:paraId="0E019020" w14:textId="77777777" w:rsidR="003F3E41" w:rsidRDefault="00D935A2">
            <w:r>
              <w:t>Вариант — установка новых котлоагрегатов</w:t>
            </w:r>
          </w:p>
        </w:tc>
        <w:tc>
          <w:tcPr>
            <w:tcW w:w="0" w:type="auto"/>
            <w:shd w:val="clear" w:color="auto" w:fill="FFFFFF"/>
          </w:tcPr>
          <w:p w14:paraId="6D02C73B" w14:textId="77777777" w:rsidR="003F3E41" w:rsidRDefault="00D935A2">
            <w:r>
              <w:t>29 644,0 тыс. руб.</w:t>
            </w:r>
          </w:p>
        </w:tc>
      </w:tr>
      <w:tr w:rsidR="003F3E41" w14:paraId="5780ED12" w14:textId="77777777">
        <w:trPr>
          <w:cantSplit/>
        </w:trPr>
        <w:tc>
          <w:tcPr>
            <w:tcW w:w="0" w:type="auto"/>
            <w:shd w:val="clear" w:color="auto" w:fill="F2F2F2"/>
          </w:tcPr>
          <w:p w14:paraId="4B73EBD8" w14:textId="77777777" w:rsidR="003F3E41" w:rsidRDefault="00D935A2">
            <w:r>
              <w:t>Вариант — перевод существующих котлоагрегатов</w:t>
            </w:r>
          </w:p>
        </w:tc>
        <w:tc>
          <w:tcPr>
            <w:tcW w:w="0" w:type="auto"/>
            <w:shd w:val="clear" w:color="auto" w:fill="FFFFFF"/>
          </w:tcPr>
          <w:p w14:paraId="392B91B0" w14:textId="77777777" w:rsidR="003F3E41" w:rsidRDefault="00D935A2">
            <w:r>
              <w:t>не рассматривался</w:t>
            </w:r>
          </w:p>
        </w:tc>
      </w:tr>
      <w:tr w:rsidR="003F3E41" w:rsidRPr="004D1FEB" w14:paraId="5F0C8685" w14:textId="77777777">
        <w:trPr>
          <w:cantSplit/>
        </w:trPr>
        <w:tc>
          <w:tcPr>
            <w:tcW w:w="0" w:type="auto"/>
            <w:shd w:val="clear" w:color="auto" w:fill="F2F2F2"/>
          </w:tcPr>
          <w:p w14:paraId="0813A71B" w14:textId="77777777" w:rsidR="003F3E41" w:rsidRDefault="00D935A2">
            <w:r>
              <w:t>Вариант с меньшей стоимостью</w:t>
            </w:r>
          </w:p>
        </w:tc>
        <w:tc>
          <w:tcPr>
            <w:tcW w:w="0" w:type="auto"/>
            <w:shd w:val="clear" w:color="auto" w:fill="FFFFFF"/>
          </w:tcPr>
          <w:p w14:paraId="74FE68EF" w14:textId="77777777" w:rsidR="003F3E41" w:rsidRPr="00844B84" w:rsidRDefault="00D935A2">
            <w:pPr>
              <w:rPr>
                <w:lang w:val="ru-RU"/>
              </w:rPr>
            </w:pPr>
            <w:r w:rsidRPr="00844B84">
              <w:rPr>
                <w:lang w:val="ru-RU"/>
              </w:rPr>
              <w:t>установка новых котлоагрегатов — 29644,0 тыс. руб.</w:t>
            </w:r>
          </w:p>
        </w:tc>
      </w:tr>
      <w:tr w:rsidR="003F3E41" w:rsidRPr="004D1FEB" w14:paraId="4F1D4ECE" w14:textId="77777777">
        <w:trPr>
          <w:cantSplit/>
        </w:trPr>
        <w:tc>
          <w:tcPr>
            <w:tcW w:w="0" w:type="auto"/>
            <w:shd w:val="clear" w:color="auto" w:fill="F2F2F2"/>
          </w:tcPr>
          <w:p w14:paraId="7E917328" w14:textId="77777777" w:rsidR="003F3E41" w:rsidRDefault="00D935A2">
            <w:r>
              <w:t>Ценовой базис</w:t>
            </w:r>
          </w:p>
        </w:tc>
        <w:tc>
          <w:tcPr>
            <w:tcW w:w="0" w:type="auto"/>
            <w:shd w:val="clear" w:color="auto" w:fill="FFFFFF"/>
          </w:tcPr>
          <w:p w14:paraId="2CFBB361" w14:textId="77777777" w:rsidR="003F3E41" w:rsidRPr="00844B84" w:rsidRDefault="00D935A2">
            <w:pPr>
              <w:rPr>
                <w:lang w:val="ru-RU"/>
              </w:rPr>
            </w:pPr>
            <w:r w:rsidRPr="00844B84">
              <w:rPr>
                <w:lang w:val="ru-RU"/>
              </w:rPr>
              <w:t>цены 2024 года, с налогом на добавленную стоимость</w:t>
            </w:r>
          </w:p>
        </w:tc>
      </w:tr>
      <w:tr w:rsidR="003F3E41" w:rsidRPr="004D1FEB" w14:paraId="0A99E430" w14:textId="77777777">
        <w:trPr>
          <w:cantSplit/>
        </w:trPr>
        <w:tc>
          <w:tcPr>
            <w:tcW w:w="0" w:type="auto"/>
            <w:shd w:val="clear" w:color="auto" w:fill="F2F2F2"/>
          </w:tcPr>
          <w:p w14:paraId="32650203" w14:textId="77777777" w:rsidR="003F3E41" w:rsidRDefault="00D935A2">
            <w:r>
              <w:t>Состав технического перевооружения</w:t>
            </w:r>
          </w:p>
        </w:tc>
        <w:tc>
          <w:tcPr>
            <w:tcW w:w="0" w:type="auto"/>
            <w:shd w:val="clear" w:color="auto" w:fill="FFFFFF"/>
          </w:tcPr>
          <w:p w14:paraId="680B0A60" w14:textId="77777777" w:rsidR="003F3E41" w:rsidRPr="00844B84" w:rsidRDefault="00D935A2">
            <w:pPr>
              <w:rPr>
                <w:lang w:val="ru-RU"/>
              </w:rPr>
            </w:pPr>
            <w:r w:rsidRPr="00844B84">
              <w:rPr>
                <w:lang w:val="ru-RU"/>
              </w:rPr>
              <w:t>определяется проектной документацией по источнику</w:t>
            </w:r>
          </w:p>
        </w:tc>
      </w:tr>
      <w:tr w:rsidR="003F3E41" w:rsidRPr="004D1FEB" w14:paraId="56C56BFA" w14:textId="77777777">
        <w:trPr>
          <w:cantSplit/>
        </w:trPr>
        <w:tc>
          <w:tcPr>
            <w:tcW w:w="0" w:type="auto"/>
            <w:shd w:val="clear" w:color="auto" w:fill="F2F2F2"/>
          </w:tcPr>
          <w:p w14:paraId="4CD3BAB6" w14:textId="77777777" w:rsidR="003F3E41" w:rsidRDefault="00D935A2">
            <w:r>
              <w:t>Мероприятие по горячему водоснабжению</w:t>
            </w:r>
          </w:p>
        </w:tc>
        <w:tc>
          <w:tcPr>
            <w:tcW w:w="0" w:type="auto"/>
            <w:shd w:val="clear" w:color="auto" w:fill="FFFFFF"/>
          </w:tcPr>
          <w:p w14:paraId="71AEB793" w14:textId="77777777" w:rsidR="003F3E41" w:rsidRPr="00844B84" w:rsidRDefault="00D935A2">
            <w:pPr>
              <w:rPr>
                <w:lang w:val="ru-RU"/>
              </w:rPr>
            </w:pPr>
            <w:r w:rsidRPr="00844B84">
              <w:rPr>
                <w:lang w:val="ru-RU"/>
              </w:rPr>
              <w:t>перевод на закрытую схему с реконструкцией тепловых пунктов потребителей</w:t>
            </w:r>
          </w:p>
        </w:tc>
      </w:tr>
      <w:tr w:rsidR="003F3E41" w14:paraId="4A12AD48" w14:textId="77777777">
        <w:trPr>
          <w:cantSplit/>
        </w:trPr>
        <w:tc>
          <w:tcPr>
            <w:tcW w:w="0" w:type="auto"/>
            <w:shd w:val="clear" w:color="auto" w:fill="F2F2F2"/>
          </w:tcPr>
          <w:p w14:paraId="6ECC2D1C" w14:textId="77777777" w:rsidR="003F3E41" w:rsidRDefault="00D935A2">
            <w:r>
              <w:t>Срок перевода горячего водоснабжения</w:t>
            </w:r>
          </w:p>
        </w:tc>
        <w:tc>
          <w:tcPr>
            <w:tcW w:w="0" w:type="auto"/>
            <w:shd w:val="clear" w:color="auto" w:fill="FFFFFF"/>
          </w:tcPr>
          <w:p w14:paraId="29EB7C77" w14:textId="77777777" w:rsidR="003F3E41" w:rsidRDefault="00D935A2">
            <w:r>
              <w:t>2027–2036</w:t>
            </w:r>
          </w:p>
        </w:tc>
      </w:tr>
      <w:tr w:rsidR="003F3E41" w14:paraId="13AD4DA5" w14:textId="77777777">
        <w:trPr>
          <w:cantSplit/>
        </w:trPr>
        <w:tc>
          <w:tcPr>
            <w:tcW w:w="0" w:type="auto"/>
            <w:shd w:val="clear" w:color="auto" w:fill="F2F2F2"/>
          </w:tcPr>
          <w:p w14:paraId="498E8B02" w14:textId="77777777" w:rsidR="003F3E41" w:rsidRDefault="00D935A2">
            <w:r>
              <w:t>Стоимость перевода горячего водоснабжения</w:t>
            </w:r>
          </w:p>
        </w:tc>
        <w:tc>
          <w:tcPr>
            <w:tcW w:w="0" w:type="auto"/>
            <w:shd w:val="clear" w:color="auto" w:fill="FFFFFF"/>
          </w:tcPr>
          <w:p w14:paraId="7C779C1F" w14:textId="77777777" w:rsidR="003F3E41" w:rsidRDefault="00D935A2">
            <w:r>
              <w:t>текущая стоимость подлежит определению</w:t>
            </w:r>
          </w:p>
        </w:tc>
      </w:tr>
      <w:tr w:rsidR="003F3E41" w:rsidRPr="004D1FEB" w14:paraId="3115D0BC" w14:textId="77777777">
        <w:trPr>
          <w:cantSplit/>
        </w:trPr>
        <w:tc>
          <w:tcPr>
            <w:tcW w:w="0" w:type="auto"/>
            <w:shd w:val="clear" w:color="auto" w:fill="F2F2F2"/>
          </w:tcPr>
          <w:p w14:paraId="7A887A7F" w14:textId="77777777" w:rsidR="003F3E41" w:rsidRDefault="00D935A2">
            <w:r>
              <w:t>Мероприятия по надёжности</w:t>
            </w:r>
          </w:p>
        </w:tc>
        <w:tc>
          <w:tcPr>
            <w:tcW w:w="0" w:type="auto"/>
            <w:shd w:val="clear" w:color="auto" w:fill="FFFFFF"/>
          </w:tcPr>
          <w:p w14:paraId="60D045E2" w14:textId="77777777" w:rsidR="003F3E41" w:rsidRPr="00844B84" w:rsidRDefault="00D935A2">
            <w:pPr>
              <w:rPr>
                <w:lang w:val="ru-RU"/>
              </w:rPr>
            </w:pPr>
            <w:r w:rsidRPr="00844B84">
              <w:rPr>
                <w:lang w:val="ru-RU"/>
              </w:rPr>
              <w:t>подтверждение технологии и производительности водоподготовки</w:t>
            </w:r>
          </w:p>
        </w:tc>
      </w:tr>
      <w:tr w:rsidR="003F3E41" w14:paraId="123A0566" w14:textId="77777777">
        <w:trPr>
          <w:cantSplit/>
        </w:trPr>
        <w:tc>
          <w:tcPr>
            <w:tcW w:w="0" w:type="auto"/>
            <w:shd w:val="clear" w:color="auto" w:fill="F2F2F2"/>
          </w:tcPr>
          <w:p w14:paraId="2CF589C6" w14:textId="77777777" w:rsidR="003F3E41" w:rsidRPr="00844B84" w:rsidRDefault="00D935A2">
            <w:pPr>
              <w:rPr>
                <w:lang w:val="ru-RU"/>
              </w:rPr>
            </w:pPr>
            <w:r w:rsidRPr="00844B84">
              <w:rPr>
                <w:lang w:val="ru-RU"/>
              </w:rPr>
              <w:t>Резерв тепловой мощности на расчётный срок</w:t>
            </w:r>
          </w:p>
        </w:tc>
        <w:tc>
          <w:tcPr>
            <w:tcW w:w="0" w:type="auto"/>
            <w:shd w:val="clear" w:color="auto" w:fill="FFFFFF"/>
          </w:tcPr>
          <w:p w14:paraId="62B343B9" w14:textId="77777777" w:rsidR="003F3E41" w:rsidRDefault="00D935A2">
            <w:r>
              <w:t>3,4869 Гкал/ч</w:t>
            </w:r>
          </w:p>
        </w:tc>
      </w:tr>
      <w:tr w:rsidR="003F3E41" w14:paraId="1BDA87D9" w14:textId="77777777">
        <w:trPr>
          <w:cantSplit/>
        </w:trPr>
        <w:tc>
          <w:tcPr>
            <w:tcW w:w="0" w:type="auto"/>
            <w:shd w:val="clear" w:color="auto" w:fill="F2F2F2"/>
          </w:tcPr>
          <w:p w14:paraId="56EDD0D4" w14:textId="77777777" w:rsidR="003F3E41" w:rsidRPr="00844B84" w:rsidRDefault="00D935A2">
            <w:pPr>
              <w:rPr>
                <w:lang w:val="ru-RU"/>
              </w:rPr>
            </w:pPr>
            <w:r w:rsidRPr="00844B84">
              <w:rPr>
                <w:lang w:val="ru-RU"/>
              </w:rPr>
              <w:t>Резерв подпитки в нормальном режиме</w:t>
            </w:r>
          </w:p>
        </w:tc>
        <w:tc>
          <w:tcPr>
            <w:tcW w:w="0" w:type="auto"/>
            <w:shd w:val="clear" w:color="auto" w:fill="FFFFFF"/>
          </w:tcPr>
          <w:p w14:paraId="7C712662" w14:textId="77777777" w:rsidR="003F3E41" w:rsidRDefault="00D935A2">
            <w:r>
              <w:t>−0,428 т/ч</w:t>
            </w:r>
          </w:p>
        </w:tc>
      </w:tr>
      <w:tr w:rsidR="003F3E41" w14:paraId="14BD05B0" w14:textId="77777777">
        <w:trPr>
          <w:cantSplit/>
        </w:trPr>
        <w:tc>
          <w:tcPr>
            <w:tcW w:w="0" w:type="auto"/>
            <w:shd w:val="clear" w:color="auto" w:fill="F2F2F2"/>
          </w:tcPr>
          <w:p w14:paraId="299A4841" w14:textId="77777777" w:rsidR="003F3E41" w:rsidRPr="00844B84" w:rsidRDefault="00D935A2">
            <w:pPr>
              <w:rPr>
                <w:lang w:val="ru-RU"/>
              </w:rPr>
            </w:pPr>
            <w:r w:rsidRPr="00844B84">
              <w:rPr>
                <w:lang w:val="ru-RU"/>
              </w:rPr>
              <w:t>Резерв подпитки в аварийном режиме</w:t>
            </w:r>
          </w:p>
        </w:tc>
        <w:tc>
          <w:tcPr>
            <w:tcW w:w="0" w:type="auto"/>
            <w:shd w:val="clear" w:color="auto" w:fill="FFFFFF"/>
          </w:tcPr>
          <w:p w14:paraId="1ED2B6D7" w14:textId="77777777" w:rsidR="003F3E41" w:rsidRDefault="00D935A2">
            <w:r>
              <w:t>−1,10 т/ч</w:t>
            </w:r>
          </w:p>
        </w:tc>
      </w:tr>
      <w:tr w:rsidR="003F3E41" w14:paraId="23A988F8" w14:textId="77777777">
        <w:trPr>
          <w:cantSplit/>
        </w:trPr>
        <w:tc>
          <w:tcPr>
            <w:tcW w:w="0" w:type="auto"/>
            <w:shd w:val="clear" w:color="auto" w:fill="F2F2F2"/>
          </w:tcPr>
          <w:p w14:paraId="328FF187" w14:textId="77777777" w:rsidR="003F3E41" w:rsidRDefault="00D935A2">
            <w:r>
              <w:t>Запас топлива</w:t>
            </w:r>
          </w:p>
        </w:tc>
        <w:tc>
          <w:tcPr>
            <w:tcW w:w="0" w:type="auto"/>
            <w:shd w:val="clear" w:color="auto" w:fill="FFFFFF"/>
          </w:tcPr>
          <w:p w14:paraId="5731918C" w14:textId="77777777" w:rsidR="003F3E41" w:rsidRDefault="00D935A2">
            <w:r>
              <w:t>нормативы создания запасов утверждены</w:t>
            </w:r>
          </w:p>
        </w:tc>
      </w:tr>
      <w:tr w:rsidR="003F3E41" w14:paraId="0043FFC5" w14:textId="77777777">
        <w:trPr>
          <w:cantSplit/>
        </w:trPr>
        <w:tc>
          <w:tcPr>
            <w:tcW w:w="0" w:type="auto"/>
            <w:shd w:val="clear" w:color="auto" w:fill="F2F2F2"/>
          </w:tcPr>
          <w:p w14:paraId="39F85528" w14:textId="77777777" w:rsidR="003F3E41" w:rsidRDefault="00D935A2">
            <w:r>
              <w:t>Резервное электроснабжение</w:t>
            </w:r>
          </w:p>
        </w:tc>
        <w:tc>
          <w:tcPr>
            <w:tcW w:w="0" w:type="auto"/>
            <w:shd w:val="clear" w:color="auto" w:fill="FFFFFF"/>
          </w:tcPr>
          <w:p w14:paraId="06E7A8D1" w14:textId="77777777" w:rsidR="003F3E41" w:rsidRDefault="00D935A2">
            <w:r>
              <w:t>сведения не раскрыты</w:t>
            </w:r>
          </w:p>
        </w:tc>
      </w:tr>
      <w:tr w:rsidR="003F3E41" w:rsidRPr="004D1FEB" w14:paraId="099E0019" w14:textId="77777777">
        <w:trPr>
          <w:cantSplit/>
        </w:trPr>
        <w:tc>
          <w:tcPr>
            <w:tcW w:w="0" w:type="auto"/>
            <w:shd w:val="clear" w:color="auto" w:fill="F2F2F2"/>
          </w:tcPr>
          <w:p w14:paraId="4BB7D1A0" w14:textId="77777777" w:rsidR="003F3E41" w:rsidRDefault="00D935A2">
            <w:r>
              <w:t>Источник финансирования</w:t>
            </w:r>
          </w:p>
        </w:tc>
        <w:tc>
          <w:tcPr>
            <w:tcW w:w="0" w:type="auto"/>
            <w:shd w:val="clear" w:color="auto" w:fill="FFFFFF"/>
          </w:tcPr>
          <w:p w14:paraId="65F1D5A5" w14:textId="77777777" w:rsidR="003F3E41" w:rsidRPr="00844B84" w:rsidRDefault="00D935A2">
            <w:pPr>
              <w:rPr>
                <w:lang w:val="ru-RU"/>
              </w:rPr>
            </w:pPr>
            <w:r w:rsidRPr="00844B84">
              <w:rPr>
                <w:lang w:val="ru-RU"/>
              </w:rPr>
              <w:t>инвестиционная программа теплоснабжающей организации, решение не принято</w:t>
            </w:r>
          </w:p>
        </w:tc>
      </w:tr>
    </w:tbl>
    <w:p w14:paraId="0D767ACE" w14:textId="77777777" w:rsidR="006E7A08" w:rsidRPr="001D7D92" w:rsidRDefault="00267E76">
      <w:pPr>
        <w:pStyle w:val="21"/>
        <w:rPr>
          <w:lang w:val="ru-RU"/>
        </w:rPr>
      </w:pPr>
      <w:bookmarkStart w:id="59" w:name="_Toc238017258"/>
      <w:r w:rsidRPr="001D7D92">
        <w:rPr>
          <w:lang w:val="ru-RU"/>
        </w:rPr>
        <w:t>5.5. Мероприятия по повышению экологических характеристик</w:t>
      </w:r>
      <w:bookmarkEnd w:id="59"/>
    </w:p>
    <w:p w14:paraId="1551DB66" w14:textId="77777777" w:rsidR="006E7A08" w:rsidRPr="001D7D92" w:rsidRDefault="00267E76">
      <w:pPr>
        <w:ind w:firstLine="709"/>
        <w:jc w:val="both"/>
        <w:rPr>
          <w:lang w:val="ru-RU"/>
        </w:rPr>
      </w:pPr>
      <w:r w:rsidRPr="001D7D92">
        <w:rPr>
          <w:lang w:val="ru-RU"/>
        </w:rPr>
        <w:t>Повышение экологических характеристик обеспечивается двумя направлениями. Первое и основное — перевод десяти действующих источников с каменного угля на природный газ: эффект состоит в снижении выбросов загрязняющих веществ, наступает по мере ввода объектов газификации и распределён во времени в соответствии со сроками раздела 7.</w:t>
      </w:r>
    </w:p>
    <w:p w14:paraId="005A9221" w14:textId="77777777" w:rsidR="006E7A08" w:rsidRPr="001D7D92" w:rsidRDefault="00267E76">
      <w:pPr>
        <w:ind w:firstLine="709"/>
        <w:jc w:val="both"/>
        <w:rPr>
          <w:lang w:val="ru-RU"/>
        </w:rPr>
      </w:pPr>
      <w:r w:rsidRPr="001D7D92">
        <w:rPr>
          <w:lang w:val="ru-RU"/>
        </w:rPr>
        <w:t>Второе направление — самостоятельное мероприятие действующей инвестиционной программы ООО «Южно-Кузбасская энергетическая компания»: техническое перевооружение котельной УПК № 5 «Новый Шерегеш» с установкой второй ступени газоочистки на котлах № 4–7 со сроком реализации 2023–2031 годов. Мероприятие принимается схемой и приведено ниже.</w:t>
      </w:r>
    </w:p>
    <w:p w14:paraId="2DA4A6B3" w14:textId="77777777" w:rsidR="006E7A08" w:rsidRPr="001D7D92" w:rsidRDefault="00267E76">
      <w:pPr>
        <w:ind w:firstLine="709"/>
        <w:jc w:val="both"/>
        <w:rPr>
          <w:lang w:val="ru-RU"/>
        </w:rPr>
      </w:pPr>
      <w:r w:rsidRPr="001D7D92">
        <w:rPr>
          <w:lang w:val="ru-RU"/>
        </w:rPr>
        <w:t>Установка второй ступени газоочистки не увеличивает установленную тепловую мощность источника и дефицит мощности котельной УПК № 5, раскрытый в разделе 6, не закрывает.</w:t>
      </w:r>
    </w:p>
    <w:p w14:paraId="209BE90A" w14:textId="77777777" w:rsidR="006E7A08" w:rsidRPr="001D7D92" w:rsidRDefault="00267E76">
      <w:pPr>
        <w:keepNext/>
        <w:keepLines/>
        <w:rPr>
          <w:lang w:val="ru-RU"/>
        </w:rPr>
      </w:pPr>
      <w:r w:rsidRPr="001D7D92">
        <w:rPr>
          <w:b/>
          <w:lang w:val="ru-RU"/>
        </w:rPr>
        <w:t>Таблица 5.5 — Предложения по строительству и реконструкции оборудования источников (лист «Таблица 5.2 Б» расчётной книги)</w:t>
      </w:r>
    </w:p>
    <w:tbl>
      <w:tblPr>
        <w:tblStyle w:val="aff0"/>
        <w:tblW w:w="5000" w:type="pct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54"/>
        <w:gridCol w:w="4838"/>
        <w:gridCol w:w="875"/>
        <w:gridCol w:w="3114"/>
        <w:gridCol w:w="998"/>
      </w:tblGrid>
      <w:tr w:rsidR="006E7A08" w14:paraId="33A07134" w14:textId="77777777">
        <w:trPr>
          <w:cantSplit/>
          <w:tblHeader/>
          <w:jc w:val="center"/>
        </w:trPr>
        <w:tc>
          <w:tcPr>
            <w:tcW w:w="0" w:type="auto"/>
            <w:shd w:val="clear" w:color="auto" w:fill="E2F0D9"/>
            <w:vAlign w:val="center"/>
          </w:tcPr>
          <w:p w14:paraId="1847D57D" w14:textId="77777777" w:rsidR="006E7A08" w:rsidRDefault="00267E76">
            <w:pPr>
              <w:jc w:val="center"/>
            </w:pPr>
            <w:r>
              <w:rPr>
                <w:b/>
              </w:rPr>
              <w:t>№</w:t>
            </w:r>
          </w:p>
        </w:tc>
        <w:tc>
          <w:tcPr>
            <w:tcW w:w="0" w:type="auto"/>
            <w:shd w:val="clear" w:color="auto" w:fill="E2F0D9"/>
            <w:vAlign w:val="center"/>
          </w:tcPr>
          <w:p w14:paraId="16D5E05F" w14:textId="77777777" w:rsidR="006E7A08" w:rsidRDefault="00267E76">
            <w:pPr>
              <w:jc w:val="center"/>
            </w:pPr>
            <w:r>
              <w:rPr>
                <w:b/>
              </w:rPr>
              <w:t>Наименование мероприятия</w:t>
            </w:r>
          </w:p>
        </w:tc>
        <w:tc>
          <w:tcPr>
            <w:tcW w:w="0" w:type="auto"/>
            <w:shd w:val="clear" w:color="auto" w:fill="E2F0D9"/>
            <w:vAlign w:val="center"/>
          </w:tcPr>
          <w:p w14:paraId="260D6CB0" w14:textId="77777777" w:rsidR="006E7A08" w:rsidRDefault="00267E76">
            <w:pPr>
              <w:jc w:val="center"/>
            </w:pPr>
            <w:r>
              <w:rPr>
                <w:b/>
              </w:rPr>
              <w:t>Год</w:t>
            </w:r>
          </w:p>
        </w:tc>
        <w:tc>
          <w:tcPr>
            <w:tcW w:w="0" w:type="auto"/>
            <w:shd w:val="clear" w:color="auto" w:fill="E2F0D9"/>
            <w:vAlign w:val="center"/>
          </w:tcPr>
          <w:p w14:paraId="6C0F5D0C" w14:textId="77777777" w:rsidR="006E7A08" w:rsidRDefault="00267E76">
            <w:pPr>
              <w:jc w:val="center"/>
            </w:pPr>
            <w:r>
              <w:rPr>
                <w:b/>
              </w:rPr>
              <w:t>Цель мероприятия</w:t>
            </w:r>
          </w:p>
        </w:tc>
        <w:tc>
          <w:tcPr>
            <w:tcW w:w="0" w:type="auto"/>
            <w:shd w:val="clear" w:color="auto" w:fill="E2F0D9"/>
            <w:vAlign w:val="center"/>
          </w:tcPr>
          <w:p w14:paraId="24718FA5" w14:textId="77777777" w:rsidR="006E7A08" w:rsidRDefault="00267E76">
            <w:pPr>
              <w:jc w:val="center"/>
            </w:pPr>
            <w:r>
              <w:rPr>
                <w:b/>
              </w:rPr>
              <w:t>Ст-ть, тыс. руб.</w:t>
            </w:r>
          </w:p>
        </w:tc>
      </w:tr>
      <w:tr w:rsidR="006E7A08" w14:paraId="12929C4D" w14:textId="77777777">
        <w:trPr>
          <w:cantSplit/>
          <w:tblHeader/>
          <w:jc w:val="center"/>
        </w:trPr>
        <w:tc>
          <w:tcPr>
            <w:tcW w:w="0" w:type="auto"/>
            <w:shd w:val="clear" w:color="auto" w:fill="F2F2F2"/>
            <w:vAlign w:val="center"/>
          </w:tcPr>
          <w:p w14:paraId="2D239D93" w14:textId="77777777" w:rsidR="006E7A08" w:rsidRDefault="00267E76">
            <w:pPr>
              <w:jc w:val="center"/>
            </w:pPr>
            <w:r>
              <w:t>1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4A60E765" w14:textId="77777777" w:rsidR="006E7A08" w:rsidRDefault="00267E76">
            <w:pPr>
              <w:jc w:val="center"/>
            </w:pPr>
            <w:r>
              <w:t>2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0299E31D" w14:textId="77777777" w:rsidR="006E7A08" w:rsidRDefault="00267E76">
            <w:pPr>
              <w:jc w:val="center"/>
            </w:pPr>
            <w:r>
              <w:t>3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64AA85B5" w14:textId="77777777" w:rsidR="006E7A08" w:rsidRDefault="00267E76">
            <w:pPr>
              <w:jc w:val="center"/>
            </w:pPr>
            <w:r>
              <w:t>4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7CD8571B" w14:textId="77777777" w:rsidR="006E7A08" w:rsidRDefault="00267E76">
            <w:pPr>
              <w:jc w:val="center"/>
            </w:pPr>
            <w:r>
              <w:t>5</w:t>
            </w:r>
          </w:p>
        </w:tc>
      </w:tr>
      <w:tr w:rsidR="006E7A08" w:rsidRPr="004D1FEB" w14:paraId="0BCF7174" w14:textId="77777777">
        <w:trPr>
          <w:cantSplit/>
          <w:jc w:val="center"/>
        </w:trPr>
        <w:tc>
          <w:tcPr>
            <w:tcW w:w="0" w:type="auto"/>
          </w:tcPr>
          <w:p w14:paraId="1D82E242" w14:textId="77777777" w:rsidR="006E7A08" w:rsidRDefault="00267E76">
            <w:r>
              <w:t>1.1.1.</w:t>
            </w:r>
          </w:p>
        </w:tc>
        <w:tc>
          <w:tcPr>
            <w:tcW w:w="0" w:type="auto"/>
          </w:tcPr>
          <w:p w14:paraId="412EBEDD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Техническое перевооружение котельной с установкой второй ступени газоочистки на котлах № 4, 5, 6, 7</w:t>
            </w:r>
          </w:p>
        </w:tc>
        <w:tc>
          <w:tcPr>
            <w:tcW w:w="0" w:type="auto"/>
          </w:tcPr>
          <w:p w14:paraId="395D09AA" w14:textId="77777777" w:rsidR="006E7A08" w:rsidRDefault="00267E76">
            <w:r>
              <w:t>2023–2031</w:t>
            </w:r>
          </w:p>
        </w:tc>
        <w:tc>
          <w:tcPr>
            <w:tcW w:w="0" w:type="auto"/>
          </w:tcPr>
          <w:p w14:paraId="41488F62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Снижение негативного воздействия на окружающую среду</w:t>
            </w:r>
          </w:p>
        </w:tc>
        <w:tc>
          <w:tcPr>
            <w:tcW w:w="0" w:type="auto"/>
          </w:tcPr>
          <w:p w14:paraId="17B1672A" w14:textId="77777777" w:rsidR="006E7A08" w:rsidRPr="001D7D92" w:rsidRDefault="006E7A08">
            <w:pPr>
              <w:rPr>
                <w:lang w:val="ru-RU"/>
              </w:rPr>
            </w:pPr>
          </w:p>
        </w:tc>
      </w:tr>
    </w:tbl>
    <w:p w14:paraId="304035A6" w14:textId="77777777" w:rsidR="006E7A08" w:rsidRPr="001D7D92" w:rsidRDefault="00267E76">
      <w:pPr>
        <w:spacing w:after="0"/>
        <w:ind w:firstLine="709"/>
        <w:jc w:val="both"/>
        <w:rPr>
          <w:lang w:val="ru-RU"/>
        </w:rPr>
      </w:pPr>
      <w:r w:rsidRPr="001D7D92">
        <w:rPr>
          <w:lang w:val="ru-RU"/>
        </w:rPr>
        <w:t>1. пгт Шерегеш</w:t>
      </w:r>
    </w:p>
    <w:p w14:paraId="2A56F839" w14:textId="77777777" w:rsidR="006E7A08" w:rsidRPr="001D7D92" w:rsidRDefault="00267E76">
      <w:pPr>
        <w:spacing w:after="0"/>
        <w:ind w:firstLine="709"/>
        <w:jc w:val="both"/>
        <w:rPr>
          <w:lang w:val="ru-RU"/>
        </w:rPr>
      </w:pPr>
      <w:r w:rsidRPr="001D7D92">
        <w:rPr>
          <w:lang w:val="ru-RU"/>
        </w:rPr>
        <w:t>2. 1.1. Котельная «Производственно-отопительная УПК № 5 Новый Шерегеш»</w:t>
      </w:r>
    </w:p>
    <w:p w14:paraId="657D7128" w14:textId="77777777" w:rsidR="006E7A08" w:rsidRPr="001D7D92" w:rsidRDefault="00267E76">
      <w:pPr>
        <w:spacing w:after="0"/>
        <w:ind w:firstLine="709"/>
        <w:jc w:val="both"/>
        <w:rPr>
          <w:lang w:val="ru-RU"/>
        </w:rPr>
      </w:pPr>
      <w:r w:rsidRPr="001D7D92">
        <w:rPr>
          <w:lang w:val="ru-RU"/>
        </w:rPr>
        <w:t>3. В таблицу включены мероприятия, срок реализации которых заходит в период 2026–2036 годов. Источник — инвестиционная программа ООО «ЮКЭК» на 2017–2031 годы (мероприятие 4.3).</w:t>
      </w:r>
    </w:p>
    <w:p w14:paraId="186AEC31" w14:textId="77777777" w:rsidR="006E7A08" w:rsidRPr="001D7D92" w:rsidRDefault="00267E76">
      <w:pPr>
        <w:spacing w:after="0"/>
        <w:ind w:firstLine="709"/>
        <w:jc w:val="both"/>
        <w:rPr>
          <w:lang w:val="ru-RU"/>
        </w:rPr>
      </w:pPr>
      <w:r w:rsidRPr="001D7D92">
        <w:rPr>
          <w:lang w:val="ru-RU"/>
        </w:rPr>
        <w:t>4. Мероприятия, выполненные в 2017–2024 годах, в настоящую таблицу не включены: они характеризуют достигнутое состояние источников, а не предложения схемы.</w:t>
      </w:r>
    </w:p>
    <w:p w14:paraId="58F3D36A" w14:textId="77777777" w:rsidR="006E7A08" w:rsidRPr="001D7D92" w:rsidRDefault="00267E76">
      <w:pPr>
        <w:spacing w:after="0"/>
        <w:ind w:firstLine="709"/>
        <w:jc w:val="both"/>
        <w:rPr>
          <w:lang w:val="ru-RU"/>
        </w:rPr>
      </w:pPr>
      <w:r w:rsidRPr="001D7D92">
        <w:rPr>
          <w:lang w:val="ru-RU"/>
        </w:rPr>
        <w:t>5. Стоимость. Инвестиционная программа не выделяет стоимость мероприятия 4.3 отдельной строкой, а предельный размер расходов по концессионному соглашению относится к соглашению в целом. Значение не проставлено: отсутствие данных не равно нулевой стоимости.</w:t>
      </w:r>
    </w:p>
    <w:p w14:paraId="1D026B84" w14:textId="77777777" w:rsidR="00844B84" w:rsidRDefault="00267E76">
      <w:pPr>
        <w:spacing w:after="0"/>
        <w:ind w:firstLine="709"/>
        <w:jc w:val="both"/>
        <w:rPr>
          <w:lang w:val="ru-RU"/>
        </w:rPr>
      </w:pPr>
      <w:r w:rsidRPr="001D7D92">
        <w:rPr>
          <w:lang w:val="ru-RU"/>
        </w:rPr>
        <w:t>6. Мероприятие 4.3 даёт экологический эффект и установленную мощность источника не увеличивает. Дефицит мощности УПК № 5, выявленный расчётом к 2031 году, им не покрывается.</w:t>
      </w:r>
    </w:p>
    <w:p w14:paraId="00E370E9" w14:textId="77777777" w:rsidR="006E7A08" w:rsidRPr="00326225" w:rsidRDefault="00844B84" w:rsidP="00844B84">
      <w:pPr>
        <w:rPr>
          <w:lang w:val="ru-RU"/>
        </w:rPr>
      </w:pPr>
      <w:r>
        <w:rPr>
          <w:lang w:val="ru-RU"/>
        </w:rPr>
        <w:br w:type="page"/>
      </w:r>
    </w:p>
    <w:p w14:paraId="306F58D6" w14:textId="77777777" w:rsidR="006E7A08" w:rsidRPr="00F815F9" w:rsidRDefault="00267E76">
      <w:pPr>
        <w:pStyle w:val="1"/>
        <w:rPr>
          <w:color w:val="4F81BD" w:themeColor="accent1"/>
          <w:lang w:val="ru-RU"/>
        </w:rPr>
      </w:pPr>
      <w:bookmarkStart w:id="60" w:name="_Toc238017259"/>
      <w:r w:rsidRPr="00F815F9">
        <w:rPr>
          <w:color w:val="4F81BD" w:themeColor="accent1"/>
          <w:lang w:val="ru-RU"/>
        </w:rPr>
        <w:t>6. Предложения по строительству, реконструкции и (или) модернизации тепловых сетей</w:t>
      </w:r>
      <w:bookmarkEnd w:id="60"/>
    </w:p>
    <w:p w14:paraId="3AAFDA71" w14:textId="77777777" w:rsidR="006E7A08" w:rsidRPr="001D7D92" w:rsidRDefault="00267E76">
      <w:pPr>
        <w:ind w:firstLine="709"/>
        <w:jc w:val="both"/>
        <w:rPr>
          <w:lang w:val="ru-RU"/>
        </w:rPr>
      </w:pPr>
      <w:r w:rsidRPr="001D7D92">
        <w:rPr>
          <w:lang w:val="ru-RU"/>
        </w:rPr>
        <w:t>Тепловые сети округа образуют десять изолированных систем общей протяжённостью 105 536,70 м в двухтрубном исчислении. Сети водяные, двухтрубные, преимущественно тупиковые; применяются надземная прокладка на низких опорах, подземная в непроходных каналах, бесканальная и подвальная. Компенсация температурных деформаций выполняется П-образными компенсаторами и углами поворота трассы.</w:t>
      </w:r>
    </w:p>
    <w:p w14:paraId="075BF815" w14:textId="77777777" w:rsidR="006E7A08" w:rsidRPr="001D7D92" w:rsidRDefault="00267E76">
      <w:pPr>
        <w:ind w:firstLine="709"/>
        <w:jc w:val="both"/>
        <w:rPr>
          <w:lang w:val="ru-RU"/>
        </w:rPr>
      </w:pPr>
      <w:r w:rsidRPr="001D7D92">
        <w:rPr>
          <w:lang w:val="ru-RU"/>
        </w:rPr>
        <w:t>Средневзвешенный срок эксплуатации сетей составляет 39,4 года на базовый год. Этим определяется объём участков, подлежащих замене, приведённый ниже раздельно по источникам.</w:t>
      </w:r>
    </w:p>
    <w:p w14:paraId="6E49034F" w14:textId="77777777" w:rsidR="006E7A08" w:rsidRPr="001D7D92" w:rsidRDefault="00267E76">
      <w:pPr>
        <w:ind w:firstLine="709"/>
        <w:jc w:val="both"/>
        <w:rPr>
          <w:lang w:val="ru-RU"/>
        </w:rPr>
      </w:pPr>
      <w:r w:rsidRPr="001D7D92">
        <w:rPr>
          <w:lang w:val="ru-RU"/>
        </w:rPr>
        <w:t>На уровне схемы объёмы замены определены по сроку эксплуатации участков. При замене участков без изменения трассировки исходно рассматривается сохранение существующих диаметров. Окончательные диаметры и гидравлические параметры уточняются проектной документацией и, при необходимости, поверочным гидравлическим расчётом. Для зоны котельной УПК № 5 такой расчёт обязателен с учётом перспективного прироста нагрузки.</w:t>
      </w:r>
    </w:p>
    <w:p w14:paraId="0210EB0F" w14:textId="77777777" w:rsidR="006E7A08" w:rsidRPr="001D7D92" w:rsidRDefault="00267E76">
      <w:pPr>
        <w:keepNext/>
        <w:keepLines/>
        <w:rPr>
          <w:lang w:val="ru-RU"/>
        </w:rPr>
      </w:pPr>
      <w:r w:rsidRPr="001D7D92">
        <w:rPr>
          <w:b/>
          <w:lang w:val="ru-RU"/>
        </w:rPr>
        <w:t>Таблица 6.1 — Протяжённость тепловых сетей, в том числе подлежащих замене (лист «Таблица 6.1» расчётной книги)</w:t>
      </w:r>
    </w:p>
    <w:tbl>
      <w:tblPr>
        <w:tblStyle w:val="aff0"/>
        <w:tblW w:w="5000" w:type="pct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73"/>
        <w:gridCol w:w="1880"/>
        <w:gridCol w:w="734"/>
        <w:gridCol w:w="734"/>
        <w:gridCol w:w="734"/>
        <w:gridCol w:w="734"/>
        <w:gridCol w:w="734"/>
        <w:gridCol w:w="658"/>
        <w:gridCol w:w="631"/>
        <w:gridCol w:w="1455"/>
        <w:gridCol w:w="1812"/>
      </w:tblGrid>
      <w:tr w:rsidR="006E7A08" w14:paraId="6927D69B" w14:textId="77777777">
        <w:trPr>
          <w:cantSplit/>
          <w:tblHeader/>
          <w:jc w:val="center"/>
        </w:trPr>
        <w:tc>
          <w:tcPr>
            <w:tcW w:w="0" w:type="auto"/>
            <w:vMerge w:val="restart"/>
            <w:shd w:val="clear" w:color="auto" w:fill="E2F0D9"/>
            <w:vAlign w:val="center"/>
          </w:tcPr>
          <w:p w14:paraId="5E164D94" w14:textId="77777777" w:rsidR="006E7A08" w:rsidRDefault="00267E76">
            <w:pPr>
              <w:jc w:val="center"/>
            </w:pPr>
            <w:r>
              <w:rPr>
                <w:b/>
              </w:rPr>
              <w:t>№ пп</w:t>
            </w:r>
          </w:p>
        </w:tc>
        <w:tc>
          <w:tcPr>
            <w:tcW w:w="0" w:type="auto"/>
            <w:vMerge w:val="restart"/>
            <w:shd w:val="clear" w:color="auto" w:fill="E2F0D9"/>
            <w:vAlign w:val="center"/>
          </w:tcPr>
          <w:p w14:paraId="18AB0A47" w14:textId="77777777" w:rsidR="006E7A08" w:rsidRDefault="00267E76">
            <w:pPr>
              <w:jc w:val="center"/>
            </w:pPr>
            <w:r>
              <w:rPr>
                <w:b/>
              </w:rPr>
              <w:t>Наименование источника</w:t>
            </w:r>
          </w:p>
        </w:tc>
        <w:tc>
          <w:tcPr>
            <w:tcW w:w="0" w:type="auto"/>
            <w:gridSpan w:val="5"/>
            <w:shd w:val="clear" w:color="auto" w:fill="E2F0D9"/>
            <w:vAlign w:val="center"/>
          </w:tcPr>
          <w:p w14:paraId="74B5F24C" w14:textId="77777777" w:rsidR="006E7A08" w:rsidRPr="001D7D92" w:rsidRDefault="00267E76">
            <w:pPr>
              <w:jc w:val="center"/>
              <w:rPr>
                <w:lang w:val="ru-RU"/>
              </w:rPr>
            </w:pPr>
            <w:r w:rsidRPr="001D7D92">
              <w:rPr>
                <w:b/>
                <w:lang w:val="ru-RU"/>
              </w:rPr>
              <w:t>Длина в двухтрубном исчислении (по оси трассы)</w:t>
            </w:r>
          </w:p>
        </w:tc>
        <w:tc>
          <w:tcPr>
            <w:tcW w:w="0" w:type="auto"/>
            <w:gridSpan w:val="2"/>
            <w:shd w:val="clear" w:color="auto" w:fill="E2F0D9"/>
            <w:vAlign w:val="center"/>
          </w:tcPr>
          <w:p w14:paraId="031D49C5" w14:textId="77777777" w:rsidR="006E7A08" w:rsidRPr="001D7D92" w:rsidRDefault="00267E76">
            <w:pPr>
              <w:jc w:val="center"/>
              <w:rPr>
                <w:lang w:val="ru-RU"/>
              </w:rPr>
            </w:pPr>
            <w:r w:rsidRPr="001D7D92">
              <w:rPr>
                <w:b/>
                <w:lang w:val="ru-RU"/>
              </w:rPr>
              <w:t>Стоимость, тыс. руб.</w:t>
            </w:r>
          </w:p>
        </w:tc>
        <w:tc>
          <w:tcPr>
            <w:tcW w:w="0" w:type="auto"/>
            <w:vMerge w:val="restart"/>
            <w:shd w:val="clear" w:color="auto" w:fill="E2F0D9"/>
            <w:vAlign w:val="center"/>
          </w:tcPr>
          <w:p w14:paraId="15A3BD4C" w14:textId="77777777" w:rsidR="006E7A08" w:rsidRDefault="00267E76">
            <w:pPr>
              <w:jc w:val="center"/>
            </w:pPr>
            <w:r>
              <w:rPr>
                <w:b/>
              </w:rPr>
              <w:t>Площадь поверхности, м²</w:t>
            </w:r>
          </w:p>
        </w:tc>
        <w:tc>
          <w:tcPr>
            <w:tcW w:w="0" w:type="auto"/>
            <w:vMerge w:val="restart"/>
            <w:shd w:val="clear" w:color="auto" w:fill="E2F0D9"/>
            <w:vAlign w:val="center"/>
          </w:tcPr>
          <w:p w14:paraId="45A1BEF7" w14:textId="77777777" w:rsidR="006E7A08" w:rsidRDefault="00267E76">
            <w:pPr>
              <w:jc w:val="center"/>
            </w:pPr>
            <w:r>
              <w:rPr>
                <w:b/>
              </w:rPr>
              <w:t>Материальная характеристика, м²</w:t>
            </w:r>
          </w:p>
        </w:tc>
      </w:tr>
      <w:tr w:rsidR="006E7A08" w14:paraId="704C735E" w14:textId="77777777">
        <w:trPr>
          <w:cantSplit/>
          <w:tblHeader/>
          <w:jc w:val="center"/>
        </w:trPr>
        <w:tc>
          <w:tcPr>
            <w:tcW w:w="0" w:type="auto"/>
            <w:vMerge/>
            <w:shd w:val="clear" w:color="auto" w:fill="E2F0D9"/>
            <w:vAlign w:val="center"/>
          </w:tcPr>
          <w:p w14:paraId="3860E016" w14:textId="77777777" w:rsidR="006E7A08" w:rsidRDefault="006E7A08">
            <w:pPr>
              <w:jc w:val="center"/>
            </w:pPr>
          </w:p>
        </w:tc>
        <w:tc>
          <w:tcPr>
            <w:tcW w:w="0" w:type="auto"/>
            <w:vMerge/>
            <w:shd w:val="clear" w:color="auto" w:fill="E2F0D9"/>
            <w:vAlign w:val="center"/>
          </w:tcPr>
          <w:p w14:paraId="7781756B" w14:textId="77777777" w:rsidR="006E7A08" w:rsidRDefault="006E7A08">
            <w:pPr>
              <w:jc w:val="center"/>
            </w:pPr>
          </w:p>
        </w:tc>
        <w:tc>
          <w:tcPr>
            <w:tcW w:w="0" w:type="auto"/>
            <w:shd w:val="clear" w:color="auto" w:fill="E2F0D9"/>
            <w:vAlign w:val="center"/>
          </w:tcPr>
          <w:p w14:paraId="3C828A60" w14:textId="77777777" w:rsidR="006E7A08" w:rsidRDefault="00267E76">
            <w:pPr>
              <w:jc w:val="center"/>
            </w:pPr>
            <w:r>
              <w:rPr>
                <w:b/>
              </w:rPr>
              <w:t>всего</w:t>
            </w:r>
          </w:p>
        </w:tc>
        <w:tc>
          <w:tcPr>
            <w:tcW w:w="0" w:type="auto"/>
            <w:gridSpan w:val="4"/>
            <w:shd w:val="clear" w:color="auto" w:fill="E2F0D9"/>
            <w:vAlign w:val="center"/>
          </w:tcPr>
          <w:p w14:paraId="77034C21" w14:textId="77777777" w:rsidR="006E7A08" w:rsidRDefault="00267E76">
            <w:pPr>
              <w:jc w:val="center"/>
            </w:pPr>
            <w:r>
              <w:rPr>
                <w:b/>
              </w:rPr>
              <w:t>Под замену, п.м.</w:t>
            </w:r>
          </w:p>
        </w:tc>
        <w:tc>
          <w:tcPr>
            <w:tcW w:w="0" w:type="auto"/>
            <w:gridSpan w:val="2"/>
            <w:vMerge/>
            <w:shd w:val="clear" w:color="auto" w:fill="E2F0D9"/>
            <w:vAlign w:val="center"/>
          </w:tcPr>
          <w:p w14:paraId="548C8439" w14:textId="77777777" w:rsidR="006E7A08" w:rsidRDefault="006E7A08">
            <w:pPr>
              <w:jc w:val="center"/>
            </w:pPr>
          </w:p>
        </w:tc>
        <w:tc>
          <w:tcPr>
            <w:tcW w:w="0" w:type="auto"/>
            <w:vMerge/>
            <w:shd w:val="clear" w:color="auto" w:fill="E2F0D9"/>
            <w:vAlign w:val="center"/>
          </w:tcPr>
          <w:p w14:paraId="2DB970D3" w14:textId="77777777" w:rsidR="006E7A08" w:rsidRDefault="006E7A08">
            <w:pPr>
              <w:jc w:val="center"/>
            </w:pPr>
          </w:p>
        </w:tc>
        <w:tc>
          <w:tcPr>
            <w:tcW w:w="0" w:type="auto"/>
            <w:vMerge/>
            <w:shd w:val="clear" w:color="auto" w:fill="E2F0D9"/>
            <w:vAlign w:val="center"/>
          </w:tcPr>
          <w:p w14:paraId="3E2A1AA1" w14:textId="77777777" w:rsidR="006E7A08" w:rsidRDefault="006E7A08">
            <w:pPr>
              <w:jc w:val="center"/>
            </w:pPr>
          </w:p>
        </w:tc>
      </w:tr>
      <w:tr w:rsidR="006E7A08" w14:paraId="61B3D4BD" w14:textId="77777777">
        <w:trPr>
          <w:cantSplit/>
          <w:tblHeader/>
          <w:jc w:val="center"/>
        </w:trPr>
        <w:tc>
          <w:tcPr>
            <w:tcW w:w="0" w:type="auto"/>
            <w:vMerge/>
            <w:shd w:val="clear" w:color="auto" w:fill="E2F0D9"/>
            <w:vAlign w:val="center"/>
          </w:tcPr>
          <w:p w14:paraId="3FF2D808" w14:textId="77777777" w:rsidR="006E7A08" w:rsidRDefault="006E7A08">
            <w:pPr>
              <w:jc w:val="center"/>
            </w:pPr>
          </w:p>
        </w:tc>
        <w:tc>
          <w:tcPr>
            <w:tcW w:w="0" w:type="auto"/>
            <w:vMerge/>
            <w:shd w:val="clear" w:color="auto" w:fill="E2F0D9"/>
            <w:vAlign w:val="center"/>
          </w:tcPr>
          <w:p w14:paraId="6256808C" w14:textId="77777777" w:rsidR="006E7A08" w:rsidRDefault="006E7A08">
            <w:pPr>
              <w:jc w:val="center"/>
            </w:pPr>
          </w:p>
        </w:tc>
        <w:tc>
          <w:tcPr>
            <w:tcW w:w="0" w:type="auto"/>
            <w:shd w:val="clear" w:color="auto" w:fill="E2F0D9"/>
            <w:vAlign w:val="center"/>
          </w:tcPr>
          <w:p w14:paraId="2B8E6C4D" w14:textId="77777777" w:rsidR="006E7A08" w:rsidRDefault="00267E76">
            <w:pPr>
              <w:jc w:val="center"/>
            </w:pPr>
            <w:r>
              <w:rPr>
                <w:b/>
              </w:rPr>
              <w:t>п.м.</w:t>
            </w:r>
          </w:p>
        </w:tc>
        <w:tc>
          <w:tcPr>
            <w:tcW w:w="0" w:type="auto"/>
            <w:shd w:val="clear" w:color="auto" w:fill="E2F0D9"/>
            <w:vAlign w:val="center"/>
          </w:tcPr>
          <w:p w14:paraId="11DD9FF7" w14:textId="77777777" w:rsidR="006E7A08" w:rsidRDefault="00267E76">
            <w:pPr>
              <w:jc w:val="center"/>
            </w:pPr>
            <w:r>
              <w:rPr>
                <w:b/>
              </w:rPr>
              <w:t>2026</w:t>
            </w:r>
          </w:p>
        </w:tc>
        <w:tc>
          <w:tcPr>
            <w:tcW w:w="0" w:type="auto"/>
            <w:shd w:val="clear" w:color="auto" w:fill="E2F0D9"/>
            <w:vAlign w:val="center"/>
          </w:tcPr>
          <w:p w14:paraId="7E4E7FF9" w14:textId="77777777" w:rsidR="006E7A08" w:rsidRDefault="00267E76">
            <w:pPr>
              <w:jc w:val="center"/>
            </w:pPr>
            <w:r>
              <w:rPr>
                <w:b/>
              </w:rPr>
              <w:t>2031</w:t>
            </w:r>
          </w:p>
        </w:tc>
        <w:tc>
          <w:tcPr>
            <w:tcW w:w="0" w:type="auto"/>
            <w:shd w:val="clear" w:color="auto" w:fill="E2F0D9"/>
            <w:vAlign w:val="center"/>
          </w:tcPr>
          <w:p w14:paraId="24906AF8" w14:textId="77777777" w:rsidR="006E7A08" w:rsidRDefault="00267E76">
            <w:pPr>
              <w:jc w:val="center"/>
            </w:pPr>
            <w:r>
              <w:rPr>
                <w:b/>
              </w:rPr>
              <w:t>2036</w:t>
            </w:r>
          </w:p>
        </w:tc>
        <w:tc>
          <w:tcPr>
            <w:tcW w:w="0" w:type="auto"/>
            <w:shd w:val="clear" w:color="auto" w:fill="E2F0D9"/>
            <w:vAlign w:val="center"/>
          </w:tcPr>
          <w:p w14:paraId="53647B24" w14:textId="77777777" w:rsidR="006E7A08" w:rsidRDefault="00267E76">
            <w:pPr>
              <w:jc w:val="center"/>
            </w:pPr>
            <w:r>
              <w:rPr>
                <w:b/>
              </w:rPr>
              <w:t>%</w:t>
            </w:r>
          </w:p>
        </w:tc>
        <w:tc>
          <w:tcPr>
            <w:tcW w:w="0" w:type="auto"/>
            <w:shd w:val="clear" w:color="auto" w:fill="E2F0D9"/>
            <w:vAlign w:val="center"/>
          </w:tcPr>
          <w:p w14:paraId="50D5061E" w14:textId="77777777" w:rsidR="006E7A08" w:rsidRDefault="00267E76">
            <w:pPr>
              <w:jc w:val="center"/>
            </w:pPr>
            <w:r>
              <w:rPr>
                <w:b/>
              </w:rPr>
              <w:t>СМР</w:t>
            </w:r>
          </w:p>
        </w:tc>
        <w:tc>
          <w:tcPr>
            <w:tcW w:w="0" w:type="auto"/>
            <w:shd w:val="clear" w:color="auto" w:fill="E2F0D9"/>
            <w:vAlign w:val="center"/>
          </w:tcPr>
          <w:p w14:paraId="17589846" w14:textId="77777777" w:rsidR="006E7A08" w:rsidRDefault="00267E76">
            <w:pPr>
              <w:jc w:val="center"/>
            </w:pPr>
            <w:r>
              <w:rPr>
                <w:b/>
              </w:rPr>
              <w:t>ПИР</w:t>
            </w:r>
          </w:p>
        </w:tc>
        <w:tc>
          <w:tcPr>
            <w:tcW w:w="0" w:type="auto"/>
            <w:shd w:val="clear" w:color="auto" w:fill="E2F0D9"/>
            <w:vAlign w:val="center"/>
          </w:tcPr>
          <w:p w14:paraId="3CD67412" w14:textId="77777777" w:rsidR="006E7A08" w:rsidRDefault="00267E76">
            <w:pPr>
              <w:jc w:val="center"/>
            </w:pPr>
            <w:r>
              <w:rPr>
                <w:b/>
              </w:rPr>
              <w:t>м²</w:t>
            </w:r>
          </w:p>
        </w:tc>
        <w:tc>
          <w:tcPr>
            <w:tcW w:w="0" w:type="auto"/>
            <w:shd w:val="clear" w:color="auto" w:fill="E2F0D9"/>
            <w:vAlign w:val="center"/>
          </w:tcPr>
          <w:p w14:paraId="0A2FAAB0" w14:textId="77777777" w:rsidR="006E7A08" w:rsidRDefault="00267E76">
            <w:pPr>
              <w:jc w:val="center"/>
            </w:pPr>
            <w:r>
              <w:rPr>
                <w:b/>
              </w:rPr>
              <w:t>м²</w:t>
            </w:r>
          </w:p>
        </w:tc>
      </w:tr>
      <w:tr w:rsidR="006E7A08" w14:paraId="4F1DF671" w14:textId="77777777">
        <w:trPr>
          <w:cantSplit/>
          <w:tblHeader/>
          <w:jc w:val="center"/>
        </w:trPr>
        <w:tc>
          <w:tcPr>
            <w:tcW w:w="0" w:type="auto"/>
            <w:shd w:val="clear" w:color="auto" w:fill="F2F2F2"/>
            <w:vAlign w:val="center"/>
          </w:tcPr>
          <w:p w14:paraId="4AF53658" w14:textId="77777777" w:rsidR="006E7A08" w:rsidRDefault="00267E76">
            <w:pPr>
              <w:jc w:val="center"/>
            </w:pPr>
            <w:r>
              <w:t>1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3C32A616" w14:textId="77777777" w:rsidR="006E7A08" w:rsidRDefault="00267E76">
            <w:pPr>
              <w:jc w:val="center"/>
            </w:pPr>
            <w:r>
              <w:t>2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7E1A64D8" w14:textId="77777777" w:rsidR="006E7A08" w:rsidRDefault="00267E76">
            <w:pPr>
              <w:jc w:val="center"/>
            </w:pPr>
            <w:r>
              <w:t>3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559B9DEA" w14:textId="77777777" w:rsidR="006E7A08" w:rsidRDefault="00267E76">
            <w:pPr>
              <w:jc w:val="center"/>
            </w:pPr>
            <w:r>
              <w:t>4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4E060621" w14:textId="77777777" w:rsidR="006E7A08" w:rsidRDefault="00267E76">
            <w:pPr>
              <w:jc w:val="center"/>
            </w:pPr>
            <w:r>
              <w:t>5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5825FDF2" w14:textId="77777777" w:rsidR="006E7A08" w:rsidRDefault="00267E76">
            <w:pPr>
              <w:jc w:val="center"/>
            </w:pPr>
            <w:r>
              <w:t>6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448C2493" w14:textId="77777777" w:rsidR="006E7A08" w:rsidRDefault="00267E76">
            <w:pPr>
              <w:jc w:val="center"/>
            </w:pPr>
            <w:r>
              <w:t>7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4F63F850" w14:textId="77777777" w:rsidR="006E7A08" w:rsidRDefault="00267E76">
            <w:pPr>
              <w:jc w:val="center"/>
            </w:pPr>
            <w:r>
              <w:t>8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4939F7E5" w14:textId="77777777" w:rsidR="006E7A08" w:rsidRDefault="00267E76">
            <w:pPr>
              <w:jc w:val="center"/>
            </w:pPr>
            <w:r>
              <w:t>9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4FE7D612" w14:textId="77777777" w:rsidR="006E7A08" w:rsidRDefault="00267E76">
            <w:pPr>
              <w:jc w:val="center"/>
            </w:pPr>
            <w:r>
              <w:t>10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0C0C4E21" w14:textId="77777777" w:rsidR="006E7A08" w:rsidRDefault="00267E76">
            <w:pPr>
              <w:jc w:val="center"/>
            </w:pPr>
            <w:r>
              <w:t>11</w:t>
            </w:r>
          </w:p>
        </w:tc>
      </w:tr>
      <w:tr w:rsidR="006E7A08" w14:paraId="6856E873" w14:textId="77777777">
        <w:trPr>
          <w:cantSplit/>
          <w:jc w:val="center"/>
        </w:trPr>
        <w:tc>
          <w:tcPr>
            <w:tcW w:w="0" w:type="auto"/>
          </w:tcPr>
          <w:p w14:paraId="4B843E91" w14:textId="77777777" w:rsidR="006E7A08" w:rsidRDefault="00267E76">
            <w:pPr>
              <w:jc w:val="center"/>
            </w:pPr>
            <w:r>
              <w:t>1</w:t>
            </w:r>
          </w:p>
        </w:tc>
        <w:tc>
          <w:tcPr>
            <w:tcW w:w="0" w:type="auto"/>
          </w:tcPr>
          <w:p w14:paraId="2B6121A2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Производственно-отопительная УПК № 1 (г. Таштагол)</w:t>
            </w:r>
          </w:p>
        </w:tc>
        <w:tc>
          <w:tcPr>
            <w:tcW w:w="0" w:type="auto"/>
          </w:tcPr>
          <w:p w14:paraId="48541F57" w14:textId="77777777" w:rsidR="006E7A08" w:rsidRDefault="00267E76">
            <w:pPr>
              <w:jc w:val="center"/>
            </w:pPr>
            <w:r>
              <w:t>38 220,50</w:t>
            </w:r>
          </w:p>
        </w:tc>
        <w:tc>
          <w:tcPr>
            <w:tcW w:w="0" w:type="auto"/>
          </w:tcPr>
          <w:p w14:paraId="5E431E20" w14:textId="77777777" w:rsidR="006E7A08" w:rsidRDefault="00267E76">
            <w:pPr>
              <w:jc w:val="center"/>
            </w:pPr>
            <w:r>
              <w:t>30 616,30</w:t>
            </w:r>
          </w:p>
        </w:tc>
        <w:tc>
          <w:tcPr>
            <w:tcW w:w="0" w:type="auto"/>
          </w:tcPr>
          <w:p w14:paraId="4FE7A371" w14:textId="77777777" w:rsidR="006E7A08" w:rsidRDefault="00267E76">
            <w:pPr>
              <w:jc w:val="center"/>
            </w:pPr>
            <w:r>
              <w:t>1 126,00</w:t>
            </w:r>
          </w:p>
        </w:tc>
        <w:tc>
          <w:tcPr>
            <w:tcW w:w="0" w:type="auto"/>
          </w:tcPr>
          <w:p w14:paraId="0475FC86" w14:textId="77777777" w:rsidR="006E7A08" w:rsidRDefault="00267E76">
            <w:pPr>
              <w:jc w:val="center"/>
            </w:pPr>
            <w:r>
              <w:t>4 039,70</w:t>
            </w:r>
          </w:p>
        </w:tc>
        <w:tc>
          <w:tcPr>
            <w:tcW w:w="0" w:type="auto"/>
          </w:tcPr>
          <w:p w14:paraId="3D654552" w14:textId="77777777" w:rsidR="006E7A08" w:rsidRDefault="00267E76">
            <w:pPr>
              <w:jc w:val="center"/>
            </w:pPr>
            <w:r>
              <w:t>93,62</w:t>
            </w:r>
          </w:p>
        </w:tc>
        <w:tc>
          <w:tcPr>
            <w:tcW w:w="0" w:type="auto"/>
          </w:tcPr>
          <w:p w14:paraId="71212DCF" w14:textId="77777777" w:rsidR="006E7A08" w:rsidRDefault="006E7A08"/>
        </w:tc>
        <w:tc>
          <w:tcPr>
            <w:tcW w:w="0" w:type="auto"/>
          </w:tcPr>
          <w:p w14:paraId="20E741EE" w14:textId="77777777" w:rsidR="006E7A08" w:rsidRDefault="006E7A08"/>
        </w:tc>
        <w:tc>
          <w:tcPr>
            <w:tcW w:w="0" w:type="auto"/>
          </w:tcPr>
          <w:p w14:paraId="62D9184F" w14:textId="77777777" w:rsidR="006E7A08" w:rsidRDefault="00267E76">
            <w:pPr>
              <w:jc w:val="center"/>
            </w:pPr>
            <w:r>
              <w:t>22 683,15</w:t>
            </w:r>
          </w:p>
        </w:tc>
        <w:tc>
          <w:tcPr>
            <w:tcW w:w="0" w:type="auto"/>
          </w:tcPr>
          <w:p w14:paraId="3D86682A" w14:textId="77777777" w:rsidR="006E7A08" w:rsidRDefault="00267E76">
            <w:pPr>
              <w:jc w:val="center"/>
            </w:pPr>
            <w:r>
              <w:t>14 440,54</w:t>
            </w:r>
          </w:p>
        </w:tc>
      </w:tr>
      <w:tr w:rsidR="006E7A08" w14:paraId="32EEE788" w14:textId="77777777">
        <w:trPr>
          <w:cantSplit/>
          <w:jc w:val="center"/>
        </w:trPr>
        <w:tc>
          <w:tcPr>
            <w:tcW w:w="0" w:type="auto"/>
          </w:tcPr>
          <w:p w14:paraId="692071C5" w14:textId="77777777" w:rsidR="006E7A08" w:rsidRDefault="00267E76">
            <w:pPr>
              <w:jc w:val="center"/>
            </w:pPr>
            <w:r>
              <w:t>2</w:t>
            </w:r>
          </w:p>
        </w:tc>
        <w:tc>
          <w:tcPr>
            <w:tcW w:w="0" w:type="auto"/>
          </w:tcPr>
          <w:p w14:paraId="1CB98549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Производственно-отопительная УПК № 2 Шалым (г. Таштагол)</w:t>
            </w:r>
          </w:p>
        </w:tc>
        <w:tc>
          <w:tcPr>
            <w:tcW w:w="0" w:type="auto"/>
          </w:tcPr>
          <w:p w14:paraId="143AF885" w14:textId="77777777" w:rsidR="006E7A08" w:rsidRDefault="00267E76">
            <w:pPr>
              <w:jc w:val="center"/>
            </w:pPr>
            <w:r>
              <w:t>5 072,00</w:t>
            </w:r>
          </w:p>
        </w:tc>
        <w:tc>
          <w:tcPr>
            <w:tcW w:w="0" w:type="auto"/>
          </w:tcPr>
          <w:p w14:paraId="355CC63B" w14:textId="77777777" w:rsidR="006E7A08" w:rsidRDefault="00267E76">
            <w:pPr>
              <w:jc w:val="center"/>
            </w:pPr>
            <w:r>
              <w:t>2 885,00</w:t>
            </w:r>
          </w:p>
        </w:tc>
        <w:tc>
          <w:tcPr>
            <w:tcW w:w="0" w:type="auto"/>
          </w:tcPr>
          <w:p w14:paraId="432D9CF3" w14:textId="77777777" w:rsidR="006E7A08" w:rsidRDefault="00267E76">
            <w:pPr>
              <w:jc w:val="center"/>
            </w:pPr>
            <w:r>
              <w:t>0,00</w:t>
            </w:r>
          </w:p>
        </w:tc>
        <w:tc>
          <w:tcPr>
            <w:tcW w:w="0" w:type="auto"/>
          </w:tcPr>
          <w:p w14:paraId="47EAF61C" w14:textId="77777777" w:rsidR="006E7A08" w:rsidRDefault="00267E76">
            <w:pPr>
              <w:jc w:val="center"/>
            </w:pPr>
            <w:r>
              <w:t>1 510,00</w:t>
            </w:r>
          </w:p>
        </w:tc>
        <w:tc>
          <w:tcPr>
            <w:tcW w:w="0" w:type="auto"/>
          </w:tcPr>
          <w:p w14:paraId="1BF0763A" w14:textId="77777777" w:rsidR="006E7A08" w:rsidRDefault="00267E76">
            <w:pPr>
              <w:jc w:val="center"/>
            </w:pPr>
            <w:r>
              <w:t>86,65</w:t>
            </w:r>
          </w:p>
        </w:tc>
        <w:tc>
          <w:tcPr>
            <w:tcW w:w="0" w:type="auto"/>
          </w:tcPr>
          <w:p w14:paraId="72F451AE" w14:textId="77777777" w:rsidR="006E7A08" w:rsidRDefault="006E7A08"/>
        </w:tc>
        <w:tc>
          <w:tcPr>
            <w:tcW w:w="0" w:type="auto"/>
          </w:tcPr>
          <w:p w14:paraId="21EE6C69" w14:textId="77777777" w:rsidR="006E7A08" w:rsidRDefault="006E7A08"/>
        </w:tc>
        <w:tc>
          <w:tcPr>
            <w:tcW w:w="0" w:type="auto"/>
          </w:tcPr>
          <w:p w14:paraId="52C1B6B5" w14:textId="77777777" w:rsidR="006E7A08" w:rsidRDefault="00267E76">
            <w:pPr>
              <w:jc w:val="center"/>
            </w:pPr>
            <w:r>
              <w:t>1 438,88</w:t>
            </w:r>
          </w:p>
        </w:tc>
        <w:tc>
          <w:tcPr>
            <w:tcW w:w="0" w:type="auto"/>
          </w:tcPr>
          <w:p w14:paraId="6C8B314A" w14:textId="77777777" w:rsidR="006E7A08" w:rsidRDefault="00267E76">
            <w:pPr>
              <w:jc w:val="center"/>
            </w:pPr>
            <w:r>
              <w:t>916,02</w:t>
            </w:r>
          </w:p>
        </w:tc>
      </w:tr>
      <w:tr w:rsidR="006E7A08" w14:paraId="6458885A" w14:textId="77777777">
        <w:trPr>
          <w:cantSplit/>
          <w:jc w:val="center"/>
        </w:trPr>
        <w:tc>
          <w:tcPr>
            <w:tcW w:w="0" w:type="auto"/>
          </w:tcPr>
          <w:p w14:paraId="12352BCB" w14:textId="77777777" w:rsidR="006E7A08" w:rsidRDefault="00267E76">
            <w:pPr>
              <w:jc w:val="center"/>
            </w:pPr>
            <w:r>
              <w:t>3</w:t>
            </w:r>
          </w:p>
        </w:tc>
        <w:tc>
          <w:tcPr>
            <w:tcW w:w="0" w:type="auto"/>
          </w:tcPr>
          <w:p w14:paraId="1CDDC6FE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Производственно-отопительная УПК № 2 ЦМК (г. Таштагол)</w:t>
            </w:r>
          </w:p>
        </w:tc>
        <w:tc>
          <w:tcPr>
            <w:tcW w:w="0" w:type="auto"/>
          </w:tcPr>
          <w:p w14:paraId="0327B340" w14:textId="77777777" w:rsidR="006E7A08" w:rsidRDefault="00267E76">
            <w:pPr>
              <w:jc w:val="center"/>
            </w:pPr>
            <w:r>
              <w:t>4 253,50</w:t>
            </w:r>
          </w:p>
        </w:tc>
        <w:tc>
          <w:tcPr>
            <w:tcW w:w="0" w:type="auto"/>
          </w:tcPr>
          <w:p w14:paraId="251461D6" w14:textId="77777777" w:rsidR="006E7A08" w:rsidRDefault="00267E76">
            <w:pPr>
              <w:jc w:val="center"/>
            </w:pPr>
            <w:r>
              <w:t>629,00</w:t>
            </w:r>
          </w:p>
        </w:tc>
        <w:tc>
          <w:tcPr>
            <w:tcW w:w="0" w:type="auto"/>
          </w:tcPr>
          <w:p w14:paraId="19FA2271" w14:textId="77777777" w:rsidR="006E7A08" w:rsidRDefault="00267E76">
            <w:pPr>
              <w:jc w:val="center"/>
            </w:pPr>
            <w:r>
              <w:t>3 619,50</w:t>
            </w:r>
          </w:p>
        </w:tc>
        <w:tc>
          <w:tcPr>
            <w:tcW w:w="0" w:type="auto"/>
          </w:tcPr>
          <w:p w14:paraId="2C080F69" w14:textId="77777777" w:rsidR="006E7A08" w:rsidRDefault="00267E76">
            <w:pPr>
              <w:jc w:val="center"/>
            </w:pPr>
            <w:r>
              <w:t>0,00</w:t>
            </w:r>
          </w:p>
        </w:tc>
        <w:tc>
          <w:tcPr>
            <w:tcW w:w="0" w:type="auto"/>
          </w:tcPr>
          <w:p w14:paraId="4C43F820" w14:textId="77777777" w:rsidR="006E7A08" w:rsidRDefault="00267E76">
            <w:pPr>
              <w:jc w:val="center"/>
            </w:pPr>
            <w:r>
              <w:t>99,88</w:t>
            </w:r>
          </w:p>
        </w:tc>
        <w:tc>
          <w:tcPr>
            <w:tcW w:w="0" w:type="auto"/>
          </w:tcPr>
          <w:p w14:paraId="6692BA51" w14:textId="77777777" w:rsidR="006E7A08" w:rsidRDefault="006E7A08"/>
        </w:tc>
        <w:tc>
          <w:tcPr>
            <w:tcW w:w="0" w:type="auto"/>
          </w:tcPr>
          <w:p w14:paraId="26029556" w14:textId="77777777" w:rsidR="006E7A08" w:rsidRDefault="006E7A08"/>
        </w:tc>
        <w:tc>
          <w:tcPr>
            <w:tcW w:w="0" w:type="auto"/>
          </w:tcPr>
          <w:p w14:paraId="4C27CAE6" w14:textId="77777777" w:rsidR="006E7A08" w:rsidRDefault="00267E76">
            <w:pPr>
              <w:jc w:val="center"/>
            </w:pPr>
            <w:r>
              <w:t>1 192,77</w:t>
            </w:r>
          </w:p>
        </w:tc>
        <w:tc>
          <w:tcPr>
            <w:tcW w:w="0" w:type="auto"/>
          </w:tcPr>
          <w:p w14:paraId="2D9FBE69" w14:textId="77777777" w:rsidR="006E7A08" w:rsidRDefault="00267E76">
            <w:pPr>
              <w:jc w:val="center"/>
            </w:pPr>
            <w:r>
              <w:t>759,34</w:t>
            </w:r>
          </w:p>
        </w:tc>
      </w:tr>
      <w:tr w:rsidR="006E7A08" w14:paraId="332928BD" w14:textId="77777777">
        <w:trPr>
          <w:cantSplit/>
          <w:jc w:val="center"/>
        </w:trPr>
        <w:tc>
          <w:tcPr>
            <w:tcW w:w="0" w:type="auto"/>
          </w:tcPr>
          <w:p w14:paraId="3373C61A" w14:textId="77777777" w:rsidR="006E7A08" w:rsidRDefault="00267E76">
            <w:pPr>
              <w:jc w:val="center"/>
            </w:pPr>
            <w:r>
              <w:t>4</w:t>
            </w:r>
          </w:p>
        </w:tc>
        <w:tc>
          <w:tcPr>
            <w:tcW w:w="0" w:type="auto"/>
          </w:tcPr>
          <w:p w14:paraId="7B83B260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Производственно-отопительная УПК № 9 ГРЭ (г. Таштагол)</w:t>
            </w:r>
          </w:p>
        </w:tc>
        <w:tc>
          <w:tcPr>
            <w:tcW w:w="0" w:type="auto"/>
          </w:tcPr>
          <w:p w14:paraId="065F1267" w14:textId="77777777" w:rsidR="006E7A08" w:rsidRDefault="00267E76">
            <w:pPr>
              <w:jc w:val="center"/>
            </w:pPr>
            <w:r>
              <w:t>739,00</w:t>
            </w:r>
          </w:p>
        </w:tc>
        <w:tc>
          <w:tcPr>
            <w:tcW w:w="0" w:type="auto"/>
          </w:tcPr>
          <w:p w14:paraId="0851A0E9" w14:textId="77777777" w:rsidR="006E7A08" w:rsidRDefault="00267E76">
            <w:pPr>
              <w:jc w:val="center"/>
            </w:pPr>
            <w:r>
              <w:t>0,00</w:t>
            </w:r>
          </w:p>
        </w:tc>
        <w:tc>
          <w:tcPr>
            <w:tcW w:w="0" w:type="auto"/>
          </w:tcPr>
          <w:p w14:paraId="3E96B38E" w14:textId="77777777" w:rsidR="006E7A08" w:rsidRDefault="00267E76">
            <w:pPr>
              <w:jc w:val="center"/>
            </w:pPr>
            <w:r>
              <w:t>739,00</w:t>
            </w:r>
          </w:p>
        </w:tc>
        <w:tc>
          <w:tcPr>
            <w:tcW w:w="0" w:type="auto"/>
          </w:tcPr>
          <w:p w14:paraId="36732F2B" w14:textId="77777777" w:rsidR="006E7A08" w:rsidRDefault="00267E76">
            <w:pPr>
              <w:jc w:val="center"/>
            </w:pPr>
            <w:r>
              <w:t>0,00</w:t>
            </w:r>
          </w:p>
        </w:tc>
        <w:tc>
          <w:tcPr>
            <w:tcW w:w="0" w:type="auto"/>
          </w:tcPr>
          <w:p w14:paraId="7BE563A0" w14:textId="77777777" w:rsidR="006E7A08" w:rsidRDefault="00267E76">
            <w:pPr>
              <w:jc w:val="center"/>
            </w:pPr>
            <w:r>
              <w:t>100,00</w:t>
            </w:r>
          </w:p>
        </w:tc>
        <w:tc>
          <w:tcPr>
            <w:tcW w:w="0" w:type="auto"/>
          </w:tcPr>
          <w:p w14:paraId="2A2BFD9E" w14:textId="77777777" w:rsidR="006E7A08" w:rsidRDefault="006E7A08"/>
        </w:tc>
        <w:tc>
          <w:tcPr>
            <w:tcW w:w="0" w:type="auto"/>
          </w:tcPr>
          <w:p w14:paraId="74AD600D" w14:textId="77777777" w:rsidR="006E7A08" w:rsidRDefault="006E7A08"/>
        </w:tc>
        <w:tc>
          <w:tcPr>
            <w:tcW w:w="0" w:type="auto"/>
          </w:tcPr>
          <w:p w14:paraId="3A4AC1C4" w14:textId="77777777" w:rsidR="006E7A08" w:rsidRDefault="00267E76">
            <w:pPr>
              <w:jc w:val="center"/>
            </w:pPr>
            <w:r>
              <w:t>194,57</w:t>
            </w:r>
          </w:p>
        </w:tc>
        <w:tc>
          <w:tcPr>
            <w:tcW w:w="0" w:type="auto"/>
          </w:tcPr>
          <w:p w14:paraId="60F85D89" w14:textId="77777777" w:rsidR="006E7A08" w:rsidRDefault="00267E76">
            <w:pPr>
              <w:jc w:val="center"/>
            </w:pPr>
            <w:r>
              <w:t>123,86</w:t>
            </w:r>
          </w:p>
        </w:tc>
      </w:tr>
      <w:tr w:rsidR="006E7A08" w14:paraId="2ABD4D76" w14:textId="77777777">
        <w:trPr>
          <w:cantSplit/>
          <w:jc w:val="center"/>
        </w:trPr>
        <w:tc>
          <w:tcPr>
            <w:tcW w:w="0" w:type="auto"/>
          </w:tcPr>
          <w:p w14:paraId="4D0C9794" w14:textId="77777777" w:rsidR="006E7A08" w:rsidRDefault="00267E76">
            <w:pPr>
              <w:jc w:val="center"/>
            </w:pPr>
            <w:r>
              <w:t>5</w:t>
            </w:r>
          </w:p>
        </w:tc>
        <w:tc>
          <w:tcPr>
            <w:tcW w:w="0" w:type="auto"/>
          </w:tcPr>
          <w:p w14:paraId="771FD617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Производственно-отопительная УПК № 5 Новый Шерегеш (пгт Шерегеш)</w:t>
            </w:r>
          </w:p>
        </w:tc>
        <w:tc>
          <w:tcPr>
            <w:tcW w:w="0" w:type="auto"/>
          </w:tcPr>
          <w:p w14:paraId="1B651B95" w14:textId="77777777" w:rsidR="006E7A08" w:rsidRDefault="00267E76">
            <w:pPr>
              <w:jc w:val="center"/>
            </w:pPr>
            <w:r>
              <w:t>18 222,00</w:t>
            </w:r>
          </w:p>
        </w:tc>
        <w:tc>
          <w:tcPr>
            <w:tcW w:w="0" w:type="auto"/>
          </w:tcPr>
          <w:p w14:paraId="10DFD3E9" w14:textId="77777777" w:rsidR="006E7A08" w:rsidRDefault="00267E76">
            <w:pPr>
              <w:jc w:val="center"/>
            </w:pPr>
            <w:r>
              <w:t>12 962,00</w:t>
            </w:r>
          </w:p>
        </w:tc>
        <w:tc>
          <w:tcPr>
            <w:tcW w:w="0" w:type="auto"/>
          </w:tcPr>
          <w:p w14:paraId="75D14EA2" w14:textId="77777777" w:rsidR="006E7A08" w:rsidRDefault="00267E76">
            <w:pPr>
              <w:jc w:val="center"/>
            </w:pPr>
            <w:r>
              <w:t>2 424,00</w:t>
            </w:r>
          </w:p>
        </w:tc>
        <w:tc>
          <w:tcPr>
            <w:tcW w:w="0" w:type="auto"/>
          </w:tcPr>
          <w:p w14:paraId="79C29782" w14:textId="77777777" w:rsidR="006E7A08" w:rsidRDefault="00267E76">
            <w:pPr>
              <w:jc w:val="center"/>
            </w:pPr>
            <w:r>
              <w:t>1 254,00</w:t>
            </w:r>
          </w:p>
        </w:tc>
        <w:tc>
          <w:tcPr>
            <w:tcW w:w="0" w:type="auto"/>
          </w:tcPr>
          <w:p w14:paraId="393B3D67" w14:textId="77777777" w:rsidR="006E7A08" w:rsidRDefault="00267E76">
            <w:pPr>
              <w:jc w:val="center"/>
            </w:pPr>
            <w:r>
              <w:t>91,32</w:t>
            </w:r>
          </w:p>
        </w:tc>
        <w:tc>
          <w:tcPr>
            <w:tcW w:w="0" w:type="auto"/>
          </w:tcPr>
          <w:p w14:paraId="30AF76E7" w14:textId="77777777" w:rsidR="006E7A08" w:rsidRDefault="006E7A08"/>
        </w:tc>
        <w:tc>
          <w:tcPr>
            <w:tcW w:w="0" w:type="auto"/>
          </w:tcPr>
          <w:p w14:paraId="567157A1" w14:textId="77777777" w:rsidR="006E7A08" w:rsidRDefault="006E7A08"/>
        </w:tc>
        <w:tc>
          <w:tcPr>
            <w:tcW w:w="0" w:type="auto"/>
          </w:tcPr>
          <w:p w14:paraId="553BA1EA" w14:textId="77777777" w:rsidR="006E7A08" w:rsidRDefault="00267E76">
            <w:pPr>
              <w:jc w:val="center"/>
            </w:pPr>
            <w:r>
              <w:t>8 479,93</w:t>
            </w:r>
          </w:p>
        </w:tc>
        <w:tc>
          <w:tcPr>
            <w:tcW w:w="0" w:type="auto"/>
          </w:tcPr>
          <w:p w14:paraId="6BBF7375" w14:textId="77777777" w:rsidR="006E7A08" w:rsidRDefault="00267E76">
            <w:pPr>
              <w:jc w:val="center"/>
            </w:pPr>
            <w:r>
              <w:t>5 398,49</w:t>
            </w:r>
          </w:p>
        </w:tc>
      </w:tr>
      <w:tr w:rsidR="006E7A08" w14:paraId="3817D446" w14:textId="77777777">
        <w:trPr>
          <w:cantSplit/>
          <w:jc w:val="center"/>
        </w:trPr>
        <w:tc>
          <w:tcPr>
            <w:tcW w:w="0" w:type="auto"/>
          </w:tcPr>
          <w:p w14:paraId="3B516862" w14:textId="77777777" w:rsidR="006E7A08" w:rsidRDefault="00267E76">
            <w:pPr>
              <w:jc w:val="center"/>
            </w:pPr>
            <w:r>
              <w:t>6</w:t>
            </w:r>
          </w:p>
        </w:tc>
        <w:tc>
          <w:tcPr>
            <w:tcW w:w="0" w:type="auto"/>
          </w:tcPr>
          <w:p w14:paraId="3D1E3A23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Производственно-отопительная УПК № 6 Старый Шерегеш (пгт Шерегеш)</w:t>
            </w:r>
          </w:p>
        </w:tc>
        <w:tc>
          <w:tcPr>
            <w:tcW w:w="0" w:type="auto"/>
          </w:tcPr>
          <w:p w14:paraId="4BA935F1" w14:textId="77777777" w:rsidR="006E7A08" w:rsidRDefault="00267E76">
            <w:pPr>
              <w:jc w:val="center"/>
            </w:pPr>
            <w:r>
              <w:t>3 719,50</w:t>
            </w:r>
          </w:p>
        </w:tc>
        <w:tc>
          <w:tcPr>
            <w:tcW w:w="0" w:type="auto"/>
          </w:tcPr>
          <w:p w14:paraId="3587479A" w14:textId="77777777" w:rsidR="006E7A08" w:rsidRDefault="00267E76">
            <w:pPr>
              <w:jc w:val="center"/>
            </w:pPr>
            <w:r>
              <w:t>1 654,50</w:t>
            </w:r>
          </w:p>
        </w:tc>
        <w:tc>
          <w:tcPr>
            <w:tcW w:w="0" w:type="auto"/>
          </w:tcPr>
          <w:p w14:paraId="21D2ABC0" w14:textId="77777777" w:rsidR="006E7A08" w:rsidRDefault="00267E76">
            <w:pPr>
              <w:jc w:val="center"/>
            </w:pPr>
            <w:r>
              <w:t>387,00</w:t>
            </w:r>
          </w:p>
        </w:tc>
        <w:tc>
          <w:tcPr>
            <w:tcW w:w="0" w:type="auto"/>
          </w:tcPr>
          <w:p w14:paraId="2A139F32" w14:textId="77777777" w:rsidR="006E7A08" w:rsidRDefault="00267E76">
            <w:pPr>
              <w:jc w:val="center"/>
            </w:pPr>
            <w:r>
              <w:t>0,00</w:t>
            </w:r>
          </w:p>
        </w:tc>
        <w:tc>
          <w:tcPr>
            <w:tcW w:w="0" w:type="auto"/>
          </w:tcPr>
          <w:p w14:paraId="4DCF0EB7" w14:textId="77777777" w:rsidR="006E7A08" w:rsidRDefault="00267E76">
            <w:pPr>
              <w:jc w:val="center"/>
            </w:pPr>
            <w:r>
              <w:t>54,89</w:t>
            </w:r>
          </w:p>
        </w:tc>
        <w:tc>
          <w:tcPr>
            <w:tcW w:w="0" w:type="auto"/>
          </w:tcPr>
          <w:p w14:paraId="1B745C3F" w14:textId="77777777" w:rsidR="006E7A08" w:rsidRDefault="006E7A08"/>
        </w:tc>
        <w:tc>
          <w:tcPr>
            <w:tcW w:w="0" w:type="auto"/>
          </w:tcPr>
          <w:p w14:paraId="5A03A797" w14:textId="77777777" w:rsidR="006E7A08" w:rsidRDefault="006E7A08"/>
        </w:tc>
        <w:tc>
          <w:tcPr>
            <w:tcW w:w="0" w:type="auto"/>
          </w:tcPr>
          <w:p w14:paraId="5941295D" w14:textId="77777777" w:rsidR="006E7A08" w:rsidRDefault="00267E76">
            <w:pPr>
              <w:jc w:val="center"/>
            </w:pPr>
            <w:r>
              <w:t>1 111,29</w:t>
            </w:r>
          </w:p>
        </w:tc>
        <w:tc>
          <w:tcPr>
            <w:tcW w:w="0" w:type="auto"/>
          </w:tcPr>
          <w:p w14:paraId="33DCC900" w14:textId="77777777" w:rsidR="006E7A08" w:rsidRDefault="00267E76">
            <w:pPr>
              <w:jc w:val="center"/>
            </w:pPr>
            <w:r>
              <w:t>707,47</w:t>
            </w:r>
          </w:p>
        </w:tc>
      </w:tr>
      <w:tr w:rsidR="006E7A08" w14:paraId="62B49C33" w14:textId="77777777">
        <w:trPr>
          <w:cantSplit/>
          <w:jc w:val="center"/>
        </w:trPr>
        <w:tc>
          <w:tcPr>
            <w:tcW w:w="0" w:type="auto"/>
          </w:tcPr>
          <w:p w14:paraId="05376204" w14:textId="77777777" w:rsidR="006E7A08" w:rsidRDefault="00267E76">
            <w:pPr>
              <w:jc w:val="center"/>
            </w:pPr>
            <w:r>
              <w:t>7</w:t>
            </w:r>
          </w:p>
        </w:tc>
        <w:tc>
          <w:tcPr>
            <w:tcW w:w="0" w:type="auto"/>
          </w:tcPr>
          <w:p w14:paraId="38B7EC1A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Производственно-отопительная УПК № 7 Каз (пгт Каз)</w:t>
            </w:r>
          </w:p>
        </w:tc>
        <w:tc>
          <w:tcPr>
            <w:tcW w:w="0" w:type="auto"/>
          </w:tcPr>
          <w:p w14:paraId="02E96137" w14:textId="77777777" w:rsidR="006E7A08" w:rsidRDefault="00267E76">
            <w:pPr>
              <w:jc w:val="center"/>
            </w:pPr>
            <w:r>
              <w:t>11 317,50</w:t>
            </w:r>
          </w:p>
        </w:tc>
        <w:tc>
          <w:tcPr>
            <w:tcW w:w="0" w:type="auto"/>
          </w:tcPr>
          <w:p w14:paraId="4E431E32" w14:textId="77777777" w:rsidR="006E7A08" w:rsidRDefault="00267E76">
            <w:pPr>
              <w:jc w:val="center"/>
            </w:pPr>
            <w:r>
              <w:t>7 418,50</w:t>
            </w:r>
          </w:p>
        </w:tc>
        <w:tc>
          <w:tcPr>
            <w:tcW w:w="0" w:type="auto"/>
          </w:tcPr>
          <w:p w14:paraId="7FEA4C3D" w14:textId="77777777" w:rsidR="006E7A08" w:rsidRDefault="00267E76">
            <w:pPr>
              <w:jc w:val="center"/>
            </w:pPr>
            <w:r>
              <w:t>0,00</w:t>
            </w:r>
          </w:p>
        </w:tc>
        <w:tc>
          <w:tcPr>
            <w:tcW w:w="0" w:type="auto"/>
          </w:tcPr>
          <w:p w14:paraId="5A7BBC77" w14:textId="77777777" w:rsidR="006E7A08" w:rsidRDefault="00267E76">
            <w:pPr>
              <w:jc w:val="center"/>
            </w:pPr>
            <w:r>
              <w:t>487,00</w:t>
            </w:r>
          </w:p>
        </w:tc>
        <w:tc>
          <w:tcPr>
            <w:tcW w:w="0" w:type="auto"/>
          </w:tcPr>
          <w:p w14:paraId="57FA0841" w14:textId="77777777" w:rsidR="006E7A08" w:rsidRDefault="00267E76">
            <w:pPr>
              <w:jc w:val="center"/>
            </w:pPr>
            <w:r>
              <w:t>69,85</w:t>
            </w:r>
          </w:p>
        </w:tc>
        <w:tc>
          <w:tcPr>
            <w:tcW w:w="0" w:type="auto"/>
          </w:tcPr>
          <w:p w14:paraId="2E1B9C73" w14:textId="77777777" w:rsidR="006E7A08" w:rsidRDefault="006E7A08"/>
        </w:tc>
        <w:tc>
          <w:tcPr>
            <w:tcW w:w="0" w:type="auto"/>
          </w:tcPr>
          <w:p w14:paraId="744DC4C3" w14:textId="77777777" w:rsidR="006E7A08" w:rsidRDefault="006E7A08"/>
        </w:tc>
        <w:tc>
          <w:tcPr>
            <w:tcW w:w="0" w:type="auto"/>
          </w:tcPr>
          <w:p w14:paraId="668256A3" w14:textId="77777777" w:rsidR="006E7A08" w:rsidRDefault="00267E76">
            <w:pPr>
              <w:jc w:val="center"/>
            </w:pPr>
            <w:r>
              <w:t>5 903,02</w:t>
            </w:r>
          </w:p>
        </w:tc>
        <w:tc>
          <w:tcPr>
            <w:tcW w:w="0" w:type="auto"/>
          </w:tcPr>
          <w:p w14:paraId="31429756" w14:textId="77777777" w:rsidR="006E7A08" w:rsidRDefault="00267E76">
            <w:pPr>
              <w:jc w:val="center"/>
            </w:pPr>
            <w:r>
              <w:t>3 757,98</w:t>
            </w:r>
          </w:p>
        </w:tc>
      </w:tr>
      <w:tr w:rsidR="006E7A08" w14:paraId="6D30F935" w14:textId="77777777">
        <w:trPr>
          <w:cantSplit/>
          <w:jc w:val="center"/>
        </w:trPr>
        <w:tc>
          <w:tcPr>
            <w:tcW w:w="0" w:type="auto"/>
          </w:tcPr>
          <w:p w14:paraId="45D94830" w14:textId="77777777" w:rsidR="006E7A08" w:rsidRDefault="00267E76">
            <w:pPr>
              <w:jc w:val="center"/>
            </w:pPr>
            <w:r>
              <w:t>8</w:t>
            </w:r>
          </w:p>
        </w:tc>
        <w:tc>
          <w:tcPr>
            <w:tcW w:w="0" w:type="auto"/>
          </w:tcPr>
          <w:p w14:paraId="3BB33659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Производственно-отопительная УПК № 8 Мундыбаш (пгт Мундыбаш)</w:t>
            </w:r>
          </w:p>
        </w:tc>
        <w:tc>
          <w:tcPr>
            <w:tcW w:w="0" w:type="auto"/>
          </w:tcPr>
          <w:p w14:paraId="6538D729" w14:textId="77777777" w:rsidR="006E7A08" w:rsidRDefault="00267E76">
            <w:pPr>
              <w:jc w:val="center"/>
            </w:pPr>
            <w:r>
              <w:t>9 082,70</w:t>
            </w:r>
          </w:p>
        </w:tc>
        <w:tc>
          <w:tcPr>
            <w:tcW w:w="0" w:type="auto"/>
          </w:tcPr>
          <w:p w14:paraId="50A33023" w14:textId="77777777" w:rsidR="006E7A08" w:rsidRDefault="00267E76">
            <w:pPr>
              <w:jc w:val="center"/>
            </w:pPr>
            <w:r>
              <w:t>6 451,00</w:t>
            </w:r>
          </w:p>
        </w:tc>
        <w:tc>
          <w:tcPr>
            <w:tcW w:w="0" w:type="auto"/>
          </w:tcPr>
          <w:p w14:paraId="1F7A8C4D" w14:textId="77777777" w:rsidR="006E7A08" w:rsidRDefault="00267E76">
            <w:pPr>
              <w:jc w:val="center"/>
            </w:pPr>
            <w:r>
              <w:t>461,70</w:t>
            </w:r>
          </w:p>
        </w:tc>
        <w:tc>
          <w:tcPr>
            <w:tcW w:w="0" w:type="auto"/>
          </w:tcPr>
          <w:p w14:paraId="3B653ACB" w14:textId="77777777" w:rsidR="006E7A08" w:rsidRDefault="00267E76">
            <w:pPr>
              <w:jc w:val="center"/>
            </w:pPr>
            <w:r>
              <w:t>473,00</w:t>
            </w:r>
          </w:p>
        </w:tc>
        <w:tc>
          <w:tcPr>
            <w:tcW w:w="0" w:type="auto"/>
          </w:tcPr>
          <w:p w14:paraId="358D48E6" w14:textId="77777777" w:rsidR="006E7A08" w:rsidRDefault="00267E76">
            <w:pPr>
              <w:jc w:val="center"/>
            </w:pPr>
            <w:r>
              <w:t>81,32</w:t>
            </w:r>
          </w:p>
        </w:tc>
        <w:tc>
          <w:tcPr>
            <w:tcW w:w="0" w:type="auto"/>
          </w:tcPr>
          <w:p w14:paraId="08328084" w14:textId="77777777" w:rsidR="006E7A08" w:rsidRDefault="006E7A08"/>
        </w:tc>
        <w:tc>
          <w:tcPr>
            <w:tcW w:w="0" w:type="auto"/>
          </w:tcPr>
          <w:p w14:paraId="1478FD15" w14:textId="77777777" w:rsidR="006E7A08" w:rsidRDefault="006E7A08"/>
        </w:tc>
        <w:tc>
          <w:tcPr>
            <w:tcW w:w="0" w:type="auto"/>
          </w:tcPr>
          <w:p w14:paraId="0091B9CB" w14:textId="77777777" w:rsidR="006E7A08" w:rsidRDefault="00267E76">
            <w:pPr>
              <w:jc w:val="center"/>
            </w:pPr>
            <w:r>
              <w:t>3 750,30</w:t>
            </w:r>
          </w:p>
        </w:tc>
        <w:tc>
          <w:tcPr>
            <w:tcW w:w="0" w:type="auto"/>
          </w:tcPr>
          <w:p w14:paraId="719145D5" w14:textId="77777777" w:rsidR="006E7A08" w:rsidRDefault="00267E76">
            <w:pPr>
              <w:jc w:val="center"/>
            </w:pPr>
            <w:r>
              <w:t>2 387,51</w:t>
            </w:r>
          </w:p>
        </w:tc>
      </w:tr>
      <w:tr w:rsidR="006E7A08" w14:paraId="1CFE604F" w14:textId="77777777">
        <w:trPr>
          <w:cantSplit/>
          <w:jc w:val="center"/>
        </w:trPr>
        <w:tc>
          <w:tcPr>
            <w:tcW w:w="0" w:type="auto"/>
          </w:tcPr>
          <w:p w14:paraId="0AD5632A" w14:textId="77777777" w:rsidR="006E7A08" w:rsidRDefault="00267E76">
            <w:pPr>
              <w:jc w:val="center"/>
            </w:pPr>
            <w:r>
              <w:t>9</w:t>
            </w:r>
          </w:p>
        </w:tc>
        <w:tc>
          <w:tcPr>
            <w:tcW w:w="0" w:type="auto"/>
          </w:tcPr>
          <w:p w14:paraId="3749EDF1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Производственно-отопительная УПК № 10 Темир-Тау (пгт Темиртау)</w:t>
            </w:r>
          </w:p>
        </w:tc>
        <w:tc>
          <w:tcPr>
            <w:tcW w:w="0" w:type="auto"/>
          </w:tcPr>
          <w:p w14:paraId="2A3A0C6C" w14:textId="77777777" w:rsidR="006E7A08" w:rsidRDefault="00267E76">
            <w:pPr>
              <w:jc w:val="center"/>
            </w:pPr>
            <w:r>
              <w:t>11 486,00</w:t>
            </w:r>
          </w:p>
        </w:tc>
        <w:tc>
          <w:tcPr>
            <w:tcW w:w="0" w:type="auto"/>
          </w:tcPr>
          <w:p w14:paraId="0FFB44DC" w14:textId="77777777" w:rsidR="006E7A08" w:rsidRDefault="00267E76">
            <w:pPr>
              <w:jc w:val="center"/>
            </w:pPr>
            <w:r>
              <w:t>10 551,00</w:t>
            </w:r>
          </w:p>
        </w:tc>
        <w:tc>
          <w:tcPr>
            <w:tcW w:w="0" w:type="auto"/>
          </w:tcPr>
          <w:p w14:paraId="358D532F" w14:textId="77777777" w:rsidR="006E7A08" w:rsidRDefault="00267E76">
            <w:pPr>
              <w:jc w:val="center"/>
            </w:pPr>
            <w:r>
              <w:t>360,00</w:t>
            </w:r>
          </w:p>
        </w:tc>
        <w:tc>
          <w:tcPr>
            <w:tcW w:w="0" w:type="auto"/>
          </w:tcPr>
          <w:p w14:paraId="09BD12CF" w14:textId="77777777" w:rsidR="006E7A08" w:rsidRDefault="00267E76">
            <w:pPr>
              <w:jc w:val="center"/>
            </w:pPr>
            <w:r>
              <w:t>445,00</w:t>
            </w:r>
          </w:p>
        </w:tc>
        <w:tc>
          <w:tcPr>
            <w:tcW w:w="0" w:type="auto"/>
          </w:tcPr>
          <w:p w14:paraId="358755C8" w14:textId="77777777" w:rsidR="006E7A08" w:rsidRDefault="00267E76">
            <w:pPr>
              <w:jc w:val="center"/>
            </w:pPr>
            <w:r>
              <w:t>98,87</w:t>
            </w:r>
          </w:p>
        </w:tc>
        <w:tc>
          <w:tcPr>
            <w:tcW w:w="0" w:type="auto"/>
          </w:tcPr>
          <w:p w14:paraId="23F2B78B" w14:textId="77777777" w:rsidR="006E7A08" w:rsidRDefault="006E7A08"/>
        </w:tc>
        <w:tc>
          <w:tcPr>
            <w:tcW w:w="0" w:type="auto"/>
          </w:tcPr>
          <w:p w14:paraId="317819D4" w14:textId="77777777" w:rsidR="006E7A08" w:rsidRDefault="006E7A08"/>
        </w:tc>
        <w:tc>
          <w:tcPr>
            <w:tcW w:w="0" w:type="auto"/>
          </w:tcPr>
          <w:p w14:paraId="678394AF" w14:textId="77777777" w:rsidR="006E7A08" w:rsidRDefault="00267E76">
            <w:pPr>
              <w:jc w:val="center"/>
            </w:pPr>
            <w:r>
              <w:t>4 468,90</w:t>
            </w:r>
          </w:p>
        </w:tc>
        <w:tc>
          <w:tcPr>
            <w:tcW w:w="0" w:type="auto"/>
          </w:tcPr>
          <w:p w14:paraId="3DEBE008" w14:textId="77777777" w:rsidR="006E7A08" w:rsidRDefault="00267E76">
            <w:pPr>
              <w:jc w:val="center"/>
            </w:pPr>
            <w:r>
              <w:t>2 844,99</w:t>
            </w:r>
          </w:p>
        </w:tc>
      </w:tr>
      <w:tr w:rsidR="006E7A08" w14:paraId="006CBF04" w14:textId="77777777">
        <w:trPr>
          <w:cantSplit/>
          <w:jc w:val="center"/>
        </w:trPr>
        <w:tc>
          <w:tcPr>
            <w:tcW w:w="0" w:type="auto"/>
          </w:tcPr>
          <w:p w14:paraId="65C18286" w14:textId="77777777" w:rsidR="006E7A08" w:rsidRDefault="00267E76">
            <w:pPr>
              <w:jc w:val="center"/>
            </w:pPr>
            <w:r>
              <w:t>10</w:t>
            </w:r>
          </w:p>
        </w:tc>
        <w:tc>
          <w:tcPr>
            <w:tcW w:w="0" w:type="auto"/>
          </w:tcPr>
          <w:p w14:paraId="4BB947FD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Производственно-отопительная УПК № 3 Спасск (пгт Спасск)</w:t>
            </w:r>
          </w:p>
        </w:tc>
        <w:tc>
          <w:tcPr>
            <w:tcW w:w="0" w:type="auto"/>
          </w:tcPr>
          <w:p w14:paraId="1E0B91AC" w14:textId="77777777" w:rsidR="006E7A08" w:rsidRDefault="00267E76">
            <w:pPr>
              <w:jc w:val="center"/>
            </w:pPr>
            <w:r>
              <w:t>3 424,00</w:t>
            </w:r>
          </w:p>
        </w:tc>
        <w:tc>
          <w:tcPr>
            <w:tcW w:w="0" w:type="auto"/>
          </w:tcPr>
          <w:p w14:paraId="3CE04861" w14:textId="77777777" w:rsidR="006E7A08" w:rsidRDefault="00267E76">
            <w:pPr>
              <w:jc w:val="center"/>
            </w:pPr>
            <w:r>
              <w:t>485,00</w:t>
            </w:r>
          </w:p>
        </w:tc>
        <w:tc>
          <w:tcPr>
            <w:tcW w:w="0" w:type="auto"/>
          </w:tcPr>
          <w:p w14:paraId="0345835D" w14:textId="77777777" w:rsidR="006E7A08" w:rsidRDefault="00267E76">
            <w:pPr>
              <w:jc w:val="center"/>
            </w:pPr>
            <w:r>
              <w:t>1 216,00</w:t>
            </w:r>
          </w:p>
        </w:tc>
        <w:tc>
          <w:tcPr>
            <w:tcW w:w="0" w:type="auto"/>
          </w:tcPr>
          <w:p w14:paraId="1CCD3D43" w14:textId="77777777" w:rsidR="006E7A08" w:rsidRDefault="00267E76">
            <w:pPr>
              <w:jc w:val="center"/>
            </w:pPr>
            <w:r>
              <w:t>1 315,00</w:t>
            </w:r>
          </w:p>
        </w:tc>
        <w:tc>
          <w:tcPr>
            <w:tcW w:w="0" w:type="auto"/>
          </w:tcPr>
          <w:p w14:paraId="08B3E8D8" w14:textId="77777777" w:rsidR="006E7A08" w:rsidRDefault="00267E76">
            <w:pPr>
              <w:jc w:val="center"/>
            </w:pPr>
            <w:r>
              <w:t>88,08</w:t>
            </w:r>
          </w:p>
        </w:tc>
        <w:tc>
          <w:tcPr>
            <w:tcW w:w="0" w:type="auto"/>
          </w:tcPr>
          <w:p w14:paraId="78F8651B" w14:textId="77777777" w:rsidR="006E7A08" w:rsidRDefault="006E7A08"/>
        </w:tc>
        <w:tc>
          <w:tcPr>
            <w:tcW w:w="0" w:type="auto"/>
          </w:tcPr>
          <w:p w14:paraId="6C4BB750" w14:textId="77777777" w:rsidR="006E7A08" w:rsidRDefault="006E7A08"/>
        </w:tc>
        <w:tc>
          <w:tcPr>
            <w:tcW w:w="0" w:type="auto"/>
          </w:tcPr>
          <w:p w14:paraId="2FC477AB" w14:textId="77777777" w:rsidR="006E7A08" w:rsidRDefault="00267E76">
            <w:pPr>
              <w:jc w:val="center"/>
            </w:pPr>
            <w:r>
              <w:t>979,56</w:t>
            </w:r>
          </w:p>
        </w:tc>
        <w:tc>
          <w:tcPr>
            <w:tcW w:w="0" w:type="auto"/>
          </w:tcPr>
          <w:p w14:paraId="1F2F9B7D" w14:textId="77777777" w:rsidR="006E7A08" w:rsidRDefault="00267E76">
            <w:pPr>
              <w:jc w:val="center"/>
            </w:pPr>
            <w:r>
              <w:t>623,61</w:t>
            </w:r>
          </w:p>
        </w:tc>
      </w:tr>
      <w:tr w:rsidR="006E7A08" w14:paraId="470B9927" w14:textId="77777777">
        <w:trPr>
          <w:cantSplit/>
          <w:jc w:val="center"/>
        </w:trPr>
        <w:tc>
          <w:tcPr>
            <w:tcW w:w="0" w:type="auto"/>
            <w:shd w:val="clear" w:color="auto" w:fill="DBE5F1"/>
          </w:tcPr>
          <w:p w14:paraId="66E89D32" w14:textId="77777777" w:rsidR="006E7A08" w:rsidRDefault="006E7A08"/>
        </w:tc>
        <w:tc>
          <w:tcPr>
            <w:tcW w:w="0" w:type="auto"/>
            <w:shd w:val="clear" w:color="auto" w:fill="DBE5F1"/>
          </w:tcPr>
          <w:p w14:paraId="04E36F78" w14:textId="77777777" w:rsidR="006E7A08" w:rsidRDefault="00267E76">
            <w:r>
              <w:rPr>
                <w:b/>
              </w:rPr>
              <w:t>ИТОГО</w:t>
            </w:r>
          </w:p>
        </w:tc>
        <w:tc>
          <w:tcPr>
            <w:tcW w:w="0" w:type="auto"/>
            <w:shd w:val="clear" w:color="auto" w:fill="DBE5F1"/>
          </w:tcPr>
          <w:p w14:paraId="2438078B" w14:textId="77777777" w:rsidR="006E7A08" w:rsidRDefault="00267E76">
            <w:pPr>
              <w:jc w:val="center"/>
            </w:pPr>
            <w:r>
              <w:rPr>
                <w:b/>
              </w:rPr>
              <w:t>105 536,70</w:t>
            </w:r>
          </w:p>
        </w:tc>
        <w:tc>
          <w:tcPr>
            <w:tcW w:w="0" w:type="auto"/>
            <w:shd w:val="clear" w:color="auto" w:fill="DBE5F1"/>
          </w:tcPr>
          <w:p w14:paraId="148614C6" w14:textId="77777777" w:rsidR="006E7A08" w:rsidRDefault="00267E76">
            <w:pPr>
              <w:jc w:val="center"/>
            </w:pPr>
            <w:r>
              <w:rPr>
                <w:b/>
              </w:rPr>
              <w:t>73 652,30</w:t>
            </w:r>
          </w:p>
        </w:tc>
        <w:tc>
          <w:tcPr>
            <w:tcW w:w="0" w:type="auto"/>
            <w:shd w:val="clear" w:color="auto" w:fill="DBE5F1"/>
          </w:tcPr>
          <w:p w14:paraId="76D7A906" w14:textId="77777777" w:rsidR="006E7A08" w:rsidRDefault="00267E76">
            <w:pPr>
              <w:jc w:val="center"/>
            </w:pPr>
            <w:r>
              <w:rPr>
                <w:b/>
              </w:rPr>
              <w:t>10 333,20</w:t>
            </w:r>
          </w:p>
        </w:tc>
        <w:tc>
          <w:tcPr>
            <w:tcW w:w="0" w:type="auto"/>
            <w:shd w:val="clear" w:color="auto" w:fill="DBE5F1"/>
          </w:tcPr>
          <w:p w14:paraId="4A7C34C1" w14:textId="77777777" w:rsidR="006E7A08" w:rsidRDefault="00267E76">
            <w:pPr>
              <w:jc w:val="center"/>
            </w:pPr>
            <w:r>
              <w:rPr>
                <w:b/>
              </w:rPr>
              <w:t>9 523,70</w:t>
            </w:r>
          </w:p>
        </w:tc>
        <w:tc>
          <w:tcPr>
            <w:tcW w:w="0" w:type="auto"/>
            <w:shd w:val="clear" w:color="auto" w:fill="DBE5F1"/>
          </w:tcPr>
          <w:p w14:paraId="1A00A768" w14:textId="77777777" w:rsidR="006E7A08" w:rsidRDefault="00267E76">
            <w:pPr>
              <w:jc w:val="center"/>
            </w:pPr>
            <w:r>
              <w:rPr>
                <w:b/>
              </w:rPr>
              <w:t>88,60</w:t>
            </w:r>
          </w:p>
        </w:tc>
        <w:tc>
          <w:tcPr>
            <w:tcW w:w="0" w:type="auto"/>
            <w:shd w:val="clear" w:color="auto" w:fill="DBE5F1"/>
          </w:tcPr>
          <w:p w14:paraId="26230BB6" w14:textId="77777777" w:rsidR="006E7A08" w:rsidRDefault="006E7A08"/>
        </w:tc>
        <w:tc>
          <w:tcPr>
            <w:tcW w:w="0" w:type="auto"/>
            <w:shd w:val="clear" w:color="auto" w:fill="DBE5F1"/>
          </w:tcPr>
          <w:p w14:paraId="2985112C" w14:textId="77777777" w:rsidR="006E7A08" w:rsidRDefault="006E7A08"/>
        </w:tc>
        <w:tc>
          <w:tcPr>
            <w:tcW w:w="0" w:type="auto"/>
            <w:shd w:val="clear" w:color="auto" w:fill="DBE5F1"/>
          </w:tcPr>
          <w:p w14:paraId="70F08678" w14:textId="77777777" w:rsidR="006E7A08" w:rsidRDefault="00267E76">
            <w:pPr>
              <w:jc w:val="center"/>
            </w:pPr>
            <w:r>
              <w:rPr>
                <w:b/>
              </w:rPr>
              <w:t>50 202,36</w:t>
            </w:r>
          </w:p>
        </w:tc>
        <w:tc>
          <w:tcPr>
            <w:tcW w:w="0" w:type="auto"/>
            <w:shd w:val="clear" w:color="auto" w:fill="DBE5F1"/>
          </w:tcPr>
          <w:p w14:paraId="5663A05B" w14:textId="77777777" w:rsidR="006E7A08" w:rsidRDefault="00267E76">
            <w:pPr>
              <w:jc w:val="center"/>
            </w:pPr>
            <w:r>
              <w:rPr>
                <w:b/>
              </w:rPr>
              <w:t>31 959,82</w:t>
            </w:r>
          </w:p>
        </w:tc>
      </w:tr>
    </w:tbl>
    <w:p w14:paraId="22FF3BB2" w14:textId="77777777" w:rsidR="006E7A08" w:rsidRPr="001D7D92" w:rsidRDefault="00267E76">
      <w:pPr>
        <w:spacing w:after="0"/>
        <w:ind w:firstLine="709"/>
        <w:jc w:val="both"/>
        <w:rPr>
          <w:lang w:val="ru-RU"/>
        </w:rPr>
      </w:pPr>
      <w:r w:rsidRPr="001D7D92">
        <w:rPr>
          <w:lang w:val="ru-RU"/>
        </w:rPr>
        <w:t>1. Базис длины. «Длина в двухтрубном исчислении» — длина по оси трассы, то есть длина совместной прокладки подающего и обратного трубопроводов. Суммарная длина трубопроводов вдвое больше и в графу 3 не входит.</w:t>
      </w:r>
    </w:p>
    <w:p w14:paraId="34A1DCED" w14:textId="77777777" w:rsidR="006E7A08" w:rsidRPr="001D7D92" w:rsidRDefault="00267E76">
      <w:pPr>
        <w:spacing w:after="0"/>
        <w:ind w:firstLine="709"/>
        <w:jc w:val="both"/>
        <w:rPr>
          <w:lang w:val="ru-RU"/>
        </w:rPr>
      </w:pPr>
      <w:r w:rsidRPr="001D7D92">
        <w:rPr>
          <w:lang w:val="ru-RU"/>
        </w:rPr>
        <w:t>2. Под замену. Объём определён по сроку службы участков: этап 2026 — участки, выработавшие нормативный срок к началу периода; этапы 2031 и 2036 — участки, вырабатывающие его в соответствующем периоде.</w:t>
      </w:r>
    </w:p>
    <w:p w14:paraId="40A551F4" w14:textId="77777777" w:rsidR="006E7A08" w:rsidRPr="001D7D92" w:rsidRDefault="00267E76">
      <w:pPr>
        <w:spacing w:after="0"/>
        <w:ind w:firstLine="709"/>
        <w:jc w:val="both"/>
        <w:rPr>
          <w:lang w:val="ru-RU"/>
        </w:rPr>
      </w:pPr>
      <w:r w:rsidRPr="001D7D92">
        <w:rPr>
          <w:lang w:val="ru-RU"/>
        </w:rPr>
        <w:t>3. Стоимость СМР и ПИР (графы 8 и 9) не заполнена: удельные показатели по округу не утверждены. Пустая графа означает отсутствие данных, а не нулевую стоимость.</w:t>
      </w:r>
    </w:p>
    <w:p w14:paraId="2145E006" w14:textId="77777777" w:rsidR="006E7A08" w:rsidRPr="001D7D92" w:rsidRDefault="00267E76">
      <w:pPr>
        <w:spacing w:after="0"/>
        <w:ind w:firstLine="709"/>
        <w:jc w:val="both"/>
        <w:rPr>
          <w:lang w:val="ru-RU"/>
        </w:rPr>
      </w:pPr>
      <w:r w:rsidRPr="001D7D92">
        <w:rPr>
          <w:lang w:val="ru-RU"/>
        </w:rPr>
        <w:t>4. Участки, подтверждённые Заказчиком 13.08.2026. В существующую сеть включены три участка, статус которых ранее не был установлен: г. Таштагол «т/н Ленина — ул. Калинина» 2 348,5 м (ввод 10.10.2023), пгт Шерегеш «БЦТП — микрорайон № 1 "Шория"» 798,0 м (ввод 25.11.2024), пгт Мундыбаш 1 232,0 м, в том числе надземно 1 148,0 м и подземно 84,0 м (ввод 09.08.2021). Всего 4 378,5 м; поучастковый реестр 1 287 → 1 294 участка. По сроку службы 25 лет ни один из трёх участков не попадает в замену 2026–2036 и увеличивает только общую протяжённость.</w:t>
      </w:r>
    </w:p>
    <w:p w14:paraId="10B00C9E" w14:textId="77777777" w:rsidR="006E7A08" w:rsidRPr="001D7D92" w:rsidRDefault="00267E76">
      <w:pPr>
        <w:pStyle w:val="21"/>
        <w:rPr>
          <w:lang w:val="ru-RU"/>
        </w:rPr>
      </w:pPr>
      <w:bookmarkStart w:id="61" w:name="_Toc238017260"/>
      <w:r w:rsidRPr="001D7D92">
        <w:rPr>
          <w:lang w:val="ru-RU"/>
        </w:rPr>
        <w:t>6.1. Паровые и конденсатные тепловые сети</w:t>
      </w:r>
      <w:bookmarkEnd w:id="61"/>
    </w:p>
    <w:p w14:paraId="4CE0B2FC" w14:textId="77777777" w:rsidR="006E7A08" w:rsidRPr="001D7D92" w:rsidRDefault="00267E76">
      <w:pPr>
        <w:ind w:firstLine="709"/>
        <w:jc w:val="both"/>
        <w:rPr>
          <w:lang w:val="ru-RU"/>
        </w:rPr>
      </w:pPr>
      <w:r w:rsidRPr="001D7D92">
        <w:rPr>
          <w:lang w:val="ru-RU"/>
        </w:rPr>
        <w:t>Паровые и конденсатные сети имеются только в системе котельной УПК № 1 в г. Таштагол, где пар подаётся к бойлерным и промышленным потребителям, а после бойлерных тепловая энергия распределяется по водяным сетям. Суммарная протяжённость составляет 5 319,0 м, из них паропроводы 4 019,0 м и конденсатопровод 1 300,0 м.</w:t>
      </w:r>
    </w:p>
    <w:p w14:paraId="633F401E" w14:textId="77777777" w:rsidR="006E7A08" w:rsidRPr="001D7D92" w:rsidRDefault="00267E76">
      <w:pPr>
        <w:ind w:firstLine="709"/>
        <w:jc w:val="both"/>
        <w:rPr>
          <w:lang w:val="ru-RU"/>
        </w:rPr>
      </w:pPr>
      <w:r w:rsidRPr="001D7D92">
        <w:rPr>
          <w:lang w:val="ru-RU"/>
        </w:rPr>
        <w:t>Эти сети учитываются отдельным показателем и в протяжённость водяных сетей не входят: они имеют иную трубность, иные параметры теплоносителя и иную методику расчёта. Схемой принимается сохранение паровой схемы теплоснабжения промышленных потребителей г. Таштагол на расчётном периоде.</w:t>
      </w:r>
    </w:p>
    <w:p w14:paraId="0C8B9F2F" w14:textId="77777777" w:rsidR="00D2184C" w:rsidRPr="00844B84" w:rsidRDefault="00D2184C">
      <w:pPr>
        <w:rPr>
          <w:lang w:val="ru-RU"/>
        </w:rPr>
        <w:sectPr w:rsidR="00D2184C" w:rsidRPr="00844B84" w:rsidSect="00034616">
          <w:footerReference w:type="default" r:id="rId19"/>
          <w:pgSz w:w="11906" w:h="16838"/>
          <w:pgMar w:top="850" w:right="567" w:bottom="850" w:left="85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14:paraId="63669135" w14:textId="77777777" w:rsidR="006E7A08" w:rsidRPr="001D7D92" w:rsidRDefault="00267E76">
      <w:pPr>
        <w:keepNext/>
        <w:keepLines/>
        <w:rPr>
          <w:lang w:val="ru-RU"/>
        </w:rPr>
      </w:pPr>
      <w:r w:rsidRPr="001D7D92">
        <w:rPr>
          <w:b/>
          <w:lang w:val="ru-RU"/>
        </w:rPr>
        <w:t>Таблица 6.2 — Паровые и конденсатные тепловые сети систем теплоснабжения (лист «Таблица 6.2» расчётной книги)</w:t>
      </w:r>
    </w:p>
    <w:tbl>
      <w:tblPr>
        <w:tblStyle w:val="aff0"/>
        <w:tblW w:w="5000" w:type="pct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952"/>
        <w:gridCol w:w="1235"/>
        <w:gridCol w:w="1003"/>
        <w:gridCol w:w="1698"/>
        <w:gridCol w:w="1232"/>
        <w:gridCol w:w="1099"/>
        <w:gridCol w:w="820"/>
        <w:gridCol w:w="1396"/>
        <w:gridCol w:w="1086"/>
        <w:gridCol w:w="1531"/>
        <w:gridCol w:w="1285"/>
        <w:gridCol w:w="1074"/>
      </w:tblGrid>
      <w:tr w:rsidR="006E7A08" w14:paraId="318A62D2" w14:textId="77777777">
        <w:trPr>
          <w:cantSplit/>
          <w:tblHeader/>
          <w:jc w:val="center"/>
        </w:trPr>
        <w:tc>
          <w:tcPr>
            <w:tcW w:w="0" w:type="auto"/>
            <w:shd w:val="clear" w:color="auto" w:fill="E2F0D9"/>
            <w:vAlign w:val="center"/>
          </w:tcPr>
          <w:p w14:paraId="70DD94DD" w14:textId="77777777" w:rsidR="006E7A08" w:rsidRDefault="00267E76">
            <w:pPr>
              <w:jc w:val="center"/>
            </w:pPr>
            <w:r>
              <w:rPr>
                <w:b/>
              </w:rPr>
              <w:t>№ п/п</w:t>
            </w:r>
          </w:p>
        </w:tc>
        <w:tc>
          <w:tcPr>
            <w:tcW w:w="0" w:type="auto"/>
            <w:shd w:val="clear" w:color="auto" w:fill="E2F0D9"/>
            <w:vAlign w:val="center"/>
          </w:tcPr>
          <w:p w14:paraId="7FA4D0BA" w14:textId="77777777" w:rsidR="006E7A08" w:rsidRDefault="00267E76">
            <w:pPr>
              <w:jc w:val="center"/>
            </w:pPr>
            <w:r>
              <w:rPr>
                <w:b/>
              </w:rPr>
              <w:t>Населённый пункт</w:t>
            </w:r>
          </w:p>
        </w:tc>
        <w:tc>
          <w:tcPr>
            <w:tcW w:w="0" w:type="auto"/>
            <w:shd w:val="clear" w:color="auto" w:fill="E2F0D9"/>
            <w:vAlign w:val="center"/>
          </w:tcPr>
          <w:p w14:paraId="70E865E1" w14:textId="77777777" w:rsidR="006E7A08" w:rsidRDefault="00267E76">
            <w:pPr>
              <w:jc w:val="center"/>
            </w:pPr>
            <w:r>
              <w:rPr>
                <w:b/>
              </w:rPr>
              <w:t>Источник</w:t>
            </w:r>
          </w:p>
        </w:tc>
        <w:tc>
          <w:tcPr>
            <w:tcW w:w="0" w:type="auto"/>
            <w:shd w:val="clear" w:color="auto" w:fill="E2F0D9"/>
            <w:vAlign w:val="center"/>
          </w:tcPr>
          <w:p w14:paraId="1E9961C0" w14:textId="77777777" w:rsidR="006E7A08" w:rsidRDefault="00267E76">
            <w:pPr>
              <w:jc w:val="center"/>
            </w:pPr>
            <w:r>
              <w:rPr>
                <w:b/>
              </w:rPr>
              <w:t>Вид трубопровода</w:t>
            </w:r>
          </w:p>
        </w:tc>
        <w:tc>
          <w:tcPr>
            <w:tcW w:w="0" w:type="auto"/>
            <w:shd w:val="clear" w:color="auto" w:fill="E2F0D9"/>
            <w:vAlign w:val="center"/>
          </w:tcPr>
          <w:p w14:paraId="7D47C3B6" w14:textId="77777777" w:rsidR="006E7A08" w:rsidRDefault="00267E76">
            <w:pPr>
              <w:jc w:val="center"/>
            </w:pPr>
            <w:r>
              <w:rPr>
                <w:b/>
              </w:rPr>
              <w:t>Участок</w:t>
            </w:r>
          </w:p>
        </w:tc>
        <w:tc>
          <w:tcPr>
            <w:tcW w:w="0" w:type="auto"/>
            <w:shd w:val="clear" w:color="auto" w:fill="E2F0D9"/>
            <w:vAlign w:val="center"/>
          </w:tcPr>
          <w:p w14:paraId="452C0977" w14:textId="77777777" w:rsidR="006E7A08" w:rsidRDefault="00267E76">
            <w:pPr>
              <w:jc w:val="center"/>
            </w:pPr>
            <w:r>
              <w:rPr>
                <w:b/>
              </w:rPr>
              <w:t>Наружный диаметр Dн, мм</w:t>
            </w:r>
          </w:p>
        </w:tc>
        <w:tc>
          <w:tcPr>
            <w:tcW w:w="0" w:type="auto"/>
            <w:shd w:val="clear" w:color="auto" w:fill="E2F0D9"/>
            <w:vAlign w:val="center"/>
          </w:tcPr>
          <w:p w14:paraId="4573E6E2" w14:textId="77777777" w:rsidR="006E7A08" w:rsidRDefault="00267E76">
            <w:pPr>
              <w:jc w:val="center"/>
            </w:pPr>
            <w:r>
              <w:rPr>
                <w:b/>
              </w:rPr>
              <w:t>Длина участка L, м</w:t>
            </w:r>
          </w:p>
        </w:tc>
        <w:tc>
          <w:tcPr>
            <w:tcW w:w="0" w:type="auto"/>
            <w:shd w:val="clear" w:color="auto" w:fill="E2F0D9"/>
            <w:vAlign w:val="center"/>
          </w:tcPr>
          <w:p w14:paraId="0A6D3EFA" w14:textId="77777777" w:rsidR="006E7A08" w:rsidRDefault="00267E76">
            <w:pPr>
              <w:jc w:val="center"/>
            </w:pPr>
            <w:r>
              <w:rPr>
                <w:b/>
              </w:rPr>
              <w:t>Год ввода в эксплуатацию</w:t>
            </w:r>
          </w:p>
        </w:tc>
        <w:tc>
          <w:tcPr>
            <w:tcW w:w="0" w:type="auto"/>
            <w:shd w:val="clear" w:color="auto" w:fill="E2F0D9"/>
            <w:vAlign w:val="center"/>
          </w:tcPr>
          <w:p w14:paraId="1C15AC41" w14:textId="77777777" w:rsidR="006E7A08" w:rsidRDefault="00267E76">
            <w:pPr>
              <w:jc w:val="center"/>
            </w:pPr>
            <w:r>
              <w:rPr>
                <w:b/>
              </w:rPr>
              <w:t>Способ прокладки</w:t>
            </w:r>
          </w:p>
        </w:tc>
        <w:tc>
          <w:tcPr>
            <w:tcW w:w="0" w:type="auto"/>
            <w:shd w:val="clear" w:color="auto" w:fill="E2F0D9"/>
            <w:vAlign w:val="center"/>
          </w:tcPr>
          <w:p w14:paraId="067DEC45" w14:textId="77777777" w:rsidR="006E7A08" w:rsidRDefault="00267E76">
            <w:pPr>
              <w:jc w:val="center"/>
            </w:pPr>
            <w:r>
              <w:rPr>
                <w:b/>
              </w:rPr>
              <w:t>Назначение</w:t>
            </w:r>
          </w:p>
        </w:tc>
        <w:tc>
          <w:tcPr>
            <w:tcW w:w="0" w:type="auto"/>
            <w:shd w:val="clear" w:color="auto" w:fill="E2F0D9"/>
            <w:vAlign w:val="center"/>
          </w:tcPr>
          <w:p w14:paraId="27DDBE74" w14:textId="77777777" w:rsidR="006E7A08" w:rsidRDefault="00267E76">
            <w:pPr>
              <w:jc w:val="center"/>
            </w:pPr>
            <w:r>
              <w:rPr>
                <w:b/>
              </w:rPr>
              <w:t>Текущий статус</w:t>
            </w:r>
          </w:p>
        </w:tc>
        <w:tc>
          <w:tcPr>
            <w:tcW w:w="0" w:type="auto"/>
            <w:shd w:val="clear" w:color="auto" w:fill="E2F0D9"/>
            <w:vAlign w:val="center"/>
          </w:tcPr>
          <w:p w14:paraId="00E02224" w14:textId="77777777" w:rsidR="006E7A08" w:rsidRDefault="00267E76">
            <w:pPr>
              <w:jc w:val="center"/>
            </w:pPr>
            <w:r>
              <w:rPr>
                <w:b/>
              </w:rPr>
              <w:t>Источник данных</w:t>
            </w:r>
          </w:p>
        </w:tc>
      </w:tr>
      <w:tr w:rsidR="006E7A08" w14:paraId="1AEE04EC" w14:textId="77777777">
        <w:trPr>
          <w:cantSplit/>
          <w:tblHeader/>
          <w:jc w:val="center"/>
        </w:trPr>
        <w:tc>
          <w:tcPr>
            <w:tcW w:w="0" w:type="auto"/>
            <w:shd w:val="clear" w:color="auto" w:fill="F2F2F2"/>
            <w:vAlign w:val="center"/>
          </w:tcPr>
          <w:p w14:paraId="24FDDE6B" w14:textId="77777777" w:rsidR="006E7A08" w:rsidRDefault="00267E76">
            <w:pPr>
              <w:jc w:val="center"/>
            </w:pPr>
            <w:r>
              <w:t>1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3A4A82D4" w14:textId="77777777" w:rsidR="006E7A08" w:rsidRDefault="00267E76">
            <w:pPr>
              <w:jc w:val="center"/>
            </w:pPr>
            <w:r>
              <w:t>2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5789D9F1" w14:textId="77777777" w:rsidR="006E7A08" w:rsidRDefault="00267E76">
            <w:pPr>
              <w:jc w:val="center"/>
            </w:pPr>
            <w:r>
              <w:t>3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5E7AC951" w14:textId="77777777" w:rsidR="006E7A08" w:rsidRDefault="00267E76">
            <w:pPr>
              <w:jc w:val="center"/>
            </w:pPr>
            <w:r>
              <w:t>4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278A0F4E" w14:textId="77777777" w:rsidR="006E7A08" w:rsidRDefault="00267E76">
            <w:pPr>
              <w:jc w:val="center"/>
            </w:pPr>
            <w:r>
              <w:t>5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7679E5DF" w14:textId="77777777" w:rsidR="006E7A08" w:rsidRDefault="00267E76">
            <w:pPr>
              <w:jc w:val="center"/>
            </w:pPr>
            <w:r>
              <w:t>6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3D74813E" w14:textId="77777777" w:rsidR="006E7A08" w:rsidRDefault="00267E76">
            <w:pPr>
              <w:jc w:val="center"/>
            </w:pPr>
            <w:r>
              <w:t>7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398EEA49" w14:textId="77777777" w:rsidR="006E7A08" w:rsidRDefault="00267E76">
            <w:pPr>
              <w:jc w:val="center"/>
            </w:pPr>
            <w:r>
              <w:t>8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3ABEC64A" w14:textId="77777777" w:rsidR="006E7A08" w:rsidRDefault="00267E76">
            <w:pPr>
              <w:jc w:val="center"/>
            </w:pPr>
            <w:r>
              <w:t>9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43C9E192" w14:textId="77777777" w:rsidR="006E7A08" w:rsidRDefault="00267E76">
            <w:pPr>
              <w:jc w:val="center"/>
            </w:pPr>
            <w:r>
              <w:t>10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32DF6BF7" w14:textId="77777777" w:rsidR="006E7A08" w:rsidRDefault="00267E76">
            <w:pPr>
              <w:jc w:val="center"/>
            </w:pPr>
            <w:r>
              <w:t>11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403DB8F9" w14:textId="77777777" w:rsidR="006E7A08" w:rsidRDefault="00267E76">
            <w:pPr>
              <w:jc w:val="center"/>
            </w:pPr>
            <w:r>
              <w:t>12</w:t>
            </w:r>
          </w:p>
        </w:tc>
      </w:tr>
      <w:tr w:rsidR="006E7A08" w14:paraId="37FD6C37" w14:textId="77777777">
        <w:trPr>
          <w:cantSplit/>
          <w:jc w:val="center"/>
        </w:trPr>
        <w:tc>
          <w:tcPr>
            <w:tcW w:w="0" w:type="auto"/>
          </w:tcPr>
          <w:p w14:paraId="383F8AC1" w14:textId="77777777" w:rsidR="006E7A08" w:rsidRDefault="00267E76">
            <w:pPr>
              <w:jc w:val="center"/>
            </w:pPr>
            <w:r>
              <w:t>1</w:t>
            </w:r>
          </w:p>
        </w:tc>
        <w:tc>
          <w:tcPr>
            <w:tcW w:w="0" w:type="auto"/>
          </w:tcPr>
          <w:p w14:paraId="78BAF0B7" w14:textId="77777777" w:rsidR="006E7A08" w:rsidRDefault="00267E76">
            <w:r>
              <w:t>г. Таштагол</w:t>
            </w:r>
          </w:p>
        </w:tc>
        <w:tc>
          <w:tcPr>
            <w:tcW w:w="0" w:type="auto"/>
          </w:tcPr>
          <w:p w14:paraId="36B19E2F" w14:textId="77777777" w:rsidR="006E7A08" w:rsidRDefault="00267E76">
            <w:r>
              <w:t>УПК № 1</w:t>
            </w:r>
          </w:p>
        </w:tc>
        <w:tc>
          <w:tcPr>
            <w:tcW w:w="0" w:type="auto"/>
          </w:tcPr>
          <w:p w14:paraId="570E34BC" w14:textId="77777777" w:rsidR="006E7A08" w:rsidRDefault="00267E76">
            <w:r>
              <w:t>Паропровод</w:t>
            </w:r>
          </w:p>
        </w:tc>
        <w:tc>
          <w:tcPr>
            <w:tcW w:w="0" w:type="auto"/>
          </w:tcPr>
          <w:p w14:paraId="5709EAF6" w14:textId="77777777" w:rsidR="006E7A08" w:rsidRDefault="00267E76">
            <w:r>
              <w:t>Котельная – Бойлерная № 1</w:t>
            </w:r>
          </w:p>
        </w:tc>
        <w:tc>
          <w:tcPr>
            <w:tcW w:w="0" w:type="auto"/>
          </w:tcPr>
          <w:p w14:paraId="3287B0F7" w14:textId="77777777" w:rsidR="006E7A08" w:rsidRDefault="00267E76">
            <w:pPr>
              <w:jc w:val="center"/>
            </w:pPr>
            <w:r>
              <w:t>159</w:t>
            </w:r>
          </w:p>
        </w:tc>
        <w:tc>
          <w:tcPr>
            <w:tcW w:w="0" w:type="auto"/>
          </w:tcPr>
          <w:p w14:paraId="1A9CC627" w14:textId="77777777" w:rsidR="006E7A08" w:rsidRDefault="00267E76">
            <w:pPr>
              <w:jc w:val="center"/>
            </w:pPr>
            <w:r>
              <w:t>104,0</w:t>
            </w:r>
          </w:p>
        </w:tc>
        <w:tc>
          <w:tcPr>
            <w:tcW w:w="0" w:type="auto"/>
          </w:tcPr>
          <w:p w14:paraId="0B6A9885" w14:textId="77777777" w:rsidR="006E7A08" w:rsidRDefault="00267E76">
            <w:pPr>
              <w:jc w:val="center"/>
            </w:pPr>
            <w:r>
              <w:t>1975</w:t>
            </w:r>
          </w:p>
        </w:tc>
        <w:tc>
          <w:tcPr>
            <w:tcW w:w="0" w:type="auto"/>
          </w:tcPr>
          <w:p w14:paraId="1369CB56" w14:textId="77777777" w:rsidR="006E7A08" w:rsidRDefault="00267E76">
            <w:r>
              <w:t>надземная</w:t>
            </w:r>
          </w:p>
        </w:tc>
        <w:tc>
          <w:tcPr>
            <w:tcW w:w="0" w:type="auto"/>
          </w:tcPr>
          <w:p w14:paraId="5CAA4B60" w14:textId="77777777" w:rsidR="006E7A08" w:rsidRDefault="00267E76">
            <w:r>
              <w:t>технологическое</w:t>
            </w:r>
          </w:p>
        </w:tc>
        <w:tc>
          <w:tcPr>
            <w:tcW w:w="0" w:type="auto"/>
          </w:tcPr>
          <w:p w14:paraId="0C1A975E" w14:textId="77777777" w:rsidR="006E7A08" w:rsidRDefault="00267E76">
            <w:r>
              <w:t>Действующая</w:t>
            </w:r>
          </w:p>
        </w:tc>
        <w:tc>
          <w:tcPr>
            <w:tcW w:w="0" w:type="auto"/>
          </w:tcPr>
          <w:p w14:paraId="732D9D6E" w14:textId="77777777" w:rsidR="006E7A08" w:rsidRDefault="00267E76">
            <w:r>
              <w:t>Материалы ООО «ЮКЭК», 2017, табл. 12</w:t>
            </w:r>
          </w:p>
        </w:tc>
      </w:tr>
      <w:tr w:rsidR="006E7A08" w14:paraId="611BBB34" w14:textId="77777777">
        <w:trPr>
          <w:cantSplit/>
          <w:jc w:val="center"/>
        </w:trPr>
        <w:tc>
          <w:tcPr>
            <w:tcW w:w="0" w:type="auto"/>
          </w:tcPr>
          <w:p w14:paraId="102D3926" w14:textId="77777777" w:rsidR="006E7A08" w:rsidRDefault="00267E76">
            <w:pPr>
              <w:jc w:val="center"/>
            </w:pPr>
            <w:r>
              <w:t>2</w:t>
            </w:r>
          </w:p>
        </w:tc>
        <w:tc>
          <w:tcPr>
            <w:tcW w:w="0" w:type="auto"/>
          </w:tcPr>
          <w:p w14:paraId="31F61F01" w14:textId="77777777" w:rsidR="006E7A08" w:rsidRDefault="00267E76">
            <w:r>
              <w:t>г. Таштагол</w:t>
            </w:r>
          </w:p>
        </w:tc>
        <w:tc>
          <w:tcPr>
            <w:tcW w:w="0" w:type="auto"/>
          </w:tcPr>
          <w:p w14:paraId="4A1025AE" w14:textId="77777777" w:rsidR="006E7A08" w:rsidRDefault="00267E76">
            <w:r>
              <w:t>УПК № 1</w:t>
            </w:r>
          </w:p>
        </w:tc>
        <w:tc>
          <w:tcPr>
            <w:tcW w:w="0" w:type="auto"/>
          </w:tcPr>
          <w:p w14:paraId="68826684" w14:textId="77777777" w:rsidR="006E7A08" w:rsidRDefault="00267E76">
            <w:r>
              <w:t>Паропровод</w:t>
            </w:r>
          </w:p>
        </w:tc>
        <w:tc>
          <w:tcPr>
            <w:tcW w:w="0" w:type="auto"/>
          </w:tcPr>
          <w:p w14:paraId="6DA3BBC7" w14:textId="77777777" w:rsidR="006E7A08" w:rsidRDefault="00267E76">
            <w:r>
              <w:t>АБК – Бойлерная № 2</w:t>
            </w:r>
          </w:p>
        </w:tc>
        <w:tc>
          <w:tcPr>
            <w:tcW w:w="0" w:type="auto"/>
          </w:tcPr>
          <w:p w14:paraId="3D67BBBA" w14:textId="77777777" w:rsidR="006E7A08" w:rsidRDefault="00267E76">
            <w:pPr>
              <w:jc w:val="center"/>
            </w:pPr>
            <w:r>
              <w:t>108</w:t>
            </w:r>
          </w:p>
        </w:tc>
        <w:tc>
          <w:tcPr>
            <w:tcW w:w="0" w:type="auto"/>
          </w:tcPr>
          <w:p w14:paraId="4F99A0EA" w14:textId="77777777" w:rsidR="006E7A08" w:rsidRDefault="00267E76">
            <w:pPr>
              <w:jc w:val="center"/>
            </w:pPr>
            <w:r>
              <w:t>320,0</w:t>
            </w:r>
          </w:p>
        </w:tc>
        <w:tc>
          <w:tcPr>
            <w:tcW w:w="0" w:type="auto"/>
          </w:tcPr>
          <w:p w14:paraId="53BF22C0" w14:textId="77777777" w:rsidR="006E7A08" w:rsidRDefault="00267E76">
            <w:pPr>
              <w:jc w:val="center"/>
            </w:pPr>
            <w:r>
              <w:t>1975</w:t>
            </w:r>
          </w:p>
        </w:tc>
        <w:tc>
          <w:tcPr>
            <w:tcW w:w="0" w:type="auto"/>
          </w:tcPr>
          <w:p w14:paraId="66A4EF3F" w14:textId="77777777" w:rsidR="006E7A08" w:rsidRDefault="00267E76">
            <w:r>
              <w:t>надземная</w:t>
            </w:r>
          </w:p>
        </w:tc>
        <w:tc>
          <w:tcPr>
            <w:tcW w:w="0" w:type="auto"/>
          </w:tcPr>
          <w:p w14:paraId="607B395F" w14:textId="77777777" w:rsidR="006E7A08" w:rsidRDefault="00267E76">
            <w:r>
              <w:t>технологическое</w:t>
            </w:r>
          </w:p>
        </w:tc>
        <w:tc>
          <w:tcPr>
            <w:tcW w:w="0" w:type="auto"/>
          </w:tcPr>
          <w:p w14:paraId="7254EA85" w14:textId="77777777" w:rsidR="006E7A08" w:rsidRDefault="00267E76">
            <w:r>
              <w:t>Действующая</w:t>
            </w:r>
          </w:p>
        </w:tc>
        <w:tc>
          <w:tcPr>
            <w:tcW w:w="0" w:type="auto"/>
          </w:tcPr>
          <w:p w14:paraId="3EB5D791" w14:textId="77777777" w:rsidR="006E7A08" w:rsidRDefault="00267E76">
            <w:r>
              <w:t>Материалы ООО «ЮКЭК», 2017, табл. 12</w:t>
            </w:r>
          </w:p>
        </w:tc>
      </w:tr>
      <w:tr w:rsidR="006E7A08" w14:paraId="28070A25" w14:textId="77777777">
        <w:trPr>
          <w:cantSplit/>
          <w:jc w:val="center"/>
        </w:trPr>
        <w:tc>
          <w:tcPr>
            <w:tcW w:w="0" w:type="auto"/>
          </w:tcPr>
          <w:p w14:paraId="7FE99872" w14:textId="77777777" w:rsidR="006E7A08" w:rsidRDefault="00267E76">
            <w:pPr>
              <w:jc w:val="center"/>
            </w:pPr>
            <w:r>
              <w:t>3</w:t>
            </w:r>
          </w:p>
        </w:tc>
        <w:tc>
          <w:tcPr>
            <w:tcW w:w="0" w:type="auto"/>
          </w:tcPr>
          <w:p w14:paraId="3F8A5675" w14:textId="77777777" w:rsidR="006E7A08" w:rsidRDefault="00267E76">
            <w:r>
              <w:t>г. Таштагол</w:t>
            </w:r>
          </w:p>
        </w:tc>
        <w:tc>
          <w:tcPr>
            <w:tcW w:w="0" w:type="auto"/>
          </w:tcPr>
          <w:p w14:paraId="3923A8E3" w14:textId="77777777" w:rsidR="006E7A08" w:rsidRDefault="00267E76">
            <w:r>
              <w:t>УПК № 1</w:t>
            </w:r>
          </w:p>
        </w:tc>
        <w:tc>
          <w:tcPr>
            <w:tcW w:w="0" w:type="auto"/>
          </w:tcPr>
          <w:p w14:paraId="2812D2E6" w14:textId="77777777" w:rsidR="006E7A08" w:rsidRDefault="00267E76">
            <w:r>
              <w:t>Паропровод</w:t>
            </w:r>
          </w:p>
        </w:tc>
        <w:tc>
          <w:tcPr>
            <w:tcW w:w="0" w:type="auto"/>
          </w:tcPr>
          <w:p w14:paraId="75319180" w14:textId="77777777" w:rsidR="006E7A08" w:rsidRDefault="00267E76">
            <w:r>
              <w:t>Котельная – Евразруда</w:t>
            </w:r>
          </w:p>
        </w:tc>
        <w:tc>
          <w:tcPr>
            <w:tcW w:w="0" w:type="auto"/>
          </w:tcPr>
          <w:p w14:paraId="09A7D470" w14:textId="77777777" w:rsidR="006E7A08" w:rsidRDefault="00267E76">
            <w:pPr>
              <w:jc w:val="center"/>
            </w:pPr>
            <w:r>
              <w:t>530</w:t>
            </w:r>
          </w:p>
        </w:tc>
        <w:tc>
          <w:tcPr>
            <w:tcW w:w="0" w:type="auto"/>
          </w:tcPr>
          <w:p w14:paraId="068D86C3" w14:textId="77777777" w:rsidR="006E7A08" w:rsidRDefault="00267E76">
            <w:pPr>
              <w:jc w:val="center"/>
            </w:pPr>
            <w:r>
              <w:t>95,0</w:t>
            </w:r>
          </w:p>
        </w:tc>
        <w:tc>
          <w:tcPr>
            <w:tcW w:w="0" w:type="auto"/>
          </w:tcPr>
          <w:p w14:paraId="7E77918C" w14:textId="77777777" w:rsidR="006E7A08" w:rsidRDefault="00267E76">
            <w:pPr>
              <w:jc w:val="center"/>
            </w:pPr>
            <w:r>
              <w:t>1976</w:t>
            </w:r>
          </w:p>
        </w:tc>
        <w:tc>
          <w:tcPr>
            <w:tcW w:w="0" w:type="auto"/>
          </w:tcPr>
          <w:p w14:paraId="4C17963A" w14:textId="77777777" w:rsidR="006E7A08" w:rsidRDefault="00267E76">
            <w:r>
              <w:t>надземная</w:t>
            </w:r>
          </w:p>
        </w:tc>
        <w:tc>
          <w:tcPr>
            <w:tcW w:w="0" w:type="auto"/>
          </w:tcPr>
          <w:p w14:paraId="3FEB1E57" w14:textId="77777777" w:rsidR="006E7A08" w:rsidRDefault="00267E76">
            <w:r>
              <w:t>технологическое</w:t>
            </w:r>
          </w:p>
        </w:tc>
        <w:tc>
          <w:tcPr>
            <w:tcW w:w="0" w:type="auto"/>
          </w:tcPr>
          <w:p w14:paraId="39F7BF54" w14:textId="77777777" w:rsidR="006E7A08" w:rsidRDefault="00267E76">
            <w:r>
              <w:t>Действующая</w:t>
            </w:r>
          </w:p>
        </w:tc>
        <w:tc>
          <w:tcPr>
            <w:tcW w:w="0" w:type="auto"/>
          </w:tcPr>
          <w:p w14:paraId="7073DD8B" w14:textId="77777777" w:rsidR="006E7A08" w:rsidRDefault="00267E76">
            <w:r>
              <w:t>Материалы ООО «ЮКЭК», 2017, табл. 12</w:t>
            </w:r>
          </w:p>
        </w:tc>
      </w:tr>
      <w:tr w:rsidR="006E7A08" w14:paraId="0FA29196" w14:textId="77777777">
        <w:trPr>
          <w:cantSplit/>
          <w:jc w:val="center"/>
        </w:trPr>
        <w:tc>
          <w:tcPr>
            <w:tcW w:w="0" w:type="auto"/>
          </w:tcPr>
          <w:p w14:paraId="311CEF9B" w14:textId="77777777" w:rsidR="006E7A08" w:rsidRDefault="00267E76">
            <w:pPr>
              <w:jc w:val="center"/>
            </w:pPr>
            <w:r>
              <w:t>4</w:t>
            </w:r>
          </w:p>
        </w:tc>
        <w:tc>
          <w:tcPr>
            <w:tcW w:w="0" w:type="auto"/>
          </w:tcPr>
          <w:p w14:paraId="3E20CFB2" w14:textId="77777777" w:rsidR="006E7A08" w:rsidRDefault="00267E76">
            <w:r>
              <w:t>г. Таштагол</w:t>
            </w:r>
          </w:p>
        </w:tc>
        <w:tc>
          <w:tcPr>
            <w:tcW w:w="0" w:type="auto"/>
          </w:tcPr>
          <w:p w14:paraId="0BCCB6F6" w14:textId="77777777" w:rsidR="006E7A08" w:rsidRDefault="00267E76">
            <w:r>
              <w:t>УПК № 1</w:t>
            </w:r>
          </w:p>
        </w:tc>
        <w:tc>
          <w:tcPr>
            <w:tcW w:w="0" w:type="auto"/>
          </w:tcPr>
          <w:p w14:paraId="47939FEF" w14:textId="77777777" w:rsidR="006E7A08" w:rsidRDefault="00267E76">
            <w:r>
              <w:t>Паропровод</w:t>
            </w:r>
          </w:p>
        </w:tc>
        <w:tc>
          <w:tcPr>
            <w:tcW w:w="0" w:type="auto"/>
          </w:tcPr>
          <w:p w14:paraId="056B5FE1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Котельная – ЦТП, ул. Островского, 1А/7</w:t>
            </w:r>
          </w:p>
        </w:tc>
        <w:tc>
          <w:tcPr>
            <w:tcW w:w="0" w:type="auto"/>
          </w:tcPr>
          <w:p w14:paraId="0349FC3B" w14:textId="77777777" w:rsidR="006E7A08" w:rsidRDefault="00267E76">
            <w:pPr>
              <w:jc w:val="center"/>
            </w:pPr>
            <w:r>
              <w:t>159</w:t>
            </w:r>
          </w:p>
        </w:tc>
        <w:tc>
          <w:tcPr>
            <w:tcW w:w="0" w:type="auto"/>
          </w:tcPr>
          <w:p w14:paraId="485E0D78" w14:textId="77777777" w:rsidR="006E7A08" w:rsidRDefault="00267E76">
            <w:pPr>
              <w:jc w:val="center"/>
            </w:pPr>
            <w:r>
              <w:t>1 300,0</w:t>
            </w:r>
          </w:p>
        </w:tc>
        <w:tc>
          <w:tcPr>
            <w:tcW w:w="0" w:type="auto"/>
          </w:tcPr>
          <w:p w14:paraId="5B378A9D" w14:textId="77777777" w:rsidR="006E7A08" w:rsidRDefault="00267E76">
            <w:pPr>
              <w:jc w:val="center"/>
            </w:pPr>
            <w:r>
              <w:t>2014</w:t>
            </w:r>
          </w:p>
        </w:tc>
        <w:tc>
          <w:tcPr>
            <w:tcW w:w="0" w:type="auto"/>
          </w:tcPr>
          <w:p w14:paraId="7CCD8797" w14:textId="77777777" w:rsidR="006E7A08" w:rsidRDefault="00267E76">
            <w:r>
              <w:t>надземная</w:t>
            </w:r>
          </w:p>
        </w:tc>
        <w:tc>
          <w:tcPr>
            <w:tcW w:w="0" w:type="auto"/>
          </w:tcPr>
          <w:p w14:paraId="73D7B4E5" w14:textId="77777777" w:rsidR="006E7A08" w:rsidRDefault="00267E76">
            <w:r>
              <w:t>технологическое</w:t>
            </w:r>
          </w:p>
        </w:tc>
        <w:tc>
          <w:tcPr>
            <w:tcW w:w="0" w:type="auto"/>
          </w:tcPr>
          <w:p w14:paraId="3543BDF0" w14:textId="77777777" w:rsidR="006E7A08" w:rsidRDefault="00267E76">
            <w:r>
              <w:t>Действующая</w:t>
            </w:r>
          </w:p>
        </w:tc>
        <w:tc>
          <w:tcPr>
            <w:tcW w:w="0" w:type="auto"/>
          </w:tcPr>
          <w:p w14:paraId="02DA66B3" w14:textId="77777777" w:rsidR="006E7A08" w:rsidRDefault="00267E76">
            <w:r>
              <w:t>Материалы ООО «ЮКЭК», 2017, табл. 12</w:t>
            </w:r>
          </w:p>
        </w:tc>
      </w:tr>
      <w:tr w:rsidR="006E7A08" w14:paraId="58848917" w14:textId="77777777">
        <w:trPr>
          <w:cantSplit/>
          <w:jc w:val="center"/>
        </w:trPr>
        <w:tc>
          <w:tcPr>
            <w:tcW w:w="0" w:type="auto"/>
          </w:tcPr>
          <w:p w14:paraId="6AB7CF94" w14:textId="77777777" w:rsidR="006E7A08" w:rsidRDefault="00267E76">
            <w:pPr>
              <w:jc w:val="center"/>
            </w:pPr>
            <w:r>
              <w:t>5</w:t>
            </w:r>
          </w:p>
        </w:tc>
        <w:tc>
          <w:tcPr>
            <w:tcW w:w="0" w:type="auto"/>
          </w:tcPr>
          <w:p w14:paraId="28A3586E" w14:textId="77777777" w:rsidR="006E7A08" w:rsidRDefault="00267E76">
            <w:r>
              <w:t>г. Таштагол</w:t>
            </w:r>
          </w:p>
        </w:tc>
        <w:tc>
          <w:tcPr>
            <w:tcW w:w="0" w:type="auto"/>
          </w:tcPr>
          <w:p w14:paraId="1D842A83" w14:textId="77777777" w:rsidR="006E7A08" w:rsidRDefault="00267E76">
            <w:r>
              <w:t>УПК № 1</w:t>
            </w:r>
          </w:p>
        </w:tc>
        <w:tc>
          <w:tcPr>
            <w:tcW w:w="0" w:type="auto"/>
          </w:tcPr>
          <w:p w14:paraId="725FA00E" w14:textId="77777777" w:rsidR="006E7A08" w:rsidRDefault="00267E76">
            <w:r>
              <w:t>Паропровод</w:t>
            </w:r>
          </w:p>
        </w:tc>
        <w:tc>
          <w:tcPr>
            <w:tcW w:w="0" w:type="auto"/>
          </w:tcPr>
          <w:p w14:paraId="598C2954" w14:textId="77777777" w:rsidR="006E7A08" w:rsidRDefault="00267E76">
            <w:r>
              <w:t>ЦТП ВГСЧ</w:t>
            </w:r>
          </w:p>
        </w:tc>
        <w:tc>
          <w:tcPr>
            <w:tcW w:w="0" w:type="auto"/>
          </w:tcPr>
          <w:p w14:paraId="711A5940" w14:textId="77777777" w:rsidR="006E7A08" w:rsidRDefault="00267E76">
            <w:pPr>
              <w:jc w:val="center"/>
            </w:pPr>
            <w:r>
              <w:t>159</w:t>
            </w:r>
          </w:p>
        </w:tc>
        <w:tc>
          <w:tcPr>
            <w:tcW w:w="0" w:type="auto"/>
          </w:tcPr>
          <w:p w14:paraId="1ADECF02" w14:textId="77777777" w:rsidR="006E7A08" w:rsidRDefault="00267E76">
            <w:pPr>
              <w:jc w:val="center"/>
            </w:pPr>
            <w:r>
              <w:t>2 200,0</w:t>
            </w:r>
          </w:p>
        </w:tc>
        <w:tc>
          <w:tcPr>
            <w:tcW w:w="0" w:type="auto"/>
          </w:tcPr>
          <w:p w14:paraId="70B842C9" w14:textId="77777777" w:rsidR="006E7A08" w:rsidRDefault="00267E76">
            <w:pPr>
              <w:jc w:val="center"/>
            </w:pPr>
            <w:r>
              <w:t>2014</w:t>
            </w:r>
          </w:p>
        </w:tc>
        <w:tc>
          <w:tcPr>
            <w:tcW w:w="0" w:type="auto"/>
          </w:tcPr>
          <w:p w14:paraId="67E708A9" w14:textId="77777777" w:rsidR="006E7A08" w:rsidRDefault="00267E76">
            <w:r>
              <w:t>надземная</w:t>
            </w:r>
          </w:p>
        </w:tc>
        <w:tc>
          <w:tcPr>
            <w:tcW w:w="0" w:type="auto"/>
          </w:tcPr>
          <w:p w14:paraId="25442E1D" w14:textId="77777777" w:rsidR="006E7A08" w:rsidRDefault="00267E76">
            <w:r>
              <w:t>технологическое</w:t>
            </w:r>
          </w:p>
        </w:tc>
        <w:tc>
          <w:tcPr>
            <w:tcW w:w="0" w:type="auto"/>
          </w:tcPr>
          <w:p w14:paraId="43A9C588" w14:textId="77777777" w:rsidR="006E7A08" w:rsidRDefault="00267E76">
            <w:r>
              <w:t>Действующая</w:t>
            </w:r>
          </w:p>
        </w:tc>
        <w:tc>
          <w:tcPr>
            <w:tcW w:w="0" w:type="auto"/>
          </w:tcPr>
          <w:p w14:paraId="630BD8AE" w14:textId="77777777" w:rsidR="006E7A08" w:rsidRDefault="00267E76">
            <w:r>
              <w:t>Материалы ООО «ЮКЭК», 2017, табл. 12</w:t>
            </w:r>
          </w:p>
        </w:tc>
      </w:tr>
      <w:tr w:rsidR="006E7A08" w14:paraId="72865579" w14:textId="77777777">
        <w:trPr>
          <w:cantSplit/>
          <w:jc w:val="center"/>
        </w:trPr>
        <w:tc>
          <w:tcPr>
            <w:tcW w:w="0" w:type="auto"/>
          </w:tcPr>
          <w:p w14:paraId="6F8C1730" w14:textId="77777777" w:rsidR="006E7A08" w:rsidRDefault="00267E76">
            <w:pPr>
              <w:jc w:val="center"/>
            </w:pPr>
            <w:r>
              <w:t>6</w:t>
            </w:r>
          </w:p>
        </w:tc>
        <w:tc>
          <w:tcPr>
            <w:tcW w:w="0" w:type="auto"/>
          </w:tcPr>
          <w:p w14:paraId="6C62727D" w14:textId="77777777" w:rsidR="006E7A08" w:rsidRDefault="00267E76">
            <w:r>
              <w:t>г. Таштагол</w:t>
            </w:r>
          </w:p>
        </w:tc>
        <w:tc>
          <w:tcPr>
            <w:tcW w:w="0" w:type="auto"/>
          </w:tcPr>
          <w:p w14:paraId="17CF0E8A" w14:textId="77777777" w:rsidR="006E7A08" w:rsidRDefault="00267E76">
            <w:r>
              <w:t>УПК № 1</w:t>
            </w:r>
          </w:p>
        </w:tc>
        <w:tc>
          <w:tcPr>
            <w:tcW w:w="0" w:type="auto"/>
          </w:tcPr>
          <w:p w14:paraId="7D6D719C" w14:textId="77777777" w:rsidR="006E7A08" w:rsidRDefault="00267E76">
            <w:r>
              <w:t>Конденсатопровод</w:t>
            </w:r>
          </w:p>
        </w:tc>
        <w:tc>
          <w:tcPr>
            <w:tcW w:w="0" w:type="auto"/>
          </w:tcPr>
          <w:p w14:paraId="6AAC77B0" w14:textId="77777777" w:rsidR="006E7A08" w:rsidRDefault="00267E76">
            <w:r w:rsidRPr="001D7D92">
              <w:rPr>
                <w:lang w:val="ru-RU"/>
              </w:rPr>
              <w:t xml:space="preserve">Возврат конденсата от ЦТП, ул. </w:t>
            </w:r>
            <w:r>
              <w:t>Островского, 1А/7</w:t>
            </w:r>
          </w:p>
        </w:tc>
        <w:tc>
          <w:tcPr>
            <w:tcW w:w="0" w:type="auto"/>
          </w:tcPr>
          <w:p w14:paraId="75788B41" w14:textId="77777777" w:rsidR="006E7A08" w:rsidRDefault="00267E76">
            <w:pPr>
              <w:jc w:val="center"/>
            </w:pPr>
            <w:r>
              <w:t>65</w:t>
            </w:r>
          </w:p>
        </w:tc>
        <w:tc>
          <w:tcPr>
            <w:tcW w:w="0" w:type="auto"/>
          </w:tcPr>
          <w:p w14:paraId="2C83212B" w14:textId="77777777" w:rsidR="006E7A08" w:rsidRDefault="00267E76">
            <w:pPr>
              <w:jc w:val="center"/>
            </w:pPr>
            <w:r>
              <w:t>1 300,0</w:t>
            </w:r>
          </w:p>
        </w:tc>
        <w:tc>
          <w:tcPr>
            <w:tcW w:w="0" w:type="auto"/>
          </w:tcPr>
          <w:p w14:paraId="3D9C3F78" w14:textId="77777777" w:rsidR="006E7A08" w:rsidRDefault="00267E76">
            <w:pPr>
              <w:jc w:val="center"/>
            </w:pPr>
            <w:r>
              <w:t>2014</w:t>
            </w:r>
          </w:p>
        </w:tc>
        <w:tc>
          <w:tcPr>
            <w:tcW w:w="0" w:type="auto"/>
          </w:tcPr>
          <w:p w14:paraId="2E3BB80F" w14:textId="77777777" w:rsidR="006E7A08" w:rsidRDefault="00267E76">
            <w:r>
              <w:t>надземная</w:t>
            </w:r>
          </w:p>
        </w:tc>
        <w:tc>
          <w:tcPr>
            <w:tcW w:w="0" w:type="auto"/>
          </w:tcPr>
          <w:p w14:paraId="4410ECA5" w14:textId="77777777" w:rsidR="006E7A08" w:rsidRDefault="00267E76">
            <w:r>
              <w:t>возврат конденсата</w:t>
            </w:r>
          </w:p>
        </w:tc>
        <w:tc>
          <w:tcPr>
            <w:tcW w:w="0" w:type="auto"/>
          </w:tcPr>
          <w:p w14:paraId="58533D92" w14:textId="77777777" w:rsidR="006E7A08" w:rsidRDefault="00267E76">
            <w:r>
              <w:t>Действующая</w:t>
            </w:r>
          </w:p>
        </w:tc>
        <w:tc>
          <w:tcPr>
            <w:tcW w:w="0" w:type="auto"/>
          </w:tcPr>
          <w:p w14:paraId="0C6DFCC2" w14:textId="77777777" w:rsidR="006E7A08" w:rsidRDefault="00267E76">
            <w:r>
              <w:t>Материалы ООО «ЮКЭК», 2017, табл. 14</w:t>
            </w:r>
          </w:p>
        </w:tc>
      </w:tr>
      <w:tr w:rsidR="006E7A08" w14:paraId="3C7C4C54" w14:textId="77777777">
        <w:trPr>
          <w:cantSplit/>
          <w:jc w:val="center"/>
        </w:trPr>
        <w:tc>
          <w:tcPr>
            <w:tcW w:w="0" w:type="auto"/>
            <w:shd w:val="clear" w:color="auto" w:fill="DBE5F1"/>
          </w:tcPr>
          <w:p w14:paraId="2689E93C" w14:textId="77777777" w:rsidR="006E7A08" w:rsidRDefault="00267E76">
            <w:r>
              <w:rPr>
                <w:b/>
              </w:rPr>
              <w:t>ИТОГО паропроводы, м</w:t>
            </w:r>
          </w:p>
        </w:tc>
        <w:tc>
          <w:tcPr>
            <w:tcW w:w="0" w:type="auto"/>
            <w:shd w:val="clear" w:color="auto" w:fill="DBE5F1"/>
          </w:tcPr>
          <w:p w14:paraId="13C57A64" w14:textId="77777777" w:rsidR="006E7A08" w:rsidRDefault="006E7A08"/>
        </w:tc>
        <w:tc>
          <w:tcPr>
            <w:tcW w:w="0" w:type="auto"/>
            <w:shd w:val="clear" w:color="auto" w:fill="DBE5F1"/>
          </w:tcPr>
          <w:p w14:paraId="19F50EC5" w14:textId="77777777" w:rsidR="006E7A08" w:rsidRDefault="006E7A08"/>
        </w:tc>
        <w:tc>
          <w:tcPr>
            <w:tcW w:w="0" w:type="auto"/>
            <w:shd w:val="clear" w:color="auto" w:fill="DBE5F1"/>
          </w:tcPr>
          <w:p w14:paraId="69445722" w14:textId="77777777" w:rsidR="006E7A08" w:rsidRDefault="006E7A08"/>
        </w:tc>
        <w:tc>
          <w:tcPr>
            <w:tcW w:w="0" w:type="auto"/>
            <w:shd w:val="clear" w:color="auto" w:fill="DBE5F1"/>
          </w:tcPr>
          <w:p w14:paraId="7DCF9CB3" w14:textId="77777777" w:rsidR="006E7A08" w:rsidRDefault="006E7A08"/>
        </w:tc>
        <w:tc>
          <w:tcPr>
            <w:tcW w:w="0" w:type="auto"/>
            <w:shd w:val="clear" w:color="auto" w:fill="DBE5F1"/>
          </w:tcPr>
          <w:p w14:paraId="20BB67B4" w14:textId="77777777" w:rsidR="006E7A08" w:rsidRDefault="006E7A08"/>
        </w:tc>
        <w:tc>
          <w:tcPr>
            <w:tcW w:w="0" w:type="auto"/>
            <w:shd w:val="clear" w:color="auto" w:fill="DBE5F1"/>
          </w:tcPr>
          <w:p w14:paraId="508634CA" w14:textId="77777777" w:rsidR="006E7A08" w:rsidRDefault="00267E76">
            <w:pPr>
              <w:jc w:val="center"/>
            </w:pPr>
            <w:r>
              <w:rPr>
                <w:b/>
              </w:rPr>
              <w:t>4 019,0</w:t>
            </w:r>
          </w:p>
        </w:tc>
        <w:tc>
          <w:tcPr>
            <w:tcW w:w="0" w:type="auto"/>
            <w:shd w:val="clear" w:color="auto" w:fill="DBE5F1"/>
          </w:tcPr>
          <w:p w14:paraId="47A3FF66" w14:textId="77777777" w:rsidR="006E7A08" w:rsidRDefault="006E7A08"/>
        </w:tc>
        <w:tc>
          <w:tcPr>
            <w:tcW w:w="0" w:type="auto"/>
            <w:shd w:val="clear" w:color="auto" w:fill="DBE5F1"/>
          </w:tcPr>
          <w:p w14:paraId="7989D9F9" w14:textId="77777777" w:rsidR="006E7A08" w:rsidRDefault="006E7A08"/>
        </w:tc>
        <w:tc>
          <w:tcPr>
            <w:tcW w:w="0" w:type="auto"/>
            <w:shd w:val="clear" w:color="auto" w:fill="DBE5F1"/>
          </w:tcPr>
          <w:p w14:paraId="387C1134" w14:textId="77777777" w:rsidR="006E7A08" w:rsidRDefault="006E7A08"/>
        </w:tc>
        <w:tc>
          <w:tcPr>
            <w:tcW w:w="0" w:type="auto"/>
            <w:shd w:val="clear" w:color="auto" w:fill="DBE5F1"/>
          </w:tcPr>
          <w:p w14:paraId="0AACD987" w14:textId="77777777" w:rsidR="006E7A08" w:rsidRDefault="006E7A08"/>
        </w:tc>
        <w:tc>
          <w:tcPr>
            <w:tcW w:w="0" w:type="auto"/>
            <w:shd w:val="clear" w:color="auto" w:fill="DBE5F1"/>
          </w:tcPr>
          <w:p w14:paraId="2421B728" w14:textId="77777777" w:rsidR="006E7A08" w:rsidRDefault="006E7A08"/>
        </w:tc>
      </w:tr>
      <w:tr w:rsidR="006E7A08" w14:paraId="675773DC" w14:textId="77777777">
        <w:trPr>
          <w:cantSplit/>
          <w:jc w:val="center"/>
        </w:trPr>
        <w:tc>
          <w:tcPr>
            <w:tcW w:w="0" w:type="auto"/>
            <w:shd w:val="clear" w:color="auto" w:fill="DBE5F1"/>
          </w:tcPr>
          <w:p w14:paraId="07890158" w14:textId="77777777" w:rsidR="006E7A08" w:rsidRDefault="00267E76">
            <w:r>
              <w:rPr>
                <w:b/>
              </w:rPr>
              <w:t>ИТОГО конденсатопроводы, м</w:t>
            </w:r>
          </w:p>
        </w:tc>
        <w:tc>
          <w:tcPr>
            <w:tcW w:w="0" w:type="auto"/>
            <w:shd w:val="clear" w:color="auto" w:fill="DBE5F1"/>
          </w:tcPr>
          <w:p w14:paraId="2E0543BE" w14:textId="77777777" w:rsidR="006E7A08" w:rsidRDefault="006E7A08"/>
        </w:tc>
        <w:tc>
          <w:tcPr>
            <w:tcW w:w="0" w:type="auto"/>
            <w:shd w:val="clear" w:color="auto" w:fill="DBE5F1"/>
          </w:tcPr>
          <w:p w14:paraId="1B04A166" w14:textId="77777777" w:rsidR="006E7A08" w:rsidRDefault="006E7A08"/>
        </w:tc>
        <w:tc>
          <w:tcPr>
            <w:tcW w:w="0" w:type="auto"/>
            <w:shd w:val="clear" w:color="auto" w:fill="DBE5F1"/>
          </w:tcPr>
          <w:p w14:paraId="1BB08393" w14:textId="77777777" w:rsidR="006E7A08" w:rsidRDefault="006E7A08"/>
        </w:tc>
        <w:tc>
          <w:tcPr>
            <w:tcW w:w="0" w:type="auto"/>
            <w:shd w:val="clear" w:color="auto" w:fill="DBE5F1"/>
          </w:tcPr>
          <w:p w14:paraId="5DB456BF" w14:textId="77777777" w:rsidR="006E7A08" w:rsidRDefault="006E7A08"/>
        </w:tc>
        <w:tc>
          <w:tcPr>
            <w:tcW w:w="0" w:type="auto"/>
            <w:shd w:val="clear" w:color="auto" w:fill="DBE5F1"/>
          </w:tcPr>
          <w:p w14:paraId="6A70CE00" w14:textId="77777777" w:rsidR="006E7A08" w:rsidRDefault="006E7A08"/>
        </w:tc>
        <w:tc>
          <w:tcPr>
            <w:tcW w:w="0" w:type="auto"/>
            <w:shd w:val="clear" w:color="auto" w:fill="DBE5F1"/>
          </w:tcPr>
          <w:p w14:paraId="049BD66E" w14:textId="77777777" w:rsidR="006E7A08" w:rsidRDefault="00267E76">
            <w:pPr>
              <w:jc w:val="center"/>
            </w:pPr>
            <w:r>
              <w:rPr>
                <w:b/>
              </w:rPr>
              <w:t>1 300,0</w:t>
            </w:r>
          </w:p>
        </w:tc>
        <w:tc>
          <w:tcPr>
            <w:tcW w:w="0" w:type="auto"/>
            <w:shd w:val="clear" w:color="auto" w:fill="DBE5F1"/>
          </w:tcPr>
          <w:p w14:paraId="697DFA2C" w14:textId="77777777" w:rsidR="006E7A08" w:rsidRDefault="006E7A08"/>
        </w:tc>
        <w:tc>
          <w:tcPr>
            <w:tcW w:w="0" w:type="auto"/>
            <w:shd w:val="clear" w:color="auto" w:fill="DBE5F1"/>
          </w:tcPr>
          <w:p w14:paraId="20F35D60" w14:textId="77777777" w:rsidR="006E7A08" w:rsidRDefault="006E7A08"/>
        </w:tc>
        <w:tc>
          <w:tcPr>
            <w:tcW w:w="0" w:type="auto"/>
            <w:shd w:val="clear" w:color="auto" w:fill="DBE5F1"/>
          </w:tcPr>
          <w:p w14:paraId="3351FB3A" w14:textId="77777777" w:rsidR="006E7A08" w:rsidRDefault="006E7A08"/>
        </w:tc>
        <w:tc>
          <w:tcPr>
            <w:tcW w:w="0" w:type="auto"/>
            <w:shd w:val="clear" w:color="auto" w:fill="DBE5F1"/>
          </w:tcPr>
          <w:p w14:paraId="6B1FA141" w14:textId="77777777" w:rsidR="006E7A08" w:rsidRDefault="006E7A08"/>
        </w:tc>
        <w:tc>
          <w:tcPr>
            <w:tcW w:w="0" w:type="auto"/>
            <w:shd w:val="clear" w:color="auto" w:fill="DBE5F1"/>
          </w:tcPr>
          <w:p w14:paraId="377A3BDE" w14:textId="77777777" w:rsidR="006E7A08" w:rsidRDefault="006E7A08"/>
        </w:tc>
      </w:tr>
      <w:tr w:rsidR="006E7A08" w14:paraId="11BFB153" w14:textId="77777777">
        <w:trPr>
          <w:cantSplit/>
          <w:jc w:val="center"/>
        </w:trPr>
        <w:tc>
          <w:tcPr>
            <w:tcW w:w="0" w:type="auto"/>
            <w:shd w:val="clear" w:color="auto" w:fill="DBE5F1"/>
          </w:tcPr>
          <w:p w14:paraId="2104B250" w14:textId="77777777" w:rsidR="006E7A08" w:rsidRPr="001D7D92" w:rsidRDefault="00267E76">
            <w:pPr>
              <w:rPr>
                <w:b/>
                <w:lang w:val="ru-RU"/>
              </w:rPr>
            </w:pPr>
            <w:r w:rsidRPr="001D7D92">
              <w:rPr>
                <w:b/>
                <w:lang w:val="ru-RU"/>
              </w:rPr>
              <w:t>ВСЕГО паровые и конденсатные сети, м</w:t>
            </w:r>
          </w:p>
        </w:tc>
        <w:tc>
          <w:tcPr>
            <w:tcW w:w="0" w:type="auto"/>
            <w:shd w:val="clear" w:color="auto" w:fill="DBE5F1"/>
          </w:tcPr>
          <w:p w14:paraId="4C397669" w14:textId="77777777" w:rsidR="006E7A08" w:rsidRPr="001D7D92" w:rsidRDefault="006E7A08">
            <w:pPr>
              <w:rPr>
                <w:b/>
                <w:lang w:val="ru-RU"/>
              </w:rPr>
            </w:pPr>
          </w:p>
        </w:tc>
        <w:tc>
          <w:tcPr>
            <w:tcW w:w="0" w:type="auto"/>
            <w:shd w:val="clear" w:color="auto" w:fill="DBE5F1"/>
          </w:tcPr>
          <w:p w14:paraId="538081B2" w14:textId="77777777" w:rsidR="006E7A08" w:rsidRPr="001D7D92" w:rsidRDefault="006E7A08">
            <w:pPr>
              <w:rPr>
                <w:b/>
                <w:lang w:val="ru-RU"/>
              </w:rPr>
            </w:pPr>
          </w:p>
        </w:tc>
        <w:tc>
          <w:tcPr>
            <w:tcW w:w="0" w:type="auto"/>
            <w:shd w:val="clear" w:color="auto" w:fill="DBE5F1"/>
          </w:tcPr>
          <w:p w14:paraId="03FC648E" w14:textId="77777777" w:rsidR="006E7A08" w:rsidRPr="001D7D92" w:rsidRDefault="006E7A08">
            <w:pPr>
              <w:rPr>
                <w:b/>
                <w:lang w:val="ru-RU"/>
              </w:rPr>
            </w:pPr>
          </w:p>
        </w:tc>
        <w:tc>
          <w:tcPr>
            <w:tcW w:w="0" w:type="auto"/>
            <w:shd w:val="clear" w:color="auto" w:fill="DBE5F1"/>
          </w:tcPr>
          <w:p w14:paraId="04AA5BBA" w14:textId="77777777" w:rsidR="006E7A08" w:rsidRPr="001D7D92" w:rsidRDefault="006E7A08">
            <w:pPr>
              <w:rPr>
                <w:b/>
                <w:lang w:val="ru-RU"/>
              </w:rPr>
            </w:pPr>
          </w:p>
        </w:tc>
        <w:tc>
          <w:tcPr>
            <w:tcW w:w="0" w:type="auto"/>
            <w:shd w:val="clear" w:color="auto" w:fill="DBE5F1"/>
          </w:tcPr>
          <w:p w14:paraId="168DB4A2" w14:textId="77777777" w:rsidR="006E7A08" w:rsidRPr="001D7D92" w:rsidRDefault="006E7A08">
            <w:pPr>
              <w:rPr>
                <w:b/>
                <w:lang w:val="ru-RU"/>
              </w:rPr>
            </w:pPr>
          </w:p>
        </w:tc>
        <w:tc>
          <w:tcPr>
            <w:tcW w:w="0" w:type="auto"/>
            <w:shd w:val="clear" w:color="auto" w:fill="DBE5F1"/>
          </w:tcPr>
          <w:p w14:paraId="555757F5" w14:textId="77777777" w:rsidR="006E7A08" w:rsidRDefault="00267E76">
            <w:pPr>
              <w:jc w:val="center"/>
            </w:pPr>
            <w:r>
              <w:rPr>
                <w:b/>
              </w:rPr>
              <w:t>5 319,0</w:t>
            </w:r>
          </w:p>
        </w:tc>
        <w:tc>
          <w:tcPr>
            <w:tcW w:w="0" w:type="auto"/>
            <w:shd w:val="clear" w:color="auto" w:fill="DBE5F1"/>
          </w:tcPr>
          <w:p w14:paraId="12D6392F" w14:textId="77777777" w:rsidR="006E7A08" w:rsidRDefault="006E7A08"/>
        </w:tc>
        <w:tc>
          <w:tcPr>
            <w:tcW w:w="0" w:type="auto"/>
            <w:shd w:val="clear" w:color="auto" w:fill="DBE5F1"/>
          </w:tcPr>
          <w:p w14:paraId="3F5C781F" w14:textId="77777777" w:rsidR="006E7A08" w:rsidRDefault="006E7A08"/>
        </w:tc>
        <w:tc>
          <w:tcPr>
            <w:tcW w:w="0" w:type="auto"/>
            <w:shd w:val="clear" w:color="auto" w:fill="DBE5F1"/>
          </w:tcPr>
          <w:p w14:paraId="59791201" w14:textId="77777777" w:rsidR="006E7A08" w:rsidRDefault="006E7A08"/>
        </w:tc>
        <w:tc>
          <w:tcPr>
            <w:tcW w:w="0" w:type="auto"/>
            <w:shd w:val="clear" w:color="auto" w:fill="DBE5F1"/>
          </w:tcPr>
          <w:p w14:paraId="14B49AEA" w14:textId="77777777" w:rsidR="006E7A08" w:rsidRDefault="006E7A08"/>
        </w:tc>
        <w:tc>
          <w:tcPr>
            <w:tcW w:w="0" w:type="auto"/>
            <w:shd w:val="clear" w:color="auto" w:fill="DBE5F1"/>
          </w:tcPr>
          <w:p w14:paraId="6FA7C1B8" w14:textId="77777777" w:rsidR="006E7A08" w:rsidRDefault="006E7A08"/>
        </w:tc>
      </w:tr>
    </w:tbl>
    <w:p w14:paraId="02026BD6" w14:textId="77777777" w:rsidR="00D2184C" w:rsidRDefault="00D2184C">
      <w:pPr>
        <w:sectPr w:rsidR="00D2184C" w:rsidSect="00034616">
          <w:footerReference w:type="default" r:id="rId20"/>
          <w:pgSz w:w="16838" w:h="11906" w:orient="landscape"/>
          <w:pgMar w:top="850" w:right="567" w:bottom="850" w:left="85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14:paraId="31EFAA70" w14:textId="77777777" w:rsidR="006E7A08" w:rsidRPr="001D7D92" w:rsidRDefault="00267E76">
      <w:pPr>
        <w:spacing w:after="0"/>
        <w:ind w:firstLine="709"/>
        <w:jc w:val="both"/>
        <w:rPr>
          <w:lang w:val="ru-RU"/>
        </w:rPr>
      </w:pPr>
      <w:r w:rsidRPr="001D7D92">
        <w:rPr>
          <w:lang w:val="ru-RU"/>
        </w:rPr>
        <w:t>1. Таблица выделена отдельно от таблицы 6.1 настоящего раздела: та сводит водяные тепловые сети двухтрубной прокладки, тогда как паропровод и конденсатопровод имеют иную трубность, иные параметры теплоносителя и иную методику расчёта поверхности. Протяжённость настоящей таблицы в показатели водяных сетей не входит и итог 105 536,7 м не изменяет.</w:t>
      </w:r>
    </w:p>
    <w:p w14:paraId="526A5F48" w14:textId="77777777" w:rsidR="006E7A08" w:rsidRPr="001D7D92" w:rsidRDefault="00267E76">
      <w:pPr>
        <w:spacing w:after="0"/>
        <w:ind w:firstLine="709"/>
        <w:jc w:val="both"/>
        <w:rPr>
          <w:lang w:val="ru-RU"/>
        </w:rPr>
      </w:pPr>
      <w:r w:rsidRPr="001D7D92">
        <w:rPr>
          <w:lang w:val="ru-RU"/>
        </w:rPr>
        <w:t>2. Принадлежность сетей источнику УПК № 1 установлена по потребителю, а не по обозначению котельной в документе 2017 года. Участок «ЦТП ВГСЧ» относится к зоне ВГСЧ, которая по данным ПТО входит в состав УПК № 1 наряду с зонами «Таштагол» и «Калинина». Независимое подтверждение — паровая нагрузка УПК № 1 на листе «Таблица 1.6» расчётной книги, 23,5 Гкал/ч: это единственная значимая паровая нагрузка в г. Таштагол.</w:t>
      </w:r>
    </w:p>
    <w:p w14:paraId="55D640C5" w14:textId="77777777" w:rsidR="006E7A08" w:rsidRPr="001D7D92" w:rsidRDefault="00267E76">
      <w:pPr>
        <w:spacing w:after="0"/>
        <w:ind w:firstLine="709"/>
        <w:jc w:val="both"/>
        <w:rPr>
          <w:lang w:val="ru-RU"/>
        </w:rPr>
      </w:pPr>
      <w:r w:rsidRPr="001D7D92">
        <w:rPr>
          <w:lang w:val="ru-RU"/>
        </w:rPr>
        <w:t>3. Конденсатопровод учтён отдельной строкой и в протяжённость паропроводов не включён. Его принадлежность установлена по совпадению года ввода (2014) и длины (1 300 м) с паропроводом «Котельная – ЦТП, ул. Островского, 1А/7».</w:t>
      </w:r>
    </w:p>
    <w:p w14:paraId="177FA9D3" w14:textId="77777777" w:rsidR="006E7A08" w:rsidRPr="001D7D92" w:rsidRDefault="00267E76">
      <w:pPr>
        <w:spacing w:after="0"/>
        <w:ind w:firstLine="709"/>
        <w:jc w:val="both"/>
        <w:rPr>
          <w:lang w:val="ru-RU"/>
        </w:rPr>
      </w:pPr>
      <w:r w:rsidRPr="001D7D92">
        <w:rPr>
          <w:lang w:val="ru-RU"/>
        </w:rPr>
        <w:t>4. Материальная характеристика по паропроводам не приводится: источник не содержит ни поверхности, ни материальной характеристики по этим участкам, а методика водяной двухтрубной сети к однотрубному паропроводу без доказательства не применяется.</w:t>
      </w:r>
    </w:p>
    <w:p w14:paraId="17A2B87B" w14:textId="77777777" w:rsidR="006E7A08" w:rsidRPr="001D7D92" w:rsidRDefault="00267E76">
      <w:pPr>
        <w:spacing w:after="0"/>
        <w:ind w:firstLine="709"/>
        <w:jc w:val="both"/>
        <w:rPr>
          <w:lang w:val="ru-RU"/>
        </w:rPr>
      </w:pPr>
      <w:r w:rsidRPr="001D7D92">
        <w:rPr>
          <w:lang w:val="ru-RU"/>
        </w:rPr>
        <w:t>5. Геометрия принята по документу 2017 года; нормативные тепловые потери того же документа как факт базового 2026 года не переносятся и в расчётных таблицах не используются.</w:t>
      </w:r>
    </w:p>
    <w:p w14:paraId="588BFC55" w14:textId="77777777" w:rsidR="006E7A08" w:rsidRPr="001D7D92" w:rsidRDefault="00267E76">
      <w:pPr>
        <w:spacing w:after="0"/>
        <w:ind w:firstLine="709"/>
        <w:jc w:val="both"/>
        <w:rPr>
          <w:lang w:val="ru-RU"/>
        </w:rPr>
      </w:pPr>
      <w:r w:rsidRPr="001D7D92">
        <w:rPr>
          <w:lang w:val="ru-RU"/>
        </w:rPr>
        <w:t>6. В таблицу включены участки, принадлежность которых к действующей системе теплоснабжения подтверждена по материалам ООО «ЮКЭК» и сопоставлению с актуальными данными схемы. В материалах 2017 года содержатся также сведения о ряде исторических паропроводов — сетей ЦМК и трубопроводов промышленных площадок; их принадлежность действующим источникам требует дополнительного подтверждения, поэтому в расчётные показатели настоящей таблицы они не включены.</w:t>
      </w:r>
    </w:p>
    <w:p w14:paraId="0D5C24D2" w14:textId="77777777" w:rsidR="006E7A08" w:rsidRPr="001D7D92" w:rsidRDefault="00267E76">
      <w:pPr>
        <w:pStyle w:val="21"/>
        <w:spacing w:before="1200"/>
        <w:jc w:val="center"/>
        <w:rPr>
          <w:lang w:val="ru-RU"/>
        </w:rPr>
      </w:pPr>
      <w:bookmarkStart w:id="62" w:name="_Toc238017261"/>
      <w:r w:rsidRPr="00844B84">
        <w:rPr>
          <w:lang w:val="ru-RU"/>
        </w:rPr>
        <w:t>6.2. Утверждаемые характеристики тепловых сетей</w:t>
      </w:r>
      <w:bookmarkEnd w:id="62"/>
    </w:p>
    <w:p w14:paraId="22FD3AE6" w14:textId="77777777" w:rsidR="006E7A08" w:rsidRPr="001D7D92" w:rsidRDefault="00267E76">
      <w:pPr>
        <w:spacing w:before="1200"/>
        <w:jc w:val="center"/>
        <w:rPr>
          <w:lang w:val="ru-RU"/>
        </w:rPr>
      </w:pPr>
      <w:r w:rsidRPr="00844B84">
        <w:rPr>
          <w:lang w:val="ru-RU"/>
        </w:rPr>
        <w:t xml:space="preserve">Утверждается протяжённость водяных тепловых сетей 105 536,70 м по оси трассы при двухтрубной прокладке, что соответствует 211 073,40 м в однотрубном исчислении, по 1 294 участкам. </w:t>
      </w:r>
      <w:r>
        <w:t xml:space="preserve">Паровые сети протяжённостью 4 019 м и конденсатные сети протяжённостью </w:t>
      </w:r>
      <w:r w:rsidRPr="00844B84">
        <w:rPr>
          <w:lang w:val="ru-RU"/>
        </w:rPr>
        <w:t>1 300 м относятся к системе УПК № 1 «Таштагол», учитываются отдельно и в протяжённость водяных сетей не включаются. Возрастная структура тепловых сетей приведена в подразделе о возрастной структуре настоящего раздела.</w:t>
      </w:r>
    </w:p>
    <w:p w14:paraId="67C93C47" w14:textId="77777777" w:rsidR="006E7A08" w:rsidRPr="001D7D92" w:rsidRDefault="00267E76">
      <w:pPr>
        <w:spacing w:before="1200"/>
        <w:jc w:val="center"/>
        <w:rPr>
          <w:lang w:val="ru-RU"/>
        </w:rPr>
      </w:pPr>
      <w:r w:rsidRPr="00844B84">
        <w:rPr>
          <w:lang w:val="ru-RU"/>
        </w:rPr>
        <w:t>Схемой утверждается сохранение существующей конфигурации тепловых сетей на расчётный период. Перечень участков, подлежащих замене, настоящей редакцией не утверждается: он определяется по результатам обследования технического состояния участков возрастом более тридцати лет, составляющих 72 800,3 м, или 69,0 процента протяжённости.</w:t>
      </w:r>
    </w:p>
    <w:p w14:paraId="2E1A6EDF" w14:textId="77777777" w:rsidR="006E7A08" w:rsidRPr="001D7D92" w:rsidRDefault="00267E76">
      <w:pPr>
        <w:spacing w:before="1200"/>
        <w:jc w:val="center"/>
        <w:rPr>
          <w:lang w:val="ru-RU"/>
        </w:rPr>
      </w:pPr>
      <w:r w:rsidRPr="00844B84">
        <w:rPr>
          <w:lang w:val="ru-RU"/>
        </w:rPr>
        <w:t>Участки, введённые в 2021–2024 годах общей протяжённостью 4 378,5 м в городе Таштаголе, посёлках Шерегеш и Мундыбаш, в программу замены расчётного периода не включаются.</w:t>
      </w:r>
    </w:p>
    <w:p w14:paraId="471C3D40" w14:textId="77777777" w:rsidR="006E7A08" w:rsidRPr="001D7D92" w:rsidRDefault="00267E76">
      <w:pPr>
        <w:spacing w:before="1200"/>
        <w:jc w:val="center"/>
        <w:rPr>
          <w:lang w:val="ru-RU"/>
        </w:rPr>
      </w:pPr>
      <w:r w:rsidRPr="00844B84">
        <w:rPr>
          <w:lang w:val="ru-RU"/>
        </w:rPr>
        <w:t>Устройство резервирующих связей тепловых сетей утверждается как направление; состав и трассировка связей определяются по результатам расчётного моделирования.</w:t>
      </w:r>
    </w:p>
    <w:p w14:paraId="21668ABB" w14:textId="77777777" w:rsidR="006E7A08" w:rsidRPr="001D7D92" w:rsidRDefault="00267E76">
      <w:pPr>
        <w:spacing w:before="1200"/>
        <w:jc w:val="center"/>
        <w:rPr>
          <w:lang w:val="ru-RU"/>
        </w:rPr>
      </w:pPr>
      <w:r w:rsidRPr="00844B84">
        <w:rPr>
          <w:lang w:val="ru-RU"/>
        </w:rPr>
        <w:t>Схемы тепловых сетей по территориям приведены в обосновывающих материалах схемы теплоснабжения.</w:t>
      </w:r>
    </w:p>
    <w:p w14:paraId="75E4F089" w14:textId="77777777" w:rsidR="00363A1F" w:rsidRPr="00844B84" w:rsidRDefault="00832053">
      <w:pPr>
        <w:pStyle w:val="21"/>
        <w:rPr>
          <w:lang w:val="ru-RU"/>
        </w:rPr>
      </w:pPr>
      <w:bookmarkStart w:id="63" w:name="_Toc238017262"/>
      <w:r w:rsidRPr="00844B84">
        <w:rPr>
          <w:lang w:val="ru-RU"/>
        </w:rPr>
        <w:t>6.3. Состав и протяжённость тепловых сетей</w:t>
      </w:r>
      <w:bookmarkEnd w:id="63"/>
    </w:p>
    <w:p w14:paraId="6AECB858" w14:textId="77777777" w:rsidR="00363A1F" w:rsidRPr="00844B84" w:rsidRDefault="00832053">
      <w:pPr>
        <w:rPr>
          <w:lang w:val="ru-RU"/>
        </w:rPr>
      </w:pPr>
      <w:r w:rsidRPr="00844B84">
        <w:rPr>
          <w:lang w:val="ru-RU"/>
        </w:rPr>
        <w:t>Утверждается протяжённость водяных тепловых сетей 105 536,70 м по оси трассы при двухтрубной прокладке, что соответствует 211 073,40 м в однотрубном исчислении, по 1 294 участкам. Паровые сети протяжённостью 4 019 м и конденсатные сети протяжённостью 1 300 м относятся к системе УПК № 1 «Таштагол» и в протяжённость водяных сетей не включаются.</w:t>
      </w:r>
    </w:p>
    <w:p w14:paraId="1668FC7C" w14:textId="77777777" w:rsidR="00363A1F" w:rsidRPr="00F815F9" w:rsidRDefault="00832053">
      <w:pPr>
        <w:rPr>
          <w:b/>
          <w:bCs/>
          <w:lang w:val="ru-RU"/>
        </w:rPr>
      </w:pPr>
      <w:r w:rsidRPr="00F815F9">
        <w:rPr>
          <w:b/>
          <w:bCs/>
          <w:lang w:val="ru-RU"/>
        </w:rPr>
        <w:t>Таблица 6.3 — Протяжённость тепловых сетей по системам теплоснабжения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941"/>
        <w:gridCol w:w="1487"/>
        <w:gridCol w:w="1307"/>
        <w:gridCol w:w="1525"/>
        <w:gridCol w:w="1804"/>
        <w:gridCol w:w="2425"/>
      </w:tblGrid>
      <w:tr w:rsidR="00363A1F" w14:paraId="799ACD2A" w14:textId="77777777">
        <w:trPr>
          <w:cantSplit/>
          <w:tblHeader/>
        </w:trPr>
        <w:tc>
          <w:tcPr>
            <w:tcW w:w="0" w:type="auto"/>
            <w:shd w:val="clear" w:color="auto" w:fill="E2F0D9"/>
          </w:tcPr>
          <w:p w14:paraId="54AAE5E8" w14:textId="77777777" w:rsidR="00363A1F" w:rsidRDefault="00832053">
            <w:pPr>
              <w:jc w:val="center"/>
            </w:pPr>
            <w:r>
              <w:rPr>
                <w:b/>
              </w:rPr>
              <w:t>Система</w:t>
            </w:r>
          </w:p>
        </w:tc>
        <w:tc>
          <w:tcPr>
            <w:tcW w:w="0" w:type="auto"/>
            <w:shd w:val="clear" w:color="auto" w:fill="E2F0D9"/>
          </w:tcPr>
          <w:p w14:paraId="3B42CC59" w14:textId="77777777" w:rsidR="00363A1F" w:rsidRDefault="00832053">
            <w:pPr>
              <w:jc w:val="center"/>
            </w:pPr>
            <w:r>
              <w:rPr>
                <w:b/>
              </w:rPr>
              <w:t>Территория</w:t>
            </w:r>
          </w:p>
        </w:tc>
        <w:tc>
          <w:tcPr>
            <w:tcW w:w="0" w:type="auto"/>
            <w:shd w:val="clear" w:color="auto" w:fill="E2F0D9"/>
          </w:tcPr>
          <w:p w14:paraId="0CA64EB9" w14:textId="77777777" w:rsidR="00363A1F" w:rsidRDefault="00832053">
            <w:pPr>
              <w:jc w:val="center"/>
            </w:pPr>
            <w:r>
              <w:rPr>
                <w:b/>
              </w:rPr>
              <w:t>Участков, ед.</w:t>
            </w:r>
          </w:p>
        </w:tc>
        <w:tc>
          <w:tcPr>
            <w:tcW w:w="0" w:type="auto"/>
            <w:shd w:val="clear" w:color="auto" w:fill="E2F0D9"/>
          </w:tcPr>
          <w:p w14:paraId="6326C142" w14:textId="77777777" w:rsidR="00363A1F" w:rsidRPr="00844B84" w:rsidRDefault="00832053">
            <w:pPr>
              <w:jc w:val="center"/>
              <w:rPr>
                <w:lang w:val="ru-RU"/>
              </w:rPr>
            </w:pPr>
            <w:r w:rsidRPr="00844B84">
              <w:rPr>
                <w:b/>
                <w:lang w:val="ru-RU"/>
              </w:rPr>
              <w:t>Длина по оси трассы, м</w:t>
            </w:r>
          </w:p>
        </w:tc>
        <w:tc>
          <w:tcPr>
            <w:tcW w:w="0" w:type="auto"/>
            <w:shd w:val="clear" w:color="auto" w:fill="E2F0D9"/>
          </w:tcPr>
          <w:p w14:paraId="60D0E7B4" w14:textId="77777777" w:rsidR="00363A1F" w:rsidRDefault="00832053">
            <w:pPr>
              <w:jc w:val="center"/>
            </w:pPr>
            <w:r>
              <w:rPr>
                <w:b/>
              </w:rPr>
              <w:t>Длина однотрубная, м</w:t>
            </w:r>
          </w:p>
        </w:tc>
        <w:tc>
          <w:tcPr>
            <w:tcW w:w="0" w:type="auto"/>
            <w:shd w:val="clear" w:color="auto" w:fill="E2F0D9"/>
          </w:tcPr>
          <w:p w14:paraId="4955BF5A" w14:textId="77777777" w:rsidR="00363A1F" w:rsidRDefault="00832053">
            <w:pPr>
              <w:jc w:val="center"/>
            </w:pPr>
            <w:r>
              <w:rPr>
                <w:b/>
              </w:rPr>
              <w:t>Материальная характеристика, м²</w:t>
            </w:r>
          </w:p>
        </w:tc>
      </w:tr>
      <w:tr w:rsidR="00363A1F" w14:paraId="0282EFC6" w14:textId="77777777">
        <w:trPr>
          <w:cantSplit/>
        </w:trPr>
        <w:tc>
          <w:tcPr>
            <w:tcW w:w="0" w:type="auto"/>
            <w:shd w:val="clear" w:color="auto" w:fill="F2F2F2"/>
          </w:tcPr>
          <w:p w14:paraId="42BDAC8F" w14:textId="77777777" w:rsidR="00363A1F" w:rsidRDefault="00832053">
            <w:r>
              <w:t>УПК № 1 «Таштагол»</w:t>
            </w:r>
          </w:p>
        </w:tc>
        <w:tc>
          <w:tcPr>
            <w:tcW w:w="0" w:type="auto"/>
            <w:shd w:val="clear" w:color="auto" w:fill="FFFFFF"/>
          </w:tcPr>
          <w:p w14:paraId="0191BDCC" w14:textId="77777777" w:rsidR="00363A1F" w:rsidRDefault="00832053">
            <w:r>
              <w:t>г. Таштагол</w:t>
            </w:r>
          </w:p>
        </w:tc>
        <w:tc>
          <w:tcPr>
            <w:tcW w:w="0" w:type="auto"/>
            <w:shd w:val="clear" w:color="auto" w:fill="FFFFFF"/>
          </w:tcPr>
          <w:p w14:paraId="4F2AF866" w14:textId="77777777" w:rsidR="00363A1F" w:rsidRDefault="00832053">
            <w:r>
              <w:t>230</w:t>
            </w:r>
          </w:p>
        </w:tc>
        <w:tc>
          <w:tcPr>
            <w:tcW w:w="0" w:type="auto"/>
            <w:shd w:val="clear" w:color="auto" w:fill="FFFFFF"/>
          </w:tcPr>
          <w:p w14:paraId="3E885139" w14:textId="77777777" w:rsidR="00363A1F" w:rsidRDefault="00832053">
            <w:r>
              <w:t>38220,50</w:t>
            </w:r>
          </w:p>
        </w:tc>
        <w:tc>
          <w:tcPr>
            <w:tcW w:w="0" w:type="auto"/>
            <w:shd w:val="clear" w:color="auto" w:fill="FFFFFF"/>
          </w:tcPr>
          <w:p w14:paraId="0EA0D9CB" w14:textId="77777777" w:rsidR="00363A1F" w:rsidRDefault="00832053">
            <w:r>
              <w:t>76441,00</w:t>
            </w:r>
          </w:p>
        </w:tc>
        <w:tc>
          <w:tcPr>
            <w:tcW w:w="0" w:type="auto"/>
            <w:shd w:val="clear" w:color="auto" w:fill="FFFFFF"/>
          </w:tcPr>
          <w:p w14:paraId="4BCFEB4E" w14:textId="77777777" w:rsidR="00363A1F" w:rsidRDefault="00832053">
            <w:r>
              <w:t>13754,02</w:t>
            </w:r>
          </w:p>
        </w:tc>
      </w:tr>
      <w:tr w:rsidR="00363A1F" w14:paraId="0067E89E" w14:textId="77777777">
        <w:trPr>
          <w:cantSplit/>
        </w:trPr>
        <w:tc>
          <w:tcPr>
            <w:tcW w:w="0" w:type="auto"/>
            <w:shd w:val="clear" w:color="auto" w:fill="F2F2F2"/>
          </w:tcPr>
          <w:p w14:paraId="743529A3" w14:textId="77777777" w:rsidR="00363A1F" w:rsidRDefault="00832053">
            <w:r>
              <w:t>УПК № 2 «Шалым»</w:t>
            </w:r>
          </w:p>
        </w:tc>
        <w:tc>
          <w:tcPr>
            <w:tcW w:w="0" w:type="auto"/>
            <w:shd w:val="clear" w:color="auto" w:fill="FFFFFF"/>
          </w:tcPr>
          <w:p w14:paraId="368B4096" w14:textId="77777777" w:rsidR="00363A1F" w:rsidRDefault="00832053">
            <w:r>
              <w:t>г. Таштагол</w:t>
            </w:r>
          </w:p>
        </w:tc>
        <w:tc>
          <w:tcPr>
            <w:tcW w:w="0" w:type="auto"/>
            <w:shd w:val="clear" w:color="auto" w:fill="FFFFFF"/>
          </w:tcPr>
          <w:p w14:paraId="17399A54" w14:textId="77777777" w:rsidR="00363A1F" w:rsidRDefault="00832053">
            <w:r>
              <w:t>184</w:t>
            </w:r>
          </w:p>
        </w:tc>
        <w:tc>
          <w:tcPr>
            <w:tcW w:w="0" w:type="auto"/>
            <w:shd w:val="clear" w:color="auto" w:fill="FFFFFF"/>
          </w:tcPr>
          <w:p w14:paraId="17E24835" w14:textId="77777777" w:rsidR="00363A1F" w:rsidRDefault="00832053">
            <w:r>
              <w:t>5072,00</w:t>
            </w:r>
          </w:p>
        </w:tc>
        <w:tc>
          <w:tcPr>
            <w:tcW w:w="0" w:type="auto"/>
            <w:shd w:val="clear" w:color="auto" w:fill="FFFFFF"/>
          </w:tcPr>
          <w:p w14:paraId="5EF8DBDD" w14:textId="77777777" w:rsidR="00363A1F" w:rsidRDefault="00832053">
            <w:r>
              <w:t>10144,00</w:t>
            </w:r>
          </w:p>
        </w:tc>
        <w:tc>
          <w:tcPr>
            <w:tcW w:w="0" w:type="auto"/>
            <w:shd w:val="clear" w:color="auto" w:fill="FFFFFF"/>
          </w:tcPr>
          <w:p w14:paraId="0C17997C" w14:textId="77777777" w:rsidR="00363A1F" w:rsidRDefault="00832053">
            <w:r>
              <w:t>916,02</w:t>
            </w:r>
          </w:p>
        </w:tc>
      </w:tr>
      <w:tr w:rsidR="00363A1F" w14:paraId="068332DE" w14:textId="77777777">
        <w:trPr>
          <w:cantSplit/>
        </w:trPr>
        <w:tc>
          <w:tcPr>
            <w:tcW w:w="0" w:type="auto"/>
            <w:shd w:val="clear" w:color="auto" w:fill="F2F2F2"/>
          </w:tcPr>
          <w:p w14:paraId="2D539C36" w14:textId="77777777" w:rsidR="00363A1F" w:rsidRDefault="00832053">
            <w:r>
              <w:t>УПК № 2 «ЦМК»</w:t>
            </w:r>
          </w:p>
        </w:tc>
        <w:tc>
          <w:tcPr>
            <w:tcW w:w="0" w:type="auto"/>
            <w:shd w:val="clear" w:color="auto" w:fill="FFFFFF"/>
          </w:tcPr>
          <w:p w14:paraId="7B9CA0E7" w14:textId="77777777" w:rsidR="00363A1F" w:rsidRDefault="00832053">
            <w:r>
              <w:t>г. Таштагол</w:t>
            </w:r>
          </w:p>
        </w:tc>
        <w:tc>
          <w:tcPr>
            <w:tcW w:w="0" w:type="auto"/>
            <w:shd w:val="clear" w:color="auto" w:fill="FFFFFF"/>
          </w:tcPr>
          <w:p w14:paraId="42D5AB9D" w14:textId="77777777" w:rsidR="00363A1F" w:rsidRDefault="00832053">
            <w:r>
              <w:t>48</w:t>
            </w:r>
          </w:p>
        </w:tc>
        <w:tc>
          <w:tcPr>
            <w:tcW w:w="0" w:type="auto"/>
            <w:shd w:val="clear" w:color="auto" w:fill="FFFFFF"/>
          </w:tcPr>
          <w:p w14:paraId="1A257CE1" w14:textId="77777777" w:rsidR="00363A1F" w:rsidRDefault="00832053">
            <w:r>
              <w:t>4253,50</w:t>
            </w:r>
          </w:p>
        </w:tc>
        <w:tc>
          <w:tcPr>
            <w:tcW w:w="0" w:type="auto"/>
            <w:shd w:val="clear" w:color="auto" w:fill="FFFFFF"/>
          </w:tcPr>
          <w:p w14:paraId="2B348B39" w14:textId="77777777" w:rsidR="00363A1F" w:rsidRDefault="00832053">
            <w:r>
              <w:t>8507,00</w:t>
            </w:r>
          </w:p>
        </w:tc>
        <w:tc>
          <w:tcPr>
            <w:tcW w:w="0" w:type="auto"/>
            <w:shd w:val="clear" w:color="auto" w:fill="FFFFFF"/>
          </w:tcPr>
          <w:p w14:paraId="19CDC820" w14:textId="77777777" w:rsidR="00363A1F" w:rsidRDefault="00832053">
            <w:r>
              <w:t>759,34</w:t>
            </w:r>
          </w:p>
        </w:tc>
      </w:tr>
      <w:tr w:rsidR="00363A1F" w14:paraId="28A22435" w14:textId="77777777">
        <w:trPr>
          <w:cantSplit/>
        </w:trPr>
        <w:tc>
          <w:tcPr>
            <w:tcW w:w="0" w:type="auto"/>
            <w:shd w:val="clear" w:color="auto" w:fill="F2F2F2"/>
          </w:tcPr>
          <w:p w14:paraId="72432DCF" w14:textId="77777777" w:rsidR="00363A1F" w:rsidRDefault="00832053">
            <w:r>
              <w:t>УПК № 9 «ГРЭ»</w:t>
            </w:r>
          </w:p>
        </w:tc>
        <w:tc>
          <w:tcPr>
            <w:tcW w:w="0" w:type="auto"/>
            <w:shd w:val="clear" w:color="auto" w:fill="FFFFFF"/>
          </w:tcPr>
          <w:p w14:paraId="16416320" w14:textId="77777777" w:rsidR="00363A1F" w:rsidRDefault="00832053">
            <w:r>
              <w:t>г. Таштагол</w:t>
            </w:r>
          </w:p>
        </w:tc>
        <w:tc>
          <w:tcPr>
            <w:tcW w:w="0" w:type="auto"/>
            <w:shd w:val="clear" w:color="auto" w:fill="FFFFFF"/>
          </w:tcPr>
          <w:p w14:paraId="65847F17" w14:textId="77777777" w:rsidR="00363A1F" w:rsidRDefault="00832053">
            <w:r>
              <w:t>8</w:t>
            </w:r>
          </w:p>
        </w:tc>
        <w:tc>
          <w:tcPr>
            <w:tcW w:w="0" w:type="auto"/>
            <w:shd w:val="clear" w:color="auto" w:fill="FFFFFF"/>
          </w:tcPr>
          <w:p w14:paraId="270C859A" w14:textId="77777777" w:rsidR="00363A1F" w:rsidRDefault="00832053">
            <w:r>
              <w:t>739,00</w:t>
            </w:r>
          </w:p>
        </w:tc>
        <w:tc>
          <w:tcPr>
            <w:tcW w:w="0" w:type="auto"/>
            <w:shd w:val="clear" w:color="auto" w:fill="FFFFFF"/>
          </w:tcPr>
          <w:p w14:paraId="266E1C2B" w14:textId="77777777" w:rsidR="00363A1F" w:rsidRDefault="00832053">
            <w:r>
              <w:t>1478,00</w:t>
            </w:r>
          </w:p>
        </w:tc>
        <w:tc>
          <w:tcPr>
            <w:tcW w:w="0" w:type="auto"/>
            <w:shd w:val="clear" w:color="auto" w:fill="FFFFFF"/>
          </w:tcPr>
          <w:p w14:paraId="693B7270" w14:textId="77777777" w:rsidR="00363A1F" w:rsidRDefault="00832053">
            <w:r>
              <w:t>123,86</w:t>
            </w:r>
          </w:p>
        </w:tc>
      </w:tr>
      <w:tr w:rsidR="00363A1F" w14:paraId="3325E2A5" w14:textId="77777777">
        <w:trPr>
          <w:cantSplit/>
        </w:trPr>
        <w:tc>
          <w:tcPr>
            <w:tcW w:w="0" w:type="auto"/>
            <w:shd w:val="clear" w:color="auto" w:fill="F2F2F2"/>
          </w:tcPr>
          <w:p w14:paraId="6F53BFD8" w14:textId="77777777" w:rsidR="00363A1F" w:rsidRDefault="00832053">
            <w:r>
              <w:t>УПК № 5 «Новый Шерегеш»</w:t>
            </w:r>
          </w:p>
        </w:tc>
        <w:tc>
          <w:tcPr>
            <w:tcW w:w="0" w:type="auto"/>
            <w:shd w:val="clear" w:color="auto" w:fill="FFFFFF"/>
          </w:tcPr>
          <w:p w14:paraId="7AF3C351" w14:textId="77777777" w:rsidR="00363A1F" w:rsidRDefault="00832053">
            <w:r>
              <w:t>пгт Шерегеш</w:t>
            </w:r>
          </w:p>
        </w:tc>
        <w:tc>
          <w:tcPr>
            <w:tcW w:w="0" w:type="auto"/>
            <w:shd w:val="clear" w:color="auto" w:fill="FFFFFF"/>
          </w:tcPr>
          <w:p w14:paraId="7498F262" w14:textId="77777777" w:rsidR="00363A1F" w:rsidRDefault="00832053">
            <w:r>
              <w:t>379</w:t>
            </w:r>
          </w:p>
        </w:tc>
        <w:tc>
          <w:tcPr>
            <w:tcW w:w="0" w:type="auto"/>
            <w:shd w:val="clear" w:color="auto" w:fill="FFFFFF"/>
          </w:tcPr>
          <w:p w14:paraId="2A979276" w14:textId="77777777" w:rsidR="00363A1F" w:rsidRDefault="00832053">
            <w:r>
              <w:t>18222,00</w:t>
            </w:r>
          </w:p>
        </w:tc>
        <w:tc>
          <w:tcPr>
            <w:tcW w:w="0" w:type="auto"/>
            <w:shd w:val="clear" w:color="auto" w:fill="FFFFFF"/>
          </w:tcPr>
          <w:p w14:paraId="13DA9242" w14:textId="77777777" w:rsidR="00363A1F" w:rsidRDefault="00832053">
            <w:r>
              <w:t>36444,00</w:t>
            </w:r>
          </w:p>
        </w:tc>
        <w:tc>
          <w:tcPr>
            <w:tcW w:w="0" w:type="auto"/>
            <w:shd w:val="clear" w:color="auto" w:fill="FFFFFF"/>
          </w:tcPr>
          <w:p w14:paraId="4329BC34" w14:textId="77777777" w:rsidR="00363A1F" w:rsidRDefault="00832053">
            <w:r>
              <w:t>4839,89</w:t>
            </w:r>
          </w:p>
        </w:tc>
      </w:tr>
      <w:tr w:rsidR="00363A1F" w14:paraId="7253A434" w14:textId="77777777">
        <w:trPr>
          <w:cantSplit/>
        </w:trPr>
        <w:tc>
          <w:tcPr>
            <w:tcW w:w="0" w:type="auto"/>
            <w:shd w:val="clear" w:color="auto" w:fill="F2F2F2"/>
          </w:tcPr>
          <w:p w14:paraId="4F749FEB" w14:textId="77777777" w:rsidR="00363A1F" w:rsidRDefault="00832053">
            <w:r>
              <w:t>УПК № 6 «Старый Шерегеш»</w:t>
            </w:r>
          </w:p>
        </w:tc>
        <w:tc>
          <w:tcPr>
            <w:tcW w:w="0" w:type="auto"/>
            <w:shd w:val="clear" w:color="auto" w:fill="FFFFFF"/>
          </w:tcPr>
          <w:p w14:paraId="4827DB41" w14:textId="77777777" w:rsidR="00363A1F" w:rsidRDefault="00832053">
            <w:r>
              <w:t>пгт Шерегеш</w:t>
            </w:r>
          </w:p>
        </w:tc>
        <w:tc>
          <w:tcPr>
            <w:tcW w:w="0" w:type="auto"/>
            <w:shd w:val="clear" w:color="auto" w:fill="FFFFFF"/>
          </w:tcPr>
          <w:p w14:paraId="3C132122" w14:textId="77777777" w:rsidR="00363A1F" w:rsidRDefault="00832053">
            <w:r>
              <w:t>138</w:t>
            </w:r>
          </w:p>
        </w:tc>
        <w:tc>
          <w:tcPr>
            <w:tcW w:w="0" w:type="auto"/>
            <w:shd w:val="clear" w:color="auto" w:fill="FFFFFF"/>
          </w:tcPr>
          <w:p w14:paraId="44EAEAFF" w14:textId="77777777" w:rsidR="00363A1F" w:rsidRDefault="00832053">
            <w:r>
              <w:t>3719,50</w:t>
            </w:r>
          </w:p>
        </w:tc>
        <w:tc>
          <w:tcPr>
            <w:tcW w:w="0" w:type="auto"/>
            <w:shd w:val="clear" w:color="auto" w:fill="FFFFFF"/>
          </w:tcPr>
          <w:p w14:paraId="034603B8" w14:textId="77777777" w:rsidR="00363A1F" w:rsidRDefault="00832053">
            <w:r>
              <w:t>7439,00</w:t>
            </w:r>
          </w:p>
        </w:tc>
        <w:tc>
          <w:tcPr>
            <w:tcW w:w="0" w:type="auto"/>
            <w:shd w:val="clear" w:color="auto" w:fill="FFFFFF"/>
          </w:tcPr>
          <w:p w14:paraId="30095D78" w14:textId="77777777" w:rsidR="00363A1F" w:rsidRDefault="00832053">
            <w:r>
              <w:t>707,47</w:t>
            </w:r>
          </w:p>
        </w:tc>
      </w:tr>
      <w:tr w:rsidR="00363A1F" w14:paraId="33DCCFB7" w14:textId="77777777">
        <w:trPr>
          <w:cantSplit/>
        </w:trPr>
        <w:tc>
          <w:tcPr>
            <w:tcW w:w="0" w:type="auto"/>
            <w:shd w:val="clear" w:color="auto" w:fill="F2F2F2"/>
          </w:tcPr>
          <w:p w14:paraId="0DCF470B" w14:textId="77777777" w:rsidR="00363A1F" w:rsidRDefault="00832053">
            <w:r>
              <w:t>УПК № 7 «Каз»</w:t>
            </w:r>
          </w:p>
        </w:tc>
        <w:tc>
          <w:tcPr>
            <w:tcW w:w="0" w:type="auto"/>
            <w:shd w:val="clear" w:color="auto" w:fill="FFFFFF"/>
          </w:tcPr>
          <w:p w14:paraId="63E5370D" w14:textId="77777777" w:rsidR="00363A1F" w:rsidRDefault="00832053">
            <w:r>
              <w:t>пгт Каз</w:t>
            </w:r>
          </w:p>
        </w:tc>
        <w:tc>
          <w:tcPr>
            <w:tcW w:w="0" w:type="auto"/>
            <w:shd w:val="clear" w:color="auto" w:fill="FFFFFF"/>
          </w:tcPr>
          <w:p w14:paraId="6B7DE78E" w14:textId="77777777" w:rsidR="00363A1F" w:rsidRDefault="00832053">
            <w:r>
              <w:t>109</w:t>
            </w:r>
          </w:p>
        </w:tc>
        <w:tc>
          <w:tcPr>
            <w:tcW w:w="0" w:type="auto"/>
            <w:shd w:val="clear" w:color="auto" w:fill="FFFFFF"/>
          </w:tcPr>
          <w:p w14:paraId="582919C3" w14:textId="77777777" w:rsidR="00363A1F" w:rsidRDefault="00832053">
            <w:r>
              <w:t>11317,50</w:t>
            </w:r>
          </w:p>
        </w:tc>
        <w:tc>
          <w:tcPr>
            <w:tcW w:w="0" w:type="auto"/>
            <w:shd w:val="clear" w:color="auto" w:fill="FFFFFF"/>
          </w:tcPr>
          <w:p w14:paraId="3BCE2C53" w14:textId="77777777" w:rsidR="00363A1F" w:rsidRDefault="00832053">
            <w:r>
              <w:t>22635,00</w:t>
            </w:r>
          </w:p>
        </w:tc>
        <w:tc>
          <w:tcPr>
            <w:tcW w:w="0" w:type="auto"/>
            <w:shd w:val="clear" w:color="auto" w:fill="FFFFFF"/>
          </w:tcPr>
          <w:p w14:paraId="6F8747DD" w14:textId="77777777" w:rsidR="00363A1F" w:rsidRDefault="00832053">
            <w:r>
              <w:t>3757,98</w:t>
            </w:r>
          </w:p>
        </w:tc>
      </w:tr>
      <w:tr w:rsidR="00363A1F" w14:paraId="28A14A45" w14:textId="77777777">
        <w:trPr>
          <w:cantSplit/>
        </w:trPr>
        <w:tc>
          <w:tcPr>
            <w:tcW w:w="0" w:type="auto"/>
            <w:shd w:val="clear" w:color="auto" w:fill="F2F2F2"/>
          </w:tcPr>
          <w:p w14:paraId="39195EA5" w14:textId="77777777" w:rsidR="00363A1F" w:rsidRDefault="00832053">
            <w:r>
              <w:t>УПК № 8 «Мундыбаш»</w:t>
            </w:r>
          </w:p>
        </w:tc>
        <w:tc>
          <w:tcPr>
            <w:tcW w:w="0" w:type="auto"/>
            <w:shd w:val="clear" w:color="auto" w:fill="FFFFFF"/>
          </w:tcPr>
          <w:p w14:paraId="1D50BE81" w14:textId="77777777" w:rsidR="00363A1F" w:rsidRDefault="00832053">
            <w:r>
              <w:t>пгт Мундыбаш</w:t>
            </w:r>
          </w:p>
        </w:tc>
        <w:tc>
          <w:tcPr>
            <w:tcW w:w="0" w:type="auto"/>
            <w:shd w:val="clear" w:color="auto" w:fill="FFFFFF"/>
          </w:tcPr>
          <w:p w14:paraId="3DA9172E" w14:textId="77777777" w:rsidR="00363A1F" w:rsidRDefault="00832053">
            <w:r>
              <w:t>136</w:t>
            </w:r>
          </w:p>
        </w:tc>
        <w:tc>
          <w:tcPr>
            <w:tcW w:w="0" w:type="auto"/>
            <w:shd w:val="clear" w:color="auto" w:fill="FFFFFF"/>
          </w:tcPr>
          <w:p w14:paraId="1AEB2205" w14:textId="77777777" w:rsidR="00363A1F" w:rsidRDefault="00832053">
            <w:r>
              <w:t>9082,70</w:t>
            </w:r>
          </w:p>
        </w:tc>
        <w:tc>
          <w:tcPr>
            <w:tcW w:w="0" w:type="auto"/>
            <w:shd w:val="clear" w:color="auto" w:fill="FFFFFF"/>
          </w:tcPr>
          <w:p w14:paraId="4984D948" w14:textId="77777777" w:rsidR="00363A1F" w:rsidRDefault="00832053">
            <w:r>
              <w:t>18165,40</w:t>
            </w:r>
          </w:p>
        </w:tc>
        <w:tc>
          <w:tcPr>
            <w:tcW w:w="0" w:type="auto"/>
            <w:shd w:val="clear" w:color="auto" w:fill="FFFFFF"/>
          </w:tcPr>
          <w:p w14:paraId="0890733B" w14:textId="77777777" w:rsidR="00363A1F" w:rsidRDefault="00832053">
            <w:r>
              <w:t>2079,51</w:t>
            </w:r>
          </w:p>
        </w:tc>
      </w:tr>
      <w:tr w:rsidR="00363A1F" w14:paraId="54B3E670" w14:textId="77777777">
        <w:trPr>
          <w:cantSplit/>
        </w:trPr>
        <w:tc>
          <w:tcPr>
            <w:tcW w:w="0" w:type="auto"/>
            <w:shd w:val="clear" w:color="auto" w:fill="F2F2F2"/>
          </w:tcPr>
          <w:p w14:paraId="4EAAF682" w14:textId="77777777" w:rsidR="00363A1F" w:rsidRDefault="00832053">
            <w:r>
              <w:t>УПК № 10 «Темир-Тау»</w:t>
            </w:r>
          </w:p>
        </w:tc>
        <w:tc>
          <w:tcPr>
            <w:tcW w:w="0" w:type="auto"/>
            <w:shd w:val="clear" w:color="auto" w:fill="FFFFFF"/>
          </w:tcPr>
          <w:p w14:paraId="0FBFB0F9" w14:textId="77777777" w:rsidR="00363A1F" w:rsidRDefault="00832053">
            <w:r>
              <w:t>пгт Темиртау</w:t>
            </w:r>
          </w:p>
        </w:tc>
        <w:tc>
          <w:tcPr>
            <w:tcW w:w="0" w:type="auto"/>
            <w:shd w:val="clear" w:color="auto" w:fill="FFFFFF"/>
          </w:tcPr>
          <w:p w14:paraId="47F4E878" w14:textId="77777777" w:rsidR="00363A1F" w:rsidRDefault="00832053">
            <w:r>
              <w:t>43</w:t>
            </w:r>
          </w:p>
        </w:tc>
        <w:tc>
          <w:tcPr>
            <w:tcW w:w="0" w:type="auto"/>
            <w:shd w:val="clear" w:color="auto" w:fill="FFFFFF"/>
          </w:tcPr>
          <w:p w14:paraId="19871D49" w14:textId="77777777" w:rsidR="00363A1F" w:rsidRDefault="00832053">
            <w:r>
              <w:t>11486,00</w:t>
            </w:r>
          </w:p>
        </w:tc>
        <w:tc>
          <w:tcPr>
            <w:tcW w:w="0" w:type="auto"/>
            <w:shd w:val="clear" w:color="auto" w:fill="FFFFFF"/>
          </w:tcPr>
          <w:p w14:paraId="6F7B3D41" w14:textId="77777777" w:rsidR="00363A1F" w:rsidRDefault="00832053">
            <w:r>
              <w:t>22972,00</w:t>
            </w:r>
          </w:p>
        </w:tc>
        <w:tc>
          <w:tcPr>
            <w:tcW w:w="0" w:type="auto"/>
            <w:shd w:val="clear" w:color="auto" w:fill="FFFFFF"/>
          </w:tcPr>
          <w:p w14:paraId="65E9C83E" w14:textId="77777777" w:rsidR="00363A1F" w:rsidRDefault="00832053">
            <w:r>
              <w:t>2844,99</w:t>
            </w:r>
          </w:p>
        </w:tc>
      </w:tr>
      <w:tr w:rsidR="00363A1F" w14:paraId="658FB546" w14:textId="77777777">
        <w:trPr>
          <w:cantSplit/>
        </w:trPr>
        <w:tc>
          <w:tcPr>
            <w:tcW w:w="0" w:type="auto"/>
            <w:shd w:val="clear" w:color="auto" w:fill="F2F2F2"/>
          </w:tcPr>
          <w:p w14:paraId="149C3074" w14:textId="77777777" w:rsidR="00363A1F" w:rsidRDefault="00832053">
            <w:r>
              <w:t>УПК № 3 «Спасск»</w:t>
            </w:r>
          </w:p>
        </w:tc>
        <w:tc>
          <w:tcPr>
            <w:tcW w:w="0" w:type="auto"/>
            <w:shd w:val="clear" w:color="auto" w:fill="FFFFFF"/>
          </w:tcPr>
          <w:p w14:paraId="46FB9CD8" w14:textId="77777777" w:rsidR="00363A1F" w:rsidRDefault="00832053">
            <w:r>
              <w:t>пгт Спасск</w:t>
            </w:r>
          </w:p>
        </w:tc>
        <w:tc>
          <w:tcPr>
            <w:tcW w:w="0" w:type="auto"/>
            <w:shd w:val="clear" w:color="auto" w:fill="FFFFFF"/>
          </w:tcPr>
          <w:p w14:paraId="3DBCE7FB" w14:textId="77777777" w:rsidR="00363A1F" w:rsidRDefault="00832053">
            <w:r>
              <w:t>19</w:t>
            </w:r>
          </w:p>
        </w:tc>
        <w:tc>
          <w:tcPr>
            <w:tcW w:w="0" w:type="auto"/>
            <w:shd w:val="clear" w:color="auto" w:fill="FFFFFF"/>
          </w:tcPr>
          <w:p w14:paraId="131C560A" w14:textId="77777777" w:rsidR="00363A1F" w:rsidRDefault="00832053">
            <w:r>
              <w:t>3424,00</w:t>
            </w:r>
          </w:p>
        </w:tc>
        <w:tc>
          <w:tcPr>
            <w:tcW w:w="0" w:type="auto"/>
            <w:shd w:val="clear" w:color="auto" w:fill="FFFFFF"/>
          </w:tcPr>
          <w:p w14:paraId="411D668B" w14:textId="77777777" w:rsidR="00363A1F" w:rsidRDefault="00832053">
            <w:r>
              <w:t>6848,00</w:t>
            </w:r>
          </w:p>
        </w:tc>
        <w:tc>
          <w:tcPr>
            <w:tcW w:w="0" w:type="auto"/>
            <w:shd w:val="clear" w:color="auto" w:fill="FFFFFF"/>
          </w:tcPr>
          <w:p w14:paraId="1FF3C315" w14:textId="77777777" w:rsidR="00363A1F" w:rsidRDefault="00832053">
            <w:r>
              <w:t>623,61</w:t>
            </w:r>
          </w:p>
        </w:tc>
      </w:tr>
      <w:tr w:rsidR="00363A1F" w14:paraId="21CB9078" w14:textId="77777777">
        <w:trPr>
          <w:cantSplit/>
        </w:trPr>
        <w:tc>
          <w:tcPr>
            <w:tcW w:w="0" w:type="auto"/>
            <w:shd w:val="clear" w:color="auto" w:fill="DBE5F1"/>
          </w:tcPr>
          <w:p w14:paraId="552A248E" w14:textId="77777777" w:rsidR="00363A1F" w:rsidRDefault="00832053">
            <w:r>
              <w:rPr>
                <w:b/>
              </w:rPr>
              <w:t>Итого</w:t>
            </w:r>
          </w:p>
        </w:tc>
        <w:tc>
          <w:tcPr>
            <w:tcW w:w="0" w:type="auto"/>
            <w:shd w:val="clear" w:color="auto" w:fill="DBE5F1"/>
          </w:tcPr>
          <w:p w14:paraId="4CC94B87" w14:textId="77777777" w:rsidR="00363A1F" w:rsidRDefault="00832053">
            <w:r>
              <w:rPr>
                <w:b/>
              </w:rPr>
              <w:t>—</w:t>
            </w:r>
          </w:p>
        </w:tc>
        <w:tc>
          <w:tcPr>
            <w:tcW w:w="0" w:type="auto"/>
            <w:shd w:val="clear" w:color="auto" w:fill="DBE5F1"/>
          </w:tcPr>
          <w:p w14:paraId="6163621E" w14:textId="77777777" w:rsidR="00363A1F" w:rsidRDefault="00832053">
            <w:r>
              <w:rPr>
                <w:b/>
              </w:rPr>
              <w:t>1294</w:t>
            </w:r>
          </w:p>
        </w:tc>
        <w:tc>
          <w:tcPr>
            <w:tcW w:w="0" w:type="auto"/>
            <w:shd w:val="clear" w:color="auto" w:fill="DBE5F1"/>
          </w:tcPr>
          <w:p w14:paraId="3CB7FE34" w14:textId="77777777" w:rsidR="00363A1F" w:rsidRDefault="00832053">
            <w:r>
              <w:rPr>
                <w:b/>
              </w:rPr>
              <w:t>105536,70</w:t>
            </w:r>
          </w:p>
        </w:tc>
        <w:tc>
          <w:tcPr>
            <w:tcW w:w="0" w:type="auto"/>
            <w:shd w:val="clear" w:color="auto" w:fill="DBE5F1"/>
          </w:tcPr>
          <w:p w14:paraId="799FDA8B" w14:textId="77777777" w:rsidR="00363A1F" w:rsidRDefault="00832053">
            <w:r>
              <w:rPr>
                <w:b/>
              </w:rPr>
              <w:t>211073,40</w:t>
            </w:r>
          </w:p>
        </w:tc>
        <w:tc>
          <w:tcPr>
            <w:tcW w:w="0" w:type="auto"/>
            <w:shd w:val="clear" w:color="auto" w:fill="DBE5F1"/>
          </w:tcPr>
          <w:p w14:paraId="048FF58B" w14:textId="77777777" w:rsidR="00363A1F" w:rsidRDefault="00832053">
            <w:r>
              <w:rPr>
                <w:b/>
              </w:rPr>
              <w:t>30406,69</w:t>
            </w:r>
          </w:p>
        </w:tc>
      </w:tr>
    </w:tbl>
    <w:p w14:paraId="1971FD33" w14:textId="77777777" w:rsidR="00363A1F" w:rsidRDefault="00832053">
      <w:pPr>
        <w:pStyle w:val="21"/>
      </w:pPr>
      <w:bookmarkStart w:id="64" w:name="_Toc238017263"/>
      <w:r>
        <w:t>6.4. Распределение сетей по территориям</w:t>
      </w:r>
      <w:bookmarkEnd w:id="64"/>
    </w:p>
    <w:p w14:paraId="450B4A72" w14:textId="77777777" w:rsidR="00363A1F" w:rsidRPr="00F815F9" w:rsidRDefault="00832053">
      <w:pPr>
        <w:rPr>
          <w:b/>
          <w:bCs/>
          <w:lang w:val="ru-RU"/>
        </w:rPr>
      </w:pPr>
      <w:r w:rsidRPr="00F815F9">
        <w:rPr>
          <w:b/>
          <w:bCs/>
          <w:lang w:val="ru-RU"/>
        </w:rPr>
        <w:t>Таблица 6.4 — Тепловые сети по населённым пунктам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084"/>
        <w:gridCol w:w="2205"/>
        <w:gridCol w:w="3758"/>
        <w:gridCol w:w="1442"/>
      </w:tblGrid>
      <w:tr w:rsidR="00363A1F" w14:paraId="1E86CD25" w14:textId="77777777">
        <w:trPr>
          <w:cantSplit/>
          <w:tblHeader/>
        </w:trPr>
        <w:tc>
          <w:tcPr>
            <w:tcW w:w="0" w:type="auto"/>
            <w:shd w:val="clear" w:color="auto" w:fill="E2F0D9"/>
          </w:tcPr>
          <w:p w14:paraId="5D33C4BD" w14:textId="77777777" w:rsidR="00363A1F" w:rsidRDefault="00832053">
            <w:pPr>
              <w:jc w:val="center"/>
            </w:pPr>
            <w:r>
              <w:rPr>
                <w:b/>
              </w:rPr>
              <w:t>Населённый пункт</w:t>
            </w:r>
          </w:p>
        </w:tc>
        <w:tc>
          <w:tcPr>
            <w:tcW w:w="0" w:type="auto"/>
            <w:shd w:val="clear" w:color="auto" w:fill="E2F0D9"/>
          </w:tcPr>
          <w:p w14:paraId="260F71E2" w14:textId="77777777" w:rsidR="00363A1F" w:rsidRDefault="00832053">
            <w:pPr>
              <w:jc w:val="center"/>
            </w:pPr>
            <w:r>
              <w:rPr>
                <w:b/>
              </w:rPr>
              <w:t>Участков, ед.</w:t>
            </w:r>
          </w:p>
        </w:tc>
        <w:tc>
          <w:tcPr>
            <w:tcW w:w="0" w:type="auto"/>
            <w:shd w:val="clear" w:color="auto" w:fill="E2F0D9"/>
          </w:tcPr>
          <w:p w14:paraId="3990C22B" w14:textId="77777777" w:rsidR="00363A1F" w:rsidRPr="00844B84" w:rsidRDefault="00832053">
            <w:pPr>
              <w:jc w:val="center"/>
              <w:rPr>
                <w:lang w:val="ru-RU"/>
              </w:rPr>
            </w:pPr>
            <w:r w:rsidRPr="00844B84">
              <w:rPr>
                <w:b/>
                <w:lang w:val="ru-RU"/>
              </w:rPr>
              <w:t>Длина по оси трассы, м</w:t>
            </w:r>
          </w:p>
        </w:tc>
        <w:tc>
          <w:tcPr>
            <w:tcW w:w="0" w:type="auto"/>
            <w:shd w:val="clear" w:color="auto" w:fill="E2F0D9"/>
          </w:tcPr>
          <w:p w14:paraId="0175C803" w14:textId="77777777" w:rsidR="00363A1F" w:rsidRDefault="00832053">
            <w:pPr>
              <w:jc w:val="center"/>
            </w:pPr>
            <w:r>
              <w:rPr>
                <w:b/>
              </w:rPr>
              <w:t>Доля, %</w:t>
            </w:r>
          </w:p>
        </w:tc>
      </w:tr>
      <w:tr w:rsidR="00363A1F" w14:paraId="3214CD25" w14:textId="77777777">
        <w:trPr>
          <w:cantSplit/>
        </w:trPr>
        <w:tc>
          <w:tcPr>
            <w:tcW w:w="0" w:type="auto"/>
            <w:shd w:val="clear" w:color="auto" w:fill="F2F2F2"/>
          </w:tcPr>
          <w:p w14:paraId="3478C4CF" w14:textId="77777777" w:rsidR="00363A1F" w:rsidRDefault="00832053">
            <w:r>
              <w:t>Таштагольское ГП</w:t>
            </w:r>
          </w:p>
        </w:tc>
        <w:tc>
          <w:tcPr>
            <w:tcW w:w="0" w:type="auto"/>
            <w:shd w:val="clear" w:color="auto" w:fill="FFFFFF"/>
          </w:tcPr>
          <w:p w14:paraId="1822F94E" w14:textId="77777777" w:rsidR="00363A1F" w:rsidRDefault="00832053">
            <w:r>
              <w:t>470</w:t>
            </w:r>
          </w:p>
        </w:tc>
        <w:tc>
          <w:tcPr>
            <w:tcW w:w="0" w:type="auto"/>
            <w:shd w:val="clear" w:color="auto" w:fill="FFFFFF"/>
          </w:tcPr>
          <w:p w14:paraId="10C2D4BB" w14:textId="77777777" w:rsidR="00363A1F" w:rsidRDefault="00832053">
            <w:r>
              <w:t>48285,00</w:t>
            </w:r>
          </w:p>
        </w:tc>
        <w:tc>
          <w:tcPr>
            <w:tcW w:w="0" w:type="auto"/>
            <w:shd w:val="clear" w:color="auto" w:fill="FFFFFF"/>
          </w:tcPr>
          <w:p w14:paraId="1D67CC49" w14:textId="77777777" w:rsidR="00363A1F" w:rsidRDefault="00832053">
            <w:r>
              <w:t>45,75</w:t>
            </w:r>
          </w:p>
        </w:tc>
      </w:tr>
      <w:tr w:rsidR="00363A1F" w14:paraId="0F210B1C" w14:textId="77777777">
        <w:trPr>
          <w:cantSplit/>
        </w:trPr>
        <w:tc>
          <w:tcPr>
            <w:tcW w:w="0" w:type="auto"/>
            <w:shd w:val="clear" w:color="auto" w:fill="F2F2F2"/>
          </w:tcPr>
          <w:p w14:paraId="630EE49C" w14:textId="77777777" w:rsidR="00363A1F" w:rsidRDefault="00832053">
            <w:r>
              <w:t>Шерегешское ГП</w:t>
            </w:r>
          </w:p>
        </w:tc>
        <w:tc>
          <w:tcPr>
            <w:tcW w:w="0" w:type="auto"/>
            <w:shd w:val="clear" w:color="auto" w:fill="FFFFFF"/>
          </w:tcPr>
          <w:p w14:paraId="4D6526E6" w14:textId="77777777" w:rsidR="00363A1F" w:rsidRDefault="00832053">
            <w:r>
              <w:t>517</w:t>
            </w:r>
          </w:p>
        </w:tc>
        <w:tc>
          <w:tcPr>
            <w:tcW w:w="0" w:type="auto"/>
            <w:shd w:val="clear" w:color="auto" w:fill="FFFFFF"/>
          </w:tcPr>
          <w:p w14:paraId="3C922F34" w14:textId="77777777" w:rsidR="00363A1F" w:rsidRDefault="00832053">
            <w:r>
              <w:t>21941,50</w:t>
            </w:r>
          </w:p>
        </w:tc>
        <w:tc>
          <w:tcPr>
            <w:tcW w:w="0" w:type="auto"/>
            <w:shd w:val="clear" w:color="auto" w:fill="FFFFFF"/>
          </w:tcPr>
          <w:p w14:paraId="4F29BC13" w14:textId="77777777" w:rsidR="00363A1F" w:rsidRDefault="00832053">
            <w:r>
              <w:t>20,79</w:t>
            </w:r>
          </w:p>
        </w:tc>
      </w:tr>
      <w:tr w:rsidR="00363A1F" w14:paraId="2A7AEAC4" w14:textId="77777777">
        <w:trPr>
          <w:cantSplit/>
        </w:trPr>
        <w:tc>
          <w:tcPr>
            <w:tcW w:w="0" w:type="auto"/>
            <w:shd w:val="clear" w:color="auto" w:fill="F2F2F2"/>
          </w:tcPr>
          <w:p w14:paraId="01B3DB5C" w14:textId="77777777" w:rsidR="00363A1F" w:rsidRDefault="00832053">
            <w:r>
              <w:t>Темиртауское ГП</w:t>
            </w:r>
          </w:p>
        </w:tc>
        <w:tc>
          <w:tcPr>
            <w:tcW w:w="0" w:type="auto"/>
            <w:shd w:val="clear" w:color="auto" w:fill="FFFFFF"/>
          </w:tcPr>
          <w:p w14:paraId="6BF31603" w14:textId="77777777" w:rsidR="00363A1F" w:rsidRDefault="00832053">
            <w:r>
              <w:t>43</w:t>
            </w:r>
          </w:p>
        </w:tc>
        <w:tc>
          <w:tcPr>
            <w:tcW w:w="0" w:type="auto"/>
            <w:shd w:val="clear" w:color="auto" w:fill="FFFFFF"/>
          </w:tcPr>
          <w:p w14:paraId="67A056C5" w14:textId="77777777" w:rsidR="00363A1F" w:rsidRDefault="00832053">
            <w:r>
              <w:t>11486,00</w:t>
            </w:r>
          </w:p>
        </w:tc>
        <w:tc>
          <w:tcPr>
            <w:tcW w:w="0" w:type="auto"/>
            <w:shd w:val="clear" w:color="auto" w:fill="FFFFFF"/>
          </w:tcPr>
          <w:p w14:paraId="0D2DA0B5" w14:textId="77777777" w:rsidR="00363A1F" w:rsidRDefault="00832053">
            <w:r>
              <w:t>10,88</w:t>
            </w:r>
          </w:p>
        </w:tc>
      </w:tr>
      <w:tr w:rsidR="00363A1F" w14:paraId="53C4EE33" w14:textId="77777777">
        <w:trPr>
          <w:cantSplit/>
        </w:trPr>
        <w:tc>
          <w:tcPr>
            <w:tcW w:w="0" w:type="auto"/>
            <w:shd w:val="clear" w:color="auto" w:fill="F2F2F2"/>
          </w:tcPr>
          <w:p w14:paraId="488D1EB8" w14:textId="77777777" w:rsidR="00363A1F" w:rsidRDefault="00832053">
            <w:r>
              <w:t>Казское ГП</w:t>
            </w:r>
          </w:p>
        </w:tc>
        <w:tc>
          <w:tcPr>
            <w:tcW w:w="0" w:type="auto"/>
            <w:shd w:val="clear" w:color="auto" w:fill="FFFFFF"/>
          </w:tcPr>
          <w:p w14:paraId="68E0578D" w14:textId="77777777" w:rsidR="00363A1F" w:rsidRDefault="00832053">
            <w:r>
              <w:t>109</w:t>
            </w:r>
          </w:p>
        </w:tc>
        <w:tc>
          <w:tcPr>
            <w:tcW w:w="0" w:type="auto"/>
            <w:shd w:val="clear" w:color="auto" w:fill="FFFFFF"/>
          </w:tcPr>
          <w:p w14:paraId="018BACD8" w14:textId="77777777" w:rsidR="00363A1F" w:rsidRDefault="00832053">
            <w:r>
              <w:t>11317,50</w:t>
            </w:r>
          </w:p>
        </w:tc>
        <w:tc>
          <w:tcPr>
            <w:tcW w:w="0" w:type="auto"/>
            <w:shd w:val="clear" w:color="auto" w:fill="FFFFFF"/>
          </w:tcPr>
          <w:p w14:paraId="66728E2B" w14:textId="77777777" w:rsidR="00363A1F" w:rsidRDefault="00832053">
            <w:r>
              <w:t>10,72</w:t>
            </w:r>
          </w:p>
        </w:tc>
      </w:tr>
      <w:tr w:rsidR="00363A1F" w14:paraId="3E707CCC" w14:textId="77777777">
        <w:trPr>
          <w:cantSplit/>
        </w:trPr>
        <w:tc>
          <w:tcPr>
            <w:tcW w:w="0" w:type="auto"/>
            <w:shd w:val="clear" w:color="auto" w:fill="F2F2F2"/>
          </w:tcPr>
          <w:p w14:paraId="44F2F305" w14:textId="77777777" w:rsidR="00363A1F" w:rsidRDefault="00832053">
            <w:r>
              <w:t>Мундыбашское ГП</w:t>
            </w:r>
          </w:p>
        </w:tc>
        <w:tc>
          <w:tcPr>
            <w:tcW w:w="0" w:type="auto"/>
            <w:shd w:val="clear" w:color="auto" w:fill="FFFFFF"/>
          </w:tcPr>
          <w:p w14:paraId="3761CE26" w14:textId="77777777" w:rsidR="00363A1F" w:rsidRDefault="00832053">
            <w:r>
              <w:t>136</w:t>
            </w:r>
          </w:p>
        </w:tc>
        <w:tc>
          <w:tcPr>
            <w:tcW w:w="0" w:type="auto"/>
            <w:shd w:val="clear" w:color="auto" w:fill="FFFFFF"/>
          </w:tcPr>
          <w:p w14:paraId="3E2E5EA6" w14:textId="77777777" w:rsidR="00363A1F" w:rsidRDefault="00832053">
            <w:r>
              <w:t>9082,70</w:t>
            </w:r>
          </w:p>
        </w:tc>
        <w:tc>
          <w:tcPr>
            <w:tcW w:w="0" w:type="auto"/>
            <w:shd w:val="clear" w:color="auto" w:fill="FFFFFF"/>
          </w:tcPr>
          <w:p w14:paraId="13F1CDCA" w14:textId="77777777" w:rsidR="00363A1F" w:rsidRDefault="00832053">
            <w:r>
              <w:t>8,61</w:t>
            </w:r>
          </w:p>
        </w:tc>
      </w:tr>
      <w:tr w:rsidR="00363A1F" w14:paraId="3733800F" w14:textId="77777777">
        <w:trPr>
          <w:cantSplit/>
        </w:trPr>
        <w:tc>
          <w:tcPr>
            <w:tcW w:w="0" w:type="auto"/>
            <w:shd w:val="clear" w:color="auto" w:fill="F2F2F2"/>
          </w:tcPr>
          <w:p w14:paraId="7C7083B5" w14:textId="77777777" w:rsidR="00363A1F" w:rsidRDefault="00832053">
            <w:r>
              <w:t>Спасское ГП</w:t>
            </w:r>
          </w:p>
        </w:tc>
        <w:tc>
          <w:tcPr>
            <w:tcW w:w="0" w:type="auto"/>
            <w:shd w:val="clear" w:color="auto" w:fill="FFFFFF"/>
          </w:tcPr>
          <w:p w14:paraId="0379C2A6" w14:textId="77777777" w:rsidR="00363A1F" w:rsidRDefault="00832053">
            <w:r>
              <w:t>19</w:t>
            </w:r>
          </w:p>
        </w:tc>
        <w:tc>
          <w:tcPr>
            <w:tcW w:w="0" w:type="auto"/>
            <w:shd w:val="clear" w:color="auto" w:fill="FFFFFF"/>
          </w:tcPr>
          <w:p w14:paraId="712D1293" w14:textId="77777777" w:rsidR="00363A1F" w:rsidRDefault="00832053">
            <w:r>
              <w:t>3424,00</w:t>
            </w:r>
          </w:p>
        </w:tc>
        <w:tc>
          <w:tcPr>
            <w:tcW w:w="0" w:type="auto"/>
            <w:shd w:val="clear" w:color="auto" w:fill="FFFFFF"/>
          </w:tcPr>
          <w:p w14:paraId="692E7B0D" w14:textId="77777777" w:rsidR="00363A1F" w:rsidRDefault="00832053">
            <w:r>
              <w:t>3,24</w:t>
            </w:r>
          </w:p>
        </w:tc>
      </w:tr>
      <w:tr w:rsidR="00363A1F" w14:paraId="4A9AC7B4" w14:textId="77777777">
        <w:trPr>
          <w:cantSplit/>
        </w:trPr>
        <w:tc>
          <w:tcPr>
            <w:tcW w:w="0" w:type="auto"/>
            <w:shd w:val="clear" w:color="auto" w:fill="DBE5F1"/>
          </w:tcPr>
          <w:p w14:paraId="4DC48D39" w14:textId="77777777" w:rsidR="00363A1F" w:rsidRDefault="00832053">
            <w:r>
              <w:rPr>
                <w:b/>
              </w:rPr>
              <w:t>Итого</w:t>
            </w:r>
          </w:p>
        </w:tc>
        <w:tc>
          <w:tcPr>
            <w:tcW w:w="0" w:type="auto"/>
            <w:shd w:val="clear" w:color="auto" w:fill="DBE5F1"/>
          </w:tcPr>
          <w:p w14:paraId="086AB261" w14:textId="77777777" w:rsidR="00363A1F" w:rsidRDefault="00832053">
            <w:r>
              <w:rPr>
                <w:b/>
              </w:rPr>
              <w:t>1294</w:t>
            </w:r>
          </w:p>
        </w:tc>
        <w:tc>
          <w:tcPr>
            <w:tcW w:w="0" w:type="auto"/>
            <w:shd w:val="clear" w:color="auto" w:fill="DBE5F1"/>
          </w:tcPr>
          <w:p w14:paraId="0049F195" w14:textId="77777777" w:rsidR="00363A1F" w:rsidRDefault="00832053">
            <w:r>
              <w:rPr>
                <w:b/>
              </w:rPr>
              <w:t>105536,70</w:t>
            </w:r>
          </w:p>
        </w:tc>
        <w:tc>
          <w:tcPr>
            <w:tcW w:w="0" w:type="auto"/>
            <w:shd w:val="clear" w:color="auto" w:fill="DBE5F1"/>
          </w:tcPr>
          <w:p w14:paraId="2FC59967" w14:textId="77777777" w:rsidR="00363A1F" w:rsidRDefault="00832053">
            <w:r>
              <w:rPr>
                <w:b/>
              </w:rPr>
              <w:t>100,00</w:t>
            </w:r>
          </w:p>
        </w:tc>
      </w:tr>
    </w:tbl>
    <w:p w14:paraId="2EEC30F7" w14:textId="77777777" w:rsidR="00363A1F" w:rsidRPr="00844B84" w:rsidRDefault="00832053">
      <w:pPr>
        <w:rPr>
          <w:lang w:val="ru-RU"/>
        </w:rPr>
      </w:pPr>
      <w:r w:rsidRPr="00844B84">
        <w:rPr>
          <w:lang w:val="ru-RU"/>
        </w:rPr>
        <w:t>В городе Таштаголе действуют четыре самостоятельные системы теплоснабжения, в посёлке Шерегеш — две. Сведение их в одну зону не производится.</w:t>
      </w:r>
    </w:p>
    <w:p w14:paraId="361F2EC6" w14:textId="77777777" w:rsidR="006C72FB" w:rsidRPr="00844B84" w:rsidRDefault="0084102B">
      <w:pPr>
        <w:rPr>
          <w:lang w:val="ru-RU"/>
        </w:rPr>
      </w:pPr>
      <w:r w:rsidRPr="00844B84">
        <w:rPr>
          <w:lang w:val="ru-RU"/>
        </w:rPr>
        <w:t>Технические схемы тепловых сетей по территориям округа приведены в разделе «Графические материалы» настоящей утверждаемой части: рисунки 3 и 4 — г. Таштагол, рисунки 5 и 6 — пгт Шерегеш, рисунок 7 — пгт Каз, рисунок 8 — пгт Мундыбаш, рисунок 9 — пгт Темиртау, рисунки 10 и 11 — пгт Спасск. Схемы выполнены в условной системе координат и геодезически привязанными картами не являются.</w:t>
      </w:r>
    </w:p>
    <w:p w14:paraId="655240DD" w14:textId="77777777" w:rsidR="00363A1F" w:rsidRPr="00844B84" w:rsidRDefault="00832053">
      <w:pPr>
        <w:pStyle w:val="21"/>
        <w:rPr>
          <w:lang w:val="ru-RU"/>
        </w:rPr>
      </w:pPr>
      <w:bookmarkStart w:id="65" w:name="_Toc238017264"/>
      <w:r w:rsidRPr="00844B84">
        <w:rPr>
          <w:lang w:val="ru-RU"/>
        </w:rPr>
        <w:t>6.5. Распределение сетей по диаметрам</w:t>
      </w:r>
      <w:bookmarkEnd w:id="65"/>
    </w:p>
    <w:p w14:paraId="1F8F3D72" w14:textId="77777777" w:rsidR="00363A1F" w:rsidRPr="00F815F9" w:rsidRDefault="00832053">
      <w:pPr>
        <w:rPr>
          <w:b/>
          <w:bCs/>
          <w:lang w:val="ru-RU"/>
        </w:rPr>
      </w:pPr>
      <w:r w:rsidRPr="00F815F9">
        <w:rPr>
          <w:b/>
          <w:bCs/>
          <w:lang w:val="ru-RU"/>
        </w:rPr>
        <w:t>Таблица 6.5 — Распределение тепловых сетей по группам диаметров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021"/>
        <w:gridCol w:w="2224"/>
        <w:gridCol w:w="3790"/>
        <w:gridCol w:w="1454"/>
      </w:tblGrid>
      <w:tr w:rsidR="00363A1F" w14:paraId="1C49D8DC" w14:textId="77777777">
        <w:trPr>
          <w:cantSplit/>
          <w:tblHeader/>
        </w:trPr>
        <w:tc>
          <w:tcPr>
            <w:tcW w:w="0" w:type="auto"/>
            <w:shd w:val="clear" w:color="auto" w:fill="E2F0D9"/>
          </w:tcPr>
          <w:p w14:paraId="55350C1D" w14:textId="77777777" w:rsidR="00363A1F" w:rsidRDefault="00832053">
            <w:pPr>
              <w:jc w:val="center"/>
            </w:pPr>
            <w:r>
              <w:rPr>
                <w:b/>
              </w:rPr>
              <w:t>Группа диаметров</w:t>
            </w:r>
          </w:p>
        </w:tc>
        <w:tc>
          <w:tcPr>
            <w:tcW w:w="0" w:type="auto"/>
            <w:shd w:val="clear" w:color="auto" w:fill="E2F0D9"/>
          </w:tcPr>
          <w:p w14:paraId="6F1E9C3C" w14:textId="77777777" w:rsidR="00363A1F" w:rsidRDefault="00832053">
            <w:pPr>
              <w:jc w:val="center"/>
            </w:pPr>
            <w:r>
              <w:rPr>
                <w:b/>
              </w:rPr>
              <w:t>Участков, ед.</w:t>
            </w:r>
          </w:p>
        </w:tc>
        <w:tc>
          <w:tcPr>
            <w:tcW w:w="0" w:type="auto"/>
            <w:shd w:val="clear" w:color="auto" w:fill="E2F0D9"/>
          </w:tcPr>
          <w:p w14:paraId="045C92A0" w14:textId="77777777" w:rsidR="00363A1F" w:rsidRPr="00844B84" w:rsidRDefault="00832053">
            <w:pPr>
              <w:jc w:val="center"/>
              <w:rPr>
                <w:lang w:val="ru-RU"/>
              </w:rPr>
            </w:pPr>
            <w:r w:rsidRPr="00844B84">
              <w:rPr>
                <w:b/>
                <w:lang w:val="ru-RU"/>
              </w:rPr>
              <w:t>Длина по оси трассы, м</w:t>
            </w:r>
          </w:p>
        </w:tc>
        <w:tc>
          <w:tcPr>
            <w:tcW w:w="0" w:type="auto"/>
            <w:shd w:val="clear" w:color="auto" w:fill="E2F0D9"/>
          </w:tcPr>
          <w:p w14:paraId="6E71BC18" w14:textId="77777777" w:rsidR="00363A1F" w:rsidRDefault="00832053">
            <w:pPr>
              <w:jc w:val="center"/>
            </w:pPr>
            <w:r>
              <w:rPr>
                <w:b/>
              </w:rPr>
              <w:t>Доля, %</w:t>
            </w:r>
          </w:p>
        </w:tc>
      </w:tr>
      <w:tr w:rsidR="00363A1F" w14:paraId="5B3BCE4A" w14:textId="77777777">
        <w:trPr>
          <w:cantSplit/>
        </w:trPr>
        <w:tc>
          <w:tcPr>
            <w:tcW w:w="0" w:type="auto"/>
            <w:shd w:val="clear" w:color="auto" w:fill="F2F2F2"/>
          </w:tcPr>
          <w:p w14:paraId="58113860" w14:textId="77777777" w:rsidR="00363A1F" w:rsidRDefault="00832053">
            <w:r>
              <w:t>до 50 мм</w:t>
            </w:r>
          </w:p>
        </w:tc>
        <w:tc>
          <w:tcPr>
            <w:tcW w:w="0" w:type="auto"/>
            <w:shd w:val="clear" w:color="auto" w:fill="FFFFFF"/>
          </w:tcPr>
          <w:p w14:paraId="27ACAD84" w14:textId="77777777" w:rsidR="00363A1F" w:rsidRDefault="00832053">
            <w:r>
              <w:t>487</w:t>
            </w:r>
          </w:p>
        </w:tc>
        <w:tc>
          <w:tcPr>
            <w:tcW w:w="0" w:type="auto"/>
            <w:shd w:val="clear" w:color="auto" w:fill="FFFFFF"/>
          </w:tcPr>
          <w:p w14:paraId="26897759" w14:textId="77777777" w:rsidR="00363A1F" w:rsidRDefault="00832053">
            <w:r>
              <w:t>17651,50</w:t>
            </w:r>
          </w:p>
        </w:tc>
        <w:tc>
          <w:tcPr>
            <w:tcW w:w="0" w:type="auto"/>
            <w:shd w:val="clear" w:color="auto" w:fill="FFFFFF"/>
          </w:tcPr>
          <w:p w14:paraId="02B4555F" w14:textId="77777777" w:rsidR="00363A1F" w:rsidRDefault="00832053">
            <w:r>
              <w:t>16,73</w:t>
            </w:r>
          </w:p>
        </w:tc>
      </w:tr>
      <w:tr w:rsidR="00363A1F" w14:paraId="5051E0B8" w14:textId="77777777">
        <w:trPr>
          <w:cantSplit/>
        </w:trPr>
        <w:tc>
          <w:tcPr>
            <w:tcW w:w="0" w:type="auto"/>
            <w:shd w:val="clear" w:color="auto" w:fill="F2F2F2"/>
          </w:tcPr>
          <w:p w14:paraId="2065D03E" w14:textId="77777777" w:rsidR="00363A1F" w:rsidRDefault="00832053">
            <w:r>
              <w:t>65–100 мм</w:t>
            </w:r>
          </w:p>
        </w:tc>
        <w:tc>
          <w:tcPr>
            <w:tcW w:w="0" w:type="auto"/>
            <w:shd w:val="clear" w:color="auto" w:fill="FFFFFF"/>
          </w:tcPr>
          <w:p w14:paraId="7CF29F74" w14:textId="77777777" w:rsidR="00363A1F" w:rsidRDefault="00832053">
            <w:r>
              <w:t>534</w:t>
            </w:r>
          </w:p>
        </w:tc>
        <w:tc>
          <w:tcPr>
            <w:tcW w:w="0" w:type="auto"/>
            <w:shd w:val="clear" w:color="auto" w:fill="FFFFFF"/>
          </w:tcPr>
          <w:p w14:paraId="02DC298B" w14:textId="77777777" w:rsidR="00363A1F" w:rsidRDefault="00832053">
            <w:r>
              <w:t>32220,90</w:t>
            </w:r>
          </w:p>
        </w:tc>
        <w:tc>
          <w:tcPr>
            <w:tcW w:w="0" w:type="auto"/>
            <w:shd w:val="clear" w:color="auto" w:fill="FFFFFF"/>
          </w:tcPr>
          <w:p w14:paraId="53326B79" w14:textId="77777777" w:rsidR="00363A1F" w:rsidRDefault="00832053">
            <w:r>
              <w:t>30,53</w:t>
            </w:r>
          </w:p>
        </w:tc>
      </w:tr>
      <w:tr w:rsidR="00363A1F" w14:paraId="1130A9A6" w14:textId="77777777">
        <w:trPr>
          <w:cantSplit/>
        </w:trPr>
        <w:tc>
          <w:tcPr>
            <w:tcW w:w="0" w:type="auto"/>
            <w:shd w:val="clear" w:color="auto" w:fill="F2F2F2"/>
          </w:tcPr>
          <w:p w14:paraId="7026C291" w14:textId="77777777" w:rsidR="00363A1F" w:rsidRDefault="00832053">
            <w:r>
              <w:t>125–200 мм</w:t>
            </w:r>
          </w:p>
        </w:tc>
        <w:tc>
          <w:tcPr>
            <w:tcW w:w="0" w:type="auto"/>
            <w:shd w:val="clear" w:color="auto" w:fill="FFFFFF"/>
          </w:tcPr>
          <w:p w14:paraId="1A0318B5" w14:textId="77777777" w:rsidR="00363A1F" w:rsidRDefault="00832053">
            <w:r>
              <w:t>199</w:t>
            </w:r>
          </w:p>
        </w:tc>
        <w:tc>
          <w:tcPr>
            <w:tcW w:w="0" w:type="auto"/>
            <w:shd w:val="clear" w:color="auto" w:fill="FFFFFF"/>
          </w:tcPr>
          <w:p w14:paraId="03D79E1E" w14:textId="77777777" w:rsidR="00363A1F" w:rsidRDefault="00832053">
            <w:r>
              <w:t>31262,80</w:t>
            </w:r>
          </w:p>
        </w:tc>
        <w:tc>
          <w:tcPr>
            <w:tcW w:w="0" w:type="auto"/>
            <w:shd w:val="clear" w:color="auto" w:fill="FFFFFF"/>
          </w:tcPr>
          <w:p w14:paraId="01D98785" w14:textId="77777777" w:rsidR="00363A1F" w:rsidRDefault="00832053">
            <w:r>
              <w:t>29,62</w:t>
            </w:r>
          </w:p>
        </w:tc>
      </w:tr>
      <w:tr w:rsidR="00363A1F" w14:paraId="1708351F" w14:textId="77777777">
        <w:trPr>
          <w:cantSplit/>
        </w:trPr>
        <w:tc>
          <w:tcPr>
            <w:tcW w:w="0" w:type="auto"/>
            <w:shd w:val="clear" w:color="auto" w:fill="F2F2F2"/>
          </w:tcPr>
          <w:p w14:paraId="12E8FEDB" w14:textId="77777777" w:rsidR="00363A1F" w:rsidRDefault="00832053">
            <w:r>
              <w:t>250–300 мм</w:t>
            </w:r>
          </w:p>
        </w:tc>
        <w:tc>
          <w:tcPr>
            <w:tcW w:w="0" w:type="auto"/>
            <w:shd w:val="clear" w:color="auto" w:fill="FFFFFF"/>
          </w:tcPr>
          <w:p w14:paraId="0F85CEDC" w14:textId="77777777" w:rsidR="00363A1F" w:rsidRDefault="00832053">
            <w:r>
              <w:t>65</w:t>
            </w:r>
          </w:p>
        </w:tc>
        <w:tc>
          <w:tcPr>
            <w:tcW w:w="0" w:type="auto"/>
            <w:shd w:val="clear" w:color="auto" w:fill="FFFFFF"/>
          </w:tcPr>
          <w:p w14:paraId="1B5D8359" w14:textId="77777777" w:rsidR="00363A1F" w:rsidRDefault="00832053">
            <w:r>
              <w:t>21530,50</w:t>
            </w:r>
          </w:p>
        </w:tc>
        <w:tc>
          <w:tcPr>
            <w:tcW w:w="0" w:type="auto"/>
            <w:shd w:val="clear" w:color="auto" w:fill="FFFFFF"/>
          </w:tcPr>
          <w:p w14:paraId="6D84B45D" w14:textId="77777777" w:rsidR="00363A1F" w:rsidRDefault="00832053">
            <w:r>
              <w:t>20,40</w:t>
            </w:r>
          </w:p>
        </w:tc>
      </w:tr>
      <w:tr w:rsidR="00363A1F" w14:paraId="22C2AC25" w14:textId="77777777">
        <w:trPr>
          <w:cantSplit/>
        </w:trPr>
        <w:tc>
          <w:tcPr>
            <w:tcW w:w="0" w:type="auto"/>
            <w:shd w:val="clear" w:color="auto" w:fill="F2F2F2"/>
          </w:tcPr>
          <w:p w14:paraId="30EA97F1" w14:textId="77777777" w:rsidR="00363A1F" w:rsidRDefault="00832053">
            <w:r>
              <w:t>более 300 мм</w:t>
            </w:r>
          </w:p>
        </w:tc>
        <w:tc>
          <w:tcPr>
            <w:tcW w:w="0" w:type="auto"/>
            <w:shd w:val="clear" w:color="auto" w:fill="FFFFFF"/>
          </w:tcPr>
          <w:p w14:paraId="32D3BC70" w14:textId="77777777" w:rsidR="00363A1F" w:rsidRDefault="00832053">
            <w:r>
              <w:t>9</w:t>
            </w:r>
          </w:p>
        </w:tc>
        <w:tc>
          <w:tcPr>
            <w:tcW w:w="0" w:type="auto"/>
            <w:shd w:val="clear" w:color="auto" w:fill="FFFFFF"/>
          </w:tcPr>
          <w:p w14:paraId="7FF0DDE4" w14:textId="77777777" w:rsidR="00363A1F" w:rsidRDefault="00832053">
            <w:r>
              <w:t>2871,00</w:t>
            </w:r>
          </w:p>
        </w:tc>
        <w:tc>
          <w:tcPr>
            <w:tcW w:w="0" w:type="auto"/>
            <w:shd w:val="clear" w:color="auto" w:fill="FFFFFF"/>
          </w:tcPr>
          <w:p w14:paraId="567D5F6D" w14:textId="77777777" w:rsidR="00363A1F" w:rsidRDefault="00832053">
            <w:r>
              <w:t>2,72</w:t>
            </w:r>
          </w:p>
        </w:tc>
      </w:tr>
      <w:tr w:rsidR="00363A1F" w14:paraId="7D377E03" w14:textId="77777777">
        <w:trPr>
          <w:cantSplit/>
        </w:trPr>
        <w:tc>
          <w:tcPr>
            <w:tcW w:w="0" w:type="auto"/>
            <w:shd w:val="clear" w:color="auto" w:fill="DBE5F1"/>
          </w:tcPr>
          <w:p w14:paraId="2152CF3A" w14:textId="77777777" w:rsidR="00363A1F" w:rsidRDefault="00832053">
            <w:r>
              <w:rPr>
                <w:b/>
              </w:rPr>
              <w:t>Итого</w:t>
            </w:r>
          </w:p>
        </w:tc>
        <w:tc>
          <w:tcPr>
            <w:tcW w:w="0" w:type="auto"/>
            <w:shd w:val="clear" w:color="auto" w:fill="DBE5F1"/>
          </w:tcPr>
          <w:p w14:paraId="00E49800" w14:textId="77777777" w:rsidR="00363A1F" w:rsidRDefault="00832053">
            <w:r>
              <w:rPr>
                <w:b/>
              </w:rPr>
              <w:t>1294</w:t>
            </w:r>
          </w:p>
        </w:tc>
        <w:tc>
          <w:tcPr>
            <w:tcW w:w="0" w:type="auto"/>
            <w:shd w:val="clear" w:color="auto" w:fill="DBE5F1"/>
          </w:tcPr>
          <w:p w14:paraId="5CA7E6C1" w14:textId="77777777" w:rsidR="00363A1F" w:rsidRDefault="00832053">
            <w:r>
              <w:rPr>
                <w:b/>
              </w:rPr>
              <w:t>105536,70</w:t>
            </w:r>
          </w:p>
        </w:tc>
        <w:tc>
          <w:tcPr>
            <w:tcW w:w="0" w:type="auto"/>
            <w:shd w:val="clear" w:color="auto" w:fill="DBE5F1"/>
          </w:tcPr>
          <w:p w14:paraId="304C6124" w14:textId="77777777" w:rsidR="00363A1F" w:rsidRDefault="00832053">
            <w:r>
              <w:rPr>
                <w:b/>
              </w:rPr>
              <w:t>100,00</w:t>
            </w:r>
          </w:p>
        </w:tc>
      </w:tr>
    </w:tbl>
    <w:p w14:paraId="54EA346C" w14:textId="77777777" w:rsidR="006C72FB" w:rsidRPr="00844B84" w:rsidRDefault="0084102B">
      <w:pPr>
        <w:rPr>
          <w:lang w:val="ru-RU"/>
        </w:rPr>
      </w:pPr>
      <w:r w:rsidRPr="00844B84">
        <w:rPr>
          <w:lang w:val="ru-RU"/>
        </w:rPr>
        <w:t>Схема рекомендуемых диаметров трубопроводов по пгт Спасск приведена в разделе «Графические материалы» настоящей утверждаемой части, рисунок 12.</w:t>
      </w:r>
    </w:p>
    <w:p w14:paraId="37E9EC7A" w14:textId="77777777" w:rsidR="00363A1F" w:rsidRPr="00844B84" w:rsidRDefault="00832053">
      <w:pPr>
        <w:pStyle w:val="21"/>
        <w:rPr>
          <w:lang w:val="ru-RU"/>
        </w:rPr>
      </w:pPr>
      <w:bookmarkStart w:id="66" w:name="_Toc238017265"/>
      <w:r w:rsidRPr="00844B84">
        <w:rPr>
          <w:lang w:val="ru-RU"/>
        </w:rPr>
        <w:t>6.6. Распределение сетей по способу прокладки</w:t>
      </w:r>
      <w:bookmarkEnd w:id="66"/>
    </w:p>
    <w:p w14:paraId="2421C49C" w14:textId="77777777" w:rsidR="00363A1F" w:rsidRPr="00F815F9" w:rsidRDefault="00832053">
      <w:pPr>
        <w:rPr>
          <w:b/>
          <w:bCs/>
          <w:lang w:val="ru-RU"/>
        </w:rPr>
      </w:pPr>
      <w:r w:rsidRPr="00F815F9">
        <w:rPr>
          <w:b/>
          <w:bCs/>
          <w:lang w:val="ru-RU"/>
        </w:rPr>
        <w:t>Таблица 6.6 — Распределение тепловых сетей по способу прокладки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028"/>
        <w:gridCol w:w="2222"/>
        <w:gridCol w:w="3786"/>
        <w:gridCol w:w="1453"/>
      </w:tblGrid>
      <w:tr w:rsidR="00363A1F" w14:paraId="28839DDE" w14:textId="77777777">
        <w:trPr>
          <w:cantSplit/>
          <w:tblHeader/>
        </w:trPr>
        <w:tc>
          <w:tcPr>
            <w:tcW w:w="0" w:type="auto"/>
            <w:shd w:val="clear" w:color="auto" w:fill="E2F0D9"/>
          </w:tcPr>
          <w:p w14:paraId="3E8068AB" w14:textId="77777777" w:rsidR="00363A1F" w:rsidRDefault="00832053">
            <w:pPr>
              <w:jc w:val="center"/>
            </w:pPr>
            <w:r>
              <w:rPr>
                <w:b/>
              </w:rPr>
              <w:t>Способ прокладки</w:t>
            </w:r>
          </w:p>
        </w:tc>
        <w:tc>
          <w:tcPr>
            <w:tcW w:w="0" w:type="auto"/>
            <w:shd w:val="clear" w:color="auto" w:fill="E2F0D9"/>
          </w:tcPr>
          <w:p w14:paraId="5F3C3359" w14:textId="77777777" w:rsidR="00363A1F" w:rsidRDefault="00832053">
            <w:pPr>
              <w:jc w:val="center"/>
            </w:pPr>
            <w:r>
              <w:rPr>
                <w:b/>
              </w:rPr>
              <w:t>Участков, ед.</w:t>
            </w:r>
          </w:p>
        </w:tc>
        <w:tc>
          <w:tcPr>
            <w:tcW w:w="0" w:type="auto"/>
            <w:shd w:val="clear" w:color="auto" w:fill="E2F0D9"/>
          </w:tcPr>
          <w:p w14:paraId="238AC542" w14:textId="77777777" w:rsidR="00363A1F" w:rsidRPr="00844B84" w:rsidRDefault="00832053">
            <w:pPr>
              <w:jc w:val="center"/>
              <w:rPr>
                <w:lang w:val="ru-RU"/>
              </w:rPr>
            </w:pPr>
            <w:r w:rsidRPr="00844B84">
              <w:rPr>
                <w:b/>
                <w:lang w:val="ru-RU"/>
              </w:rPr>
              <w:t>Длина по оси трассы, м</w:t>
            </w:r>
          </w:p>
        </w:tc>
        <w:tc>
          <w:tcPr>
            <w:tcW w:w="0" w:type="auto"/>
            <w:shd w:val="clear" w:color="auto" w:fill="E2F0D9"/>
          </w:tcPr>
          <w:p w14:paraId="1DBE4C58" w14:textId="77777777" w:rsidR="00363A1F" w:rsidRDefault="00832053">
            <w:pPr>
              <w:jc w:val="center"/>
            </w:pPr>
            <w:r>
              <w:rPr>
                <w:b/>
              </w:rPr>
              <w:t>Доля, %</w:t>
            </w:r>
          </w:p>
        </w:tc>
      </w:tr>
      <w:tr w:rsidR="00363A1F" w14:paraId="54608560" w14:textId="77777777">
        <w:trPr>
          <w:cantSplit/>
        </w:trPr>
        <w:tc>
          <w:tcPr>
            <w:tcW w:w="0" w:type="auto"/>
            <w:shd w:val="clear" w:color="auto" w:fill="F2F2F2"/>
          </w:tcPr>
          <w:p w14:paraId="5C4C1594" w14:textId="77777777" w:rsidR="00363A1F" w:rsidRDefault="00832053">
            <w:r>
              <w:t>надземная</w:t>
            </w:r>
          </w:p>
        </w:tc>
        <w:tc>
          <w:tcPr>
            <w:tcW w:w="0" w:type="auto"/>
            <w:shd w:val="clear" w:color="auto" w:fill="FFFFFF"/>
          </w:tcPr>
          <w:p w14:paraId="6DE4B6FD" w14:textId="77777777" w:rsidR="00363A1F" w:rsidRDefault="00832053">
            <w:r>
              <w:t>505</w:t>
            </w:r>
          </w:p>
        </w:tc>
        <w:tc>
          <w:tcPr>
            <w:tcW w:w="0" w:type="auto"/>
            <w:shd w:val="clear" w:color="auto" w:fill="FFFFFF"/>
          </w:tcPr>
          <w:p w14:paraId="7A4CFB26" w14:textId="77777777" w:rsidR="00363A1F" w:rsidRDefault="00832053">
            <w:r>
              <w:t>55619,70</w:t>
            </w:r>
          </w:p>
        </w:tc>
        <w:tc>
          <w:tcPr>
            <w:tcW w:w="0" w:type="auto"/>
            <w:shd w:val="clear" w:color="auto" w:fill="FFFFFF"/>
          </w:tcPr>
          <w:p w14:paraId="764BC8BA" w14:textId="77777777" w:rsidR="00363A1F" w:rsidRDefault="00832053">
            <w:r>
              <w:t>52,70</w:t>
            </w:r>
          </w:p>
        </w:tc>
      </w:tr>
      <w:tr w:rsidR="00363A1F" w14:paraId="66DB89AC" w14:textId="77777777">
        <w:trPr>
          <w:cantSplit/>
        </w:trPr>
        <w:tc>
          <w:tcPr>
            <w:tcW w:w="0" w:type="auto"/>
            <w:shd w:val="clear" w:color="auto" w:fill="F2F2F2"/>
          </w:tcPr>
          <w:p w14:paraId="15E98CD1" w14:textId="77777777" w:rsidR="00363A1F" w:rsidRDefault="00832053">
            <w:r>
              <w:t>бесканальная</w:t>
            </w:r>
          </w:p>
        </w:tc>
        <w:tc>
          <w:tcPr>
            <w:tcW w:w="0" w:type="auto"/>
            <w:shd w:val="clear" w:color="auto" w:fill="FFFFFF"/>
          </w:tcPr>
          <w:p w14:paraId="3BCBF8B4" w14:textId="77777777" w:rsidR="00363A1F" w:rsidRDefault="00832053">
            <w:r>
              <w:t>506</w:t>
            </w:r>
          </w:p>
        </w:tc>
        <w:tc>
          <w:tcPr>
            <w:tcW w:w="0" w:type="auto"/>
            <w:shd w:val="clear" w:color="auto" w:fill="FFFFFF"/>
          </w:tcPr>
          <w:p w14:paraId="1B10F5DF" w14:textId="77777777" w:rsidR="00363A1F" w:rsidRDefault="00832053">
            <w:r>
              <w:t>36405,10</w:t>
            </w:r>
          </w:p>
        </w:tc>
        <w:tc>
          <w:tcPr>
            <w:tcW w:w="0" w:type="auto"/>
            <w:shd w:val="clear" w:color="auto" w:fill="FFFFFF"/>
          </w:tcPr>
          <w:p w14:paraId="74B535BD" w14:textId="77777777" w:rsidR="00363A1F" w:rsidRDefault="00832053">
            <w:r>
              <w:t>34,50</w:t>
            </w:r>
          </w:p>
        </w:tc>
      </w:tr>
      <w:tr w:rsidR="00363A1F" w14:paraId="04BD70B3" w14:textId="77777777">
        <w:trPr>
          <w:cantSplit/>
        </w:trPr>
        <w:tc>
          <w:tcPr>
            <w:tcW w:w="0" w:type="auto"/>
            <w:shd w:val="clear" w:color="auto" w:fill="F2F2F2"/>
          </w:tcPr>
          <w:p w14:paraId="0F3D68A0" w14:textId="77777777" w:rsidR="00363A1F" w:rsidRDefault="00832053">
            <w:r>
              <w:t>канальная</w:t>
            </w:r>
          </w:p>
        </w:tc>
        <w:tc>
          <w:tcPr>
            <w:tcW w:w="0" w:type="auto"/>
            <w:shd w:val="clear" w:color="auto" w:fill="FFFFFF"/>
          </w:tcPr>
          <w:p w14:paraId="41E36D22" w14:textId="77777777" w:rsidR="00363A1F" w:rsidRDefault="00832053">
            <w:r>
              <w:t>283</w:t>
            </w:r>
          </w:p>
        </w:tc>
        <w:tc>
          <w:tcPr>
            <w:tcW w:w="0" w:type="auto"/>
            <w:shd w:val="clear" w:color="auto" w:fill="FFFFFF"/>
          </w:tcPr>
          <w:p w14:paraId="4CDE953B" w14:textId="77777777" w:rsidR="00363A1F" w:rsidRDefault="00832053">
            <w:r>
              <w:t>13511,90</w:t>
            </w:r>
          </w:p>
        </w:tc>
        <w:tc>
          <w:tcPr>
            <w:tcW w:w="0" w:type="auto"/>
            <w:shd w:val="clear" w:color="auto" w:fill="FFFFFF"/>
          </w:tcPr>
          <w:p w14:paraId="120FD725" w14:textId="77777777" w:rsidR="00363A1F" w:rsidRDefault="00832053">
            <w:r>
              <w:t>12,80</w:t>
            </w:r>
          </w:p>
        </w:tc>
      </w:tr>
      <w:tr w:rsidR="00363A1F" w14:paraId="7F2384E1" w14:textId="77777777">
        <w:trPr>
          <w:cantSplit/>
        </w:trPr>
        <w:tc>
          <w:tcPr>
            <w:tcW w:w="0" w:type="auto"/>
            <w:shd w:val="clear" w:color="auto" w:fill="DBE5F1"/>
          </w:tcPr>
          <w:p w14:paraId="729936BA" w14:textId="77777777" w:rsidR="00363A1F" w:rsidRDefault="00832053">
            <w:r>
              <w:rPr>
                <w:b/>
              </w:rPr>
              <w:t>Итого</w:t>
            </w:r>
          </w:p>
        </w:tc>
        <w:tc>
          <w:tcPr>
            <w:tcW w:w="0" w:type="auto"/>
            <w:shd w:val="clear" w:color="auto" w:fill="DBE5F1"/>
          </w:tcPr>
          <w:p w14:paraId="7AD56425" w14:textId="77777777" w:rsidR="00363A1F" w:rsidRDefault="00832053">
            <w:r>
              <w:rPr>
                <w:b/>
              </w:rPr>
              <w:t>1294</w:t>
            </w:r>
          </w:p>
        </w:tc>
        <w:tc>
          <w:tcPr>
            <w:tcW w:w="0" w:type="auto"/>
            <w:shd w:val="clear" w:color="auto" w:fill="DBE5F1"/>
          </w:tcPr>
          <w:p w14:paraId="676FD2E7" w14:textId="77777777" w:rsidR="00363A1F" w:rsidRDefault="00832053">
            <w:r>
              <w:rPr>
                <w:b/>
              </w:rPr>
              <w:t>105536,70</w:t>
            </w:r>
          </w:p>
        </w:tc>
        <w:tc>
          <w:tcPr>
            <w:tcW w:w="0" w:type="auto"/>
            <w:shd w:val="clear" w:color="auto" w:fill="DBE5F1"/>
          </w:tcPr>
          <w:p w14:paraId="47FAE4AC" w14:textId="77777777" w:rsidR="00363A1F" w:rsidRDefault="00832053">
            <w:r>
              <w:rPr>
                <w:b/>
              </w:rPr>
              <w:t>100,00</w:t>
            </w:r>
          </w:p>
        </w:tc>
      </w:tr>
    </w:tbl>
    <w:p w14:paraId="10ADA93F" w14:textId="77777777" w:rsidR="00363A1F" w:rsidRDefault="00832053">
      <w:pPr>
        <w:pStyle w:val="21"/>
      </w:pPr>
      <w:bookmarkStart w:id="67" w:name="_Toc238017266"/>
      <w:r>
        <w:t>6.7. Возрастная структура тепловых сетей</w:t>
      </w:r>
      <w:bookmarkEnd w:id="67"/>
    </w:p>
    <w:p w14:paraId="714292F3" w14:textId="77777777" w:rsidR="00363A1F" w:rsidRPr="00F815F9" w:rsidRDefault="00832053">
      <w:pPr>
        <w:rPr>
          <w:b/>
          <w:bCs/>
          <w:lang w:val="ru-RU"/>
        </w:rPr>
      </w:pPr>
      <w:r w:rsidRPr="00F815F9">
        <w:rPr>
          <w:b/>
          <w:bCs/>
          <w:lang w:val="ru-RU"/>
        </w:rPr>
        <w:t>Таблица 6.7 — Возрастная структура тепловых сетей на 2026 год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070"/>
        <w:gridCol w:w="2209"/>
        <w:gridCol w:w="3765"/>
        <w:gridCol w:w="1445"/>
      </w:tblGrid>
      <w:tr w:rsidR="00363A1F" w14:paraId="48C58088" w14:textId="77777777">
        <w:trPr>
          <w:cantSplit/>
          <w:tblHeader/>
        </w:trPr>
        <w:tc>
          <w:tcPr>
            <w:tcW w:w="0" w:type="auto"/>
            <w:shd w:val="clear" w:color="auto" w:fill="E2F0D9"/>
          </w:tcPr>
          <w:p w14:paraId="220C75E8" w14:textId="77777777" w:rsidR="00363A1F" w:rsidRDefault="00832053">
            <w:pPr>
              <w:jc w:val="center"/>
            </w:pPr>
            <w:r>
              <w:rPr>
                <w:b/>
              </w:rPr>
              <w:t>Возрастная группа</w:t>
            </w:r>
          </w:p>
        </w:tc>
        <w:tc>
          <w:tcPr>
            <w:tcW w:w="0" w:type="auto"/>
            <w:shd w:val="clear" w:color="auto" w:fill="E2F0D9"/>
          </w:tcPr>
          <w:p w14:paraId="5314020C" w14:textId="77777777" w:rsidR="00363A1F" w:rsidRDefault="00832053">
            <w:pPr>
              <w:jc w:val="center"/>
            </w:pPr>
            <w:r>
              <w:rPr>
                <w:b/>
              </w:rPr>
              <w:t>Участков, ед.</w:t>
            </w:r>
          </w:p>
        </w:tc>
        <w:tc>
          <w:tcPr>
            <w:tcW w:w="0" w:type="auto"/>
            <w:shd w:val="clear" w:color="auto" w:fill="E2F0D9"/>
          </w:tcPr>
          <w:p w14:paraId="419F6C1D" w14:textId="77777777" w:rsidR="00363A1F" w:rsidRPr="00844B84" w:rsidRDefault="00832053">
            <w:pPr>
              <w:jc w:val="center"/>
              <w:rPr>
                <w:lang w:val="ru-RU"/>
              </w:rPr>
            </w:pPr>
            <w:r w:rsidRPr="00844B84">
              <w:rPr>
                <w:b/>
                <w:lang w:val="ru-RU"/>
              </w:rPr>
              <w:t>Длина по оси трассы, м</w:t>
            </w:r>
          </w:p>
        </w:tc>
        <w:tc>
          <w:tcPr>
            <w:tcW w:w="0" w:type="auto"/>
            <w:shd w:val="clear" w:color="auto" w:fill="E2F0D9"/>
          </w:tcPr>
          <w:p w14:paraId="1C0361A4" w14:textId="77777777" w:rsidR="00363A1F" w:rsidRDefault="00832053">
            <w:pPr>
              <w:jc w:val="center"/>
            </w:pPr>
            <w:r>
              <w:rPr>
                <w:b/>
              </w:rPr>
              <w:t>Доля, %</w:t>
            </w:r>
          </w:p>
        </w:tc>
      </w:tr>
      <w:tr w:rsidR="00363A1F" w14:paraId="4DEF355D" w14:textId="77777777">
        <w:trPr>
          <w:cantSplit/>
        </w:trPr>
        <w:tc>
          <w:tcPr>
            <w:tcW w:w="0" w:type="auto"/>
            <w:shd w:val="clear" w:color="auto" w:fill="F2F2F2"/>
          </w:tcPr>
          <w:p w14:paraId="5BE0C4D6" w14:textId="77777777" w:rsidR="00363A1F" w:rsidRDefault="00832053">
            <w:r>
              <w:t>до 5 лет</w:t>
            </w:r>
          </w:p>
        </w:tc>
        <w:tc>
          <w:tcPr>
            <w:tcW w:w="0" w:type="auto"/>
            <w:shd w:val="clear" w:color="auto" w:fill="FFFFFF"/>
          </w:tcPr>
          <w:p w14:paraId="58EC2101" w14:textId="77777777" w:rsidR="00363A1F" w:rsidRDefault="00832053">
            <w:r>
              <w:t>5</w:t>
            </w:r>
          </w:p>
        </w:tc>
        <w:tc>
          <w:tcPr>
            <w:tcW w:w="0" w:type="auto"/>
            <w:shd w:val="clear" w:color="auto" w:fill="FFFFFF"/>
          </w:tcPr>
          <w:p w14:paraId="75BB0657" w14:textId="77777777" w:rsidR="00363A1F" w:rsidRDefault="00832053">
            <w:r>
              <w:t>3146,50</w:t>
            </w:r>
          </w:p>
        </w:tc>
        <w:tc>
          <w:tcPr>
            <w:tcW w:w="0" w:type="auto"/>
            <w:shd w:val="clear" w:color="auto" w:fill="FFFFFF"/>
          </w:tcPr>
          <w:p w14:paraId="22EF35C9" w14:textId="77777777" w:rsidR="00363A1F" w:rsidRDefault="00832053">
            <w:r>
              <w:t>2,98</w:t>
            </w:r>
          </w:p>
        </w:tc>
      </w:tr>
      <w:tr w:rsidR="00363A1F" w14:paraId="5828D12E" w14:textId="77777777">
        <w:trPr>
          <w:cantSplit/>
        </w:trPr>
        <w:tc>
          <w:tcPr>
            <w:tcW w:w="0" w:type="auto"/>
            <w:shd w:val="clear" w:color="auto" w:fill="F2F2F2"/>
          </w:tcPr>
          <w:p w14:paraId="6CDF065A" w14:textId="77777777" w:rsidR="00363A1F" w:rsidRDefault="00832053">
            <w:r>
              <w:t>5–10 лет</w:t>
            </w:r>
          </w:p>
        </w:tc>
        <w:tc>
          <w:tcPr>
            <w:tcW w:w="0" w:type="auto"/>
            <w:shd w:val="clear" w:color="auto" w:fill="FFFFFF"/>
          </w:tcPr>
          <w:p w14:paraId="4303952B" w14:textId="77777777" w:rsidR="00363A1F" w:rsidRDefault="00832053">
            <w:r>
              <w:t>2</w:t>
            </w:r>
          </w:p>
        </w:tc>
        <w:tc>
          <w:tcPr>
            <w:tcW w:w="0" w:type="auto"/>
            <w:shd w:val="clear" w:color="auto" w:fill="FFFFFF"/>
          </w:tcPr>
          <w:p w14:paraId="7B7E70CD" w14:textId="77777777" w:rsidR="00363A1F" w:rsidRDefault="00832053">
            <w:r>
              <w:t>1232,00</w:t>
            </w:r>
          </w:p>
        </w:tc>
        <w:tc>
          <w:tcPr>
            <w:tcW w:w="0" w:type="auto"/>
            <w:shd w:val="clear" w:color="auto" w:fill="FFFFFF"/>
          </w:tcPr>
          <w:p w14:paraId="3CBA750A" w14:textId="77777777" w:rsidR="00363A1F" w:rsidRDefault="00832053">
            <w:r>
              <w:t>1,17</w:t>
            </w:r>
          </w:p>
        </w:tc>
      </w:tr>
      <w:tr w:rsidR="00363A1F" w14:paraId="2154AAA1" w14:textId="77777777">
        <w:trPr>
          <w:cantSplit/>
        </w:trPr>
        <w:tc>
          <w:tcPr>
            <w:tcW w:w="0" w:type="auto"/>
            <w:shd w:val="clear" w:color="auto" w:fill="F2F2F2"/>
          </w:tcPr>
          <w:p w14:paraId="30EDB5AB" w14:textId="77777777" w:rsidR="00363A1F" w:rsidRDefault="00832053">
            <w:r>
              <w:t>10–15 лет</w:t>
            </w:r>
          </w:p>
        </w:tc>
        <w:tc>
          <w:tcPr>
            <w:tcW w:w="0" w:type="auto"/>
            <w:shd w:val="clear" w:color="auto" w:fill="FFFFFF"/>
          </w:tcPr>
          <w:p w14:paraId="2A5F2070" w14:textId="77777777" w:rsidR="00363A1F" w:rsidRDefault="00832053">
            <w:r>
              <w:t>181</w:t>
            </w:r>
          </w:p>
        </w:tc>
        <w:tc>
          <w:tcPr>
            <w:tcW w:w="0" w:type="auto"/>
            <w:shd w:val="clear" w:color="auto" w:fill="FFFFFF"/>
          </w:tcPr>
          <w:p w14:paraId="1E6C2ED3" w14:textId="77777777" w:rsidR="00363A1F" w:rsidRDefault="00832053">
            <w:r>
              <w:t>7649,00</w:t>
            </w:r>
          </w:p>
        </w:tc>
        <w:tc>
          <w:tcPr>
            <w:tcW w:w="0" w:type="auto"/>
            <w:shd w:val="clear" w:color="auto" w:fill="FFFFFF"/>
          </w:tcPr>
          <w:p w14:paraId="374D08BA" w14:textId="77777777" w:rsidR="00363A1F" w:rsidRDefault="00832053">
            <w:r>
              <w:t>7,25</w:t>
            </w:r>
          </w:p>
        </w:tc>
      </w:tr>
      <w:tr w:rsidR="00363A1F" w14:paraId="06C18494" w14:textId="77777777">
        <w:trPr>
          <w:cantSplit/>
        </w:trPr>
        <w:tc>
          <w:tcPr>
            <w:tcW w:w="0" w:type="auto"/>
            <w:shd w:val="clear" w:color="auto" w:fill="F2F2F2"/>
          </w:tcPr>
          <w:p w14:paraId="48229AE9" w14:textId="77777777" w:rsidR="00363A1F" w:rsidRDefault="00832053">
            <w:r>
              <w:t>15–20 лет</w:t>
            </w:r>
          </w:p>
        </w:tc>
        <w:tc>
          <w:tcPr>
            <w:tcW w:w="0" w:type="auto"/>
            <w:shd w:val="clear" w:color="auto" w:fill="FFFFFF"/>
          </w:tcPr>
          <w:p w14:paraId="729DADDD" w14:textId="77777777" w:rsidR="00363A1F" w:rsidRDefault="00832053">
            <w:r>
              <w:t>165</w:t>
            </w:r>
          </w:p>
        </w:tc>
        <w:tc>
          <w:tcPr>
            <w:tcW w:w="0" w:type="auto"/>
            <w:shd w:val="clear" w:color="auto" w:fill="FFFFFF"/>
          </w:tcPr>
          <w:p w14:paraId="2623F398" w14:textId="77777777" w:rsidR="00363A1F" w:rsidRDefault="00832053">
            <w:r>
              <w:t>9523,70</w:t>
            </w:r>
          </w:p>
        </w:tc>
        <w:tc>
          <w:tcPr>
            <w:tcW w:w="0" w:type="auto"/>
            <w:shd w:val="clear" w:color="auto" w:fill="FFFFFF"/>
          </w:tcPr>
          <w:p w14:paraId="4C44CEE2" w14:textId="77777777" w:rsidR="00363A1F" w:rsidRDefault="00832053">
            <w:r>
              <w:t>9,02</w:t>
            </w:r>
          </w:p>
        </w:tc>
      </w:tr>
      <w:tr w:rsidR="00363A1F" w14:paraId="13A8ADD1" w14:textId="77777777">
        <w:trPr>
          <w:cantSplit/>
        </w:trPr>
        <w:tc>
          <w:tcPr>
            <w:tcW w:w="0" w:type="auto"/>
            <w:shd w:val="clear" w:color="auto" w:fill="F2F2F2"/>
          </w:tcPr>
          <w:p w14:paraId="4907D863" w14:textId="77777777" w:rsidR="00363A1F" w:rsidRDefault="00832053">
            <w:r>
              <w:t>20–25 лет</w:t>
            </w:r>
          </w:p>
        </w:tc>
        <w:tc>
          <w:tcPr>
            <w:tcW w:w="0" w:type="auto"/>
            <w:shd w:val="clear" w:color="auto" w:fill="FFFFFF"/>
          </w:tcPr>
          <w:p w14:paraId="4D0537C3" w14:textId="77777777" w:rsidR="00363A1F" w:rsidRDefault="00832053">
            <w:r>
              <w:t>146</w:t>
            </w:r>
          </w:p>
        </w:tc>
        <w:tc>
          <w:tcPr>
            <w:tcW w:w="0" w:type="auto"/>
            <w:shd w:val="clear" w:color="auto" w:fill="FFFFFF"/>
          </w:tcPr>
          <w:p w14:paraId="5C391FF6" w14:textId="77777777" w:rsidR="00363A1F" w:rsidRDefault="00832053">
            <w:r>
              <w:t>10333,20</w:t>
            </w:r>
          </w:p>
        </w:tc>
        <w:tc>
          <w:tcPr>
            <w:tcW w:w="0" w:type="auto"/>
            <w:shd w:val="clear" w:color="auto" w:fill="FFFFFF"/>
          </w:tcPr>
          <w:p w14:paraId="168BFE55" w14:textId="77777777" w:rsidR="00363A1F" w:rsidRDefault="00832053">
            <w:r>
              <w:t>9,79</w:t>
            </w:r>
          </w:p>
        </w:tc>
      </w:tr>
      <w:tr w:rsidR="00363A1F" w14:paraId="45C7CFEB" w14:textId="77777777">
        <w:trPr>
          <w:cantSplit/>
        </w:trPr>
        <w:tc>
          <w:tcPr>
            <w:tcW w:w="0" w:type="auto"/>
            <w:shd w:val="clear" w:color="auto" w:fill="F2F2F2"/>
          </w:tcPr>
          <w:p w14:paraId="4920E179" w14:textId="77777777" w:rsidR="00363A1F" w:rsidRDefault="00832053">
            <w:r>
              <w:t>25–30 лет</w:t>
            </w:r>
          </w:p>
        </w:tc>
        <w:tc>
          <w:tcPr>
            <w:tcW w:w="0" w:type="auto"/>
            <w:shd w:val="clear" w:color="auto" w:fill="FFFFFF"/>
          </w:tcPr>
          <w:p w14:paraId="0D76C1CA" w14:textId="77777777" w:rsidR="00363A1F" w:rsidRDefault="00832053">
            <w:r>
              <w:t>15</w:t>
            </w:r>
          </w:p>
        </w:tc>
        <w:tc>
          <w:tcPr>
            <w:tcW w:w="0" w:type="auto"/>
            <w:shd w:val="clear" w:color="auto" w:fill="FFFFFF"/>
          </w:tcPr>
          <w:p w14:paraId="1FF52C44" w14:textId="77777777" w:rsidR="00363A1F" w:rsidRDefault="00832053">
            <w:r>
              <w:t>852,00</w:t>
            </w:r>
          </w:p>
        </w:tc>
        <w:tc>
          <w:tcPr>
            <w:tcW w:w="0" w:type="auto"/>
            <w:shd w:val="clear" w:color="auto" w:fill="FFFFFF"/>
          </w:tcPr>
          <w:p w14:paraId="1BAFE3EE" w14:textId="77777777" w:rsidR="00363A1F" w:rsidRDefault="00832053">
            <w:r>
              <w:t>0,81</w:t>
            </w:r>
          </w:p>
        </w:tc>
      </w:tr>
      <w:tr w:rsidR="00363A1F" w14:paraId="7018D475" w14:textId="77777777">
        <w:trPr>
          <w:cantSplit/>
        </w:trPr>
        <w:tc>
          <w:tcPr>
            <w:tcW w:w="0" w:type="auto"/>
            <w:shd w:val="clear" w:color="auto" w:fill="F2F2F2"/>
          </w:tcPr>
          <w:p w14:paraId="1D803587" w14:textId="77777777" w:rsidR="00363A1F" w:rsidRDefault="00832053">
            <w:r>
              <w:t>более 30 лет</w:t>
            </w:r>
          </w:p>
        </w:tc>
        <w:tc>
          <w:tcPr>
            <w:tcW w:w="0" w:type="auto"/>
            <w:shd w:val="clear" w:color="auto" w:fill="FFFFFF"/>
          </w:tcPr>
          <w:p w14:paraId="5A9236A3" w14:textId="77777777" w:rsidR="00363A1F" w:rsidRDefault="00832053">
            <w:r>
              <w:t>780</w:t>
            </w:r>
          </w:p>
        </w:tc>
        <w:tc>
          <w:tcPr>
            <w:tcW w:w="0" w:type="auto"/>
            <w:shd w:val="clear" w:color="auto" w:fill="FFFFFF"/>
          </w:tcPr>
          <w:p w14:paraId="3646E6B4" w14:textId="77777777" w:rsidR="00363A1F" w:rsidRDefault="00832053">
            <w:r>
              <w:t>72800,30</w:t>
            </w:r>
          </w:p>
        </w:tc>
        <w:tc>
          <w:tcPr>
            <w:tcW w:w="0" w:type="auto"/>
            <w:shd w:val="clear" w:color="auto" w:fill="FFFFFF"/>
          </w:tcPr>
          <w:p w14:paraId="590D58E9" w14:textId="77777777" w:rsidR="00363A1F" w:rsidRDefault="00832053">
            <w:r>
              <w:t>68,98</w:t>
            </w:r>
          </w:p>
        </w:tc>
      </w:tr>
      <w:tr w:rsidR="00363A1F" w14:paraId="6D61D1C4" w14:textId="77777777">
        <w:trPr>
          <w:cantSplit/>
        </w:trPr>
        <w:tc>
          <w:tcPr>
            <w:tcW w:w="0" w:type="auto"/>
            <w:shd w:val="clear" w:color="auto" w:fill="DBE5F1"/>
          </w:tcPr>
          <w:p w14:paraId="039B8957" w14:textId="77777777" w:rsidR="00363A1F" w:rsidRDefault="00832053">
            <w:r>
              <w:rPr>
                <w:b/>
              </w:rPr>
              <w:t>Итого</w:t>
            </w:r>
          </w:p>
        </w:tc>
        <w:tc>
          <w:tcPr>
            <w:tcW w:w="0" w:type="auto"/>
            <w:shd w:val="clear" w:color="auto" w:fill="DBE5F1"/>
          </w:tcPr>
          <w:p w14:paraId="00F07366" w14:textId="77777777" w:rsidR="00363A1F" w:rsidRDefault="00832053">
            <w:r>
              <w:rPr>
                <w:b/>
              </w:rPr>
              <w:t>1294</w:t>
            </w:r>
          </w:p>
        </w:tc>
        <w:tc>
          <w:tcPr>
            <w:tcW w:w="0" w:type="auto"/>
            <w:shd w:val="clear" w:color="auto" w:fill="DBE5F1"/>
          </w:tcPr>
          <w:p w14:paraId="2387CAA7" w14:textId="77777777" w:rsidR="00363A1F" w:rsidRDefault="00832053">
            <w:r>
              <w:rPr>
                <w:b/>
              </w:rPr>
              <w:t>105536,70</w:t>
            </w:r>
          </w:p>
        </w:tc>
        <w:tc>
          <w:tcPr>
            <w:tcW w:w="0" w:type="auto"/>
            <w:shd w:val="clear" w:color="auto" w:fill="DBE5F1"/>
          </w:tcPr>
          <w:p w14:paraId="2B761DCB" w14:textId="77777777" w:rsidR="00363A1F" w:rsidRDefault="00832053">
            <w:r>
              <w:rPr>
                <w:b/>
              </w:rPr>
              <w:t>100,00</w:t>
            </w:r>
          </w:p>
        </w:tc>
      </w:tr>
    </w:tbl>
    <w:p w14:paraId="5CB94CAB" w14:textId="77777777" w:rsidR="00D2184C" w:rsidRDefault="00D2184C">
      <w:pPr>
        <w:sectPr w:rsidR="00D2184C" w:rsidSect="00034616">
          <w:footerReference w:type="default" r:id="rId21"/>
          <w:pgSz w:w="11906" w:h="16838"/>
          <w:pgMar w:top="850" w:right="567" w:bottom="850" w:left="85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14:paraId="4BBF131D" w14:textId="77777777" w:rsidR="00363A1F" w:rsidRPr="00F815F9" w:rsidRDefault="00832053">
      <w:pPr>
        <w:rPr>
          <w:b/>
          <w:bCs/>
          <w:lang w:val="ru-RU"/>
        </w:rPr>
      </w:pPr>
      <w:r w:rsidRPr="00F815F9">
        <w:rPr>
          <w:b/>
          <w:bCs/>
          <w:lang w:val="ru-RU"/>
        </w:rPr>
        <w:t>Таблица 6.8 — Возрастная структура по системам, участков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61"/>
        <w:gridCol w:w="1245"/>
        <w:gridCol w:w="1322"/>
        <w:gridCol w:w="1477"/>
        <w:gridCol w:w="1477"/>
        <w:gridCol w:w="1477"/>
        <w:gridCol w:w="1477"/>
        <w:gridCol w:w="1851"/>
        <w:gridCol w:w="934"/>
      </w:tblGrid>
      <w:tr w:rsidR="00363A1F" w14:paraId="30CEBDB9" w14:textId="77777777">
        <w:trPr>
          <w:cantSplit/>
          <w:tblHeader/>
        </w:trPr>
        <w:tc>
          <w:tcPr>
            <w:tcW w:w="0" w:type="auto"/>
            <w:shd w:val="clear" w:color="auto" w:fill="E2F0D9"/>
          </w:tcPr>
          <w:p w14:paraId="7C4D14F3" w14:textId="77777777" w:rsidR="00363A1F" w:rsidRDefault="00832053">
            <w:pPr>
              <w:jc w:val="center"/>
            </w:pPr>
            <w:r>
              <w:rPr>
                <w:b/>
              </w:rPr>
              <w:t>Система</w:t>
            </w:r>
          </w:p>
        </w:tc>
        <w:tc>
          <w:tcPr>
            <w:tcW w:w="0" w:type="auto"/>
            <w:shd w:val="clear" w:color="auto" w:fill="E2F0D9"/>
          </w:tcPr>
          <w:p w14:paraId="3429B12E" w14:textId="77777777" w:rsidR="00363A1F" w:rsidRDefault="00832053">
            <w:pPr>
              <w:jc w:val="center"/>
            </w:pPr>
            <w:r>
              <w:rPr>
                <w:b/>
              </w:rPr>
              <w:t>до 5 лет</w:t>
            </w:r>
          </w:p>
        </w:tc>
        <w:tc>
          <w:tcPr>
            <w:tcW w:w="0" w:type="auto"/>
            <w:shd w:val="clear" w:color="auto" w:fill="E2F0D9"/>
          </w:tcPr>
          <w:p w14:paraId="3E7EF1C6" w14:textId="77777777" w:rsidR="00363A1F" w:rsidRDefault="00832053">
            <w:pPr>
              <w:jc w:val="center"/>
            </w:pPr>
            <w:r>
              <w:rPr>
                <w:b/>
              </w:rPr>
              <w:t>5–10 лет</w:t>
            </w:r>
          </w:p>
        </w:tc>
        <w:tc>
          <w:tcPr>
            <w:tcW w:w="0" w:type="auto"/>
            <w:shd w:val="clear" w:color="auto" w:fill="E2F0D9"/>
          </w:tcPr>
          <w:p w14:paraId="270E1E62" w14:textId="77777777" w:rsidR="00363A1F" w:rsidRDefault="00832053">
            <w:pPr>
              <w:jc w:val="center"/>
            </w:pPr>
            <w:r>
              <w:rPr>
                <w:b/>
              </w:rPr>
              <w:t>10–15 лет</w:t>
            </w:r>
          </w:p>
        </w:tc>
        <w:tc>
          <w:tcPr>
            <w:tcW w:w="0" w:type="auto"/>
            <w:shd w:val="clear" w:color="auto" w:fill="E2F0D9"/>
          </w:tcPr>
          <w:p w14:paraId="63B06D31" w14:textId="77777777" w:rsidR="00363A1F" w:rsidRDefault="00832053">
            <w:pPr>
              <w:jc w:val="center"/>
            </w:pPr>
            <w:r>
              <w:rPr>
                <w:b/>
              </w:rPr>
              <w:t>15–20 лет</w:t>
            </w:r>
          </w:p>
        </w:tc>
        <w:tc>
          <w:tcPr>
            <w:tcW w:w="0" w:type="auto"/>
            <w:shd w:val="clear" w:color="auto" w:fill="E2F0D9"/>
          </w:tcPr>
          <w:p w14:paraId="0259D79B" w14:textId="77777777" w:rsidR="00363A1F" w:rsidRDefault="00832053">
            <w:pPr>
              <w:jc w:val="center"/>
            </w:pPr>
            <w:r>
              <w:rPr>
                <w:b/>
              </w:rPr>
              <w:t>20–25 лет</w:t>
            </w:r>
          </w:p>
        </w:tc>
        <w:tc>
          <w:tcPr>
            <w:tcW w:w="0" w:type="auto"/>
            <w:shd w:val="clear" w:color="auto" w:fill="E2F0D9"/>
          </w:tcPr>
          <w:p w14:paraId="4BB110E0" w14:textId="77777777" w:rsidR="00363A1F" w:rsidRDefault="00832053">
            <w:pPr>
              <w:jc w:val="center"/>
            </w:pPr>
            <w:r>
              <w:rPr>
                <w:b/>
              </w:rPr>
              <w:t>25–30 лет</w:t>
            </w:r>
          </w:p>
        </w:tc>
        <w:tc>
          <w:tcPr>
            <w:tcW w:w="0" w:type="auto"/>
            <w:shd w:val="clear" w:color="auto" w:fill="E2F0D9"/>
          </w:tcPr>
          <w:p w14:paraId="62E14ABA" w14:textId="77777777" w:rsidR="00363A1F" w:rsidRDefault="00832053">
            <w:pPr>
              <w:jc w:val="center"/>
            </w:pPr>
            <w:r>
              <w:rPr>
                <w:b/>
              </w:rPr>
              <w:t>более 30 лет</w:t>
            </w:r>
          </w:p>
        </w:tc>
        <w:tc>
          <w:tcPr>
            <w:tcW w:w="0" w:type="auto"/>
            <w:shd w:val="clear" w:color="auto" w:fill="E2F0D9"/>
          </w:tcPr>
          <w:p w14:paraId="77FC9AE2" w14:textId="77777777" w:rsidR="00363A1F" w:rsidRDefault="00832053">
            <w:pPr>
              <w:jc w:val="center"/>
            </w:pPr>
            <w:r>
              <w:rPr>
                <w:b/>
              </w:rPr>
              <w:t>Всего</w:t>
            </w:r>
          </w:p>
        </w:tc>
      </w:tr>
      <w:tr w:rsidR="00363A1F" w14:paraId="0F195AD8" w14:textId="77777777">
        <w:trPr>
          <w:cantSplit/>
        </w:trPr>
        <w:tc>
          <w:tcPr>
            <w:tcW w:w="0" w:type="auto"/>
            <w:shd w:val="clear" w:color="auto" w:fill="F2F2F2"/>
          </w:tcPr>
          <w:p w14:paraId="06513229" w14:textId="77777777" w:rsidR="00363A1F" w:rsidRDefault="00832053">
            <w:r>
              <w:t>УПК № 1 «Таштагол»</w:t>
            </w:r>
          </w:p>
        </w:tc>
        <w:tc>
          <w:tcPr>
            <w:tcW w:w="0" w:type="auto"/>
            <w:shd w:val="clear" w:color="auto" w:fill="FFFFFF"/>
          </w:tcPr>
          <w:p w14:paraId="73FDFB19" w14:textId="77777777" w:rsidR="00363A1F" w:rsidRDefault="00832053">
            <w:r>
              <w:t>3</w:t>
            </w:r>
          </w:p>
        </w:tc>
        <w:tc>
          <w:tcPr>
            <w:tcW w:w="0" w:type="auto"/>
            <w:shd w:val="clear" w:color="auto" w:fill="FFFFFF"/>
          </w:tcPr>
          <w:p w14:paraId="7196F4BA" w14:textId="77777777" w:rsidR="00363A1F" w:rsidRDefault="00832053">
            <w:r>
              <w:t>0</w:t>
            </w:r>
          </w:p>
        </w:tc>
        <w:tc>
          <w:tcPr>
            <w:tcW w:w="0" w:type="auto"/>
            <w:shd w:val="clear" w:color="auto" w:fill="FFFFFF"/>
          </w:tcPr>
          <w:p w14:paraId="47376D25" w14:textId="77777777" w:rsidR="00363A1F" w:rsidRDefault="00832053">
            <w:r>
              <w:t>1</w:t>
            </w:r>
          </w:p>
        </w:tc>
        <w:tc>
          <w:tcPr>
            <w:tcW w:w="0" w:type="auto"/>
            <w:shd w:val="clear" w:color="auto" w:fill="FFFFFF"/>
          </w:tcPr>
          <w:p w14:paraId="3462FBBC" w14:textId="77777777" w:rsidR="00363A1F" w:rsidRDefault="00832053">
            <w:r>
              <w:t>32</w:t>
            </w:r>
          </w:p>
        </w:tc>
        <w:tc>
          <w:tcPr>
            <w:tcW w:w="0" w:type="auto"/>
            <w:shd w:val="clear" w:color="auto" w:fill="FFFFFF"/>
          </w:tcPr>
          <w:p w14:paraId="54602639" w14:textId="77777777" w:rsidR="00363A1F" w:rsidRDefault="00832053">
            <w:r>
              <w:t>6</w:t>
            </w:r>
          </w:p>
        </w:tc>
        <w:tc>
          <w:tcPr>
            <w:tcW w:w="0" w:type="auto"/>
            <w:shd w:val="clear" w:color="auto" w:fill="FFFFFF"/>
          </w:tcPr>
          <w:p w14:paraId="07A74B20" w14:textId="77777777" w:rsidR="00363A1F" w:rsidRDefault="00832053">
            <w:r>
              <w:t>2</w:t>
            </w:r>
          </w:p>
        </w:tc>
        <w:tc>
          <w:tcPr>
            <w:tcW w:w="0" w:type="auto"/>
            <w:shd w:val="clear" w:color="auto" w:fill="FFFFFF"/>
          </w:tcPr>
          <w:p w14:paraId="37F9CC1D" w14:textId="77777777" w:rsidR="00363A1F" w:rsidRDefault="00832053">
            <w:r>
              <w:t>186</w:t>
            </w:r>
          </w:p>
        </w:tc>
        <w:tc>
          <w:tcPr>
            <w:tcW w:w="0" w:type="auto"/>
            <w:shd w:val="clear" w:color="auto" w:fill="FFFFFF"/>
          </w:tcPr>
          <w:p w14:paraId="051844F0" w14:textId="77777777" w:rsidR="00363A1F" w:rsidRDefault="00832053">
            <w:r>
              <w:t>230</w:t>
            </w:r>
          </w:p>
        </w:tc>
      </w:tr>
      <w:tr w:rsidR="00363A1F" w14:paraId="153C989F" w14:textId="77777777">
        <w:trPr>
          <w:cantSplit/>
        </w:trPr>
        <w:tc>
          <w:tcPr>
            <w:tcW w:w="0" w:type="auto"/>
            <w:shd w:val="clear" w:color="auto" w:fill="F2F2F2"/>
          </w:tcPr>
          <w:p w14:paraId="5ABED806" w14:textId="77777777" w:rsidR="00363A1F" w:rsidRDefault="00832053">
            <w:r>
              <w:t>УПК № 2 «Шалым»</w:t>
            </w:r>
          </w:p>
        </w:tc>
        <w:tc>
          <w:tcPr>
            <w:tcW w:w="0" w:type="auto"/>
            <w:shd w:val="clear" w:color="auto" w:fill="FFFFFF"/>
          </w:tcPr>
          <w:p w14:paraId="667249ED" w14:textId="77777777" w:rsidR="00363A1F" w:rsidRDefault="00832053">
            <w:r>
              <w:t>0</w:t>
            </w:r>
          </w:p>
        </w:tc>
        <w:tc>
          <w:tcPr>
            <w:tcW w:w="0" w:type="auto"/>
            <w:shd w:val="clear" w:color="auto" w:fill="FFFFFF"/>
          </w:tcPr>
          <w:p w14:paraId="498AEA94" w14:textId="77777777" w:rsidR="00363A1F" w:rsidRDefault="00832053">
            <w:r>
              <w:t>0</w:t>
            </w:r>
          </w:p>
        </w:tc>
        <w:tc>
          <w:tcPr>
            <w:tcW w:w="0" w:type="auto"/>
            <w:shd w:val="clear" w:color="auto" w:fill="FFFFFF"/>
          </w:tcPr>
          <w:p w14:paraId="715615AA" w14:textId="77777777" w:rsidR="00363A1F" w:rsidRDefault="00832053">
            <w:r>
              <w:t>29</w:t>
            </w:r>
          </w:p>
        </w:tc>
        <w:tc>
          <w:tcPr>
            <w:tcW w:w="0" w:type="auto"/>
            <w:shd w:val="clear" w:color="auto" w:fill="FFFFFF"/>
          </w:tcPr>
          <w:p w14:paraId="0E8A1C2A" w14:textId="77777777" w:rsidR="00363A1F" w:rsidRDefault="00832053">
            <w:r>
              <w:t>50</w:t>
            </w:r>
          </w:p>
        </w:tc>
        <w:tc>
          <w:tcPr>
            <w:tcW w:w="0" w:type="auto"/>
            <w:shd w:val="clear" w:color="auto" w:fill="FFFFFF"/>
          </w:tcPr>
          <w:p w14:paraId="63671F0B" w14:textId="77777777" w:rsidR="00363A1F" w:rsidRDefault="00832053">
            <w:r>
              <w:t>0</w:t>
            </w:r>
          </w:p>
        </w:tc>
        <w:tc>
          <w:tcPr>
            <w:tcW w:w="0" w:type="auto"/>
            <w:shd w:val="clear" w:color="auto" w:fill="FFFFFF"/>
          </w:tcPr>
          <w:p w14:paraId="061ED426" w14:textId="77777777" w:rsidR="00363A1F" w:rsidRDefault="00832053">
            <w:r>
              <w:t>0</w:t>
            </w:r>
          </w:p>
        </w:tc>
        <w:tc>
          <w:tcPr>
            <w:tcW w:w="0" w:type="auto"/>
            <w:shd w:val="clear" w:color="auto" w:fill="FFFFFF"/>
          </w:tcPr>
          <w:p w14:paraId="67BD5F8A" w14:textId="77777777" w:rsidR="00363A1F" w:rsidRDefault="00832053">
            <w:r>
              <w:t>105</w:t>
            </w:r>
          </w:p>
        </w:tc>
        <w:tc>
          <w:tcPr>
            <w:tcW w:w="0" w:type="auto"/>
            <w:shd w:val="clear" w:color="auto" w:fill="FFFFFF"/>
          </w:tcPr>
          <w:p w14:paraId="670711A3" w14:textId="77777777" w:rsidR="00363A1F" w:rsidRDefault="00832053">
            <w:r>
              <w:t>184</w:t>
            </w:r>
          </w:p>
        </w:tc>
      </w:tr>
      <w:tr w:rsidR="00363A1F" w14:paraId="18C9D994" w14:textId="77777777">
        <w:trPr>
          <w:cantSplit/>
        </w:trPr>
        <w:tc>
          <w:tcPr>
            <w:tcW w:w="0" w:type="auto"/>
            <w:shd w:val="clear" w:color="auto" w:fill="F2F2F2"/>
          </w:tcPr>
          <w:p w14:paraId="50B7CFA5" w14:textId="77777777" w:rsidR="00363A1F" w:rsidRDefault="00832053">
            <w:r>
              <w:t>УПК № 2 «ЦМК»</w:t>
            </w:r>
          </w:p>
        </w:tc>
        <w:tc>
          <w:tcPr>
            <w:tcW w:w="0" w:type="auto"/>
            <w:shd w:val="clear" w:color="auto" w:fill="FFFFFF"/>
          </w:tcPr>
          <w:p w14:paraId="36A5DC83" w14:textId="77777777" w:rsidR="00363A1F" w:rsidRDefault="00832053">
            <w:r>
              <w:t>0</w:t>
            </w:r>
          </w:p>
        </w:tc>
        <w:tc>
          <w:tcPr>
            <w:tcW w:w="0" w:type="auto"/>
            <w:shd w:val="clear" w:color="auto" w:fill="FFFFFF"/>
          </w:tcPr>
          <w:p w14:paraId="140952D4" w14:textId="77777777" w:rsidR="00363A1F" w:rsidRDefault="00832053">
            <w:r>
              <w:t>0</w:t>
            </w:r>
          </w:p>
        </w:tc>
        <w:tc>
          <w:tcPr>
            <w:tcW w:w="0" w:type="auto"/>
            <w:shd w:val="clear" w:color="auto" w:fill="FFFFFF"/>
          </w:tcPr>
          <w:p w14:paraId="44BB3C33" w14:textId="77777777" w:rsidR="00363A1F" w:rsidRDefault="00832053">
            <w:r>
              <w:t>1</w:t>
            </w:r>
          </w:p>
        </w:tc>
        <w:tc>
          <w:tcPr>
            <w:tcW w:w="0" w:type="auto"/>
            <w:shd w:val="clear" w:color="auto" w:fill="FFFFFF"/>
          </w:tcPr>
          <w:p w14:paraId="5E01384F" w14:textId="77777777" w:rsidR="00363A1F" w:rsidRDefault="00832053">
            <w:r>
              <w:t>0</w:t>
            </w:r>
          </w:p>
        </w:tc>
        <w:tc>
          <w:tcPr>
            <w:tcW w:w="0" w:type="auto"/>
            <w:shd w:val="clear" w:color="auto" w:fill="FFFFFF"/>
          </w:tcPr>
          <w:p w14:paraId="6FDA08FC" w14:textId="77777777" w:rsidR="00363A1F" w:rsidRDefault="00832053">
            <w:r>
              <w:t>34</w:t>
            </w:r>
          </w:p>
        </w:tc>
        <w:tc>
          <w:tcPr>
            <w:tcW w:w="0" w:type="auto"/>
            <w:shd w:val="clear" w:color="auto" w:fill="FFFFFF"/>
          </w:tcPr>
          <w:p w14:paraId="1A97A708" w14:textId="77777777" w:rsidR="00363A1F" w:rsidRDefault="00832053">
            <w:r>
              <w:t>0</w:t>
            </w:r>
          </w:p>
        </w:tc>
        <w:tc>
          <w:tcPr>
            <w:tcW w:w="0" w:type="auto"/>
            <w:shd w:val="clear" w:color="auto" w:fill="FFFFFF"/>
          </w:tcPr>
          <w:p w14:paraId="46EF9E92" w14:textId="77777777" w:rsidR="00363A1F" w:rsidRDefault="00832053">
            <w:r>
              <w:t>13</w:t>
            </w:r>
          </w:p>
        </w:tc>
        <w:tc>
          <w:tcPr>
            <w:tcW w:w="0" w:type="auto"/>
            <w:shd w:val="clear" w:color="auto" w:fill="FFFFFF"/>
          </w:tcPr>
          <w:p w14:paraId="71A31782" w14:textId="77777777" w:rsidR="00363A1F" w:rsidRDefault="00832053">
            <w:r>
              <w:t>48</w:t>
            </w:r>
          </w:p>
        </w:tc>
      </w:tr>
      <w:tr w:rsidR="00363A1F" w14:paraId="5DCFB606" w14:textId="77777777">
        <w:trPr>
          <w:cantSplit/>
        </w:trPr>
        <w:tc>
          <w:tcPr>
            <w:tcW w:w="0" w:type="auto"/>
            <w:shd w:val="clear" w:color="auto" w:fill="F2F2F2"/>
          </w:tcPr>
          <w:p w14:paraId="12ACC647" w14:textId="77777777" w:rsidR="00363A1F" w:rsidRDefault="00832053">
            <w:r>
              <w:t>УПК № 9 «ГРЭ»</w:t>
            </w:r>
          </w:p>
        </w:tc>
        <w:tc>
          <w:tcPr>
            <w:tcW w:w="0" w:type="auto"/>
            <w:shd w:val="clear" w:color="auto" w:fill="FFFFFF"/>
          </w:tcPr>
          <w:p w14:paraId="093F5E86" w14:textId="77777777" w:rsidR="00363A1F" w:rsidRDefault="00832053">
            <w:r>
              <w:t>0</w:t>
            </w:r>
          </w:p>
        </w:tc>
        <w:tc>
          <w:tcPr>
            <w:tcW w:w="0" w:type="auto"/>
            <w:shd w:val="clear" w:color="auto" w:fill="FFFFFF"/>
          </w:tcPr>
          <w:p w14:paraId="5F19EE27" w14:textId="77777777" w:rsidR="00363A1F" w:rsidRDefault="00832053">
            <w:r>
              <w:t>0</w:t>
            </w:r>
          </w:p>
        </w:tc>
        <w:tc>
          <w:tcPr>
            <w:tcW w:w="0" w:type="auto"/>
            <w:shd w:val="clear" w:color="auto" w:fill="FFFFFF"/>
          </w:tcPr>
          <w:p w14:paraId="00D24635" w14:textId="77777777" w:rsidR="00363A1F" w:rsidRDefault="00832053">
            <w:r>
              <w:t>0</w:t>
            </w:r>
          </w:p>
        </w:tc>
        <w:tc>
          <w:tcPr>
            <w:tcW w:w="0" w:type="auto"/>
            <w:shd w:val="clear" w:color="auto" w:fill="FFFFFF"/>
          </w:tcPr>
          <w:p w14:paraId="1DDC1248" w14:textId="77777777" w:rsidR="00363A1F" w:rsidRDefault="00832053">
            <w:r>
              <w:t>0</w:t>
            </w:r>
          </w:p>
        </w:tc>
        <w:tc>
          <w:tcPr>
            <w:tcW w:w="0" w:type="auto"/>
            <w:shd w:val="clear" w:color="auto" w:fill="FFFFFF"/>
          </w:tcPr>
          <w:p w14:paraId="1EB62263" w14:textId="77777777" w:rsidR="00363A1F" w:rsidRDefault="00832053">
            <w:r>
              <w:t>8</w:t>
            </w:r>
          </w:p>
        </w:tc>
        <w:tc>
          <w:tcPr>
            <w:tcW w:w="0" w:type="auto"/>
            <w:shd w:val="clear" w:color="auto" w:fill="FFFFFF"/>
          </w:tcPr>
          <w:p w14:paraId="4C51E0DB" w14:textId="77777777" w:rsidR="00363A1F" w:rsidRDefault="00832053">
            <w:r>
              <w:t>0</w:t>
            </w:r>
          </w:p>
        </w:tc>
        <w:tc>
          <w:tcPr>
            <w:tcW w:w="0" w:type="auto"/>
            <w:shd w:val="clear" w:color="auto" w:fill="FFFFFF"/>
          </w:tcPr>
          <w:p w14:paraId="7C2C0C2E" w14:textId="77777777" w:rsidR="00363A1F" w:rsidRDefault="00832053">
            <w:r>
              <w:t>0</w:t>
            </w:r>
          </w:p>
        </w:tc>
        <w:tc>
          <w:tcPr>
            <w:tcW w:w="0" w:type="auto"/>
            <w:shd w:val="clear" w:color="auto" w:fill="FFFFFF"/>
          </w:tcPr>
          <w:p w14:paraId="40DC4855" w14:textId="77777777" w:rsidR="00363A1F" w:rsidRDefault="00832053">
            <w:r>
              <w:t>8</w:t>
            </w:r>
          </w:p>
        </w:tc>
      </w:tr>
      <w:tr w:rsidR="00363A1F" w14:paraId="0ADFB778" w14:textId="77777777">
        <w:trPr>
          <w:cantSplit/>
        </w:trPr>
        <w:tc>
          <w:tcPr>
            <w:tcW w:w="0" w:type="auto"/>
            <w:shd w:val="clear" w:color="auto" w:fill="F2F2F2"/>
          </w:tcPr>
          <w:p w14:paraId="0486F985" w14:textId="77777777" w:rsidR="00363A1F" w:rsidRDefault="00832053">
            <w:r>
              <w:t>УПК № 5 «Новый Шерегеш»</w:t>
            </w:r>
          </w:p>
        </w:tc>
        <w:tc>
          <w:tcPr>
            <w:tcW w:w="0" w:type="auto"/>
            <w:shd w:val="clear" w:color="auto" w:fill="FFFFFF"/>
          </w:tcPr>
          <w:p w14:paraId="491F2807" w14:textId="77777777" w:rsidR="00363A1F" w:rsidRDefault="00832053">
            <w:r>
              <w:t>2</w:t>
            </w:r>
          </w:p>
        </w:tc>
        <w:tc>
          <w:tcPr>
            <w:tcW w:w="0" w:type="auto"/>
            <w:shd w:val="clear" w:color="auto" w:fill="FFFFFF"/>
          </w:tcPr>
          <w:p w14:paraId="4B4F5DAC" w14:textId="77777777" w:rsidR="00363A1F" w:rsidRDefault="00832053">
            <w:r>
              <w:t>0</w:t>
            </w:r>
          </w:p>
        </w:tc>
        <w:tc>
          <w:tcPr>
            <w:tcW w:w="0" w:type="auto"/>
            <w:shd w:val="clear" w:color="auto" w:fill="FFFFFF"/>
          </w:tcPr>
          <w:p w14:paraId="3EC9741D" w14:textId="77777777" w:rsidR="00363A1F" w:rsidRDefault="00832053">
            <w:r>
              <w:t>15</w:t>
            </w:r>
          </w:p>
        </w:tc>
        <w:tc>
          <w:tcPr>
            <w:tcW w:w="0" w:type="auto"/>
            <w:shd w:val="clear" w:color="auto" w:fill="FFFFFF"/>
          </w:tcPr>
          <w:p w14:paraId="51785433" w14:textId="77777777" w:rsidR="00363A1F" w:rsidRDefault="00832053">
            <w:r>
              <w:t>41</w:t>
            </w:r>
          </w:p>
        </w:tc>
        <w:tc>
          <w:tcPr>
            <w:tcW w:w="0" w:type="auto"/>
            <w:shd w:val="clear" w:color="auto" w:fill="FFFFFF"/>
          </w:tcPr>
          <w:p w14:paraId="1043164D" w14:textId="77777777" w:rsidR="00363A1F" w:rsidRDefault="00832053">
            <w:r>
              <w:t>60</w:t>
            </w:r>
          </w:p>
        </w:tc>
        <w:tc>
          <w:tcPr>
            <w:tcW w:w="0" w:type="auto"/>
            <w:shd w:val="clear" w:color="auto" w:fill="FFFFFF"/>
          </w:tcPr>
          <w:p w14:paraId="78BB3F6B" w14:textId="77777777" w:rsidR="00363A1F" w:rsidRDefault="00832053">
            <w:r>
              <w:t>0</w:t>
            </w:r>
          </w:p>
        </w:tc>
        <w:tc>
          <w:tcPr>
            <w:tcW w:w="0" w:type="auto"/>
            <w:shd w:val="clear" w:color="auto" w:fill="FFFFFF"/>
          </w:tcPr>
          <w:p w14:paraId="427CD598" w14:textId="77777777" w:rsidR="00363A1F" w:rsidRDefault="00832053">
            <w:r>
              <w:t>261</w:t>
            </w:r>
          </w:p>
        </w:tc>
        <w:tc>
          <w:tcPr>
            <w:tcW w:w="0" w:type="auto"/>
            <w:shd w:val="clear" w:color="auto" w:fill="FFFFFF"/>
          </w:tcPr>
          <w:p w14:paraId="4A1B0D72" w14:textId="77777777" w:rsidR="00363A1F" w:rsidRDefault="00832053">
            <w:r>
              <w:t>379</w:t>
            </w:r>
          </w:p>
        </w:tc>
      </w:tr>
      <w:tr w:rsidR="00363A1F" w14:paraId="1C51BC51" w14:textId="77777777">
        <w:trPr>
          <w:cantSplit/>
        </w:trPr>
        <w:tc>
          <w:tcPr>
            <w:tcW w:w="0" w:type="auto"/>
            <w:shd w:val="clear" w:color="auto" w:fill="F2F2F2"/>
          </w:tcPr>
          <w:p w14:paraId="438E1D08" w14:textId="77777777" w:rsidR="00363A1F" w:rsidRDefault="00832053">
            <w:r>
              <w:t>УПК № 6 «Старый Шерегеш»</w:t>
            </w:r>
          </w:p>
        </w:tc>
        <w:tc>
          <w:tcPr>
            <w:tcW w:w="0" w:type="auto"/>
            <w:shd w:val="clear" w:color="auto" w:fill="FFFFFF"/>
          </w:tcPr>
          <w:p w14:paraId="3DFC9CB7" w14:textId="77777777" w:rsidR="00363A1F" w:rsidRDefault="00832053">
            <w:r>
              <w:t>0</w:t>
            </w:r>
          </w:p>
        </w:tc>
        <w:tc>
          <w:tcPr>
            <w:tcW w:w="0" w:type="auto"/>
            <w:shd w:val="clear" w:color="auto" w:fill="FFFFFF"/>
          </w:tcPr>
          <w:p w14:paraId="1F14E609" w14:textId="77777777" w:rsidR="00363A1F" w:rsidRDefault="00832053">
            <w:r>
              <w:t>0</w:t>
            </w:r>
          </w:p>
        </w:tc>
        <w:tc>
          <w:tcPr>
            <w:tcW w:w="0" w:type="auto"/>
            <w:shd w:val="clear" w:color="auto" w:fill="FFFFFF"/>
          </w:tcPr>
          <w:p w14:paraId="7FC99AAB" w14:textId="77777777" w:rsidR="00363A1F" w:rsidRDefault="00832053">
            <w:r>
              <w:t>66</w:t>
            </w:r>
          </w:p>
        </w:tc>
        <w:tc>
          <w:tcPr>
            <w:tcW w:w="0" w:type="auto"/>
            <w:shd w:val="clear" w:color="auto" w:fill="FFFFFF"/>
          </w:tcPr>
          <w:p w14:paraId="743F832F" w14:textId="77777777" w:rsidR="00363A1F" w:rsidRDefault="00832053">
            <w:r>
              <w:t>0</w:t>
            </w:r>
          </w:p>
        </w:tc>
        <w:tc>
          <w:tcPr>
            <w:tcW w:w="0" w:type="auto"/>
            <w:shd w:val="clear" w:color="auto" w:fill="FFFFFF"/>
          </w:tcPr>
          <w:p w14:paraId="4398A606" w14:textId="77777777" w:rsidR="00363A1F" w:rsidRDefault="00832053">
            <w:r>
              <w:t>16</w:t>
            </w:r>
          </w:p>
        </w:tc>
        <w:tc>
          <w:tcPr>
            <w:tcW w:w="0" w:type="auto"/>
            <w:shd w:val="clear" w:color="auto" w:fill="FFFFFF"/>
          </w:tcPr>
          <w:p w14:paraId="52260913" w14:textId="77777777" w:rsidR="00363A1F" w:rsidRDefault="00832053">
            <w:r>
              <w:t>0</w:t>
            </w:r>
          </w:p>
        </w:tc>
        <w:tc>
          <w:tcPr>
            <w:tcW w:w="0" w:type="auto"/>
            <w:shd w:val="clear" w:color="auto" w:fill="FFFFFF"/>
          </w:tcPr>
          <w:p w14:paraId="1836F007" w14:textId="77777777" w:rsidR="00363A1F" w:rsidRDefault="00832053">
            <w:r>
              <w:t>56</w:t>
            </w:r>
          </w:p>
        </w:tc>
        <w:tc>
          <w:tcPr>
            <w:tcW w:w="0" w:type="auto"/>
            <w:shd w:val="clear" w:color="auto" w:fill="FFFFFF"/>
          </w:tcPr>
          <w:p w14:paraId="0EA2F305" w14:textId="77777777" w:rsidR="00363A1F" w:rsidRDefault="00832053">
            <w:r>
              <w:t>138</w:t>
            </w:r>
          </w:p>
        </w:tc>
      </w:tr>
      <w:tr w:rsidR="00363A1F" w14:paraId="6507E7CA" w14:textId="77777777">
        <w:trPr>
          <w:cantSplit/>
        </w:trPr>
        <w:tc>
          <w:tcPr>
            <w:tcW w:w="0" w:type="auto"/>
            <w:shd w:val="clear" w:color="auto" w:fill="F2F2F2"/>
          </w:tcPr>
          <w:p w14:paraId="06B23D6E" w14:textId="77777777" w:rsidR="00363A1F" w:rsidRDefault="00832053">
            <w:r>
              <w:t>УПК № 7 «Каз»</w:t>
            </w:r>
          </w:p>
        </w:tc>
        <w:tc>
          <w:tcPr>
            <w:tcW w:w="0" w:type="auto"/>
            <w:shd w:val="clear" w:color="auto" w:fill="FFFFFF"/>
          </w:tcPr>
          <w:p w14:paraId="7EEB5BCE" w14:textId="77777777" w:rsidR="00363A1F" w:rsidRDefault="00832053">
            <w:r>
              <w:t>0</w:t>
            </w:r>
          </w:p>
        </w:tc>
        <w:tc>
          <w:tcPr>
            <w:tcW w:w="0" w:type="auto"/>
            <w:shd w:val="clear" w:color="auto" w:fill="FFFFFF"/>
          </w:tcPr>
          <w:p w14:paraId="262DEC8B" w14:textId="77777777" w:rsidR="00363A1F" w:rsidRDefault="00832053">
            <w:r>
              <w:t>0</w:t>
            </w:r>
          </w:p>
        </w:tc>
        <w:tc>
          <w:tcPr>
            <w:tcW w:w="0" w:type="auto"/>
            <w:shd w:val="clear" w:color="auto" w:fill="FFFFFF"/>
          </w:tcPr>
          <w:p w14:paraId="4AD849F7" w14:textId="77777777" w:rsidR="00363A1F" w:rsidRDefault="00832053">
            <w:r>
              <w:t>43</w:t>
            </w:r>
          </w:p>
        </w:tc>
        <w:tc>
          <w:tcPr>
            <w:tcW w:w="0" w:type="auto"/>
            <w:shd w:val="clear" w:color="auto" w:fill="FFFFFF"/>
          </w:tcPr>
          <w:p w14:paraId="669A6EC8" w14:textId="77777777" w:rsidR="00363A1F" w:rsidRDefault="00832053">
            <w:r>
              <w:t>16</w:t>
            </w:r>
          </w:p>
        </w:tc>
        <w:tc>
          <w:tcPr>
            <w:tcW w:w="0" w:type="auto"/>
            <w:shd w:val="clear" w:color="auto" w:fill="FFFFFF"/>
          </w:tcPr>
          <w:p w14:paraId="4D98D7A1" w14:textId="77777777" w:rsidR="00363A1F" w:rsidRDefault="00832053">
            <w:r>
              <w:t>0</w:t>
            </w:r>
          </w:p>
        </w:tc>
        <w:tc>
          <w:tcPr>
            <w:tcW w:w="0" w:type="auto"/>
            <w:shd w:val="clear" w:color="auto" w:fill="FFFFFF"/>
          </w:tcPr>
          <w:p w14:paraId="7B9527AE" w14:textId="77777777" w:rsidR="00363A1F" w:rsidRDefault="00832053">
            <w:r>
              <w:t>2</w:t>
            </w:r>
          </w:p>
        </w:tc>
        <w:tc>
          <w:tcPr>
            <w:tcW w:w="0" w:type="auto"/>
            <w:shd w:val="clear" w:color="auto" w:fill="FFFFFF"/>
          </w:tcPr>
          <w:p w14:paraId="24204981" w14:textId="77777777" w:rsidR="00363A1F" w:rsidRDefault="00832053">
            <w:r>
              <w:t>48</w:t>
            </w:r>
          </w:p>
        </w:tc>
        <w:tc>
          <w:tcPr>
            <w:tcW w:w="0" w:type="auto"/>
            <w:shd w:val="clear" w:color="auto" w:fill="FFFFFF"/>
          </w:tcPr>
          <w:p w14:paraId="05B0A71E" w14:textId="77777777" w:rsidR="00363A1F" w:rsidRDefault="00832053">
            <w:r>
              <w:t>109</w:t>
            </w:r>
          </w:p>
        </w:tc>
      </w:tr>
      <w:tr w:rsidR="00363A1F" w14:paraId="1DE08B24" w14:textId="77777777">
        <w:trPr>
          <w:cantSplit/>
        </w:trPr>
        <w:tc>
          <w:tcPr>
            <w:tcW w:w="0" w:type="auto"/>
            <w:shd w:val="clear" w:color="auto" w:fill="F2F2F2"/>
          </w:tcPr>
          <w:p w14:paraId="7B540B91" w14:textId="77777777" w:rsidR="00363A1F" w:rsidRDefault="00832053">
            <w:r>
              <w:t>УПК № 8 «Мундыбаш»</w:t>
            </w:r>
          </w:p>
        </w:tc>
        <w:tc>
          <w:tcPr>
            <w:tcW w:w="0" w:type="auto"/>
            <w:shd w:val="clear" w:color="auto" w:fill="FFFFFF"/>
          </w:tcPr>
          <w:p w14:paraId="624CBC0D" w14:textId="77777777" w:rsidR="00363A1F" w:rsidRDefault="00832053">
            <w:r>
              <w:t>0</w:t>
            </w:r>
          </w:p>
        </w:tc>
        <w:tc>
          <w:tcPr>
            <w:tcW w:w="0" w:type="auto"/>
            <w:shd w:val="clear" w:color="auto" w:fill="FFFFFF"/>
          </w:tcPr>
          <w:p w14:paraId="34D71AA9" w14:textId="77777777" w:rsidR="00363A1F" w:rsidRDefault="00832053">
            <w:r>
              <w:t>2</w:t>
            </w:r>
          </w:p>
        </w:tc>
        <w:tc>
          <w:tcPr>
            <w:tcW w:w="0" w:type="auto"/>
            <w:shd w:val="clear" w:color="auto" w:fill="FFFFFF"/>
          </w:tcPr>
          <w:p w14:paraId="3B269A5D" w14:textId="77777777" w:rsidR="00363A1F" w:rsidRDefault="00832053">
            <w:r>
              <w:t>20</w:t>
            </w:r>
          </w:p>
        </w:tc>
        <w:tc>
          <w:tcPr>
            <w:tcW w:w="0" w:type="auto"/>
            <w:shd w:val="clear" w:color="auto" w:fill="FFFFFF"/>
          </w:tcPr>
          <w:p w14:paraId="52FCBAE0" w14:textId="77777777" w:rsidR="00363A1F" w:rsidRDefault="00832053">
            <w:r>
              <w:t>20</w:t>
            </w:r>
          </w:p>
        </w:tc>
        <w:tc>
          <w:tcPr>
            <w:tcW w:w="0" w:type="auto"/>
            <w:shd w:val="clear" w:color="auto" w:fill="FFFFFF"/>
          </w:tcPr>
          <w:p w14:paraId="4499FC17" w14:textId="77777777" w:rsidR="00363A1F" w:rsidRDefault="00832053">
            <w:r>
              <w:t>13</w:t>
            </w:r>
          </w:p>
        </w:tc>
        <w:tc>
          <w:tcPr>
            <w:tcW w:w="0" w:type="auto"/>
            <w:shd w:val="clear" w:color="auto" w:fill="FFFFFF"/>
          </w:tcPr>
          <w:p w14:paraId="6268DA97" w14:textId="77777777" w:rsidR="00363A1F" w:rsidRDefault="00832053">
            <w:r>
              <w:t>7</w:t>
            </w:r>
          </w:p>
        </w:tc>
        <w:tc>
          <w:tcPr>
            <w:tcW w:w="0" w:type="auto"/>
            <w:shd w:val="clear" w:color="auto" w:fill="FFFFFF"/>
          </w:tcPr>
          <w:p w14:paraId="6B96C3B2" w14:textId="77777777" w:rsidR="00363A1F" w:rsidRDefault="00832053">
            <w:r>
              <w:t>74</w:t>
            </w:r>
          </w:p>
        </w:tc>
        <w:tc>
          <w:tcPr>
            <w:tcW w:w="0" w:type="auto"/>
            <w:shd w:val="clear" w:color="auto" w:fill="FFFFFF"/>
          </w:tcPr>
          <w:p w14:paraId="11DE72A3" w14:textId="77777777" w:rsidR="00363A1F" w:rsidRDefault="00832053">
            <w:r>
              <w:t>136</w:t>
            </w:r>
          </w:p>
        </w:tc>
      </w:tr>
      <w:tr w:rsidR="00363A1F" w14:paraId="0CAE4679" w14:textId="77777777">
        <w:trPr>
          <w:cantSplit/>
        </w:trPr>
        <w:tc>
          <w:tcPr>
            <w:tcW w:w="0" w:type="auto"/>
            <w:shd w:val="clear" w:color="auto" w:fill="F2F2F2"/>
          </w:tcPr>
          <w:p w14:paraId="4A46B932" w14:textId="77777777" w:rsidR="00363A1F" w:rsidRDefault="00832053">
            <w:r>
              <w:t>УПК № 10 «Темир-Тау»</w:t>
            </w:r>
          </w:p>
        </w:tc>
        <w:tc>
          <w:tcPr>
            <w:tcW w:w="0" w:type="auto"/>
            <w:shd w:val="clear" w:color="auto" w:fill="FFFFFF"/>
          </w:tcPr>
          <w:p w14:paraId="163B9A31" w14:textId="77777777" w:rsidR="00363A1F" w:rsidRDefault="00832053">
            <w:r>
              <w:t>0</w:t>
            </w:r>
          </w:p>
        </w:tc>
        <w:tc>
          <w:tcPr>
            <w:tcW w:w="0" w:type="auto"/>
            <w:shd w:val="clear" w:color="auto" w:fill="FFFFFF"/>
          </w:tcPr>
          <w:p w14:paraId="07971A47" w14:textId="77777777" w:rsidR="00363A1F" w:rsidRDefault="00832053">
            <w:r>
              <w:t>0</w:t>
            </w:r>
          </w:p>
        </w:tc>
        <w:tc>
          <w:tcPr>
            <w:tcW w:w="0" w:type="auto"/>
            <w:shd w:val="clear" w:color="auto" w:fill="FFFFFF"/>
          </w:tcPr>
          <w:p w14:paraId="4AD7CC6A" w14:textId="77777777" w:rsidR="00363A1F" w:rsidRDefault="00832053">
            <w:r>
              <w:t>1</w:t>
            </w:r>
          </w:p>
        </w:tc>
        <w:tc>
          <w:tcPr>
            <w:tcW w:w="0" w:type="auto"/>
            <w:shd w:val="clear" w:color="auto" w:fill="FFFFFF"/>
          </w:tcPr>
          <w:p w14:paraId="53C9E84E" w14:textId="77777777" w:rsidR="00363A1F" w:rsidRDefault="00832053">
            <w:r>
              <w:t>2</w:t>
            </w:r>
          </w:p>
        </w:tc>
        <w:tc>
          <w:tcPr>
            <w:tcW w:w="0" w:type="auto"/>
            <w:shd w:val="clear" w:color="auto" w:fill="FFFFFF"/>
          </w:tcPr>
          <w:p w14:paraId="03E1E476" w14:textId="77777777" w:rsidR="00363A1F" w:rsidRDefault="00832053">
            <w:r>
              <w:t>2</w:t>
            </w:r>
          </w:p>
        </w:tc>
        <w:tc>
          <w:tcPr>
            <w:tcW w:w="0" w:type="auto"/>
            <w:shd w:val="clear" w:color="auto" w:fill="FFFFFF"/>
          </w:tcPr>
          <w:p w14:paraId="0C063A78" w14:textId="77777777" w:rsidR="00363A1F" w:rsidRDefault="00832053">
            <w:r>
              <w:t>4</w:t>
            </w:r>
          </w:p>
        </w:tc>
        <w:tc>
          <w:tcPr>
            <w:tcW w:w="0" w:type="auto"/>
            <w:shd w:val="clear" w:color="auto" w:fill="FFFFFF"/>
          </w:tcPr>
          <w:p w14:paraId="65FDB887" w14:textId="77777777" w:rsidR="00363A1F" w:rsidRDefault="00832053">
            <w:r>
              <w:t>34</w:t>
            </w:r>
          </w:p>
        </w:tc>
        <w:tc>
          <w:tcPr>
            <w:tcW w:w="0" w:type="auto"/>
            <w:shd w:val="clear" w:color="auto" w:fill="FFFFFF"/>
          </w:tcPr>
          <w:p w14:paraId="519CEFF4" w14:textId="77777777" w:rsidR="00363A1F" w:rsidRDefault="00832053">
            <w:r>
              <w:t>43</w:t>
            </w:r>
          </w:p>
        </w:tc>
      </w:tr>
      <w:tr w:rsidR="00363A1F" w14:paraId="428FFC06" w14:textId="77777777">
        <w:trPr>
          <w:cantSplit/>
        </w:trPr>
        <w:tc>
          <w:tcPr>
            <w:tcW w:w="0" w:type="auto"/>
            <w:shd w:val="clear" w:color="auto" w:fill="F2F2F2"/>
          </w:tcPr>
          <w:p w14:paraId="14D259D7" w14:textId="77777777" w:rsidR="00363A1F" w:rsidRDefault="00832053">
            <w:r>
              <w:t>УПК № 3 «Спасск»</w:t>
            </w:r>
          </w:p>
        </w:tc>
        <w:tc>
          <w:tcPr>
            <w:tcW w:w="0" w:type="auto"/>
            <w:shd w:val="clear" w:color="auto" w:fill="FFFFFF"/>
          </w:tcPr>
          <w:p w14:paraId="64CD4453" w14:textId="77777777" w:rsidR="00363A1F" w:rsidRDefault="00832053">
            <w:r>
              <w:t>0</w:t>
            </w:r>
          </w:p>
        </w:tc>
        <w:tc>
          <w:tcPr>
            <w:tcW w:w="0" w:type="auto"/>
            <w:shd w:val="clear" w:color="auto" w:fill="FFFFFF"/>
          </w:tcPr>
          <w:p w14:paraId="31C31F56" w14:textId="77777777" w:rsidR="00363A1F" w:rsidRDefault="00832053">
            <w:r>
              <w:t>0</w:t>
            </w:r>
          </w:p>
        </w:tc>
        <w:tc>
          <w:tcPr>
            <w:tcW w:w="0" w:type="auto"/>
            <w:shd w:val="clear" w:color="auto" w:fill="FFFFFF"/>
          </w:tcPr>
          <w:p w14:paraId="2595F166" w14:textId="77777777" w:rsidR="00363A1F" w:rsidRDefault="00832053">
            <w:r>
              <w:t>5</w:t>
            </w:r>
          </w:p>
        </w:tc>
        <w:tc>
          <w:tcPr>
            <w:tcW w:w="0" w:type="auto"/>
            <w:shd w:val="clear" w:color="auto" w:fill="FFFFFF"/>
          </w:tcPr>
          <w:p w14:paraId="045A90A7" w14:textId="77777777" w:rsidR="00363A1F" w:rsidRDefault="00832053">
            <w:r>
              <w:t>4</w:t>
            </w:r>
          </w:p>
        </w:tc>
        <w:tc>
          <w:tcPr>
            <w:tcW w:w="0" w:type="auto"/>
            <w:shd w:val="clear" w:color="auto" w:fill="FFFFFF"/>
          </w:tcPr>
          <w:p w14:paraId="216C0BCB" w14:textId="77777777" w:rsidR="00363A1F" w:rsidRDefault="00832053">
            <w:r>
              <w:t>7</w:t>
            </w:r>
          </w:p>
        </w:tc>
        <w:tc>
          <w:tcPr>
            <w:tcW w:w="0" w:type="auto"/>
            <w:shd w:val="clear" w:color="auto" w:fill="FFFFFF"/>
          </w:tcPr>
          <w:p w14:paraId="490D3C45" w14:textId="77777777" w:rsidR="00363A1F" w:rsidRDefault="00832053">
            <w:r>
              <w:t>0</w:t>
            </w:r>
          </w:p>
        </w:tc>
        <w:tc>
          <w:tcPr>
            <w:tcW w:w="0" w:type="auto"/>
            <w:shd w:val="clear" w:color="auto" w:fill="FFFFFF"/>
          </w:tcPr>
          <w:p w14:paraId="1BCDEE86" w14:textId="77777777" w:rsidR="00363A1F" w:rsidRDefault="00832053">
            <w:r>
              <w:t>3</w:t>
            </w:r>
          </w:p>
        </w:tc>
        <w:tc>
          <w:tcPr>
            <w:tcW w:w="0" w:type="auto"/>
            <w:shd w:val="clear" w:color="auto" w:fill="FFFFFF"/>
          </w:tcPr>
          <w:p w14:paraId="46443AC9" w14:textId="77777777" w:rsidR="00363A1F" w:rsidRDefault="00832053">
            <w:r>
              <w:t>19</w:t>
            </w:r>
          </w:p>
        </w:tc>
      </w:tr>
      <w:tr w:rsidR="00363A1F" w14:paraId="75A7222D" w14:textId="77777777">
        <w:trPr>
          <w:cantSplit/>
        </w:trPr>
        <w:tc>
          <w:tcPr>
            <w:tcW w:w="0" w:type="auto"/>
            <w:shd w:val="clear" w:color="auto" w:fill="DBE5F1"/>
          </w:tcPr>
          <w:p w14:paraId="28C44534" w14:textId="77777777" w:rsidR="00363A1F" w:rsidRDefault="00832053">
            <w:r>
              <w:rPr>
                <w:b/>
              </w:rPr>
              <w:t>Итого</w:t>
            </w:r>
          </w:p>
        </w:tc>
        <w:tc>
          <w:tcPr>
            <w:tcW w:w="0" w:type="auto"/>
            <w:shd w:val="clear" w:color="auto" w:fill="DBE5F1"/>
          </w:tcPr>
          <w:p w14:paraId="0C9F9943" w14:textId="77777777" w:rsidR="00363A1F" w:rsidRDefault="00832053">
            <w:r>
              <w:rPr>
                <w:b/>
              </w:rPr>
              <w:t>5</w:t>
            </w:r>
          </w:p>
        </w:tc>
        <w:tc>
          <w:tcPr>
            <w:tcW w:w="0" w:type="auto"/>
            <w:shd w:val="clear" w:color="auto" w:fill="DBE5F1"/>
          </w:tcPr>
          <w:p w14:paraId="61C749BF" w14:textId="77777777" w:rsidR="00363A1F" w:rsidRDefault="00832053">
            <w:r>
              <w:rPr>
                <w:b/>
              </w:rPr>
              <w:t>2</w:t>
            </w:r>
          </w:p>
        </w:tc>
        <w:tc>
          <w:tcPr>
            <w:tcW w:w="0" w:type="auto"/>
            <w:shd w:val="clear" w:color="auto" w:fill="DBE5F1"/>
          </w:tcPr>
          <w:p w14:paraId="35651D3F" w14:textId="77777777" w:rsidR="00363A1F" w:rsidRDefault="00832053">
            <w:r>
              <w:rPr>
                <w:b/>
              </w:rPr>
              <w:t>181</w:t>
            </w:r>
          </w:p>
        </w:tc>
        <w:tc>
          <w:tcPr>
            <w:tcW w:w="0" w:type="auto"/>
            <w:shd w:val="clear" w:color="auto" w:fill="DBE5F1"/>
          </w:tcPr>
          <w:p w14:paraId="031FD335" w14:textId="77777777" w:rsidR="00363A1F" w:rsidRDefault="00832053">
            <w:r>
              <w:rPr>
                <w:b/>
              </w:rPr>
              <w:t>165</w:t>
            </w:r>
          </w:p>
        </w:tc>
        <w:tc>
          <w:tcPr>
            <w:tcW w:w="0" w:type="auto"/>
            <w:shd w:val="clear" w:color="auto" w:fill="DBE5F1"/>
          </w:tcPr>
          <w:p w14:paraId="76F63925" w14:textId="77777777" w:rsidR="00363A1F" w:rsidRDefault="00832053">
            <w:r>
              <w:rPr>
                <w:b/>
              </w:rPr>
              <w:t>146</w:t>
            </w:r>
          </w:p>
        </w:tc>
        <w:tc>
          <w:tcPr>
            <w:tcW w:w="0" w:type="auto"/>
            <w:shd w:val="clear" w:color="auto" w:fill="DBE5F1"/>
          </w:tcPr>
          <w:p w14:paraId="5EFB36AE" w14:textId="77777777" w:rsidR="00363A1F" w:rsidRDefault="00832053">
            <w:r>
              <w:rPr>
                <w:b/>
              </w:rPr>
              <w:t>15</w:t>
            </w:r>
          </w:p>
        </w:tc>
        <w:tc>
          <w:tcPr>
            <w:tcW w:w="0" w:type="auto"/>
            <w:shd w:val="clear" w:color="auto" w:fill="DBE5F1"/>
          </w:tcPr>
          <w:p w14:paraId="666D93E4" w14:textId="77777777" w:rsidR="00363A1F" w:rsidRDefault="00832053">
            <w:r>
              <w:rPr>
                <w:b/>
              </w:rPr>
              <w:t>780</w:t>
            </w:r>
          </w:p>
        </w:tc>
        <w:tc>
          <w:tcPr>
            <w:tcW w:w="0" w:type="auto"/>
            <w:shd w:val="clear" w:color="auto" w:fill="DBE5F1"/>
          </w:tcPr>
          <w:p w14:paraId="14CF7423" w14:textId="77777777" w:rsidR="00363A1F" w:rsidRDefault="00832053">
            <w:r>
              <w:rPr>
                <w:b/>
              </w:rPr>
              <w:t>1 294</w:t>
            </w:r>
          </w:p>
        </w:tc>
      </w:tr>
    </w:tbl>
    <w:p w14:paraId="27D712C8" w14:textId="77777777" w:rsidR="00D2184C" w:rsidRDefault="00D2184C">
      <w:pPr>
        <w:sectPr w:rsidR="00D2184C" w:rsidSect="00034616">
          <w:footerReference w:type="default" r:id="rId22"/>
          <w:pgSz w:w="16838" w:h="11906" w:orient="landscape"/>
          <w:pgMar w:top="850" w:right="567" w:bottom="850" w:left="85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14:paraId="00F85502" w14:textId="77777777" w:rsidR="00363A1F" w:rsidRPr="00844B84" w:rsidRDefault="00832053">
      <w:pPr>
        <w:rPr>
          <w:lang w:val="ru-RU"/>
        </w:rPr>
      </w:pPr>
      <w:r w:rsidRPr="00844B84">
        <w:rPr>
          <w:lang w:val="ru-RU"/>
        </w:rPr>
        <w:t>Сети возрастом более тридцати лет составляют 72 800,3 м, или 69,0 процента протяжённости по оси трассы. Превышение нормативного срока службы само по себе основанием для замены участка не является: утверждается проведение обследования технического состояния с последующим определением приоритетов реконструкции.</w:t>
      </w:r>
    </w:p>
    <w:p w14:paraId="51E1D2BE" w14:textId="77777777" w:rsidR="006C72FB" w:rsidRPr="00844B84" w:rsidRDefault="0084102B">
      <w:pPr>
        <w:rPr>
          <w:lang w:val="ru-RU"/>
        </w:rPr>
      </w:pPr>
      <w:r w:rsidRPr="00844B84">
        <w:rPr>
          <w:lang w:val="ru-RU"/>
        </w:rPr>
        <w:t>Возрастная структура тепловых сетей приведена на рисунке 2.</w:t>
      </w:r>
    </w:p>
    <w:p w14:paraId="5F5E9286" w14:textId="77777777" w:rsidR="00D2184C" w:rsidRPr="00844B84" w:rsidRDefault="00D2184C">
      <w:pPr>
        <w:rPr>
          <w:lang w:val="ru-RU"/>
        </w:rPr>
        <w:sectPr w:rsidR="00D2184C" w:rsidRPr="00844B84" w:rsidSect="00034616">
          <w:footerReference w:type="default" r:id="rId23"/>
          <w:pgSz w:w="11906" w:h="16838"/>
          <w:pgMar w:top="850" w:right="567" w:bottom="850" w:left="85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14:paraId="4A27F945" w14:textId="77777777" w:rsidR="006C72FB" w:rsidRDefault="0084102B">
      <w:pPr>
        <w:keepNext/>
        <w:jc w:val="center"/>
      </w:pPr>
      <w:r>
        <w:rPr>
          <w:noProof/>
          <w:lang w:val="ru-RU" w:eastAsia="ru-RU"/>
        </w:rPr>
        <w:drawing>
          <wp:inline distT="0" distB="0" distL="0" distR="0" wp14:anchorId="7DB711F9" wp14:editId="7339745E">
            <wp:extent cx="7560000" cy="3906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-05.pn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39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9296B1" w14:textId="77777777" w:rsidR="006C72FB" w:rsidRPr="00844B84" w:rsidRDefault="0084102B">
      <w:pPr>
        <w:jc w:val="center"/>
        <w:rPr>
          <w:lang w:val="ru-RU"/>
        </w:rPr>
      </w:pPr>
      <w:r w:rsidRPr="00844B84">
        <w:rPr>
          <w:lang w:val="ru-RU"/>
        </w:rPr>
        <w:t>Рисунок 2 — Возрастная структура тепловых сетей на 2026 год</w:t>
      </w:r>
    </w:p>
    <w:p w14:paraId="64AC0134" w14:textId="77777777" w:rsidR="00D2184C" w:rsidRPr="00844B84" w:rsidRDefault="00D2184C">
      <w:pPr>
        <w:rPr>
          <w:lang w:val="ru-RU"/>
        </w:rPr>
        <w:sectPr w:rsidR="00D2184C" w:rsidRPr="00844B84" w:rsidSect="00034616">
          <w:footerReference w:type="default" r:id="rId25"/>
          <w:pgSz w:w="16838" w:h="11906" w:orient="landscape"/>
          <w:pgMar w:top="850" w:right="567" w:bottom="850" w:left="85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14:paraId="35B7204D" w14:textId="77777777" w:rsidR="007052A3" w:rsidRPr="00844B84" w:rsidRDefault="00C03AD5">
      <w:pPr>
        <w:pStyle w:val="21"/>
        <w:rPr>
          <w:lang w:val="ru-RU"/>
        </w:rPr>
      </w:pPr>
      <w:bookmarkStart w:id="68" w:name="_Toc238017267"/>
      <w:r w:rsidRPr="00844B84">
        <w:rPr>
          <w:lang w:val="ru-RU"/>
        </w:rPr>
        <w:t>6.8. Состав паровых и конденсатных тепловых сетей</w:t>
      </w:r>
      <w:bookmarkEnd w:id="68"/>
    </w:p>
    <w:p w14:paraId="4D5EFFD7" w14:textId="77777777" w:rsidR="007052A3" w:rsidRPr="00F815F9" w:rsidRDefault="00C03AD5">
      <w:pPr>
        <w:rPr>
          <w:b/>
          <w:bCs/>
          <w:lang w:val="ru-RU"/>
        </w:rPr>
      </w:pPr>
      <w:r w:rsidRPr="00F815F9">
        <w:rPr>
          <w:b/>
          <w:bCs/>
          <w:lang w:val="ru-RU"/>
        </w:rPr>
        <w:t>Таблица 6.9 — Состав паровых и конденсатных сетей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99"/>
        <w:gridCol w:w="2041"/>
        <w:gridCol w:w="1302"/>
        <w:gridCol w:w="1997"/>
        <w:gridCol w:w="950"/>
      </w:tblGrid>
      <w:tr w:rsidR="007052A3" w14:paraId="2CF79F60" w14:textId="77777777">
        <w:trPr>
          <w:cantSplit/>
          <w:tblHeader/>
        </w:trPr>
        <w:tc>
          <w:tcPr>
            <w:tcW w:w="0" w:type="auto"/>
            <w:shd w:val="clear" w:color="auto" w:fill="E2F0D9"/>
          </w:tcPr>
          <w:p w14:paraId="5089BB17" w14:textId="77777777" w:rsidR="007052A3" w:rsidRDefault="00C03AD5">
            <w:pPr>
              <w:jc w:val="center"/>
            </w:pPr>
            <w:r>
              <w:rPr>
                <w:b/>
              </w:rPr>
              <w:t>Участок</w:t>
            </w:r>
          </w:p>
        </w:tc>
        <w:tc>
          <w:tcPr>
            <w:tcW w:w="0" w:type="auto"/>
            <w:shd w:val="clear" w:color="auto" w:fill="E2F0D9"/>
          </w:tcPr>
          <w:p w14:paraId="4EDB2EFB" w14:textId="77777777" w:rsidR="007052A3" w:rsidRDefault="00C03AD5">
            <w:pPr>
              <w:jc w:val="center"/>
            </w:pPr>
            <w:r>
              <w:rPr>
                <w:b/>
              </w:rPr>
              <w:t>Вид трубопровода</w:t>
            </w:r>
          </w:p>
        </w:tc>
        <w:tc>
          <w:tcPr>
            <w:tcW w:w="0" w:type="auto"/>
            <w:shd w:val="clear" w:color="auto" w:fill="E2F0D9"/>
          </w:tcPr>
          <w:p w14:paraId="49A633EA" w14:textId="77777777" w:rsidR="007052A3" w:rsidRDefault="00C03AD5">
            <w:pPr>
              <w:jc w:val="center"/>
            </w:pPr>
            <w:r>
              <w:rPr>
                <w:b/>
              </w:rPr>
              <w:t>Диаметр, мм</w:t>
            </w:r>
          </w:p>
        </w:tc>
        <w:tc>
          <w:tcPr>
            <w:tcW w:w="0" w:type="auto"/>
            <w:shd w:val="clear" w:color="auto" w:fill="E2F0D9"/>
          </w:tcPr>
          <w:p w14:paraId="082284F5" w14:textId="77777777" w:rsidR="007052A3" w:rsidRDefault="00C03AD5">
            <w:pPr>
              <w:jc w:val="center"/>
            </w:pPr>
            <w:r>
              <w:rPr>
                <w:b/>
              </w:rPr>
              <w:t>Протяжённость, м</w:t>
            </w:r>
          </w:p>
        </w:tc>
        <w:tc>
          <w:tcPr>
            <w:tcW w:w="0" w:type="auto"/>
            <w:shd w:val="clear" w:color="auto" w:fill="E2F0D9"/>
          </w:tcPr>
          <w:p w14:paraId="2F536287" w14:textId="77777777" w:rsidR="007052A3" w:rsidRDefault="00C03AD5">
            <w:pPr>
              <w:jc w:val="center"/>
            </w:pPr>
            <w:r>
              <w:rPr>
                <w:b/>
              </w:rPr>
              <w:t>Год ввода</w:t>
            </w:r>
          </w:p>
        </w:tc>
      </w:tr>
      <w:tr w:rsidR="007052A3" w14:paraId="3BBD5C58" w14:textId="77777777">
        <w:trPr>
          <w:cantSplit/>
        </w:trPr>
        <w:tc>
          <w:tcPr>
            <w:tcW w:w="0" w:type="auto"/>
            <w:shd w:val="clear" w:color="auto" w:fill="F2F2F2"/>
          </w:tcPr>
          <w:p w14:paraId="32A9E08C" w14:textId="77777777" w:rsidR="007052A3" w:rsidRDefault="00C03AD5">
            <w:r>
              <w:t>Котельная — бойлерная № 1</w:t>
            </w:r>
          </w:p>
        </w:tc>
        <w:tc>
          <w:tcPr>
            <w:tcW w:w="0" w:type="auto"/>
            <w:shd w:val="clear" w:color="auto" w:fill="FFFFFF"/>
          </w:tcPr>
          <w:p w14:paraId="3A1816F4" w14:textId="77777777" w:rsidR="007052A3" w:rsidRDefault="00C03AD5">
            <w:r>
              <w:t>паропровод</w:t>
            </w:r>
          </w:p>
        </w:tc>
        <w:tc>
          <w:tcPr>
            <w:tcW w:w="0" w:type="auto"/>
            <w:shd w:val="clear" w:color="auto" w:fill="FFFFFF"/>
          </w:tcPr>
          <w:p w14:paraId="49355C0B" w14:textId="77777777" w:rsidR="007052A3" w:rsidRDefault="00C03AD5">
            <w:r>
              <w:t>159</w:t>
            </w:r>
          </w:p>
        </w:tc>
        <w:tc>
          <w:tcPr>
            <w:tcW w:w="0" w:type="auto"/>
            <w:shd w:val="clear" w:color="auto" w:fill="FFFFFF"/>
          </w:tcPr>
          <w:p w14:paraId="1F18DDD3" w14:textId="77777777" w:rsidR="007052A3" w:rsidRDefault="00C03AD5">
            <w:r>
              <w:t>104</w:t>
            </w:r>
          </w:p>
        </w:tc>
        <w:tc>
          <w:tcPr>
            <w:tcW w:w="0" w:type="auto"/>
            <w:shd w:val="clear" w:color="auto" w:fill="FFFFFF"/>
          </w:tcPr>
          <w:p w14:paraId="1802BA9A" w14:textId="77777777" w:rsidR="007052A3" w:rsidRDefault="00C03AD5">
            <w:r>
              <w:t>1975</w:t>
            </w:r>
          </w:p>
        </w:tc>
      </w:tr>
      <w:tr w:rsidR="007052A3" w14:paraId="1F3DC9D2" w14:textId="77777777">
        <w:trPr>
          <w:cantSplit/>
        </w:trPr>
        <w:tc>
          <w:tcPr>
            <w:tcW w:w="0" w:type="auto"/>
            <w:shd w:val="clear" w:color="auto" w:fill="F2F2F2"/>
          </w:tcPr>
          <w:p w14:paraId="6A8C70DC" w14:textId="77777777" w:rsidR="007052A3" w:rsidRDefault="00C03AD5">
            <w:r>
              <w:t>Административно-бытовой корпус — бойлерная № 2</w:t>
            </w:r>
          </w:p>
        </w:tc>
        <w:tc>
          <w:tcPr>
            <w:tcW w:w="0" w:type="auto"/>
            <w:shd w:val="clear" w:color="auto" w:fill="FFFFFF"/>
          </w:tcPr>
          <w:p w14:paraId="28D2A069" w14:textId="77777777" w:rsidR="007052A3" w:rsidRDefault="00C03AD5">
            <w:r>
              <w:t>паропровод</w:t>
            </w:r>
          </w:p>
        </w:tc>
        <w:tc>
          <w:tcPr>
            <w:tcW w:w="0" w:type="auto"/>
            <w:shd w:val="clear" w:color="auto" w:fill="FFFFFF"/>
          </w:tcPr>
          <w:p w14:paraId="3360929E" w14:textId="77777777" w:rsidR="007052A3" w:rsidRDefault="00C03AD5">
            <w:r>
              <w:t>108</w:t>
            </w:r>
          </w:p>
        </w:tc>
        <w:tc>
          <w:tcPr>
            <w:tcW w:w="0" w:type="auto"/>
            <w:shd w:val="clear" w:color="auto" w:fill="FFFFFF"/>
          </w:tcPr>
          <w:p w14:paraId="1AE59343" w14:textId="77777777" w:rsidR="007052A3" w:rsidRDefault="00C03AD5">
            <w:r>
              <w:t>320</w:t>
            </w:r>
          </w:p>
        </w:tc>
        <w:tc>
          <w:tcPr>
            <w:tcW w:w="0" w:type="auto"/>
            <w:shd w:val="clear" w:color="auto" w:fill="FFFFFF"/>
          </w:tcPr>
          <w:p w14:paraId="744F3F56" w14:textId="77777777" w:rsidR="007052A3" w:rsidRDefault="00C03AD5">
            <w:r>
              <w:t>1975</w:t>
            </w:r>
          </w:p>
        </w:tc>
      </w:tr>
      <w:tr w:rsidR="007052A3" w14:paraId="7DF7D053" w14:textId="77777777">
        <w:trPr>
          <w:cantSplit/>
        </w:trPr>
        <w:tc>
          <w:tcPr>
            <w:tcW w:w="0" w:type="auto"/>
            <w:shd w:val="clear" w:color="auto" w:fill="F2F2F2"/>
          </w:tcPr>
          <w:p w14:paraId="20742F45" w14:textId="77777777" w:rsidR="007052A3" w:rsidRDefault="00C03AD5">
            <w:r>
              <w:t>Котельная — Евразруда</w:t>
            </w:r>
          </w:p>
        </w:tc>
        <w:tc>
          <w:tcPr>
            <w:tcW w:w="0" w:type="auto"/>
            <w:shd w:val="clear" w:color="auto" w:fill="FFFFFF"/>
          </w:tcPr>
          <w:p w14:paraId="24462377" w14:textId="77777777" w:rsidR="007052A3" w:rsidRDefault="00C03AD5">
            <w:r>
              <w:t>паропровод</w:t>
            </w:r>
          </w:p>
        </w:tc>
        <w:tc>
          <w:tcPr>
            <w:tcW w:w="0" w:type="auto"/>
            <w:shd w:val="clear" w:color="auto" w:fill="FFFFFF"/>
          </w:tcPr>
          <w:p w14:paraId="31CB44F4" w14:textId="77777777" w:rsidR="007052A3" w:rsidRDefault="00C03AD5">
            <w:r>
              <w:t>530</w:t>
            </w:r>
          </w:p>
        </w:tc>
        <w:tc>
          <w:tcPr>
            <w:tcW w:w="0" w:type="auto"/>
            <w:shd w:val="clear" w:color="auto" w:fill="FFFFFF"/>
          </w:tcPr>
          <w:p w14:paraId="5E210B5F" w14:textId="77777777" w:rsidR="007052A3" w:rsidRDefault="00C03AD5">
            <w:r>
              <w:t>95</w:t>
            </w:r>
          </w:p>
        </w:tc>
        <w:tc>
          <w:tcPr>
            <w:tcW w:w="0" w:type="auto"/>
            <w:shd w:val="clear" w:color="auto" w:fill="FFFFFF"/>
          </w:tcPr>
          <w:p w14:paraId="34BE2756" w14:textId="77777777" w:rsidR="007052A3" w:rsidRDefault="00C03AD5">
            <w:r>
              <w:t>1976</w:t>
            </w:r>
          </w:p>
        </w:tc>
      </w:tr>
      <w:tr w:rsidR="007052A3" w14:paraId="5271A8DA" w14:textId="77777777">
        <w:trPr>
          <w:cantSplit/>
        </w:trPr>
        <w:tc>
          <w:tcPr>
            <w:tcW w:w="0" w:type="auto"/>
            <w:shd w:val="clear" w:color="auto" w:fill="F2F2F2"/>
          </w:tcPr>
          <w:p w14:paraId="2700084D" w14:textId="77777777" w:rsidR="007052A3" w:rsidRDefault="00C03AD5">
            <w:r w:rsidRPr="00844B84">
              <w:rPr>
                <w:lang w:val="ru-RU"/>
              </w:rPr>
              <w:t xml:space="preserve">Котельная — центральный тепловой пункт, ул. </w:t>
            </w:r>
            <w:r>
              <w:t>Островского</w:t>
            </w:r>
          </w:p>
        </w:tc>
        <w:tc>
          <w:tcPr>
            <w:tcW w:w="0" w:type="auto"/>
            <w:shd w:val="clear" w:color="auto" w:fill="FFFFFF"/>
          </w:tcPr>
          <w:p w14:paraId="474B2719" w14:textId="77777777" w:rsidR="007052A3" w:rsidRDefault="00C03AD5">
            <w:r>
              <w:t>паропровод</w:t>
            </w:r>
          </w:p>
        </w:tc>
        <w:tc>
          <w:tcPr>
            <w:tcW w:w="0" w:type="auto"/>
            <w:shd w:val="clear" w:color="auto" w:fill="FFFFFF"/>
          </w:tcPr>
          <w:p w14:paraId="2927BB9B" w14:textId="77777777" w:rsidR="007052A3" w:rsidRDefault="00C03AD5">
            <w:r>
              <w:t>159</w:t>
            </w:r>
          </w:p>
        </w:tc>
        <w:tc>
          <w:tcPr>
            <w:tcW w:w="0" w:type="auto"/>
            <w:shd w:val="clear" w:color="auto" w:fill="FFFFFF"/>
          </w:tcPr>
          <w:p w14:paraId="7454F4C2" w14:textId="77777777" w:rsidR="007052A3" w:rsidRDefault="00C03AD5">
            <w:r>
              <w:t>1 300</w:t>
            </w:r>
          </w:p>
        </w:tc>
        <w:tc>
          <w:tcPr>
            <w:tcW w:w="0" w:type="auto"/>
            <w:shd w:val="clear" w:color="auto" w:fill="FFFFFF"/>
          </w:tcPr>
          <w:p w14:paraId="7A3EB34E" w14:textId="77777777" w:rsidR="007052A3" w:rsidRDefault="00C03AD5">
            <w:r>
              <w:t>2014</w:t>
            </w:r>
          </w:p>
        </w:tc>
      </w:tr>
      <w:tr w:rsidR="007052A3" w14:paraId="03E19982" w14:textId="77777777">
        <w:trPr>
          <w:cantSplit/>
        </w:trPr>
        <w:tc>
          <w:tcPr>
            <w:tcW w:w="0" w:type="auto"/>
            <w:shd w:val="clear" w:color="auto" w:fill="F2F2F2"/>
          </w:tcPr>
          <w:p w14:paraId="6D67943A" w14:textId="77777777" w:rsidR="007052A3" w:rsidRPr="00844B84" w:rsidRDefault="00C03AD5">
            <w:pPr>
              <w:rPr>
                <w:lang w:val="ru-RU"/>
              </w:rPr>
            </w:pPr>
            <w:r w:rsidRPr="00844B84">
              <w:rPr>
                <w:lang w:val="ru-RU"/>
              </w:rPr>
              <w:t>Центральный тепловой пункт горноспасательной части</w:t>
            </w:r>
          </w:p>
        </w:tc>
        <w:tc>
          <w:tcPr>
            <w:tcW w:w="0" w:type="auto"/>
            <w:shd w:val="clear" w:color="auto" w:fill="FFFFFF"/>
          </w:tcPr>
          <w:p w14:paraId="39AE5787" w14:textId="77777777" w:rsidR="007052A3" w:rsidRDefault="00C03AD5">
            <w:r>
              <w:t>паропровод</w:t>
            </w:r>
          </w:p>
        </w:tc>
        <w:tc>
          <w:tcPr>
            <w:tcW w:w="0" w:type="auto"/>
            <w:shd w:val="clear" w:color="auto" w:fill="FFFFFF"/>
          </w:tcPr>
          <w:p w14:paraId="7060A397" w14:textId="77777777" w:rsidR="007052A3" w:rsidRDefault="00C03AD5">
            <w:r>
              <w:t>159</w:t>
            </w:r>
          </w:p>
        </w:tc>
        <w:tc>
          <w:tcPr>
            <w:tcW w:w="0" w:type="auto"/>
            <w:shd w:val="clear" w:color="auto" w:fill="FFFFFF"/>
          </w:tcPr>
          <w:p w14:paraId="4670D7FC" w14:textId="77777777" w:rsidR="007052A3" w:rsidRDefault="00C03AD5">
            <w:r>
              <w:t>2 200</w:t>
            </w:r>
          </w:p>
        </w:tc>
        <w:tc>
          <w:tcPr>
            <w:tcW w:w="0" w:type="auto"/>
            <w:shd w:val="clear" w:color="auto" w:fill="FFFFFF"/>
          </w:tcPr>
          <w:p w14:paraId="721AA966" w14:textId="77777777" w:rsidR="007052A3" w:rsidRDefault="00C03AD5">
            <w:r>
              <w:t>2014</w:t>
            </w:r>
          </w:p>
        </w:tc>
      </w:tr>
      <w:tr w:rsidR="007052A3" w14:paraId="32B764C6" w14:textId="77777777">
        <w:trPr>
          <w:cantSplit/>
        </w:trPr>
        <w:tc>
          <w:tcPr>
            <w:tcW w:w="0" w:type="auto"/>
            <w:shd w:val="clear" w:color="auto" w:fill="F2F2F2"/>
          </w:tcPr>
          <w:p w14:paraId="00CAAFA0" w14:textId="77777777" w:rsidR="007052A3" w:rsidRPr="00844B84" w:rsidRDefault="00C03AD5">
            <w:pPr>
              <w:rPr>
                <w:lang w:val="ru-RU"/>
              </w:rPr>
            </w:pPr>
            <w:r w:rsidRPr="00844B84">
              <w:rPr>
                <w:lang w:val="ru-RU"/>
              </w:rPr>
              <w:t>Возврат конденсата от центрального теплового пункта</w:t>
            </w:r>
          </w:p>
        </w:tc>
        <w:tc>
          <w:tcPr>
            <w:tcW w:w="0" w:type="auto"/>
            <w:shd w:val="clear" w:color="auto" w:fill="FFFFFF"/>
          </w:tcPr>
          <w:p w14:paraId="7AC044B8" w14:textId="77777777" w:rsidR="007052A3" w:rsidRDefault="00C03AD5">
            <w:r>
              <w:t>конденсатопровод</w:t>
            </w:r>
          </w:p>
        </w:tc>
        <w:tc>
          <w:tcPr>
            <w:tcW w:w="0" w:type="auto"/>
            <w:shd w:val="clear" w:color="auto" w:fill="FFFFFF"/>
          </w:tcPr>
          <w:p w14:paraId="3D193E82" w14:textId="77777777" w:rsidR="007052A3" w:rsidRDefault="00C03AD5">
            <w:r>
              <w:t>65</w:t>
            </w:r>
          </w:p>
        </w:tc>
        <w:tc>
          <w:tcPr>
            <w:tcW w:w="0" w:type="auto"/>
            <w:shd w:val="clear" w:color="auto" w:fill="FFFFFF"/>
          </w:tcPr>
          <w:p w14:paraId="0C7FC364" w14:textId="77777777" w:rsidR="007052A3" w:rsidRDefault="00C03AD5">
            <w:r>
              <w:t>1 300</w:t>
            </w:r>
          </w:p>
        </w:tc>
        <w:tc>
          <w:tcPr>
            <w:tcW w:w="0" w:type="auto"/>
            <w:shd w:val="clear" w:color="auto" w:fill="FFFFFF"/>
          </w:tcPr>
          <w:p w14:paraId="1C7795B8" w14:textId="77777777" w:rsidR="007052A3" w:rsidRDefault="00C03AD5">
            <w:r>
              <w:t>2014</w:t>
            </w:r>
          </w:p>
        </w:tc>
      </w:tr>
      <w:tr w:rsidR="007052A3" w14:paraId="50873A00" w14:textId="77777777">
        <w:trPr>
          <w:cantSplit/>
        </w:trPr>
        <w:tc>
          <w:tcPr>
            <w:tcW w:w="0" w:type="auto"/>
            <w:shd w:val="clear" w:color="auto" w:fill="DBE5F1"/>
          </w:tcPr>
          <w:p w14:paraId="40A1CADC" w14:textId="77777777" w:rsidR="007052A3" w:rsidRDefault="00C03AD5">
            <w:r>
              <w:rPr>
                <w:b/>
              </w:rPr>
              <w:t>Итого паропроводы</w:t>
            </w:r>
          </w:p>
        </w:tc>
        <w:tc>
          <w:tcPr>
            <w:tcW w:w="0" w:type="auto"/>
            <w:shd w:val="clear" w:color="auto" w:fill="DBE5F1"/>
          </w:tcPr>
          <w:p w14:paraId="19F025FA" w14:textId="77777777" w:rsidR="007052A3" w:rsidRDefault="00C03AD5">
            <w:r>
              <w:rPr>
                <w:b/>
              </w:rPr>
              <w:t>—</w:t>
            </w:r>
          </w:p>
        </w:tc>
        <w:tc>
          <w:tcPr>
            <w:tcW w:w="0" w:type="auto"/>
            <w:shd w:val="clear" w:color="auto" w:fill="DBE5F1"/>
          </w:tcPr>
          <w:p w14:paraId="2CEDA94F" w14:textId="77777777" w:rsidR="007052A3" w:rsidRDefault="00C03AD5">
            <w:r>
              <w:rPr>
                <w:b/>
              </w:rPr>
              <w:t>—</w:t>
            </w:r>
          </w:p>
        </w:tc>
        <w:tc>
          <w:tcPr>
            <w:tcW w:w="0" w:type="auto"/>
            <w:shd w:val="clear" w:color="auto" w:fill="DBE5F1"/>
          </w:tcPr>
          <w:p w14:paraId="34850C19" w14:textId="77777777" w:rsidR="007052A3" w:rsidRDefault="00C03AD5">
            <w:r>
              <w:rPr>
                <w:b/>
              </w:rPr>
              <w:t>4 019</w:t>
            </w:r>
          </w:p>
        </w:tc>
        <w:tc>
          <w:tcPr>
            <w:tcW w:w="0" w:type="auto"/>
            <w:shd w:val="clear" w:color="auto" w:fill="DBE5F1"/>
          </w:tcPr>
          <w:p w14:paraId="6F2DF119" w14:textId="77777777" w:rsidR="007052A3" w:rsidRDefault="00C03AD5">
            <w:r>
              <w:rPr>
                <w:b/>
              </w:rPr>
              <w:t>—</w:t>
            </w:r>
          </w:p>
        </w:tc>
      </w:tr>
      <w:tr w:rsidR="007052A3" w14:paraId="44298900" w14:textId="77777777">
        <w:trPr>
          <w:cantSplit/>
        </w:trPr>
        <w:tc>
          <w:tcPr>
            <w:tcW w:w="0" w:type="auto"/>
            <w:shd w:val="clear" w:color="auto" w:fill="DBE5F1"/>
          </w:tcPr>
          <w:p w14:paraId="6EC8FDD2" w14:textId="77777777" w:rsidR="007052A3" w:rsidRDefault="00C03AD5">
            <w:r>
              <w:rPr>
                <w:b/>
              </w:rPr>
              <w:t>Итого конденсатопроводы</w:t>
            </w:r>
          </w:p>
        </w:tc>
        <w:tc>
          <w:tcPr>
            <w:tcW w:w="0" w:type="auto"/>
            <w:shd w:val="clear" w:color="auto" w:fill="DBE5F1"/>
          </w:tcPr>
          <w:p w14:paraId="2FBE49BE" w14:textId="77777777" w:rsidR="007052A3" w:rsidRDefault="00C03AD5">
            <w:r>
              <w:rPr>
                <w:b/>
              </w:rPr>
              <w:t>—</w:t>
            </w:r>
          </w:p>
        </w:tc>
        <w:tc>
          <w:tcPr>
            <w:tcW w:w="0" w:type="auto"/>
            <w:shd w:val="clear" w:color="auto" w:fill="DBE5F1"/>
          </w:tcPr>
          <w:p w14:paraId="321FB998" w14:textId="77777777" w:rsidR="007052A3" w:rsidRDefault="00C03AD5">
            <w:r>
              <w:rPr>
                <w:b/>
              </w:rPr>
              <w:t>—</w:t>
            </w:r>
          </w:p>
        </w:tc>
        <w:tc>
          <w:tcPr>
            <w:tcW w:w="0" w:type="auto"/>
            <w:shd w:val="clear" w:color="auto" w:fill="DBE5F1"/>
          </w:tcPr>
          <w:p w14:paraId="061FBF35" w14:textId="77777777" w:rsidR="007052A3" w:rsidRDefault="00C03AD5">
            <w:r>
              <w:rPr>
                <w:b/>
              </w:rPr>
              <w:t>1 300</w:t>
            </w:r>
          </w:p>
        </w:tc>
        <w:tc>
          <w:tcPr>
            <w:tcW w:w="0" w:type="auto"/>
            <w:shd w:val="clear" w:color="auto" w:fill="DBE5F1"/>
          </w:tcPr>
          <w:p w14:paraId="0AF71692" w14:textId="77777777" w:rsidR="007052A3" w:rsidRDefault="00C03AD5">
            <w:r>
              <w:rPr>
                <w:b/>
              </w:rPr>
              <w:t>—</w:t>
            </w:r>
          </w:p>
        </w:tc>
      </w:tr>
      <w:tr w:rsidR="007052A3" w14:paraId="5A364385" w14:textId="77777777">
        <w:trPr>
          <w:cantSplit/>
        </w:trPr>
        <w:tc>
          <w:tcPr>
            <w:tcW w:w="0" w:type="auto"/>
            <w:shd w:val="clear" w:color="auto" w:fill="DBE5F1"/>
          </w:tcPr>
          <w:p w14:paraId="0879940E" w14:textId="77777777" w:rsidR="007052A3" w:rsidRDefault="00C03AD5">
            <w:r>
              <w:rPr>
                <w:b/>
              </w:rPr>
              <w:t>Всего</w:t>
            </w:r>
          </w:p>
        </w:tc>
        <w:tc>
          <w:tcPr>
            <w:tcW w:w="0" w:type="auto"/>
            <w:shd w:val="clear" w:color="auto" w:fill="DBE5F1"/>
          </w:tcPr>
          <w:p w14:paraId="3B318267" w14:textId="77777777" w:rsidR="007052A3" w:rsidRDefault="00C03AD5">
            <w:r>
              <w:rPr>
                <w:b/>
              </w:rPr>
              <w:t>—</w:t>
            </w:r>
          </w:p>
        </w:tc>
        <w:tc>
          <w:tcPr>
            <w:tcW w:w="0" w:type="auto"/>
            <w:shd w:val="clear" w:color="auto" w:fill="DBE5F1"/>
          </w:tcPr>
          <w:p w14:paraId="75646E6D" w14:textId="77777777" w:rsidR="007052A3" w:rsidRDefault="00C03AD5">
            <w:r>
              <w:rPr>
                <w:b/>
              </w:rPr>
              <w:t>—</w:t>
            </w:r>
          </w:p>
        </w:tc>
        <w:tc>
          <w:tcPr>
            <w:tcW w:w="0" w:type="auto"/>
            <w:shd w:val="clear" w:color="auto" w:fill="DBE5F1"/>
          </w:tcPr>
          <w:p w14:paraId="28ED309A" w14:textId="77777777" w:rsidR="007052A3" w:rsidRDefault="00C03AD5">
            <w:r>
              <w:rPr>
                <w:b/>
              </w:rPr>
              <w:t>5 319</w:t>
            </w:r>
          </w:p>
        </w:tc>
        <w:tc>
          <w:tcPr>
            <w:tcW w:w="0" w:type="auto"/>
            <w:shd w:val="clear" w:color="auto" w:fill="DBE5F1"/>
          </w:tcPr>
          <w:p w14:paraId="2E6E5817" w14:textId="77777777" w:rsidR="007052A3" w:rsidRDefault="00C03AD5">
            <w:r>
              <w:rPr>
                <w:b/>
              </w:rPr>
              <w:t>—</w:t>
            </w:r>
          </w:p>
        </w:tc>
      </w:tr>
    </w:tbl>
    <w:p w14:paraId="6EC924FF" w14:textId="77777777" w:rsidR="007052A3" w:rsidRPr="00844B84" w:rsidRDefault="00C03AD5">
      <w:pPr>
        <w:rPr>
          <w:lang w:val="ru-RU"/>
        </w:rPr>
      </w:pPr>
      <w:r w:rsidRPr="00844B84">
        <w:rPr>
          <w:lang w:val="ru-RU"/>
        </w:rPr>
        <w:t>Паровые и конденсатные сети относятся к системе УПК № 1 «Таштагол», учитываются отдельно и в протяжённость водяных тепловых сетей 105 536,70 м не включаются. Массовый расход пара и фактический процент возврата конденсата в составе имеющихся исходных материалов не определены.</w:t>
      </w:r>
    </w:p>
    <w:p w14:paraId="359D491E" w14:textId="77777777" w:rsidR="004F333E" w:rsidRPr="00844B84" w:rsidRDefault="00886ADF">
      <w:pPr>
        <w:pStyle w:val="21"/>
        <w:rPr>
          <w:lang w:val="ru-RU"/>
        </w:rPr>
      </w:pPr>
      <w:bookmarkStart w:id="69" w:name="_Toc238017268"/>
      <w:r w:rsidRPr="00844B84">
        <w:rPr>
          <w:lang w:val="ru-RU"/>
        </w:rPr>
        <w:t>6.9. Характеристики тепловых сетей по системам теплоснабжения</w:t>
      </w:r>
      <w:bookmarkEnd w:id="69"/>
    </w:p>
    <w:p w14:paraId="6E0ACEC0" w14:textId="77777777" w:rsidR="004F333E" w:rsidRDefault="00886ADF">
      <w:r w:rsidRPr="00844B84">
        <w:rPr>
          <w:lang w:val="ru-RU"/>
        </w:rPr>
        <w:t xml:space="preserve">По каждой системе теплоснабжения приведены утверждаемые характеристики тепловых сетей: распределение участков и протяжённости по группам диаметров, возрасту и способу прокладки. </w:t>
      </w:r>
      <w:r>
        <w:t>Год ввода подтверждён по каждому участку реестра.</w:t>
      </w:r>
    </w:p>
    <w:p w14:paraId="2FAA8733" w14:textId="77777777" w:rsidR="004F333E" w:rsidRPr="00F815F9" w:rsidRDefault="00886ADF">
      <w:pPr>
        <w:pStyle w:val="31"/>
        <w:rPr>
          <w:sz w:val="28"/>
          <w:szCs w:val="28"/>
        </w:rPr>
      </w:pPr>
      <w:r w:rsidRPr="00F815F9">
        <w:rPr>
          <w:sz w:val="28"/>
          <w:szCs w:val="28"/>
        </w:rPr>
        <w:t>6.9.1. УПК № 1 «Таштагол»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789"/>
        <w:gridCol w:w="1995"/>
        <w:gridCol w:w="3400"/>
        <w:gridCol w:w="1305"/>
      </w:tblGrid>
      <w:tr w:rsidR="004F333E" w14:paraId="7348CF8C" w14:textId="77777777">
        <w:trPr>
          <w:cantSplit/>
          <w:tblHeader/>
        </w:trPr>
        <w:tc>
          <w:tcPr>
            <w:tcW w:w="0" w:type="auto"/>
            <w:shd w:val="clear" w:color="auto" w:fill="E2F0D9"/>
          </w:tcPr>
          <w:p w14:paraId="3C117549" w14:textId="77777777" w:rsidR="004F333E" w:rsidRDefault="00886ADF">
            <w:pPr>
              <w:jc w:val="center"/>
            </w:pPr>
            <w:r>
              <w:rPr>
                <w:b/>
              </w:rPr>
              <w:t>Признак</w:t>
            </w:r>
          </w:p>
        </w:tc>
        <w:tc>
          <w:tcPr>
            <w:tcW w:w="0" w:type="auto"/>
            <w:shd w:val="clear" w:color="auto" w:fill="E2F0D9"/>
          </w:tcPr>
          <w:p w14:paraId="04CD4F7C" w14:textId="77777777" w:rsidR="004F333E" w:rsidRDefault="00886ADF">
            <w:pPr>
              <w:jc w:val="center"/>
            </w:pPr>
            <w:r>
              <w:rPr>
                <w:b/>
              </w:rPr>
              <w:t>Участков, ед.</w:t>
            </w:r>
          </w:p>
        </w:tc>
        <w:tc>
          <w:tcPr>
            <w:tcW w:w="0" w:type="auto"/>
            <w:shd w:val="clear" w:color="auto" w:fill="E2F0D9"/>
          </w:tcPr>
          <w:p w14:paraId="536EF2FB" w14:textId="77777777" w:rsidR="004F333E" w:rsidRPr="00844B84" w:rsidRDefault="00886ADF">
            <w:pPr>
              <w:jc w:val="center"/>
              <w:rPr>
                <w:lang w:val="ru-RU"/>
              </w:rPr>
            </w:pPr>
            <w:r w:rsidRPr="00844B84">
              <w:rPr>
                <w:b/>
                <w:lang w:val="ru-RU"/>
              </w:rPr>
              <w:t>Длина по оси трассы, м</w:t>
            </w:r>
          </w:p>
        </w:tc>
        <w:tc>
          <w:tcPr>
            <w:tcW w:w="0" w:type="auto"/>
            <w:shd w:val="clear" w:color="auto" w:fill="E2F0D9"/>
          </w:tcPr>
          <w:p w14:paraId="626C6418" w14:textId="77777777" w:rsidR="004F333E" w:rsidRDefault="00886ADF">
            <w:pPr>
              <w:jc w:val="center"/>
            </w:pPr>
            <w:r>
              <w:rPr>
                <w:b/>
              </w:rPr>
              <w:t>Доля, %</w:t>
            </w:r>
          </w:p>
        </w:tc>
      </w:tr>
      <w:tr w:rsidR="004F333E" w14:paraId="4446C892" w14:textId="77777777">
        <w:trPr>
          <w:cantSplit/>
        </w:trPr>
        <w:tc>
          <w:tcPr>
            <w:tcW w:w="0" w:type="auto"/>
            <w:shd w:val="clear" w:color="auto" w:fill="F2F2F2"/>
          </w:tcPr>
          <w:p w14:paraId="4B4F1E1A" w14:textId="77777777" w:rsidR="004F333E" w:rsidRDefault="00886ADF">
            <w:r>
              <w:t>по диаметру: до 50 мм</w:t>
            </w:r>
          </w:p>
        </w:tc>
        <w:tc>
          <w:tcPr>
            <w:tcW w:w="0" w:type="auto"/>
            <w:shd w:val="clear" w:color="auto" w:fill="FFFFFF"/>
          </w:tcPr>
          <w:p w14:paraId="3542A92E" w14:textId="77777777" w:rsidR="004F333E" w:rsidRDefault="00886ADF">
            <w:r>
              <w:t>15</w:t>
            </w:r>
          </w:p>
        </w:tc>
        <w:tc>
          <w:tcPr>
            <w:tcW w:w="0" w:type="auto"/>
            <w:shd w:val="clear" w:color="auto" w:fill="FFFFFF"/>
          </w:tcPr>
          <w:p w14:paraId="59612C77" w14:textId="77777777" w:rsidR="004F333E" w:rsidRDefault="00886ADF">
            <w:r>
              <w:t>1091,00</w:t>
            </w:r>
          </w:p>
        </w:tc>
        <w:tc>
          <w:tcPr>
            <w:tcW w:w="0" w:type="auto"/>
            <w:shd w:val="clear" w:color="auto" w:fill="FFFFFF"/>
          </w:tcPr>
          <w:p w14:paraId="7FF3BA80" w14:textId="77777777" w:rsidR="004F333E" w:rsidRDefault="00886ADF">
            <w:r>
              <w:t>2,9</w:t>
            </w:r>
          </w:p>
        </w:tc>
      </w:tr>
      <w:tr w:rsidR="004F333E" w14:paraId="68A9FCD2" w14:textId="77777777">
        <w:trPr>
          <w:cantSplit/>
        </w:trPr>
        <w:tc>
          <w:tcPr>
            <w:tcW w:w="0" w:type="auto"/>
            <w:shd w:val="clear" w:color="auto" w:fill="F2F2F2"/>
          </w:tcPr>
          <w:p w14:paraId="6A895D7B" w14:textId="77777777" w:rsidR="004F333E" w:rsidRDefault="00886ADF">
            <w:r>
              <w:t>по диаметру: 65–100 мм</w:t>
            </w:r>
          </w:p>
        </w:tc>
        <w:tc>
          <w:tcPr>
            <w:tcW w:w="0" w:type="auto"/>
            <w:shd w:val="clear" w:color="auto" w:fill="FFFFFF"/>
          </w:tcPr>
          <w:p w14:paraId="32D42CB9" w14:textId="77777777" w:rsidR="004F333E" w:rsidRDefault="00886ADF">
            <w:r>
              <w:t>154</w:t>
            </w:r>
          </w:p>
        </w:tc>
        <w:tc>
          <w:tcPr>
            <w:tcW w:w="0" w:type="auto"/>
            <w:shd w:val="clear" w:color="auto" w:fill="FFFFFF"/>
          </w:tcPr>
          <w:p w14:paraId="10C48469" w14:textId="77777777" w:rsidR="004F333E" w:rsidRDefault="00886ADF">
            <w:r>
              <w:t>10223,70</w:t>
            </w:r>
          </w:p>
        </w:tc>
        <w:tc>
          <w:tcPr>
            <w:tcW w:w="0" w:type="auto"/>
            <w:shd w:val="clear" w:color="auto" w:fill="FFFFFF"/>
          </w:tcPr>
          <w:p w14:paraId="5E186365" w14:textId="77777777" w:rsidR="004F333E" w:rsidRDefault="00886ADF">
            <w:r>
              <w:t>26,7</w:t>
            </w:r>
          </w:p>
        </w:tc>
      </w:tr>
      <w:tr w:rsidR="004F333E" w14:paraId="3182B250" w14:textId="77777777">
        <w:trPr>
          <w:cantSplit/>
        </w:trPr>
        <w:tc>
          <w:tcPr>
            <w:tcW w:w="0" w:type="auto"/>
            <w:shd w:val="clear" w:color="auto" w:fill="F2F2F2"/>
          </w:tcPr>
          <w:p w14:paraId="5C54EA0A" w14:textId="77777777" w:rsidR="004F333E" w:rsidRDefault="00886ADF">
            <w:r>
              <w:t>по диаметру: 125–200 мм</w:t>
            </w:r>
          </w:p>
        </w:tc>
        <w:tc>
          <w:tcPr>
            <w:tcW w:w="0" w:type="auto"/>
            <w:shd w:val="clear" w:color="auto" w:fill="FFFFFF"/>
          </w:tcPr>
          <w:p w14:paraId="40A37519" w14:textId="77777777" w:rsidR="004F333E" w:rsidRDefault="00886ADF">
            <w:r>
              <w:t>44</w:t>
            </w:r>
          </w:p>
        </w:tc>
        <w:tc>
          <w:tcPr>
            <w:tcW w:w="0" w:type="auto"/>
            <w:shd w:val="clear" w:color="auto" w:fill="FFFFFF"/>
          </w:tcPr>
          <w:p w14:paraId="59D01666" w14:textId="77777777" w:rsidR="004F333E" w:rsidRDefault="00886ADF">
            <w:r>
              <w:t>14399,80</w:t>
            </w:r>
          </w:p>
        </w:tc>
        <w:tc>
          <w:tcPr>
            <w:tcW w:w="0" w:type="auto"/>
            <w:shd w:val="clear" w:color="auto" w:fill="FFFFFF"/>
          </w:tcPr>
          <w:p w14:paraId="1EF82A7D" w14:textId="77777777" w:rsidR="004F333E" w:rsidRDefault="00886ADF">
            <w:r>
              <w:t>37,7</w:t>
            </w:r>
          </w:p>
        </w:tc>
      </w:tr>
      <w:tr w:rsidR="004F333E" w14:paraId="6A216261" w14:textId="77777777">
        <w:trPr>
          <w:cantSplit/>
        </w:trPr>
        <w:tc>
          <w:tcPr>
            <w:tcW w:w="0" w:type="auto"/>
            <w:shd w:val="clear" w:color="auto" w:fill="F2F2F2"/>
          </w:tcPr>
          <w:p w14:paraId="7DFF63AD" w14:textId="77777777" w:rsidR="004F333E" w:rsidRDefault="00886ADF">
            <w:r>
              <w:t>по диаметру: 250–300 мм</w:t>
            </w:r>
          </w:p>
        </w:tc>
        <w:tc>
          <w:tcPr>
            <w:tcW w:w="0" w:type="auto"/>
            <w:shd w:val="clear" w:color="auto" w:fill="FFFFFF"/>
          </w:tcPr>
          <w:p w14:paraId="499FE207" w14:textId="77777777" w:rsidR="004F333E" w:rsidRDefault="00886ADF">
            <w:r>
              <w:t>15</w:t>
            </w:r>
          </w:p>
        </w:tc>
        <w:tc>
          <w:tcPr>
            <w:tcW w:w="0" w:type="auto"/>
            <w:shd w:val="clear" w:color="auto" w:fill="FFFFFF"/>
          </w:tcPr>
          <w:p w14:paraId="15AEFBE4" w14:textId="77777777" w:rsidR="004F333E" w:rsidRDefault="00886ADF">
            <w:r>
              <w:t>11179,00</w:t>
            </w:r>
          </w:p>
        </w:tc>
        <w:tc>
          <w:tcPr>
            <w:tcW w:w="0" w:type="auto"/>
            <w:shd w:val="clear" w:color="auto" w:fill="FFFFFF"/>
          </w:tcPr>
          <w:p w14:paraId="75020908" w14:textId="77777777" w:rsidR="004F333E" w:rsidRDefault="00886ADF">
            <w:r>
              <w:t>29,2</w:t>
            </w:r>
          </w:p>
        </w:tc>
      </w:tr>
      <w:tr w:rsidR="004F333E" w14:paraId="745DC36D" w14:textId="77777777">
        <w:trPr>
          <w:cantSplit/>
        </w:trPr>
        <w:tc>
          <w:tcPr>
            <w:tcW w:w="0" w:type="auto"/>
            <w:shd w:val="clear" w:color="auto" w:fill="F2F2F2"/>
          </w:tcPr>
          <w:p w14:paraId="1DC8016D" w14:textId="77777777" w:rsidR="004F333E" w:rsidRDefault="00886ADF">
            <w:r>
              <w:t>по диаметру: более 300 мм</w:t>
            </w:r>
          </w:p>
        </w:tc>
        <w:tc>
          <w:tcPr>
            <w:tcW w:w="0" w:type="auto"/>
            <w:shd w:val="clear" w:color="auto" w:fill="FFFFFF"/>
          </w:tcPr>
          <w:p w14:paraId="1CEB7270" w14:textId="77777777" w:rsidR="004F333E" w:rsidRDefault="00886ADF">
            <w:r>
              <w:t>2</w:t>
            </w:r>
          </w:p>
        </w:tc>
        <w:tc>
          <w:tcPr>
            <w:tcW w:w="0" w:type="auto"/>
            <w:shd w:val="clear" w:color="auto" w:fill="FFFFFF"/>
          </w:tcPr>
          <w:p w14:paraId="0F92033D" w14:textId="77777777" w:rsidR="004F333E" w:rsidRDefault="00886ADF">
            <w:r>
              <w:t>1327,00</w:t>
            </w:r>
          </w:p>
        </w:tc>
        <w:tc>
          <w:tcPr>
            <w:tcW w:w="0" w:type="auto"/>
            <w:shd w:val="clear" w:color="auto" w:fill="FFFFFF"/>
          </w:tcPr>
          <w:p w14:paraId="6F92F8C0" w14:textId="77777777" w:rsidR="004F333E" w:rsidRDefault="00886ADF">
            <w:r>
              <w:t>3,5</w:t>
            </w:r>
          </w:p>
        </w:tc>
      </w:tr>
      <w:tr w:rsidR="004F333E" w14:paraId="439E4296" w14:textId="77777777">
        <w:trPr>
          <w:cantSplit/>
        </w:trPr>
        <w:tc>
          <w:tcPr>
            <w:tcW w:w="0" w:type="auto"/>
            <w:shd w:val="clear" w:color="auto" w:fill="F2F2F2"/>
          </w:tcPr>
          <w:p w14:paraId="4C1F192B" w14:textId="77777777" w:rsidR="004F333E" w:rsidRDefault="00886ADF">
            <w:r>
              <w:t>по возрасту: до 5 лет</w:t>
            </w:r>
          </w:p>
        </w:tc>
        <w:tc>
          <w:tcPr>
            <w:tcW w:w="0" w:type="auto"/>
            <w:shd w:val="clear" w:color="auto" w:fill="FFFFFF"/>
          </w:tcPr>
          <w:p w14:paraId="6015681A" w14:textId="77777777" w:rsidR="004F333E" w:rsidRDefault="00886ADF">
            <w:r>
              <w:t>3</w:t>
            </w:r>
          </w:p>
        </w:tc>
        <w:tc>
          <w:tcPr>
            <w:tcW w:w="0" w:type="auto"/>
            <w:shd w:val="clear" w:color="auto" w:fill="FFFFFF"/>
          </w:tcPr>
          <w:p w14:paraId="30479359" w14:textId="77777777" w:rsidR="004F333E" w:rsidRDefault="00886ADF">
            <w:r>
              <w:t>2348,50</w:t>
            </w:r>
          </w:p>
        </w:tc>
        <w:tc>
          <w:tcPr>
            <w:tcW w:w="0" w:type="auto"/>
            <w:shd w:val="clear" w:color="auto" w:fill="FFFFFF"/>
          </w:tcPr>
          <w:p w14:paraId="44EC985F" w14:textId="77777777" w:rsidR="004F333E" w:rsidRDefault="00886ADF">
            <w:r>
              <w:t>6,1</w:t>
            </w:r>
          </w:p>
        </w:tc>
      </w:tr>
      <w:tr w:rsidR="004F333E" w14:paraId="6CE98E03" w14:textId="77777777">
        <w:trPr>
          <w:cantSplit/>
        </w:trPr>
        <w:tc>
          <w:tcPr>
            <w:tcW w:w="0" w:type="auto"/>
            <w:shd w:val="clear" w:color="auto" w:fill="F2F2F2"/>
          </w:tcPr>
          <w:p w14:paraId="296D58AC" w14:textId="77777777" w:rsidR="004F333E" w:rsidRDefault="00886ADF">
            <w:r>
              <w:t>по возрасту: 10–15 лет</w:t>
            </w:r>
          </w:p>
        </w:tc>
        <w:tc>
          <w:tcPr>
            <w:tcW w:w="0" w:type="auto"/>
            <w:shd w:val="clear" w:color="auto" w:fill="FFFFFF"/>
          </w:tcPr>
          <w:p w14:paraId="62EF92B4" w14:textId="77777777" w:rsidR="004F333E" w:rsidRDefault="00886ADF">
            <w:r>
              <w:t>1</w:t>
            </w:r>
          </w:p>
        </w:tc>
        <w:tc>
          <w:tcPr>
            <w:tcW w:w="0" w:type="auto"/>
            <w:shd w:val="clear" w:color="auto" w:fill="FFFFFF"/>
          </w:tcPr>
          <w:p w14:paraId="1BDBE387" w14:textId="77777777" w:rsidR="004F333E" w:rsidRDefault="00886ADF">
            <w:r>
              <w:t>90,00</w:t>
            </w:r>
          </w:p>
        </w:tc>
        <w:tc>
          <w:tcPr>
            <w:tcW w:w="0" w:type="auto"/>
            <w:shd w:val="clear" w:color="auto" w:fill="FFFFFF"/>
          </w:tcPr>
          <w:p w14:paraId="5DB4673E" w14:textId="77777777" w:rsidR="004F333E" w:rsidRDefault="00886ADF">
            <w:r>
              <w:t>0,2</w:t>
            </w:r>
          </w:p>
        </w:tc>
      </w:tr>
      <w:tr w:rsidR="004F333E" w14:paraId="2DE345CA" w14:textId="77777777">
        <w:trPr>
          <w:cantSplit/>
        </w:trPr>
        <w:tc>
          <w:tcPr>
            <w:tcW w:w="0" w:type="auto"/>
            <w:shd w:val="clear" w:color="auto" w:fill="F2F2F2"/>
          </w:tcPr>
          <w:p w14:paraId="56F9F6C9" w14:textId="77777777" w:rsidR="004F333E" w:rsidRDefault="00886ADF">
            <w:r>
              <w:t>по возрасту: 15–20 лет</w:t>
            </w:r>
          </w:p>
        </w:tc>
        <w:tc>
          <w:tcPr>
            <w:tcW w:w="0" w:type="auto"/>
            <w:shd w:val="clear" w:color="auto" w:fill="FFFFFF"/>
          </w:tcPr>
          <w:p w14:paraId="4E7D53DC" w14:textId="77777777" w:rsidR="004F333E" w:rsidRDefault="00886ADF">
            <w:r>
              <w:t>32</w:t>
            </w:r>
          </w:p>
        </w:tc>
        <w:tc>
          <w:tcPr>
            <w:tcW w:w="0" w:type="auto"/>
            <w:shd w:val="clear" w:color="auto" w:fill="FFFFFF"/>
          </w:tcPr>
          <w:p w14:paraId="39070CC4" w14:textId="77777777" w:rsidR="004F333E" w:rsidRDefault="00886ADF">
            <w:r>
              <w:t>4039,70</w:t>
            </w:r>
          </w:p>
        </w:tc>
        <w:tc>
          <w:tcPr>
            <w:tcW w:w="0" w:type="auto"/>
            <w:shd w:val="clear" w:color="auto" w:fill="FFFFFF"/>
          </w:tcPr>
          <w:p w14:paraId="5E819FFB" w14:textId="77777777" w:rsidR="004F333E" w:rsidRDefault="00886ADF">
            <w:r>
              <w:t>10,6</w:t>
            </w:r>
          </w:p>
        </w:tc>
      </w:tr>
      <w:tr w:rsidR="004F333E" w14:paraId="1792952C" w14:textId="77777777">
        <w:trPr>
          <w:cantSplit/>
        </w:trPr>
        <w:tc>
          <w:tcPr>
            <w:tcW w:w="0" w:type="auto"/>
            <w:shd w:val="clear" w:color="auto" w:fill="F2F2F2"/>
          </w:tcPr>
          <w:p w14:paraId="02F9158D" w14:textId="77777777" w:rsidR="004F333E" w:rsidRDefault="00886ADF">
            <w:r>
              <w:t>по возрасту: 20–25 лет</w:t>
            </w:r>
          </w:p>
        </w:tc>
        <w:tc>
          <w:tcPr>
            <w:tcW w:w="0" w:type="auto"/>
            <w:shd w:val="clear" w:color="auto" w:fill="FFFFFF"/>
          </w:tcPr>
          <w:p w14:paraId="28BC7A6C" w14:textId="77777777" w:rsidR="004F333E" w:rsidRDefault="00886ADF">
            <w:r>
              <w:t>6</w:t>
            </w:r>
          </w:p>
        </w:tc>
        <w:tc>
          <w:tcPr>
            <w:tcW w:w="0" w:type="auto"/>
            <w:shd w:val="clear" w:color="auto" w:fill="FFFFFF"/>
          </w:tcPr>
          <w:p w14:paraId="61B13D8D" w14:textId="77777777" w:rsidR="004F333E" w:rsidRDefault="00886ADF">
            <w:r>
              <w:t>1126,00</w:t>
            </w:r>
          </w:p>
        </w:tc>
        <w:tc>
          <w:tcPr>
            <w:tcW w:w="0" w:type="auto"/>
            <w:shd w:val="clear" w:color="auto" w:fill="FFFFFF"/>
          </w:tcPr>
          <w:p w14:paraId="67934388" w14:textId="77777777" w:rsidR="004F333E" w:rsidRDefault="00886ADF">
            <w:r>
              <w:t>2,9</w:t>
            </w:r>
          </w:p>
        </w:tc>
      </w:tr>
      <w:tr w:rsidR="004F333E" w14:paraId="40D9CEAE" w14:textId="77777777">
        <w:trPr>
          <w:cantSplit/>
        </w:trPr>
        <w:tc>
          <w:tcPr>
            <w:tcW w:w="0" w:type="auto"/>
            <w:shd w:val="clear" w:color="auto" w:fill="F2F2F2"/>
          </w:tcPr>
          <w:p w14:paraId="6D716783" w14:textId="77777777" w:rsidR="004F333E" w:rsidRDefault="00886ADF">
            <w:r>
              <w:t>по возрасту: 25–30 лет</w:t>
            </w:r>
          </w:p>
        </w:tc>
        <w:tc>
          <w:tcPr>
            <w:tcW w:w="0" w:type="auto"/>
            <w:shd w:val="clear" w:color="auto" w:fill="FFFFFF"/>
          </w:tcPr>
          <w:p w14:paraId="329D0513" w14:textId="77777777" w:rsidR="004F333E" w:rsidRDefault="00886ADF">
            <w:r>
              <w:t>2</w:t>
            </w:r>
          </w:p>
        </w:tc>
        <w:tc>
          <w:tcPr>
            <w:tcW w:w="0" w:type="auto"/>
            <w:shd w:val="clear" w:color="auto" w:fill="FFFFFF"/>
          </w:tcPr>
          <w:p w14:paraId="4CD886BD" w14:textId="77777777" w:rsidR="004F333E" w:rsidRDefault="00886ADF">
            <w:r>
              <w:t>370,00</w:t>
            </w:r>
          </w:p>
        </w:tc>
        <w:tc>
          <w:tcPr>
            <w:tcW w:w="0" w:type="auto"/>
            <w:shd w:val="clear" w:color="auto" w:fill="FFFFFF"/>
          </w:tcPr>
          <w:p w14:paraId="29B5DC86" w14:textId="77777777" w:rsidR="004F333E" w:rsidRDefault="00886ADF">
            <w:r>
              <w:t>1,0</w:t>
            </w:r>
          </w:p>
        </w:tc>
      </w:tr>
      <w:tr w:rsidR="004F333E" w14:paraId="6E140CCE" w14:textId="77777777">
        <w:trPr>
          <w:cantSplit/>
        </w:trPr>
        <w:tc>
          <w:tcPr>
            <w:tcW w:w="0" w:type="auto"/>
            <w:shd w:val="clear" w:color="auto" w:fill="F2F2F2"/>
          </w:tcPr>
          <w:p w14:paraId="7EDAC66B" w14:textId="77777777" w:rsidR="004F333E" w:rsidRDefault="00886ADF">
            <w:r>
              <w:t>по возрасту: более 30 лет</w:t>
            </w:r>
          </w:p>
        </w:tc>
        <w:tc>
          <w:tcPr>
            <w:tcW w:w="0" w:type="auto"/>
            <w:shd w:val="clear" w:color="auto" w:fill="FFFFFF"/>
          </w:tcPr>
          <w:p w14:paraId="29FAF594" w14:textId="77777777" w:rsidR="004F333E" w:rsidRDefault="00886ADF">
            <w:r>
              <w:t>186</w:t>
            </w:r>
          </w:p>
        </w:tc>
        <w:tc>
          <w:tcPr>
            <w:tcW w:w="0" w:type="auto"/>
            <w:shd w:val="clear" w:color="auto" w:fill="FFFFFF"/>
          </w:tcPr>
          <w:p w14:paraId="1BABE83D" w14:textId="77777777" w:rsidR="004F333E" w:rsidRDefault="00886ADF">
            <w:r>
              <w:t>30246,30</w:t>
            </w:r>
          </w:p>
        </w:tc>
        <w:tc>
          <w:tcPr>
            <w:tcW w:w="0" w:type="auto"/>
            <w:shd w:val="clear" w:color="auto" w:fill="FFFFFF"/>
          </w:tcPr>
          <w:p w14:paraId="2CF92BDA" w14:textId="77777777" w:rsidR="004F333E" w:rsidRDefault="00886ADF">
            <w:r>
              <w:t>79,1</w:t>
            </w:r>
          </w:p>
        </w:tc>
      </w:tr>
      <w:tr w:rsidR="004F333E" w14:paraId="2BC0E857" w14:textId="77777777">
        <w:trPr>
          <w:cantSplit/>
        </w:trPr>
        <w:tc>
          <w:tcPr>
            <w:tcW w:w="0" w:type="auto"/>
            <w:shd w:val="clear" w:color="auto" w:fill="F2F2F2"/>
          </w:tcPr>
          <w:p w14:paraId="123C2709" w14:textId="77777777" w:rsidR="004F333E" w:rsidRDefault="00886ADF">
            <w:r>
              <w:t>по прокладке: бесканальная</w:t>
            </w:r>
          </w:p>
        </w:tc>
        <w:tc>
          <w:tcPr>
            <w:tcW w:w="0" w:type="auto"/>
            <w:shd w:val="clear" w:color="auto" w:fill="FFFFFF"/>
          </w:tcPr>
          <w:p w14:paraId="28B242D6" w14:textId="77777777" w:rsidR="004F333E" w:rsidRDefault="00886ADF">
            <w:r>
              <w:t>186</w:t>
            </w:r>
          </w:p>
        </w:tc>
        <w:tc>
          <w:tcPr>
            <w:tcW w:w="0" w:type="auto"/>
            <w:shd w:val="clear" w:color="auto" w:fill="FFFFFF"/>
          </w:tcPr>
          <w:p w14:paraId="59BAD8EB" w14:textId="77777777" w:rsidR="004F333E" w:rsidRDefault="00886ADF">
            <w:r>
              <w:t>23645,10</w:t>
            </w:r>
          </w:p>
        </w:tc>
        <w:tc>
          <w:tcPr>
            <w:tcW w:w="0" w:type="auto"/>
            <w:shd w:val="clear" w:color="auto" w:fill="FFFFFF"/>
          </w:tcPr>
          <w:p w14:paraId="70208CA7" w14:textId="77777777" w:rsidR="004F333E" w:rsidRDefault="00886ADF">
            <w:r>
              <w:t>61,9</w:t>
            </w:r>
          </w:p>
        </w:tc>
      </w:tr>
      <w:tr w:rsidR="004F333E" w14:paraId="7D44D59F" w14:textId="77777777">
        <w:trPr>
          <w:cantSplit/>
        </w:trPr>
        <w:tc>
          <w:tcPr>
            <w:tcW w:w="0" w:type="auto"/>
            <w:shd w:val="clear" w:color="auto" w:fill="F2F2F2"/>
          </w:tcPr>
          <w:p w14:paraId="229E2D3F" w14:textId="77777777" w:rsidR="004F333E" w:rsidRDefault="00886ADF">
            <w:r>
              <w:t>по прокладке: надземная</w:t>
            </w:r>
          </w:p>
        </w:tc>
        <w:tc>
          <w:tcPr>
            <w:tcW w:w="0" w:type="auto"/>
            <w:shd w:val="clear" w:color="auto" w:fill="FFFFFF"/>
          </w:tcPr>
          <w:p w14:paraId="293A82FC" w14:textId="77777777" w:rsidR="004F333E" w:rsidRDefault="00886ADF">
            <w:r>
              <w:t>40</w:t>
            </w:r>
          </w:p>
        </w:tc>
        <w:tc>
          <w:tcPr>
            <w:tcW w:w="0" w:type="auto"/>
            <w:shd w:val="clear" w:color="auto" w:fill="FFFFFF"/>
          </w:tcPr>
          <w:p w14:paraId="44BFC0C2" w14:textId="77777777" w:rsidR="004F333E" w:rsidRDefault="00886ADF">
            <w:r>
              <w:t>13815,00</w:t>
            </w:r>
          </w:p>
        </w:tc>
        <w:tc>
          <w:tcPr>
            <w:tcW w:w="0" w:type="auto"/>
            <w:shd w:val="clear" w:color="auto" w:fill="FFFFFF"/>
          </w:tcPr>
          <w:p w14:paraId="0B52A9B2" w14:textId="77777777" w:rsidR="004F333E" w:rsidRDefault="00886ADF">
            <w:r>
              <w:t>36,1</w:t>
            </w:r>
          </w:p>
        </w:tc>
      </w:tr>
      <w:tr w:rsidR="004F333E" w14:paraId="37BF0728" w14:textId="77777777">
        <w:trPr>
          <w:cantSplit/>
        </w:trPr>
        <w:tc>
          <w:tcPr>
            <w:tcW w:w="0" w:type="auto"/>
            <w:shd w:val="clear" w:color="auto" w:fill="F2F2F2"/>
          </w:tcPr>
          <w:p w14:paraId="54C42B4C" w14:textId="77777777" w:rsidR="004F333E" w:rsidRDefault="00886ADF">
            <w:r>
              <w:t>по прокладке: канальная</w:t>
            </w:r>
          </w:p>
        </w:tc>
        <w:tc>
          <w:tcPr>
            <w:tcW w:w="0" w:type="auto"/>
            <w:shd w:val="clear" w:color="auto" w:fill="FFFFFF"/>
          </w:tcPr>
          <w:p w14:paraId="04BDEA3D" w14:textId="77777777" w:rsidR="004F333E" w:rsidRDefault="00886ADF">
            <w:r>
              <w:t>4</w:t>
            </w:r>
          </w:p>
        </w:tc>
        <w:tc>
          <w:tcPr>
            <w:tcW w:w="0" w:type="auto"/>
            <w:shd w:val="clear" w:color="auto" w:fill="FFFFFF"/>
          </w:tcPr>
          <w:p w14:paraId="04CFE1A8" w14:textId="77777777" w:rsidR="004F333E" w:rsidRDefault="00886ADF">
            <w:r>
              <w:t>760,40</w:t>
            </w:r>
          </w:p>
        </w:tc>
        <w:tc>
          <w:tcPr>
            <w:tcW w:w="0" w:type="auto"/>
            <w:shd w:val="clear" w:color="auto" w:fill="FFFFFF"/>
          </w:tcPr>
          <w:p w14:paraId="3610A60D" w14:textId="77777777" w:rsidR="004F333E" w:rsidRDefault="00886ADF">
            <w:r>
              <w:t>2,0</w:t>
            </w:r>
          </w:p>
        </w:tc>
      </w:tr>
      <w:tr w:rsidR="004F333E" w14:paraId="2F339B8D" w14:textId="77777777">
        <w:trPr>
          <w:cantSplit/>
        </w:trPr>
        <w:tc>
          <w:tcPr>
            <w:tcW w:w="0" w:type="auto"/>
            <w:shd w:val="clear" w:color="auto" w:fill="DBE5F1"/>
          </w:tcPr>
          <w:p w14:paraId="3682597B" w14:textId="77777777" w:rsidR="004F333E" w:rsidRDefault="00886ADF">
            <w:r>
              <w:rPr>
                <w:b/>
              </w:rPr>
              <w:t>Всего по системе</w:t>
            </w:r>
          </w:p>
        </w:tc>
        <w:tc>
          <w:tcPr>
            <w:tcW w:w="0" w:type="auto"/>
            <w:shd w:val="clear" w:color="auto" w:fill="DBE5F1"/>
          </w:tcPr>
          <w:p w14:paraId="41AF9641" w14:textId="77777777" w:rsidR="004F333E" w:rsidRDefault="00886ADF">
            <w:r>
              <w:rPr>
                <w:b/>
              </w:rPr>
              <w:t>230</w:t>
            </w:r>
          </w:p>
        </w:tc>
        <w:tc>
          <w:tcPr>
            <w:tcW w:w="0" w:type="auto"/>
            <w:shd w:val="clear" w:color="auto" w:fill="DBE5F1"/>
          </w:tcPr>
          <w:p w14:paraId="08241BE6" w14:textId="77777777" w:rsidR="004F333E" w:rsidRDefault="00886ADF">
            <w:r>
              <w:rPr>
                <w:b/>
              </w:rPr>
              <w:t>38220,50</w:t>
            </w:r>
          </w:p>
        </w:tc>
        <w:tc>
          <w:tcPr>
            <w:tcW w:w="0" w:type="auto"/>
            <w:shd w:val="clear" w:color="auto" w:fill="DBE5F1"/>
          </w:tcPr>
          <w:p w14:paraId="6C4F09B0" w14:textId="77777777" w:rsidR="004F333E" w:rsidRDefault="00886ADF">
            <w:r>
              <w:rPr>
                <w:b/>
              </w:rPr>
              <w:t>100,0</w:t>
            </w:r>
          </w:p>
        </w:tc>
      </w:tr>
    </w:tbl>
    <w:p w14:paraId="69E33860" w14:textId="77777777" w:rsidR="004F333E" w:rsidRPr="00F815F9" w:rsidRDefault="00886ADF">
      <w:pPr>
        <w:pStyle w:val="31"/>
        <w:rPr>
          <w:sz w:val="28"/>
          <w:szCs w:val="28"/>
        </w:rPr>
      </w:pPr>
      <w:r w:rsidRPr="00F815F9">
        <w:rPr>
          <w:sz w:val="28"/>
          <w:szCs w:val="28"/>
        </w:rPr>
        <w:t>6.9.2. УПК № 2 «Шалым»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789"/>
        <w:gridCol w:w="1995"/>
        <w:gridCol w:w="3400"/>
        <w:gridCol w:w="1305"/>
      </w:tblGrid>
      <w:tr w:rsidR="004F333E" w14:paraId="77C597E5" w14:textId="77777777">
        <w:trPr>
          <w:cantSplit/>
          <w:tblHeader/>
        </w:trPr>
        <w:tc>
          <w:tcPr>
            <w:tcW w:w="0" w:type="auto"/>
            <w:shd w:val="clear" w:color="auto" w:fill="E2F0D9"/>
          </w:tcPr>
          <w:p w14:paraId="4CF6B801" w14:textId="77777777" w:rsidR="004F333E" w:rsidRDefault="00886ADF">
            <w:pPr>
              <w:jc w:val="center"/>
            </w:pPr>
            <w:r>
              <w:rPr>
                <w:b/>
              </w:rPr>
              <w:t>Признак</w:t>
            </w:r>
          </w:p>
        </w:tc>
        <w:tc>
          <w:tcPr>
            <w:tcW w:w="0" w:type="auto"/>
            <w:shd w:val="clear" w:color="auto" w:fill="E2F0D9"/>
          </w:tcPr>
          <w:p w14:paraId="2FFDE53E" w14:textId="77777777" w:rsidR="004F333E" w:rsidRDefault="00886ADF">
            <w:pPr>
              <w:jc w:val="center"/>
            </w:pPr>
            <w:r>
              <w:rPr>
                <w:b/>
              </w:rPr>
              <w:t>Участков, ед.</w:t>
            </w:r>
          </w:p>
        </w:tc>
        <w:tc>
          <w:tcPr>
            <w:tcW w:w="0" w:type="auto"/>
            <w:shd w:val="clear" w:color="auto" w:fill="E2F0D9"/>
          </w:tcPr>
          <w:p w14:paraId="3A503E0F" w14:textId="77777777" w:rsidR="004F333E" w:rsidRPr="00844B84" w:rsidRDefault="00886ADF">
            <w:pPr>
              <w:jc w:val="center"/>
              <w:rPr>
                <w:lang w:val="ru-RU"/>
              </w:rPr>
            </w:pPr>
            <w:r w:rsidRPr="00844B84">
              <w:rPr>
                <w:b/>
                <w:lang w:val="ru-RU"/>
              </w:rPr>
              <w:t>Длина по оси трассы, м</w:t>
            </w:r>
          </w:p>
        </w:tc>
        <w:tc>
          <w:tcPr>
            <w:tcW w:w="0" w:type="auto"/>
            <w:shd w:val="clear" w:color="auto" w:fill="E2F0D9"/>
          </w:tcPr>
          <w:p w14:paraId="3369AAAE" w14:textId="77777777" w:rsidR="004F333E" w:rsidRDefault="00886ADF">
            <w:pPr>
              <w:jc w:val="center"/>
            </w:pPr>
            <w:r>
              <w:rPr>
                <w:b/>
              </w:rPr>
              <w:t>Доля, %</w:t>
            </w:r>
          </w:p>
        </w:tc>
      </w:tr>
      <w:tr w:rsidR="004F333E" w14:paraId="41E6880B" w14:textId="77777777">
        <w:trPr>
          <w:cantSplit/>
        </w:trPr>
        <w:tc>
          <w:tcPr>
            <w:tcW w:w="0" w:type="auto"/>
            <w:shd w:val="clear" w:color="auto" w:fill="F2F2F2"/>
          </w:tcPr>
          <w:p w14:paraId="72611F5A" w14:textId="77777777" w:rsidR="004F333E" w:rsidRDefault="00886ADF">
            <w:r>
              <w:t>по диаметру: до 50 мм</w:t>
            </w:r>
          </w:p>
        </w:tc>
        <w:tc>
          <w:tcPr>
            <w:tcW w:w="0" w:type="auto"/>
            <w:shd w:val="clear" w:color="auto" w:fill="FFFFFF"/>
          </w:tcPr>
          <w:p w14:paraId="12FCC6F2" w14:textId="77777777" w:rsidR="004F333E" w:rsidRDefault="00886ADF">
            <w:r>
              <w:t>101</w:t>
            </w:r>
          </w:p>
        </w:tc>
        <w:tc>
          <w:tcPr>
            <w:tcW w:w="0" w:type="auto"/>
            <w:shd w:val="clear" w:color="auto" w:fill="FFFFFF"/>
          </w:tcPr>
          <w:p w14:paraId="0668E026" w14:textId="77777777" w:rsidR="004F333E" w:rsidRDefault="00886ADF">
            <w:r>
              <w:t>1880,00</w:t>
            </w:r>
          </w:p>
        </w:tc>
        <w:tc>
          <w:tcPr>
            <w:tcW w:w="0" w:type="auto"/>
            <w:shd w:val="clear" w:color="auto" w:fill="FFFFFF"/>
          </w:tcPr>
          <w:p w14:paraId="006BC80F" w14:textId="77777777" w:rsidR="004F333E" w:rsidRDefault="00886ADF">
            <w:r>
              <w:t>37,1</w:t>
            </w:r>
          </w:p>
        </w:tc>
      </w:tr>
      <w:tr w:rsidR="004F333E" w14:paraId="67AA60E2" w14:textId="77777777">
        <w:trPr>
          <w:cantSplit/>
        </w:trPr>
        <w:tc>
          <w:tcPr>
            <w:tcW w:w="0" w:type="auto"/>
            <w:shd w:val="clear" w:color="auto" w:fill="F2F2F2"/>
          </w:tcPr>
          <w:p w14:paraId="43FDE85C" w14:textId="77777777" w:rsidR="004F333E" w:rsidRDefault="00886ADF">
            <w:r>
              <w:t>по диаметру: 65–100 мм</w:t>
            </w:r>
          </w:p>
        </w:tc>
        <w:tc>
          <w:tcPr>
            <w:tcW w:w="0" w:type="auto"/>
            <w:shd w:val="clear" w:color="auto" w:fill="FFFFFF"/>
          </w:tcPr>
          <w:p w14:paraId="7EC7F8F8" w14:textId="77777777" w:rsidR="004F333E" w:rsidRDefault="00886ADF">
            <w:r>
              <w:t>64</w:t>
            </w:r>
          </w:p>
        </w:tc>
        <w:tc>
          <w:tcPr>
            <w:tcW w:w="0" w:type="auto"/>
            <w:shd w:val="clear" w:color="auto" w:fill="FFFFFF"/>
          </w:tcPr>
          <w:p w14:paraId="58A74358" w14:textId="77777777" w:rsidR="004F333E" w:rsidRDefault="00886ADF">
            <w:r>
              <w:t>2291,00</w:t>
            </w:r>
          </w:p>
        </w:tc>
        <w:tc>
          <w:tcPr>
            <w:tcW w:w="0" w:type="auto"/>
            <w:shd w:val="clear" w:color="auto" w:fill="FFFFFF"/>
          </w:tcPr>
          <w:p w14:paraId="23CF6D8C" w14:textId="77777777" w:rsidR="004F333E" w:rsidRDefault="00886ADF">
            <w:r>
              <w:t>45,2</w:t>
            </w:r>
          </w:p>
        </w:tc>
      </w:tr>
      <w:tr w:rsidR="004F333E" w14:paraId="250E46B8" w14:textId="77777777">
        <w:trPr>
          <w:cantSplit/>
        </w:trPr>
        <w:tc>
          <w:tcPr>
            <w:tcW w:w="0" w:type="auto"/>
            <w:shd w:val="clear" w:color="auto" w:fill="F2F2F2"/>
          </w:tcPr>
          <w:p w14:paraId="0E53B3D1" w14:textId="77777777" w:rsidR="004F333E" w:rsidRDefault="00886ADF">
            <w:r>
              <w:t>по диаметру: 125–200 мм</w:t>
            </w:r>
          </w:p>
        </w:tc>
        <w:tc>
          <w:tcPr>
            <w:tcW w:w="0" w:type="auto"/>
            <w:shd w:val="clear" w:color="auto" w:fill="FFFFFF"/>
          </w:tcPr>
          <w:p w14:paraId="3C261A1D" w14:textId="77777777" w:rsidR="004F333E" w:rsidRDefault="00886ADF">
            <w:r>
              <w:t>19</w:t>
            </w:r>
          </w:p>
        </w:tc>
        <w:tc>
          <w:tcPr>
            <w:tcW w:w="0" w:type="auto"/>
            <w:shd w:val="clear" w:color="auto" w:fill="FFFFFF"/>
          </w:tcPr>
          <w:p w14:paraId="1CC4A56D" w14:textId="77777777" w:rsidR="004F333E" w:rsidRDefault="00886ADF">
            <w:r>
              <w:t>901,00</w:t>
            </w:r>
          </w:p>
        </w:tc>
        <w:tc>
          <w:tcPr>
            <w:tcW w:w="0" w:type="auto"/>
            <w:shd w:val="clear" w:color="auto" w:fill="FFFFFF"/>
          </w:tcPr>
          <w:p w14:paraId="3F0B06BD" w14:textId="77777777" w:rsidR="004F333E" w:rsidRDefault="00886ADF">
            <w:r>
              <w:t>17,8</w:t>
            </w:r>
          </w:p>
        </w:tc>
      </w:tr>
      <w:tr w:rsidR="004F333E" w14:paraId="0FA6BE48" w14:textId="77777777">
        <w:trPr>
          <w:cantSplit/>
        </w:trPr>
        <w:tc>
          <w:tcPr>
            <w:tcW w:w="0" w:type="auto"/>
            <w:shd w:val="clear" w:color="auto" w:fill="F2F2F2"/>
          </w:tcPr>
          <w:p w14:paraId="2FBBD451" w14:textId="77777777" w:rsidR="004F333E" w:rsidRDefault="00886ADF">
            <w:r>
              <w:t>по возрасту: 10–15 лет</w:t>
            </w:r>
          </w:p>
        </w:tc>
        <w:tc>
          <w:tcPr>
            <w:tcW w:w="0" w:type="auto"/>
            <w:shd w:val="clear" w:color="auto" w:fill="FFFFFF"/>
          </w:tcPr>
          <w:p w14:paraId="53CCE83D" w14:textId="77777777" w:rsidR="004F333E" w:rsidRDefault="00886ADF">
            <w:r>
              <w:t>29</w:t>
            </w:r>
          </w:p>
        </w:tc>
        <w:tc>
          <w:tcPr>
            <w:tcW w:w="0" w:type="auto"/>
            <w:shd w:val="clear" w:color="auto" w:fill="FFFFFF"/>
          </w:tcPr>
          <w:p w14:paraId="76F64A91" w14:textId="77777777" w:rsidR="004F333E" w:rsidRDefault="00886ADF">
            <w:r>
              <w:t>677,00</w:t>
            </w:r>
          </w:p>
        </w:tc>
        <w:tc>
          <w:tcPr>
            <w:tcW w:w="0" w:type="auto"/>
            <w:shd w:val="clear" w:color="auto" w:fill="FFFFFF"/>
          </w:tcPr>
          <w:p w14:paraId="619797C8" w14:textId="77777777" w:rsidR="004F333E" w:rsidRDefault="00886ADF">
            <w:r>
              <w:t>13,3</w:t>
            </w:r>
          </w:p>
        </w:tc>
      </w:tr>
      <w:tr w:rsidR="004F333E" w14:paraId="46E0629F" w14:textId="77777777">
        <w:trPr>
          <w:cantSplit/>
        </w:trPr>
        <w:tc>
          <w:tcPr>
            <w:tcW w:w="0" w:type="auto"/>
            <w:shd w:val="clear" w:color="auto" w:fill="F2F2F2"/>
          </w:tcPr>
          <w:p w14:paraId="0ADE95D8" w14:textId="77777777" w:rsidR="004F333E" w:rsidRDefault="00886ADF">
            <w:r>
              <w:t>по возрасту: 15–20 лет</w:t>
            </w:r>
          </w:p>
        </w:tc>
        <w:tc>
          <w:tcPr>
            <w:tcW w:w="0" w:type="auto"/>
            <w:shd w:val="clear" w:color="auto" w:fill="FFFFFF"/>
          </w:tcPr>
          <w:p w14:paraId="1827301A" w14:textId="77777777" w:rsidR="004F333E" w:rsidRDefault="00886ADF">
            <w:r>
              <w:t>50</w:t>
            </w:r>
          </w:p>
        </w:tc>
        <w:tc>
          <w:tcPr>
            <w:tcW w:w="0" w:type="auto"/>
            <w:shd w:val="clear" w:color="auto" w:fill="FFFFFF"/>
          </w:tcPr>
          <w:p w14:paraId="326D0480" w14:textId="77777777" w:rsidR="004F333E" w:rsidRDefault="00886ADF">
            <w:r>
              <w:t>1510,00</w:t>
            </w:r>
          </w:p>
        </w:tc>
        <w:tc>
          <w:tcPr>
            <w:tcW w:w="0" w:type="auto"/>
            <w:shd w:val="clear" w:color="auto" w:fill="FFFFFF"/>
          </w:tcPr>
          <w:p w14:paraId="1B527F0A" w14:textId="77777777" w:rsidR="004F333E" w:rsidRDefault="00886ADF">
            <w:r>
              <w:t>29,8</w:t>
            </w:r>
          </w:p>
        </w:tc>
      </w:tr>
      <w:tr w:rsidR="004F333E" w14:paraId="1805E274" w14:textId="77777777">
        <w:trPr>
          <w:cantSplit/>
        </w:trPr>
        <w:tc>
          <w:tcPr>
            <w:tcW w:w="0" w:type="auto"/>
            <w:shd w:val="clear" w:color="auto" w:fill="F2F2F2"/>
          </w:tcPr>
          <w:p w14:paraId="29344C3F" w14:textId="77777777" w:rsidR="004F333E" w:rsidRDefault="00886ADF">
            <w:r>
              <w:t>по возрасту: более 30 лет</w:t>
            </w:r>
          </w:p>
        </w:tc>
        <w:tc>
          <w:tcPr>
            <w:tcW w:w="0" w:type="auto"/>
            <w:shd w:val="clear" w:color="auto" w:fill="FFFFFF"/>
          </w:tcPr>
          <w:p w14:paraId="565DE899" w14:textId="77777777" w:rsidR="004F333E" w:rsidRDefault="00886ADF">
            <w:r>
              <w:t>105</w:t>
            </w:r>
          </w:p>
        </w:tc>
        <w:tc>
          <w:tcPr>
            <w:tcW w:w="0" w:type="auto"/>
            <w:shd w:val="clear" w:color="auto" w:fill="FFFFFF"/>
          </w:tcPr>
          <w:p w14:paraId="6BB11C02" w14:textId="77777777" w:rsidR="004F333E" w:rsidRDefault="00886ADF">
            <w:r>
              <w:t>2885,00</w:t>
            </w:r>
          </w:p>
        </w:tc>
        <w:tc>
          <w:tcPr>
            <w:tcW w:w="0" w:type="auto"/>
            <w:shd w:val="clear" w:color="auto" w:fill="FFFFFF"/>
          </w:tcPr>
          <w:p w14:paraId="048C5E2F" w14:textId="77777777" w:rsidR="004F333E" w:rsidRDefault="00886ADF">
            <w:r>
              <w:t>56,9</w:t>
            </w:r>
          </w:p>
        </w:tc>
      </w:tr>
      <w:tr w:rsidR="004F333E" w14:paraId="284EC629" w14:textId="77777777">
        <w:trPr>
          <w:cantSplit/>
        </w:trPr>
        <w:tc>
          <w:tcPr>
            <w:tcW w:w="0" w:type="auto"/>
            <w:shd w:val="clear" w:color="auto" w:fill="F2F2F2"/>
          </w:tcPr>
          <w:p w14:paraId="34CD4A84" w14:textId="77777777" w:rsidR="004F333E" w:rsidRDefault="00886ADF">
            <w:r>
              <w:t>по прокладке: надземная</w:t>
            </w:r>
          </w:p>
        </w:tc>
        <w:tc>
          <w:tcPr>
            <w:tcW w:w="0" w:type="auto"/>
            <w:shd w:val="clear" w:color="auto" w:fill="FFFFFF"/>
          </w:tcPr>
          <w:p w14:paraId="42B083A4" w14:textId="77777777" w:rsidR="004F333E" w:rsidRDefault="00886ADF">
            <w:r>
              <w:t>149</w:t>
            </w:r>
          </w:p>
        </w:tc>
        <w:tc>
          <w:tcPr>
            <w:tcW w:w="0" w:type="auto"/>
            <w:shd w:val="clear" w:color="auto" w:fill="FFFFFF"/>
          </w:tcPr>
          <w:p w14:paraId="08B714AE" w14:textId="77777777" w:rsidR="004F333E" w:rsidRDefault="00886ADF">
            <w:r>
              <w:t>3596,00</w:t>
            </w:r>
          </w:p>
        </w:tc>
        <w:tc>
          <w:tcPr>
            <w:tcW w:w="0" w:type="auto"/>
            <w:shd w:val="clear" w:color="auto" w:fill="FFFFFF"/>
          </w:tcPr>
          <w:p w14:paraId="72A1127A" w14:textId="77777777" w:rsidR="004F333E" w:rsidRDefault="00886ADF">
            <w:r>
              <w:t>70,9</w:t>
            </w:r>
          </w:p>
        </w:tc>
      </w:tr>
      <w:tr w:rsidR="004F333E" w14:paraId="6DE8A603" w14:textId="77777777">
        <w:trPr>
          <w:cantSplit/>
        </w:trPr>
        <w:tc>
          <w:tcPr>
            <w:tcW w:w="0" w:type="auto"/>
            <w:shd w:val="clear" w:color="auto" w:fill="F2F2F2"/>
          </w:tcPr>
          <w:p w14:paraId="7114E5D6" w14:textId="77777777" w:rsidR="004F333E" w:rsidRDefault="00886ADF">
            <w:r>
              <w:t>по прокладке: канальная</w:t>
            </w:r>
          </w:p>
        </w:tc>
        <w:tc>
          <w:tcPr>
            <w:tcW w:w="0" w:type="auto"/>
            <w:shd w:val="clear" w:color="auto" w:fill="FFFFFF"/>
          </w:tcPr>
          <w:p w14:paraId="49C245DE" w14:textId="77777777" w:rsidR="004F333E" w:rsidRDefault="00886ADF">
            <w:r>
              <w:t>18</w:t>
            </w:r>
          </w:p>
        </w:tc>
        <w:tc>
          <w:tcPr>
            <w:tcW w:w="0" w:type="auto"/>
            <w:shd w:val="clear" w:color="auto" w:fill="FFFFFF"/>
          </w:tcPr>
          <w:p w14:paraId="3CFF2AB1" w14:textId="77777777" w:rsidR="004F333E" w:rsidRDefault="00886ADF">
            <w:r>
              <w:t>797,00</w:t>
            </w:r>
          </w:p>
        </w:tc>
        <w:tc>
          <w:tcPr>
            <w:tcW w:w="0" w:type="auto"/>
            <w:shd w:val="clear" w:color="auto" w:fill="FFFFFF"/>
          </w:tcPr>
          <w:p w14:paraId="2415A85C" w14:textId="77777777" w:rsidR="004F333E" w:rsidRDefault="00886ADF">
            <w:r>
              <w:t>15,7</w:t>
            </w:r>
          </w:p>
        </w:tc>
      </w:tr>
      <w:tr w:rsidR="004F333E" w14:paraId="1A1B6A95" w14:textId="77777777">
        <w:trPr>
          <w:cantSplit/>
        </w:trPr>
        <w:tc>
          <w:tcPr>
            <w:tcW w:w="0" w:type="auto"/>
            <w:shd w:val="clear" w:color="auto" w:fill="F2F2F2"/>
          </w:tcPr>
          <w:p w14:paraId="1135C411" w14:textId="77777777" w:rsidR="004F333E" w:rsidRDefault="00886ADF">
            <w:r>
              <w:t>по прокладке: бесканальная</w:t>
            </w:r>
          </w:p>
        </w:tc>
        <w:tc>
          <w:tcPr>
            <w:tcW w:w="0" w:type="auto"/>
            <w:shd w:val="clear" w:color="auto" w:fill="FFFFFF"/>
          </w:tcPr>
          <w:p w14:paraId="56AF8722" w14:textId="77777777" w:rsidR="004F333E" w:rsidRDefault="00886ADF">
            <w:r>
              <w:t>17</w:t>
            </w:r>
          </w:p>
        </w:tc>
        <w:tc>
          <w:tcPr>
            <w:tcW w:w="0" w:type="auto"/>
            <w:shd w:val="clear" w:color="auto" w:fill="FFFFFF"/>
          </w:tcPr>
          <w:p w14:paraId="26DFFDB8" w14:textId="77777777" w:rsidR="004F333E" w:rsidRDefault="00886ADF">
            <w:r>
              <w:t>679,00</w:t>
            </w:r>
          </w:p>
        </w:tc>
        <w:tc>
          <w:tcPr>
            <w:tcW w:w="0" w:type="auto"/>
            <w:shd w:val="clear" w:color="auto" w:fill="FFFFFF"/>
          </w:tcPr>
          <w:p w14:paraId="7A153190" w14:textId="77777777" w:rsidR="004F333E" w:rsidRDefault="00886ADF">
            <w:r>
              <w:t>13,4</w:t>
            </w:r>
          </w:p>
        </w:tc>
      </w:tr>
      <w:tr w:rsidR="004F333E" w14:paraId="285FD75A" w14:textId="77777777">
        <w:trPr>
          <w:cantSplit/>
        </w:trPr>
        <w:tc>
          <w:tcPr>
            <w:tcW w:w="0" w:type="auto"/>
            <w:shd w:val="clear" w:color="auto" w:fill="DBE5F1"/>
          </w:tcPr>
          <w:p w14:paraId="28D4A6FA" w14:textId="77777777" w:rsidR="004F333E" w:rsidRDefault="00886ADF">
            <w:r>
              <w:rPr>
                <w:b/>
              </w:rPr>
              <w:t>Всего по системе</w:t>
            </w:r>
          </w:p>
        </w:tc>
        <w:tc>
          <w:tcPr>
            <w:tcW w:w="0" w:type="auto"/>
            <w:shd w:val="clear" w:color="auto" w:fill="DBE5F1"/>
          </w:tcPr>
          <w:p w14:paraId="01169E4A" w14:textId="77777777" w:rsidR="004F333E" w:rsidRDefault="00886ADF">
            <w:r>
              <w:rPr>
                <w:b/>
              </w:rPr>
              <w:t>184</w:t>
            </w:r>
          </w:p>
        </w:tc>
        <w:tc>
          <w:tcPr>
            <w:tcW w:w="0" w:type="auto"/>
            <w:shd w:val="clear" w:color="auto" w:fill="DBE5F1"/>
          </w:tcPr>
          <w:p w14:paraId="5BC32BB6" w14:textId="77777777" w:rsidR="004F333E" w:rsidRDefault="00886ADF">
            <w:r>
              <w:rPr>
                <w:b/>
              </w:rPr>
              <w:t>5072,00</w:t>
            </w:r>
          </w:p>
        </w:tc>
        <w:tc>
          <w:tcPr>
            <w:tcW w:w="0" w:type="auto"/>
            <w:shd w:val="clear" w:color="auto" w:fill="DBE5F1"/>
          </w:tcPr>
          <w:p w14:paraId="6970D31C" w14:textId="77777777" w:rsidR="004F333E" w:rsidRDefault="00886ADF">
            <w:r>
              <w:rPr>
                <w:b/>
              </w:rPr>
              <w:t>100,0</w:t>
            </w:r>
          </w:p>
        </w:tc>
      </w:tr>
    </w:tbl>
    <w:p w14:paraId="7FD56D09" w14:textId="77777777" w:rsidR="004F333E" w:rsidRPr="00F815F9" w:rsidRDefault="00886ADF">
      <w:pPr>
        <w:pStyle w:val="31"/>
        <w:rPr>
          <w:sz w:val="28"/>
          <w:szCs w:val="28"/>
        </w:rPr>
      </w:pPr>
      <w:r w:rsidRPr="00F815F9">
        <w:rPr>
          <w:sz w:val="28"/>
          <w:szCs w:val="28"/>
        </w:rPr>
        <w:t>6.9.3. УПК № 2 «ЦМК»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789"/>
        <w:gridCol w:w="1995"/>
        <w:gridCol w:w="3400"/>
        <w:gridCol w:w="1305"/>
      </w:tblGrid>
      <w:tr w:rsidR="004F333E" w14:paraId="78159EDA" w14:textId="77777777">
        <w:trPr>
          <w:cantSplit/>
          <w:tblHeader/>
        </w:trPr>
        <w:tc>
          <w:tcPr>
            <w:tcW w:w="0" w:type="auto"/>
            <w:shd w:val="clear" w:color="auto" w:fill="E2F0D9"/>
          </w:tcPr>
          <w:p w14:paraId="39C4EE34" w14:textId="77777777" w:rsidR="004F333E" w:rsidRDefault="00886ADF">
            <w:pPr>
              <w:jc w:val="center"/>
            </w:pPr>
            <w:r>
              <w:rPr>
                <w:b/>
              </w:rPr>
              <w:t>Признак</w:t>
            </w:r>
          </w:p>
        </w:tc>
        <w:tc>
          <w:tcPr>
            <w:tcW w:w="0" w:type="auto"/>
            <w:shd w:val="clear" w:color="auto" w:fill="E2F0D9"/>
          </w:tcPr>
          <w:p w14:paraId="52F30526" w14:textId="77777777" w:rsidR="004F333E" w:rsidRDefault="00886ADF">
            <w:pPr>
              <w:jc w:val="center"/>
            </w:pPr>
            <w:r>
              <w:rPr>
                <w:b/>
              </w:rPr>
              <w:t>Участков, ед.</w:t>
            </w:r>
          </w:p>
        </w:tc>
        <w:tc>
          <w:tcPr>
            <w:tcW w:w="0" w:type="auto"/>
            <w:shd w:val="clear" w:color="auto" w:fill="E2F0D9"/>
          </w:tcPr>
          <w:p w14:paraId="50196EDA" w14:textId="77777777" w:rsidR="004F333E" w:rsidRPr="00844B84" w:rsidRDefault="00886ADF">
            <w:pPr>
              <w:jc w:val="center"/>
              <w:rPr>
                <w:lang w:val="ru-RU"/>
              </w:rPr>
            </w:pPr>
            <w:r w:rsidRPr="00844B84">
              <w:rPr>
                <w:b/>
                <w:lang w:val="ru-RU"/>
              </w:rPr>
              <w:t>Длина по оси трассы, м</w:t>
            </w:r>
          </w:p>
        </w:tc>
        <w:tc>
          <w:tcPr>
            <w:tcW w:w="0" w:type="auto"/>
            <w:shd w:val="clear" w:color="auto" w:fill="E2F0D9"/>
          </w:tcPr>
          <w:p w14:paraId="7ABE782F" w14:textId="77777777" w:rsidR="004F333E" w:rsidRDefault="00886ADF">
            <w:pPr>
              <w:jc w:val="center"/>
            </w:pPr>
            <w:r>
              <w:rPr>
                <w:b/>
              </w:rPr>
              <w:t>Доля, %</w:t>
            </w:r>
          </w:p>
        </w:tc>
      </w:tr>
      <w:tr w:rsidR="004F333E" w14:paraId="308F905A" w14:textId="77777777">
        <w:trPr>
          <w:cantSplit/>
        </w:trPr>
        <w:tc>
          <w:tcPr>
            <w:tcW w:w="0" w:type="auto"/>
            <w:shd w:val="clear" w:color="auto" w:fill="F2F2F2"/>
          </w:tcPr>
          <w:p w14:paraId="707C1418" w14:textId="77777777" w:rsidR="004F333E" w:rsidRDefault="00886ADF">
            <w:r>
              <w:t>по диаметру: до 50 мм</w:t>
            </w:r>
          </w:p>
        </w:tc>
        <w:tc>
          <w:tcPr>
            <w:tcW w:w="0" w:type="auto"/>
            <w:shd w:val="clear" w:color="auto" w:fill="FFFFFF"/>
          </w:tcPr>
          <w:p w14:paraId="631BC325" w14:textId="77777777" w:rsidR="004F333E" w:rsidRDefault="00886ADF">
            <w:r>
              <w:t>26</w:t>
            </w:r>
          </w:p>
        </w:tc>
        <w:tc>
          <w:tcPr>
            <w:tcW w:w="0" w:type="auto"/>
            <w:shd w:val="clear" w:color="auto" w:fill="FFFFFF"/>
          </w:tcPr>
          <w:p w14:paraId="3B1A47F8" w14:textId="77777777" w:rsidR="004F333E" w:rsidRDefault="00886ADF">
            <w:r>
              <w:t>938,00</w:t>
            </w:r>
          </w:p>
        </w:tc>
        <w:tc>
          <w:tcPr>
            <w:tcW w:w="0" w:type="auto"/>
            <w:shd w:val="clear" w:color="auto" w:fill="FFFFFF"/>
          </w:tcPr>
          <w:p w14:paraId="7A47D3A6" w14:textId="77777777" w:rsidR="004F333E" w:rsidRDefault="00886ADF">
            <w:r>
              <w:t>22,1</w:t>
            </w:r>
          </w:p>
        </w:tc>
      </w:tr>
      <w:tr w:rsidR="004F333E" w14:paraId="3BDF8EB0" w14:textId="77777777">
        <w:trPr>
          <w:cantSplit/>
        </w:trPr>
        <w:tc>
          <w:tcPr>
            <w:tcW w:w="0" w:type="auto"/>
            <w:shd w:val="clear" w:color="auto" w:fill="F2F2F2"/>
          </w:tcPr>
          <w:p w14:paraId="0EA188B7" w14:textId="77777777" w:rsidR="004F333E" w:rsidRDefault="00886ADF">
            <w:r>
              <w:t>по диаметру: 65–100 мм</w:t>
            </w:r>
          </w:p>
        </w:tc>
        <w:tc>
          <w:tcPr>
            <w:tcW w:w="0" w:type="auto"/>
            <w:shd w:val="clear" w:color="auto" w:fill="FFFFFF"/>
          </w:tcPr>
          <w:p w14:paraId="66069AE9" w14:textId="77777777" w:rsidR="004F333E" w:rsidRDefault="00886ADF">
            <w:r>
              <w:t>14</w:t>
            </w:r>
          </w:p>
        </w:tc>
        <w:tc>
          <w:tcPr>
            <w:tcW w:w="0" w:type="auto"/>
            <w:shd w:val="clear" w:color="auto" w:fill="FFFFFF"/>
          </w:tcPr>
          <w:p w14:paraId="2671D2F5" w14:textId="77777777" w:rsidR="004F333E" w:rsidRDefault="00886ADF">
            <w:r>
              <w:t>2833,50</w:t>
            </w:r>
          </w:p>
        </w:tc>
        <w:tc>
          <w:tcPr>
            <w:tcW w:w="0" w:type="auto"/>
            <w:shd w:val="clear" w:color="auto" w:fill="FFFFFF"/>
          </w:tcPr>
          <w:p w14:paraId="77B6D392" w14:textId="77777777" w:rsidR="004F333E" w:rsidRDefault="00886ADF">
            <w:r>
              <w:t>66,6</w:t>
            </w:r>
          </w:p>
        </w:tc>
      </w:tr>
      <w:tr w:rsidR="004F333E" w14:paraId="2479EFBA" w14:textId="77777777">
        <w:trPr>
          <w:cantSplit/>
        </w:trPr>
        <w:tc>
          <w:tcPr>
            <w:tcW w:w="0" w:type="auto"/>
            <w:shd w:val="clear" w:color="auto" w:fill="F2F2F2"/>
          </w:tcPr>
          <w:p w14:paraId="0A71B927" w14:textId="77777777" w:rsidR="004F333E" w:rsidRDefault="00886ADF">
            <w:r>
              <w:t>по диаметру: 125–200 мм</w:t>
            </w:r>
          </w:p>
        </w:tc>
        <w:tc>
          <w:tcPr>
            <w:tcW w:w="0" w:type="auto"/>
            <w:shd w:val="clear" w:color="auto" w:fill="FFFFFF"/>
          </w:tcPr>
          <w:p w14:paraId="47D8BE05" w14:textId="77777777" w:rsidR="004F333E" w:rsidRDefault="00886ADF">
            <w:r>
              <w:t>8</w:t>
            </w:r>
          </w:p>
        </w:tc>
        <w:tc>
          <w:tcPr>
            <w:tcW w:w="0" w:type="auto"/>
            <w:shd w:val="clear" w:color="auto" w:fill="FFFFFF"/>
          </w:tcPr>
          <w:p w14:paraId="60FEB023" w14:textId="77777777" w:rsidR="004F333E" w:rsidRDefault="00886ADF">
            <w:r>
              <w:t>482,00</w:t>
            </w:r>
          </w:p>
        </w:tc>
        <w:tc>
          <w:tcPr>
            <w:tcW w:w="0" w:type="auto"/>
            <w:shd w:val="clear" w:color="auto" w:fill="FFFFFF"/>
          </w:tcPr>
          <w:p w14:paraId="25B82541" w14:textId="77777777" w:rsidR="004F333E" w:rsidRDefault="00886ADF">
            <w:r>
              <w:t>11,3</w:t>
            </w:r>
          </w:p>
        </w:tc>
      </w:tr>
      <w:tr w:rsidR="004F333E" w14:paraId="0DDA0309" w14:textId="77777777">
        <w:trPr>
          <w:cantSplit/>
        </w:trPr>
        <w:tc>
          <w:tcPr>
            <w:tcW w:w="0" w:type="auto"/>
            <w:shd w:val="clear" w:color="auto" w:fill="F2F2F2"/>
          </w:tcPr>
          <w:p w14:paraId="74EE867D" w14:textId="77777777" w:rsidR="004F333E" w:rsidRDefault="00886ADF">
            <w:r>
              <w:t>по возрасту: 10–15 лет</w:t>
            </w:r>
          </w:p>
        </w:tc>
        <w:tc>
          <w:tcPr>
            <w:tcW w:w="0" w:type="auto"/>
            <w:shd w:val="clear" w:color="auto" w:fill="FFFFFF"/>
          </w:tcPr>
          <w:p w14:paraId="7DAA5408" w14:textId="77777777" w:rsidR="004F333E" w:rsidRDefault="00886ADF">
            <w:r>
              <w:t>1</w:t>
            </w:r>
          </w:p>
        </w:tc>
        <w:tc>
          <w:tcPr>
            <w:tcW w:w="0" w:type="auto"/>
            <w:shd w:val="clear" w:color="auto" w:fill="FFFFFF"/>
          </w:tcPr>
          <w:p w14:paraId="0A66A308" w14:textId="77777777" w:rsidR="004F333E" w:rsidRDefault="00886ADF">
            <w:r>
              <w:t>5,00</w:t>
            </w:r>
          </w:p>
        </w:tc>
        <w:tc>
          <w:tcPr>
            <w:tcW w:w="0" w:type="auto"/>
            <w:shd w:val="clear" w:color="auto" w:fill="FFFFFF"/>
          </w:tcPr>
          <w:p w14:paraId="1E892195" w14:textId="77777777" w:rsidR="004F333E" w:rsidRDefault="00886ADF">
            <w:r>
              <w:t>0,1</w:t>
            </w:r>
          </w:p>
        </w:tc>
      </w:tr>
      <w:tr w:rsidR="004F333E" w14:paraId="578A8F77" w14:textId="77777777">
        <w:trPr>
          <w:cantSplit/>
        </w:trPr>
        <w:tc>
          <w:tcPr>
            <w:tcW w:w="0" w:type="auto"/>
            <w:shd w:val="clear" w:color="auto" w:fill="F2F2F2"/>
          </w:tcPr>
          <w:p w14:paraId="7FB322B1" w14:textId="77777777" w:rsidR="004F333E" w:rsidRDefault="00886ADF">
            <w:r>
              <w:t>по возрасту: 20–25 лет</w:t>
            </w:r>
          </w:p>
        </w:tc>
        <w:tc>
          <w:tcPr>
            <w:tcW w:w="0" w:type="auto"/>
            <w:shd w:val="clear" w:color="auto" w:fill="FFFFFF"/>
          </w:tcPr>
          <w:p w14:paraId="1646E9DF" w14:textId="77777777" w:rsidR="004F333E" w:rsidRDefault="00886ADF">
            <w:r>
              <w:t>34</w:t>
            </w:r>
          </w:p>
        </w:tc>
        <w:tc>
          <w:tcPr>
            <w:tcW w:w="0" w:type="auto"/>
            <w:shd w:val="clear" w:color="auto" w:fill="FFFFFF"/>
          </w:tcPr>
          <w:p w14:paraId="3986D65F" w14:textId="77777777" w:rsidR="004F333E" w:rsidRDefault="00886ADF">
            <w:r>
              <w:t>3619,50</w:t>
            </w:r>
          </w:p>
        </w:tc>
        <w:tc>
          <w:tcPr>
            <w:tcW w:w="0" w:type="auto"/>
            <w:shd w:val="clear" w:color="auto" w:fill="FFFFFF"/>
          </w:tcPr>
          <w:p w14:paraId="04DAC37F" w14:textId="77777777" w:rsidR="004F333E" w:rsidRDefault="00886ADF">
            <w:r>
              <w:t>85,1</w:t>
            </w:r>
          </w:p>
        </w:tc>
      </w:tr>
      <w:tr w:rsidR="004F333E" w14:paraId="3D866C53" w14:textId="77777777">
        <w:trPr>
          <w:cantSplit/>
        </w:trPr>
        <w:tc>
          <w:tcPr>
            <w:tcW w:w="0" w:type="auto"/>
            <w:shd w:val="clear" w:color="auto" w:fill="F2F2F2"/>
          </w:tcPr>
          <w:p w14:paraId="79AEA823" w14:textId="77777777" w:rsidR="004F333E" w:rsidRDefault="00886ADF">
            <w:r>
              <w:t>по возрасту: более 30 лет</w:t>
            </w:r>
          </w:p>
        </w:tc>
        <w:tc>
          <w:tcPr>
            <w:tcW w:w="0" w:type="auto"/>
            <w:shd w:val="clear" w:color="auto" w:fill="FFFFFF"/>
          </w:tcPr>
          <w:p w14:paraId="3C7533BC" w14:textId="77777777" w:rsidR="004F333E" w:rsidRDefault="00886ADF">
            <w:r>
              <w:t>13</w:t>
            </w:r>
          </w:p>
        </w:tc>
        <w:tc>
          <w:tcPr>
            <w:tcW w:w="0" w:type="auto"/>
            <w:shd w:val="clear" w:color="auto" w:fill="FFFFFF"/>
          </w:tcPr>
          <w:p w14:paraId="774E9839" w14:textId="77777777" w:rsidR="004F333E" w:rsidRDefault="00886ADF">
            <w:r>
              <w:t>629,00</w:t>
            </w:r>
          </w:p>
        </w:tc>
        <w:tc>
          <w:tcPr>
            <w:tcW w:w="0" w:type="auto"/>
            <w:shd w:val="clear" w:color="auto" w:fill="FFFFFF"/>
          </w:tcPr>
          <w:p w14:paraId="1D32B640" w14:textId="77777777" w:rsidR="004F333E" w:rsidRDefault="00886ADF">
            <w:r>
              <w:t>14,8</w:t>
            </w:r>
          </w:p>
        </w:tc>
      </w:tr>
      <w:tr w:rsidR="004F333E" w14:paraId="034C0CB7" w14:textId="77777777">
        <w:trPr>
          <w:cantSplit/>
        </w:trPr>
        <w:tc>
          <w:tcPr>
            <w:tcW w:w="0" w:type="auto"/>
            <w:shd w:val="clear" w:color="auto" w:fill="F2F2F2"/>
          </w:tcPr>
          <w:p w14:paraId="68F67308" w14:textId="77777777" w:rsidR="004F333E" w:rsidRDefault="00886ADF">
            <w:r>
              <w:t>по прокладке: надземная</w:t>
            </w:r>
          </w:p>
        </w:tc>
        <w:tc>
          <w:tcPr>
            <w:tcW w:w="0" w:type="auto"/>
            <w:shd w:val="clear" w:color="auto" w:fill="FFFFFF"/>
          </w:tcPr>
          <w:p w14:paraId="51A7F3AA" w14:textId="77777777" w:rsidR="004F333E" w:rsidRDefault="00886ADF">
            <w:r>
              <w:t>4</w:t>
            </w:r>
          </w:p>
        </w:tc>
        <w:tc>
          <w:tcPr>
            <w:tcW w:w="0" w:type="auto"/>
            <w:shd w:val="clear" w:color="auto" w:fill="FFFFFF"/>
          </w:tcPr>
          <w:p w14:paraId="333BA0F8" w14:textId="77777777" w:rsidR="004F333E" w:rsidRDefault="00886ADF">
            <w:r>
              <w:t>2416,50</w:t>
            </w:r>
          </w:p>
        </w:tc>
        <w:tc>
          <w:tcPr>
            <w:tcW w:w="0" w:type="auto"/>
            <w:shd w:val="clear" w:color="auto" w:fill="FFFFFF"/>
          </w:tcPr>
          <w:p w14:paraId="119B0644" w14:textId="77777777" w:rsidR="004F333E" w:rsidRDefault="00886ADF">
            <w:r>
              <w:t>56,8</w:t>
            </w:r>
          </w:p>
        </w:tc>
      </w:tr>
      <w:tr w:rsidR="004F333E" w14:paraId="6AAE79DA" w14:textId="77777777">
        <w:trPr>
          <w:cantSplit/>
        </w:trPr>
        <w:tc>
          <w:tcPr>
            <w:tcW w:w="0" w:type="auto"/>
            <w:shd w:val="clear" w:color="auto" w:fill="F2F2F2"/>
          </w:tcPr>
          <w:p w14:paraId="179069D4" w14:textId="77777777" w:rsidR="004F333E" w:rsidRDefault="00886ADF">
            <w:r>
              <w:t>по прокладке: канальная</w:t>
            </w:r>
          </w:p>
        </w:tc>
        <w:tc>
          <w:tcPr>
            <w:tcW w:w="0" w:type="auto"/>
            <w:shd w:val="clear" w:color="auto" w:fill="FFFFFF"/>
          </w:tcPr>
          <w:p w14:paraId="1A3896FA" w14:textId="77777777" w:rsidR="004F333E" w:rsidRDefault="00886ADF">
            <w:r>
              <w:t>30</w:t>
            </w:r>
          </w:p>
        </w:tc>
        <w:tc>
          <w:tcPr>
            <w:tcW w:w="0" w:type="auto"/>
            <w:shd w:val="clear" w:color="auto" w:fill="FFFFFF"/>
          </w:tcPr>
          <w:p w14:paraId="0804BEB4" w14:textId="77777777" w:rsidR="004F333E" w:rsidRDefault="00886ADF">
            <w:r>
              <w:t>1203,00</w:t>
            </w:r>
          </w:p>
        </w:tc>
        <w:tc>
          <w:tcPr>
            <w:tcW w:w="0" w:type="auto"/>
            <w:shd w:val="clear" w:color="auto" w:fill="FFFFFF"/>
          </w:tcPr>
          <w:p w14:paraId="3914B69D" w14:textId="77777777" w:rsidR="004F333E" w:rsidRDefault="00886ADF">
            <w:r>
              <w:t>28,3</w:t>
            </w:r>
          </w:p>
        </w:tc>
      </w:tr>
      <w:tr w:rsidR="004F333E" w14:paraId="6F9067A5" w14:textId="77777777">
        <w:trPr>
          <w:cantSplit/>
        </w:trPr>
        <w:tc>
          <w:tcPr>
            <w:tcW w:w="0" w:type="auto"/>
            <w:shd w:val="clear" w:color="auto" w:fill="F2F2F2"/>
          </w:tcPr>
          <w:p w14:paraId="428591B6" w14:textId="77777777" w:rsidR="004F333E" w:rsidRDefault="00886ADF">
            <w:r>
              <w:t>по прокладке: бесканальная</w:t>
            </w:r>
          </w:p>
        </w:tc>
        <w:tc>
          <w:tcPr>
            <w:tcW w:w="0" w:type="auto"/>
            <w:shd w:val="clear" w:color="auto" w:fill="FFFFFF"/>
          </w:tcPr>
          <w:p w14:paraId="1933D414" w14:textId="77777777" w:rsidR="004F333E" w:rsidRDefault="00886ADF">
            <w:r>
              <w:t>14</w:t>
            </w:r>
          </w:p>
        </w:tc>
        <w:tc>
          <w:tcPr>
            <w:tcW w:w="0" w:type="auto"/>
            <w:shd w:val="clear" w:color="auto" w:fill="FFFFFF"/>
          </w:tcPr>
          <w:p w14:paraId="745BB863" w14:textId="77777777" w:rsidR="004F333E" w:rsidRDefault="00886ADF">
            <w:r>
              <w:t>634,00</w:t>
            </w:r>
          </w:p>
        </w:tc>
        <w:tc>
          <w:tcPr>
            <w:tcW w:w="0" w:type="auto"/>
            <w:shd w:val="clear" w:color="auto" w:fill="FFFFFF"/>
          </w:tcPr>
          <w:p w14:paraId="7DBDA5D9" w14:textId="77777777" w:rsidR="004F333E" w:rsidRDefault="00886ADF">
            <w:r>
              <w:t>14,9</w:t>
            </w:r>
          </w:p>
        </w:tc>
      </w:tr>
      <w:tr w:rsidR="004F333E" w14:paraId="7D20D0DE" w14:textId="77777777">
        <w:trPr>
          <w:cantSplit/>
        </w:trPr>
        <w:tc>
          <w:tcPr>
            <w:tcW w:w="0" w:type="auto"/>
            <w:shd w:val="clear" w:color="auto" w:fill="DBE5F1"/>
          </w:tcPr>
          <w:p w14:paraId="11E521DA" w14:textId="77777777" w:rsidR="004F333E" w:rsidRDefault="00886ADF">
            <w:r>
              <w:rPr>
                <w:b/>
              </w:rPr>
              <w:t>Всего по системе</w:t>
            </w:r>
          </w:p>
        </w:tc>
        <w:tc>
          <w:tcPr>
            <w:tcW w:w="0" w:type="auto"/>
            <w:shd w:val="clear" w:color="auto" w:fill="DBE5F1"/>
          </w:tcPr>
          <w:p w14:paraId="1E5053E2" w14:textId="77777777" w:rsidR="004F333E" w:rsidRDefault="00886ADF">
            <w:r>
              <w:rPr>
                <w:b/>
              </w:rPr>
              <w:t>48</w:t>
            </w:r>
          </w:p>
        </w:tc>
        <w:tc>
          <w:tcPr>
            <w:tcW w:w="0" w:type="auto"/>
            <w:shd w:val="clear" w:color="auto" w:fill="DBE5F1"/>
          </w:tcPr>
          <w:p w14:paraId="0AAEB49C" w14:textId="77777777" w:rsidR="004F333E" w:rsidRDefault="00886ADF">
            <w:r>
              <w:rPr>
                <w:b/>
              </w:rPr>
              <w:t>4253,50</w:t>
            </w:r>
          </w:p>
        </w:tc>
        <w:tc>
          <w:tcPr>
            <w:tcW w:w="0" w:type="auto"/>
            <w:shd w:val="clear" w:color="auto" w:fill="DBE5F1"/>
          </w:tcPr>
          <w:p w14:paraId="6B537E4A" w14:textId="77777777" w:rsidR="004F333E" w:rsidRDefault="00886ADF">
            <w:r>
              <w:rPr>
                <w:b/>
              </w:rPr>
              <w:t>100,0</w:t>
            </w:r>
          </w:p>
        </w:tc>
      </w:tr>
    </w:tbl>
    <w:p w14:paraId="6EF9DBBE" w14:textId="77777777" w:rsidR="004F333E" w:rsidRPr="00F815F9" w:rsidRDefault="00886ADF">
      <w:pPr>
        <w:pStyle w:val="31"/>
        <w:rPr>
          <w:sz w:val="28"/>
          <w:szCs w:val="28"/>
        </w:rPr>
      </w:pPr>
      <w:r w:rsidRPr="00F815F9">
        <w:rPr>
          <w:sz w:val="28"/>
          <w:szCs w:val="28"/>
        </w:rPr>
        <w:t>6.9.4. УПК № 9 «ГРЭ»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789"/>
        <w:gridCol w:w="1995"/>
        <w:gridCol w:w="3400"/>
        <w:gridCol w:w="1305"/>
      </w:tblGrid>
      <w:tr w:rsidR="004F333E" w14:paraId="2B41C616" w14:textId="77777777">
        <w:trPr>
          <w:cantSplit/>
          <w:tblHeader/>
        </w:trPr>
        <w:tc>
          <w:tcPr>
            <w:tcW w:w="0" w:type="auto"/>
            <w:shd w:val="clear" w:color="auto" w:fill="E2F0D9"/>
          </w:tcPr>
          <w:p w14:paraId="026FF50C" w14:textId="77777777" w:rsidR="004F333E" w:rsidRDefault="00886ADF">
            <w:pPr>
              <w:jc w:val="center"/>
            </w:pPr>
            <w:r>
              <w:rPr>
                <w:b/>
              </w:rPr>
              <w:t>Признак</w:t>
            </w:r>
          </w:p>
        </w:tc>
        <w:tc>
          <w:tcPr>
            <w:tcW w:w="0" w:type="auto"/>
            <w:shd w:val="clear" w:color="auto" w:fill="E2F0D9"/>
          </w:tcPr>
          <w:p w14:paraId="1C188BED" w14:textId="77777777" w:rsidR="004F333E" w:rsidRDefault="00886ADF">
            <w:pPr>
              <w:jc w:val="center"/>
            </w:pPr>
            <w:r>
              <w:rPr>
                <w:b/>
              </w:rPr>
              <w:t>Участков, ед.</w:t>
            </w:r>
          </w:p>
        </w:tc>
        <w:tc>
          <w:tcPr>
            <w:tcW w:w="0" w:type="auto"/>
            <w:shd w:val="clear" w:color="auto" w:fill="E2F0D9"/>
          </w:tcPr>
          <w:p w14:paraId="74BCD046" w14:textId="77777777" w:rsidR="004F333E" w:rsidRPr="00844B84" w:rsidRDefault="00886ADF">
            <w:pPr>
              <w:jc w:val="center"/>
              <w:rPr>
                <w:lang w:val="ru-RU"/>
              </w:rPr>
            </w:pPr>
            <w:r w:rsidRPr="00844B84">
              <w:rPr>
                <w:b/>
                <w:lang w:val="ru-RU"/>
              </w:rPr>
              <w:t>Длина по оси трассы, м</w:t>
            </w:r>
          </w:p>
        </w:tc>
        <w:tc>
          <w:tcPr>
            <w:tcW w:w="0" w:type="auto"/>
            <w:shd w:val="clear" w:color="auto" w:fill="E2F0D9"/>
          </w:tcPr>
          <w:p w14:paraId="0A8F01B9" w14:textId="77777777" w:rsidR="004F333E" w:rsidRDefault="00886ADF">
            <w:pPr>
              <w:jc w:val="center"/>
            </w:pPr>
            <w:r>
              <w:rPr>
                <w:b/>
              </w:rPr>
              <w:t>Доля, %</w:t>
            </w:r>
          </w:p>
        </w:tc>
      </w:tr>
      <w:tr w:rsidR="004F333E" w14:paraId="2A25A482" w14:textId="77777777">
        <w:trPr>
          <w:cantSplit/>
        </w:trPr>
        <w:tc>
          <w:tcPr>
            <w:tcW w:w="0" w:type="auto"/>
            <w:shd w:val="clear" w:color="auto" w:fill="F2F2F2"/>
          </w:tcPr>
          <w:p w14:paraId="15591675" w14:textId="77777777" w:rsidR="004F333E" w:rsidRDefault="00886ADF">
            <w:r>
              <w:t>по диаметру: до 50 мм</w:t>
            </w:r>
          </w:p>
        </w:tc>
        <w:tc>
          <w:tcPr>
            <w:tcW w:w="0" w:type="auto"/>
            <w:shd w:val="clear" w:color="auto" w:fill="FFFFFF"/>
          </w:tcPr>
          <w:p w14:paraId="15BF3F87" w14:textId="77777777" w:rsidR="004F333E" w:rsidRDefault="00886ADF">
            <w:r>
              <w:t>2</w:t>
            </w:r>
          </w:p>
        </w:tc>
        <w:tc>
          <w:tcPr>
            <w:tcW w:w="0" w:type="auto"/>
            <w:shd w:val="clear" w:color="auto" w:fill="FFFFFF"/>
          </w:tcPr>
          <w:p w14:paraId="64F4DA49" w14:textId="77777777" w:rsidR="004F333E" w:rsidRDefault="00886ADF">
            <w:r>
              <w:t>115,00</w:t>
            </w:r>
          </w:p>
        </w:tc>
        <w:tc>
          <w:tcPr>
            <w:tcW w:w="0" w:type="auto"/>
            <w:shd w:val="clear" w:color="auto" w:fill="FFFFFF"/>
          </w:tcPr>
          <w:p w14:paraId="2066FDDC" w14:textId="77777777" w:rsidR="004F333E" w:rsidRDefault="00886ADF">
            <w:r>
              <w:t>15,6</w:t>
            </w:r>
          </w:p>
        </w:tc>
      </w:tr>
      <w:tr w:rsidR="004F333E" w14:paraId="0E14FC47" w14:textId="77777777">
        <w:trPr>
          <w:cantSplit/>
        </w:trPr>
        <w:tc>
          <w:tcPr>
            <w:tcW w:w="0" w:type="auto"/>
            <w:shd w:val="clear" w:color="auto" w:fill="F2F2F2"/>
          </w:tcPr>
          <w:p w14:paraId="0124E2ED" w14:textId="77777777" w:rsidR="004F333E" w:rsidRDefault="00886ADF">
            <w:r>
              <w:t>по диаметру: 65–100 мм</w:t>
            </w:r>
          </w:p>
        </w:tc>
        <w:tc>
          <w:tcPr>
            <w:tcW w:w="0" w:type="auto"/>
            <w:shd w:val="clear" w:color="auto" w:fill="FFFFFF"/>
          </w:tcPr>
          <w:p w14:paraId="7F224D73" w14:textId="77777777" w:rsidR="004F333E" w:rsidRDefault="00886ADF">
            <w:r>
              <w:t>6</w:t>
            </w:r>
          </w:p>
        </w:tc>
        <w:tc>
          <w:tcPr>
            <w:tcW w:w="0" w:type="auto"/>
            <w:shd w:val="clear" w:color="auto" w:fill="FFFFFF"/>
          </w:tcPr>
          <w:p w14:paraId="62022D30" w14:textId="77777777" w:rsidR="004F333E" w:rsidRDefault="00886ADF">
            <w:r>
              <w:t>624,00</w:t>
            </w:r>
          </w:p>
        </w:tc>
        <w:tc>
          <w:tcPr>
            <w:tcW w:w="0" w:type="auto"/>
            <w:shd w:val="clear" w:color="auto" w:fill="FFFFFF"/>
          </w:tcPr>
          <w:p w14:paraId="088C6BEC" w14:textId="77777777" w:rsidR="004F333E" w:rsidRDefault="00886ADF">
            <w:r>
              <w:t>84,4</w:t>
            </w:r>
          </w:p>
        </w:tc>
      </w:tr>
      <w:tr w:rsidR="004F333E" w14:paraId="4A2CF2CE" w14:textId="77777777">
        <w:trPr>
          <w:cantSplit/>
        </w:trPr>
        <w:tc>
          <w:tcPr>
            <w:tcW w:w="0" w:type="auto"/>
            <w:shd w:val="clear" w:color="auto" w:fill="F2F2F2"/>
          </w:tcPr>
          <w:p w14:paraId="561EE477" w14:textId="77777777" w:rsidR="004F333E" w:rsidRDefault="00886ADF">
            <w:r>
              <w:t>по возрасту: 20–25 лет</w:t>
            </w:r>
          </w:p>
        </w:tc>
        <w:tc>
          <w:tcPr>
            <w:tcW w:w="0" w:type="auto"/>
            <w:shd w:val="clear" w:color="auto" w:fill="FFFFFF"/>
          </w:tcPr>
          <w:p w14:paraId="7A2F9DAA" w14:textId="77777777" w:rsidR="004F333E" w:rsidRDefault="00886ADF">
            <w:r>
              <w:t>8</w:t>
            </w:r>
          </w:p>
        </w:tc>
        <w:tc>
          <w:tcPr>
            <w:tcW w:w="0" w:type="auto"/>
            <w:shd w:val="clear" w:color="auto" w:fill="FFFFFF"/>
          </w:tcPr>
          <w:p w14:paraId="0FC08D4E" w14:textId="77777777" w:rsidR="004F333E" w:rsidRDefault="00886ADF">
            <w:r>
              <w:t>739,00</w:t>
            </w:r>
          </w:p>
        </w:tc>
        <w:tc>
          <w:tcPr>
            <w:tcW w:w="0" w:type="auto"/>
            <w:shd w:val="clear" w:color="auto" w:fill="FFFFFF"/>
          </w:tcPr>
          <w:p w14:paraId="68F99744" w14:textId="77777777" w:rsidR="004F333E" w:rsidRDefault="00886ADF">
            <w:r>
              <w:t>100,0</w:t>
            </w:r>
          </w:p>
        </w:tc>
      </w:tr>
      <w:tr w:rsidR="004F333E" w14:paraId="5FAFACFF" w14:textId="77777777">
        <w:trPr>
          <w:cantSplit/>
        </w:trPr>
        <w:tc>
          <w:tcPr>
            <w:tcW w:w="0" w:type="auto"/>
            <w:shd w:val="clear" w:color="auto" w:fill="F2F2F2"/>
          </w:tcPr>
          <w:p w14:paraId="396BA047" w14:textId="77777777" w:rsidR="004F333E" w:rsidRDefault="00886ADF">
            <w:r>
              <w:t>по прокладке: надземная</w:t>
            </w:r>
          </w:p>
        </w:tc>
        <w:tc>
          <w:tcPr>
            <w:tcW w:w="0" w:type="auto"/>
            <w:shd w:val="clear" w:color="auto" w:fill="FFFFFF"/>
          </w:tcPr>
          <w:p w14:paraId="70F09CA8" w14:textId="77777777" w:rsidR="004F333E" w:rsidRDefault="00886ADF">
            <w:r>
              <w:t>6</w:t>
            </w:r>
          </w:p>
        </w:tc>
        <w:tc>
          <w:tcPr>
            <w:tcW w:w="0" w:type="auto"/>
            <w:shd w:val="clear" w:color="auto" w:fill="FFFFFF"/>
          </w:tcPr>
          <w:p w14:paraId="59B6C334" w14:textId="77777777" w:rsidR="004F333E" w:rsidRDefault="00886ADF">
            <w:r>
              <w:t>554,00</w:t>
            </w:r>
          </w:p>
        </w:tc>
        <w:tc>
          <w:tcPr>
            <w:tcW w:w="0" w:type="auto"/>
            <w:shd w:val="clear" w:color="auto" w:fill="FFFFFF"/>
          </w:tcPr>
          <w:p w14:paraId="536B8A91" w14:textId="77777777" w:rsidR="004F333E" w:rsidRDefault="00886ADF">
            <w:r>
              <w:t>75,0</w:t>
            </w:r>
          </w:p>
        </w:tc>
      </w:tr>
      <w:tr w:rsidR="004F333E" w14:paraId="009A8006" w14:textId="77777777">
        <w:trPr>
          <w:cantSplit/>
        </w:trPr>
        <w:tc>
          <w:tcPr>
            <w:tcW w:w="0" w:type="auto"/>
            <w:shd w:val="clear" w:color="auto" w:fill="F2F2F2"/>
          </w:tcPr>
          <w:p w14:paraId="718CA80C" w14:textId="77777777" w:rsidR="004F333E" w:rsidRDefault="00886ADF">
            <w:r>
              <w:t>по прокладке: бесканальная</w:t>
            </w:r>
          </w:p>
        </w:tc>
        <w:tc>
          <w:tcPr>
            <w:tcW w:w="0" w:type="auto"/>
            <w:shd w:val="clear" w:color="auto" w:fill="FFFFFF"/>
          </w:tcPr>
          <w:p w14:paraId="3C17C667" w14:textId="77777777" w:rsidR="004F333E" w:rsidRDefault="00886ADF">
            <w:r>
              <w:t>2</w:t>
            </w:r>
          </w:p>
        </w:tc>
        <w:tc>
          <w:tcPr>
            <w:tcW w:w="0" w:type="auto"/>
            <w:shd w:val="clear" w:color="auto" w:fill="FFFFFF"/>
          </w:tcPr>
          <w:p w14:paraId="77232293" w14:textId="77777777" w:rsidR="004F333E" w:rsidRDefault="00886ADF">
            <w:r>
              <w:t>185,00</w:t>
            </w:r>
          </w:p>
        </w:tc>
        <w:tc>
          <w:tcPr>
            <w:tcW w:w="0" w:type="auto"/>
            <w:shd w:val="clear" w:color="auto" w:fill="FFFFFF"/>
          </w:tcPr>
          <w:p w14:paraId="19F25458" w14:textId="77777777" w:rsidR="004F333E" w:rsidRDefault="00886ADF">
            <w:r>
              <w:t>25,0</w:t>
            </w:r>
          </w:p>
        </w:tc>
      </w:tr>
      <w:tr w:rsidR="004F333E" w14:paraId="3CDF5400" w14:textId="77777777">
        <w:trPr>
          <w:cantSplit/>
        </w:trPr>
        <w:tc>
          <w:tcPr>
            <w:tcW w:w="0" w:type="auto"/>
            <w:shd w:val="clear" w:color="auto" w:fill="DBE5F1"/>
          </w:tcPr>
          <w:p w14:paraId="422E27AB" w14:textId="77777777" w:rsidR="004F333E" w:rsidRDefault="00886ADF">
            <w:r>
              <w:rPr>
                <w:b/>
              </w:rPr>
              <w:t>Всего по системе</w:t>
            </w:r>
          </w:p>
        </w:tc>
        <w:tc>
          <w:tcPr>
            <w:tcW w:w="0" w:type="auto"/>
            <w:shd w:val="clear" w:color="auto" w:fill="DBE5F1"/>
          </w:tcPr>
          <w:p w14:paraId="7FB49B84" w14:textId="77777777" w:rsidR="004F333E" w:rsidRDefault="00886ADF">
            <w:r>
              <w:rPr>
                <w:b/>
              </w:rPr>
              <w:t>8</w:t>
            </w:r>
          </w:p>
        </w:tc>
        <w:tc>
          <w:tcPr>
            <w:tcW w:w="0" w:type="auto"/>
            <w:shd w:val="clear" w:color="auto" w:fill="DBE5F1"/>
          </w:tcPr>
          <w:p w14:paraId="4EBF1ECC" w14:textId="77777777" w:rsidR="004F333E" w:rsidRDefault="00886ADF">
            <w:r>
              <w:rPr>
                <w:b/>
              </w:rPr>
              <w:t>739,00</w:t>
            </w:r>
          </w:p>
        </w:tc>
        <w:tc>
          <w:tcPr>
            <w:tcW w:w="0" w:type="auto"/>
            <w:shd w:val="clear" w:color="auto" w:fill="DBE5F1"/>
          </w:tcPr>
          <w:p w14:paraId="150D5E17" w14:textId="77777777" w:rsidR="004F333E" w:rsidRDefault="00886ADF">
            <w:r>
              <w:rPr>
                <w:b/>
              </w:rPr>
              <w:t>100,0</w:t>
            </w:r>
          </w:p>
        </w:tc>
      </w:tr>
    </w:tbl>
    <w:p w14:paraId="5EA64DF4" w14:textId="77777777" w:rsidR="004F333E" w:rsidRPr="00F815F9" w:rsidRDefault="00886ADF">
      <w:pPr>
        <w:pStyle w:val="31"/>
        <w:rPr>
          <w:sz w:val="28"/>
          <w:szCs w:val="28"/>
        </w:rPr>
      </w:pPr>
      <w:r w:rsidRPr="00F815F9">
        <w:rPr>
          <w:sz w:val="28"/>
          <w:szCs w:val="28"/>
        </w:rPr>
        <w:t>6.9.5. УПК № 5 «Новый Шерегеш»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789"/>
        <w:gridCol w:w="1995"/>
        <w:gridCol w:w="3400"/>
        <w:gridCol w:w="1305"/>
      </w:tblGrid>
      <w:tr w:rsidR="004F333E" w14:paraId="14BD50E3" w14:textId="77777777">
        <w:trPr>
          <w:cantSplit/>
          <w:tblHeader/>
        </w:trPr>
        <w:tc>
          <w:tcPr>
            <w:tcW w:w="0" w:type="auto"/>
            <w:shd w:val="clear" w:color="auto" w:fill="E2F0D9"/>
          </w:tcPr>
          <w:p w14:paraId="2D096E32" w14:textId="77777777" w:rsidR="004F333E" w:rsidRDefault="00886ADF">
            <w:pPr>
              <w:jc w:val="center"/>
            </w:pPr>
            <w:r>
              <w:rPr>
                <w:b/>
              </w:rPr>
              <w:t>Признак</w:t>
            </w:r>
          </w:p>
        </w:tc>
        <w:tc>
          <w:tcPr>
            <w:tcW w:w="0" w:type="auto"/>
            <w:shd w:val="clear" w:color="auto" w:fill="E2F0D9"/>
          </w:tcPr>
          <w:p w14:paraId="5DD544DC" w14:textId="77777777" w:rsidR="004F333E" w:rsidRDefault="00886ADF">
            <w:pPr>
              <w:jc w:val="center"/>
            </w:pPr>
            <w:r>
              <w:rPr>
                <w:b/>
              </w:rPr>
              <w:t>Участков, ед.</w:t>
            </w:r>
          </w:p>
        </w:tc>
        <w:tc>
          <w:tcPr>
            <w:tcW w:w="0" w:type="auto"/>
            <w:shd w:val="clear" w:color="auto" w:fill="E2F0D9"/>
          </w:tcPr>
          <w:p w14:paraId="59BF9DD0" w14:textId="77777777" w:rsidR="004F333E" w:rsidRPr="00844B84" w:rsidRDefault="00886ADF">
            <w:pPr>
              <w:jc w:val="center"/>
              <w:rPr>
                <w:lang w:val="ru-RU"/>
              </w:rPr>
            </w:pPr>
            <w:r w:rsidRPr="00844B84">
              <w:rPr>
                <w:b/>
                <w:lang w:val="ru-RU"/>
              </w:rPr>
              <w:t>Длина по оси трассы, м</w:t>
            </w:r>
          </w:p>
        </w:tc>
        <w:tc>
          <w:tcPr>
            <w:tcW w:w="0" w:type="auto"/>
            <w:shd w:val="clear" w:color="auto" w:fill="E2F0D9"/>
          </w:tcPr>
          <w:p w14:paraId="27161200" w14:textId="77777777" w:rsidR="004F333E" w:rsidRDefault="00886ADF">
            <w:pPr>
              <w:jc w:val="center"/>
            </w:pPr>
            <w:r>
              <w:rPr>
                <w:b/>
              </w:rPr>
              <w:t>Доля, %</w:t>
            </w:r>
          </w:p>
        </w:tc>
      </w:tr>
      <w:tr w:rsidR="004F333E" w14:paraId="0C1527B9" w14:textId="77777777">
        <w:trPr>
          <w:cantSplit/>
        </w:trPr>
        <w:tc>
          <w:tcPr>
            <w:tcW w:w="0" w:type="auto"/>
            <w:shd w:val="clear" w:color="auto" w:fill="F2F2F2"/>
          </w:tcPr>
          <w:p w14:paraId="3DD4C17F" w14:textId="77777777" w:rsidR="004F333E" w:rsidRDefault="00886ADF">
            <w:r>
              <w:t>по диаметру: до 50 мм</w:t>
            </w:r>
          </w:p>
        </w:tc>
        <w:tc>
          <w:tcPr>
            <w:tcW w:w="0" w:type="auto"/>
            <w:shd w:val="clear" w:color="auto" w:fill="FFFFFF"/>
          </w:tcPr>
          <w:p w14:paraId="26100559" w14:textId="77777777" w:rsidR="004F333E" w:rsidRDefault="00886ADF">
            <w:r>
              <w:t>144</w:t>
            </w:r>
          </w:p>
        </w:tc>
        <w:tc>
          <w:tcPr>
            <w:tcW w:w="0" w:type="auto"/>
            <w:shd w:val="clear" w:color="auto" w:fill="FFFFFF"/>
          </w:tcPr>
          <w:p w14:paraId="4FA9E380" w14:textId="77777777" w:rsidR="004F333E" w:rsidRDefault="00886ADF">
            <w:r>
              <w:t>3717,00</w:t>
            </w:r>
          </w:p>
        </w:tc>
        <w:tc>
          <w:tcPr>
            <w:tcW w:w="0" w:type="auto"/>
            <w:shd w:val="clear" w:color="auto" w:fill="FFFFFF"/>
          </w:tcPr>
          <w:p w14:paraId="438979DF" w14:textId="77777777" w:rsidR="004F333E" w:rsidRDefault="00886ADF">
            <w:r>
              <w:t>20,4</w:t>
            </w:r>
          </w:p>
        </w:tc>
      </w:tr>
      <w:tr w:rsidR="004F333E" w14:paraId="5EFF5C8A" w14:textId="77777777">
        <w:trPr>
          <w:cantSplit/>
        </w:trPr>
        <w:tc>
          <w:tcPr>
            <w:tcW w:w="0" w:type="auto"/>
            <w:shd w:val="clear" w:color="auto" w:fill="F2F2F2"/>
          </w:tcPr>
          <w:p w14:paraId="22A1912B" w14:textId="77777777" w:rsidR="004F333E" w:rsidRDefault="00886ADF">
            <w:r>
              <w:t>по диаметру: 65–100 мм</w:t>
            </w:r>
          </w:p>
        </w:tc>
        <w:tc>
          <w:tcPr>
            <w:tcW w:w="0" w:type="auto"/>
            <w:shd w:val="clear" w:color="auto" w:fill="FFFFFF"/>
          </w:tcPr>
          <w:p w14:paraId="2B4AD180" w14:textId="77777777" w:rsidR="004F333E" w:rsidRDefault="00886ADF">
            <w:r>
              <w:t>141</w:t>
            </w:r>
          </w:p>
        </w:tc>
        <w:tc>
          <w:tcPr>
            <w:tcW w:w="0" w:type="auto"/>
            <w:shd w:val="clear" w:color="auto" w:fill="FFFFFF"/>
          </w:tcPr>
          <w:p w14:paraId="7053DBC9" w14:textId="77777777" w:rsidR="004F333E" w:rsidRDefault="00886ADF">
            <w:r>
              <w:t>5784,00</w:t>
            </w:r>
          </w:p>
        </w:tc>
        <w:tc>
          <w:tcPr>
            <w:tcW w:w="0" w:type="auto"/>
            <w:shd w:val="clear" w:color="auto" w:fill="FFFFFF"/>
          </w:tcPr>
          <w:p w14:paraId="5C23A860" w14:textId="77777777" w:rsidR="004F333E" w:rsidRDefault="00886ADF">
            <w:r>
              <w:t>31,7</w:t>
            </w:r>
          </w:p>
        </w:tc>
      </w:tr>
      <w:tr w:rsidR="004F333E" w14:paraId="608E12BE" w14:textId="77777777">
        <w:trPr>
          <w:cantSplit/>
        </w:trPr>
        <w:tc>
          <w:tcPr>
            <w:tcW w:w="0" w:type="auto"/>
            <w:shd w:val="clear" w:color="auto" w:fill="F2F2F2"/>
          </w:tcPr>
          <w:p w14:paraId="058E0908" w14:textId="77777777" w:rsidR="004F333E" w:rsidRDefault="00886ADF">
            <w:r>
              <w:t>по диаметру: 125–200 мм</w:t>
            </w:r>
          </w:p>
        </w:tc>
        <w:tc>
          <w:tcPr>
            <w:tcW w:w="0" w:type="auto"/>
            <w:shd w:val="clear" w:color="auto" w:fill="FFFFFF"/>
          </w:tcPr>
          <w:p w14:paraId="34FD24CA" w14:textId="77777777" w:rsidR="004F333E" w:rsidRDefault="00886ADF">
            <w:r>
              <w:t>60</w:t>
            </w:r>
          </w:p>
        </w:tc>
        <w:tc>
          <w:tcPr>
            <w:tcW w:w="0" w:type="auto"/>
            <w:shd w:val="clear" w:color="auto" w:fill="FFFFFF"/>
          </w:tcPr>
          <w:p w14:paraId="6E792BA7" w14:textId="77777777" w:rsidR="004F333E" w:rsidRDefault="00886ADF">
            <w:r>
              <w:t>4697,00</w:t>
            </w:r>
          </w:p>
        </w:tc>
        <w:tc>
          <w:tcPr>
            <w:tcW w:w="0" w:type="auto"/>
            <w:shd w:val="clear" w:color="auto" w:fill="FFFFFF"/>
          </w:tcPr>
          <w:p w14:paraId="398C9071" w14:textId="77777777" w:rsidR="004F333E" w:rsidRDefault="00886ADF">
            <w:r>
              <w:t>25,8</w:t>
            </w:r>
          </w:p>
        </w:tc>
      </w:tr>
      <w:tr w:rsidR="004F333E" w14:paraId="396701C1" w14:textId="77777777">
        <w:trPr>
          <w:cantSplit/>
        </w:trPr>
        <w:tc>
          <w:tcPr>
            <w:tcW w:w="0" w:type="auto"/>
            <w:shd w:val="clear" w:color="auto" w:fill="F2F2F2"/>
          </w:tcPr>
          <w:p w14:paraId="4571FF1B" w14:textId="77777777" w:rsidR="004F333E" w:rsidRDefault="00886ADF">
            <w:r>
              <w:t>по диаметру: 250–300 мм</w:t>
            </w:r>
          </w:p>
        </w:tc>
        <w:tc>
          <w:tcPr>
            <w:tcW w:w="0" w:type="auto"/>
            <w:shd w:val="clear" w:color="auto" w:fill="FFFFFF"/>
          </w:tcPr>
          <w:p w14:paraId="415480DB" w14:textId="77777777" w:rsidR="004F333E" w:rsidRDefault="00886ADF">
            <w:r>
              <w:t>29</w:t>
            </w:r>
          </w:p>
        </w:tc>
        <w:tc>
          <w:tcPr>
            <w:tcW w:w="0" w:type="auto"/>
            <w:shd w:val="clear" w:color="auto" w:fill="FFFFFF"/>
          </w:tcPr>
          <w:p w14:paraId="61E0276D" w14:textId="77777777" w:rsidR="004F333E" w:rsidRDefault="00886ADF">
            <w:r>
              <w:t>2523,00</w:t>
            </w:r>
          </w:p>
        </w:tc>
        <w:tc>
          <w:tcPr>
            <w:tcW w:w="0" w:type="auto"/>
            <w:shd w:val="clear" w:color="auto" w:fill="FFFFFF"/>
          </w:tcPr>
          <w:p w14:paraId="6F556094" w14:textId="77777777" w:rsidR="004F333E" w:rsidRDefault="00886ADF">
            <w:r>
              <w:t>13,8</w:t>
            </w:r>
          </w:p>
        </w:tc>
      </w:tr>
      <w:tr w:rsidR="004F333E" w14:paraId="0D7969DB" w14:textId="77777777">
        <w:trPr>
          <w:cantSplit/>
        </w:trPr>
        <w:tc>
          <w:tcPr>
            <w:tcW w:w="0" w:type="auto"/>
            <w:shd w:val="clear" w:color="auto" w:fill="F2F2F2"/>
          </w:tcPr>
          <w:p w14:paraId="3FBB29D9" w14:textId="77777777" w:rsidR="004F333E" w:rsidRDefault="00886ADF">
            <w:r>
              <w:t>по диаметру: более 300 мм</w:t>
            </w:r>
          </w:p>
        </w:tc>
        <w:tc>
          <w:tcPr>
            <w:tcW w:w="0" w:type="auto"/>
            <w:shd w:val="clear" w:color="auto" w:fill="FFFFFF"/>
          </w:tcPr>
          <w:p w14:paraId="0A41306B" w14:textId="77777777" w:rsidR="004F333E" w:rsidRDefault="00886ADF">
            <w:r>
              <w:t>5</w:t>
            </w:r>
          </w:p>
        </w:tc>
        <w:tc>
          <w:tcPr>
            <w:tcW w:w="0" w:type="auto"/>
            <w:shd w:val="clear" w:color="auto" w:fill="FFFFFF"/>
          </w:tcPr>
          <w:p w14:paraId="01EB3066" w14:textId="77777777" w:rsidR="004F333E" w:rsidRDefault="00886ADF">
            <w:r>
              <w:t>1501,00</w:t>
            </w:r>
          </w:p>
        </w:tc>
        <w:tc>
          <w:tcPr>
            <w:tcW w:w="0" w:type="auto"/>
            <w:shd w:val="clear" w:color="auto" w:fill="FFFFFF"/>
          </w:tcPr>
          <w:p w14:paraId="36AC5D05" w14:textId="77777777" w:rsidR="004F333E" w:rsidRDefault="00886ADF">
            <w:r>
              <w:t>8,2</w:t>
            </w:r>
          </w:p>
        </w:tc>
      </w:tr>
      <w:tr w:rsidR="004F333E" w14:paraId="4A9B07D6" w14:textId="77777777">
        <w:trPr>
          <w:cantSplit/>
        </w:trPr>
        <w:tc>
          <w:tcPr>
            <w:tcW w:w="0" w:type="auto"/>
            <w:shd w:val="clear" w:color="auto" w:fill="F2F2F2"/>
          </w:tcPr>
          <w:p w14:paraId="05DEA34B" w14:textId="77777777" w:rsidR="004F333E" w:rsidRDefault="00886ADF">
            <w:r>
              <w:t>по возрасту: до 5 лет</w:t>
            </w:r>
          </w:p>
        </w:tc>
        <w:tc>
          <w:tcPr>
            <w:tcW w:w="0" w:type="auto"/>
            <w:shd w:val="clear" w:color="auto" w:fill="FFFFFF"/>
          </w:tcPr>
          <w:p w14:paraId="492B3895" w14:textId="77777777" w:rsidR="004F333E" w:rsidRDefault="00886ADF">
            <w:r>
              <w:t>2</w:t>
            </w:r>
          </w:p>
        </w:tc>
        <w:tc>
          <w:tcPr>
            <w:tcW w:w="0" w:type="auto"/>
            <w:shd w:val="clear" w:color="auto" w:fill="FFFFFF"/>
          </w:tcPr>
          <w:p w14:paraId="1A2678C8" w14:textId="77777777" w:rsidR="004F333E" w:rsidRDefault="00886ADF">
            <w:r>
              <w:t>798,00</w:t>
            </w:r>
          </w:p>
        </w:tc>
        <w:tc>
          <w:tcPr>
            <w:tcW w:w="0" w:type="auto"/>
            <w:shd w:val="clear" w:color="auto" w:fill="FFFFFF"/>
          </w:tcPr>
          <w:p w14:paraId="50F46387" w14:textId="77777777" w:rsidR="004F333E" w:rsidRDefault="00886ADF">
            <w:r>
              <w:t>4,4</w:t>
            </w:r>
          </w:p>
        </w:tc>
      </w:tr>
      <w:tr w:rsidR="004F333E" w14:paraId="7BA9D048" w14:textId="77777777">
        <w:trPr>
          <w:cantSplit/>
        </w:trPr>
        <w:tc>
          <w:tcPr>
            <w:tcW w:w="0" w:type="auto"/>
            <w:shd w:val="clear" w:color="auto" w:fill="F2F2F2"/>
          </w:tcPr>
          <w:p w14:paraId="388875C2" w14:textId="77777777" w:rsidR="004F333E" w:rsidRDefault="00886ADF">
            <w:r>
              <w:t>по возрасту: 10–15 лет</w:t>
            </w:r>
          </w:p>
        </w:tc>
        <w:tc>
          <w:tcPr>
            <w:tcW w:w="0" w:type="auto"/>
            <w:shd w:val="clear" w:color="auto" w:fill="FFFFFF"/>
          </w:tcPr>
          <w:p w14:paraId="661A6539" w14:textId="77777777" w:rsidR="004F333E" w:rsidRDefault="00886ADF">
            <w:r>
              <w:t>15</w:t>
            </w:r>
          </w:p>
        </w:tc>
        <w:tc>
          <w:tcPr>
            <w:tcW w:w="0" w:type="auto"/>
            <w:shd w:val="clear" w:color="auto" w:fill="FFFFFF"/>
          </w:tcPr>
          <w:p w14:paraId="1DAA1C11" w14:textId="77777777" w:rsidR="004F333E" w:rsidRDefault="00886ADF">
            <w:r>
              <w:t>784,00</w:t>
            </w:r>
          </w:p>
        </w:tc>
        <w:tc>
          <w:tcPr>
            <w:tcW w:w="0" w:type="auto"/>
            <w:shd w:val="clear" w:color="auto" w:fill="FFFFFF"/>
          </w:tcPr>
          <w:p w14:paraId="22038248" w14:textId="77777777" w:rsidR="004F333E" w:rsidRDefault="00886ADF">
            <w:r>
              <w:t>4,3</w:t>
            </w:r>
          </w:p>
        </w:tc>
      </w:tr>
      <w:tr w:rsidR="004F333E" w14:paraId="7D2A3A66" w14:textId="77777777">
        <w:trPr>
          <w:cantSplit/>
        </w:trPr>
        <w:tc>
          <w:tcPr>
            <w:tcW w:w="0" w:type="auto"/>
            <w:shd w:val="clear" w:color="auto" w:fill="F2F2F2"/>
          </w:tcPr>
          <w:p w14:paraId="3CA848FA" w14:textId="77777777" w:rsidR="004F333E" w:rsidRDefault="00886ADF">
            <w:r>
              <w:t>по возрасту: 15–20 лет</w:t>
            </w:r>
          </w:p>
        </w:tc>
        <w:tc>
          <w:tcPr>
            <w:tcW w:w="0" w:type="auto"/>
            <w:shd w:val="clear" w:color="auto" w:fill="FFFFFF"/>
          </w:tcPr>
          <w:p w14:paraId="1F046B2D" w14:textId="77777777" w:rsidR="004F333E" w:rsidRDefault="00886ADF">
            <w:r>
              <w:t>41</w:t>
            </w:r>
          </w:p>
        </w:tc>
        <w:tc>
          <w:tcPr>
            <w:tcW w:w="0" w:type="auto"/>
            <w:shd w:val="clear" w:color="auto" w:fill="FFFFFF"/>
          </w:tcPr>
          <w:p w14:paraId="07905459" w14:textId="77777777" w:rsidR="004F333E" w:rsidRDefault="00886ADF">
            <w:r>
              <w:t>1254,00</w:t>
            </w:r>
          </w:p>
        </w:tc>
        <w:tc>
          <w:tcPr>
            <w:tcW w:w="0" w:type="auto"/>
            <w:shd w:val="clear" w:color="auto" w:fill="FFFFFF"/>
          </w:tcPr>
          <w:p w14:paraId="47009A3F" w14:textId="77777777" w:rsidR="004F333E" w:rsidRDefault="00886ADF">
            <w:r>
              <w:t>6,9</w:t>
            </w:r>
          </w:p>
        </w:tc>
      </w:tr>
      <w:tr w:rsidR="004F333E" w14:paraId="0164FB4F" w14:textId="77777777">
        <w:trPr>
          <w:cantSplit/>
        </w:trPr>
        <w:tc>
          <w:tcPr>
            <w:tcW w:w="0" w:type="auto"/>
            <w:shd w:val="clear" w:color="auto" w:fill="F2F2F2"/>
          </w:tcPr>
          <w:p w14:paraId="580F6140" w14:textId="77777777" w:rsidR="004F333E" w:rsidRDefault="00886ADF">
            <w:r>
              <w:t>по возрасту: 20–25 лет</w:t>
            </w:r>
          </w:p>
        </w:tc>
        <w:tc>
          <w:tcPr>
            <w:tcW w:w="0" w:type="auto"/>
            <w:shd w:val="clear" w:color="auto" w:fill="FFFFFF"/>
          </w:tcPr>
          <w:p w14:paraId="6112BA60" w14:textId="77777777" w:rsidR="004F333E" w:rsidRDefault="00886ADF">
            <w:r>
              <w:t>60</w:t>
            </w:r>
          </w:p>
        </w:tc>
        <w:tc>
          <w:tcPr>
            <w:tcW w:w="0" w:type="auto"/>
            <w:shd w:val="clear" w:color="auto" w:fill="FFFFFF"/>
          </w:tcPr>
          <w:p w14:paraId="2684E4D2" w14:textId="77777777" w:rsidR="004F333E" w:rsidRDefault="00886ADF">
            <w:r>
              <w:t>2424,00</w:t>
            </w:r>
          </w:p>
        </w:tc>
        <w:tc>
          <w:tcPr>
            <w:tcW w:w="0" w:type="auto"/>
            <w:shd w:val="clear" w:color="auto" w:fill="FFFFFF"/>
          </w:tcPr>
          <w:p w14:paraId="534B0E00" w14:textId="77777777" w:rsidR="004F333E" w:rsidRDefault="00886ADF">
            <w:r>
              <w:t>13,3</w:t>
            </w:r>
          </w:p>
        </w:tc>
      </w:tr>
      <w:tr w:rsidR="004F333E" w14:paraId="476CADD5" w14:textId="77777777">
        <w:trPr>
          <w:cantSplit/>
        </w:trPr>
        <w:tc>
          <w:tcPr>
            <w:tcW w:w="0" w:type="auto"/>
            <w:shd w:val="clear" w:color="auto" w:fill="F2F2F2"/>
          </w:tcPr>
          <w:p w14:paraId="1A09A8FE" w14:textId="77777777" w:rsidR="004F333E" w:rsidRDefault="00886ADF">
            <w:r>
              <w:t>по возрасту: более 30 лет</w:t>
            </w:r>
          </w:p>
        </w:tc>
        <w:tc>
          <w:tcPr>
            <w:tcW w:w="0" w:type="auto"/>
            <w:shd w:val="clear" w:color="auto" w:fill="FFFFFF"/>
          </w:tcPr>
          <w:p w14:paraId="7FA4E0F4" w14:textId="77777777" w:rsidR="004F333E" w:rsidRDefault="00886ADF">
            <w:r>
              <w:t>261</w:t>
            </w:r>
          </w:p>
        </w:tc>
        <w:tc>
          <w:tcPr>
            <w:tcW w:w="0" w:type="auto"/>
            <w:shd w:val="clear" w:color="auto" w:fill="FFFFFF"/>
          </w:tcPr>
          <w:p w14:paraId="7356DD52" w14:textId="77777777" w:rsidR="004F333E" w:rsidRDefault="00886ADF">
            <w:r>
              <w:t>12962,00</w:t>
            </w:r>
          </w:p>
        </w:tc>
        <w:tc>
          <w:tcPr>
            <w:tcW w:w="0" w:type="auto"/>
            <w:shd w:val="clear" w:color="auto" w:fill="FFFFFF"/>
          </w:tcPr>
          <w:p w14:paraId="667591F1" w14:textId="77777777" w:rsidR="004F333E" w:rsidRDefault="00886ADF">
            <w:r>
              <w:t>71,1</w:t>
            </w:r>
          </w:p>
        </w:tc>
      </w:tr>
      <w:tr w:rsidR="004F333E" w14:paraId="07F68F43" w14:textId="77777777">
        <w:trPr>
          <w:cantSplit/>
        </w:trPr>
        <w:tc>
          <w:tcPr>
            <w:tcW w:w="0" w:type="auto"/>
            <w:shd w:val="clear" w:color="auto" w:fill="F2F2F2"/>
          </w:tcPr>
          <w:p w14:paraId="2F5591B5" w14:textId="77777777" w:rsidR="004F333E" w:rsidRDefault="00886ADF">
            <w:r>
              <w:t>по прокладке: бесканальная</w:t>
            </w:r>
          </w:p>
        </w:tc>
        <w:tc>
          <w:tcPr>
            <w:tcW w:w="0" w:type="auto"/>
            <w:shd w:val="clear" w:color="auto" w:fill="FFFFFF"/>
          </w:tcPr>
          <w:p w14:paraId="00C3919E" w14:textId="77777777" w:rsidR="004F333E" w:rsidRDefault="00886ADF">
            <w:r>
              <w:t>265</w:t>
            </w:r>
          </w:p>
        </w:tc>
        <w:tc>
          <w:tcPr>
            <w:tcW w:w="0" w:type="auto"/>
            <w:shd w:val="clear" w:color="auto" w:fill="FFFFFF"/>
          </w:tcPr>
          <w:p w14:paraId="69B60B1A" w14:textId="77777777" w:rsidR="004F333E" w:rsidRDefault="00886ADF">
            <w:r>
              <w:t>10494,00</w:t>
            </w:r>
          </w:p>
        </w:tc>
        <w:tc>
          <w:tcPr>
            <w:tcW w:w="0" w:type="auto"/>
            <w:shd w:val="clear" w:color="auto" w:fill="FFFFFF"/>
          </w:tcPr>
          <w:p w14:paraId="07D4C0D6" w14:textId="77777777" w:rsidR="004F333E" w:rsidRDefault="00886ADF">
            <w:r>
              <w:t>57,6</w:t>
            </w:r>
          </w:p>
        </w:tc>
      </w:tr>
      <w:tr w:rsidR="004F333E" w14:paraId="70016F4F" w14:textId="77777777">
        <w:trPr>
          <w:cantSplit/>
        </w:trPr>
        <w:tc>
          <w:tcPr>
            <w:tcW w:w="0" w:type="auto"/>
            <w:shd w:val="clear" w:color="auto" w:fill="F2F2F2"/>
          </w:tcPr>
          <w:p w14:paraId="18E2B5B0" w14:textId="77777777" w:rsidR="004F333E" w:rsidRDefault="00886ADF">
            <w:r>
              <w:t>по прокладке: надземная</w:t>
            </w:r>
          </w:p>
        </w:tc>
        <w:tc>
          <w:tcPr>
            <w:tcW w:w="0" w:type="auto"/>
            <w:shd w:val="clear" w:color="auto" w:fill="FFFFFF"/>
          </w:tcPr>
          <w:p w14:paraId="4C60EB31" w14:textId="77777777" w:rsidR="004F333E" w:rsidRDefault="00886ADF">
            <w:r>
              <w:t>112</w:t>
            </w:r>
          </w:p>
        </w:tc>
        <w:tc>
          <w:tcPr>
            <w:tcW w:w="0" w:type="auto"/>
            <w:shd w:val="clear" w:color="auto" w:fill="FFFFFF"/>
          </w:tcPr>
          <w:p w14:paraId="3D2B90DD" w14:textId="77777777" w:rsidR="004F333E" w:rsidRDefault="00886ADF">
            <w:r>
              <w:t>7414,00</w:t>
            </w:r>
          </w:p>
        </w:tc>
        <w:tc>
          <w:tcPr>
            <w:tcW w:w="0" w:type="auto"/>
            <w:shd w:val="clear" w:color="auto" w:fill="FFFFFF"/>
          </w:tcPr>
          <w:p w14:paraId="4B6154DD" w14:textId="77777777" w:rsidR="004F333E" w:rsidRDefault="00886ADF">
            <w:r>
              <w:t>40,7</w:t>
            </w:r>
          </w:p>
        </w:tc>
      </w:tr>
      <w:tr w:rsidR="004F333E" w14:paraId="4E165600" w14:textId="77777777">
        <w:trPr>
          <w:cantSplit/>
        </w:trPr>
        <w:tc>
          <w:tcPr>
            <w:tcW w:w="0" w:type="auto"/>
            <w:shd w:val="clear" w:color="auto" w:fill="F2F2F2"/>
          </w:tcPr>
          <w:p w14:paraId="02181F6A" w14:textId="77777777" w:rsidR="004F333E" w:rsidRDefault="00886ADF">
            <w:r>
              <w:t>по прокладке: канальная</w:t>
            </w:r>
          </w:p>
        </w:tc>
        <w:tc>
          <w:tcPr>
            <w:tcW w:w="0" w:type="auto"/>
            <w:shd w:val="clear" w:color="auto" w:fill="FFFFFF"/>
          </w:tcPr>
          <w:p w14:paraId="7279E6C5" w14:textId="77777777" w:rsidR="004F333E" w:rsidRDefault="00886ADF">
            <w:r>
              <w:t>2</w:t>
            </w:r>
          </w:p>
        </w:tc>
        <w:tc>
          <w:tcPr>
            <w:tcW w:w="0" w:type="auto"/>
            <w:shd w:val="clear" w:color="auto" w:fill="FFFFFF"/>
          </w:tcPr>
          <w:p w14:paraId="4996F56D" w14:textId="77777777" w:rsidR="004F333E" w:rsidRDefault="00886ADF">
            <w:r>
              <w:t>314,00</w:t>
            </w:r>
          </w:p>
        </w:tc>
        <w:tc>
          <w:tcPr>
            <w:tcW w:w="0" w:type="auto"/>
            <w:shd w:val="clear" w:color="auto" w:fill="FFFFFF"/>
          </w:tcPr>
          <w:p w14:paraId="3F5229B2" w14:textId="77777777" w:rsidR="004F333E" w:rsidRDefault="00886ADF">
            <w:r>
              <w:t>1,7</w:t>
            </w:r>
          </w:p>
        </w:tc>
      </w:tr>
      <w:tr w:rsidR="004F333E" w14:paraId="47193548" w14:textId="77777777">
        <w:trPr>
          <w:cantSplit/>
        </w:trPr>
        <w:tc>
          <w:tcPr>
            <w:tcW w:w="0" w:type="auto"/>
            <w:shd w:val="clear" w:color="auto" w:fill="DBE5F1"/>
          </w:tcPr>
          <w:p w14:paraId="49EE0AA7" w14:textId="77777777" w:rsidR="004F333E" w:rsidRDefault="00886ADF">
            <w:r>
              <w:rPr>
                <w:b/>
              </w:rPr>
              <w:t>Всего по системе</w:t>
            </w:r>
          </w:p>
        </w:tc>
        <w:tc>
          <w:tcPr>
            <w:tcW w:w="0" w:type="auto"/>
            <w:shd w:val="clear" w:color="auto" w:fill="DBE5F1"/>
          </w:tcPr>
          <w:p w14:paraId="4C1B7B8A" w14:textId="77777777" w:rsidR="004F333E" w:rsidRDefault="00886ADF">
            <w:r>
              <w:rPr>
                <w:b/>
              </w:rPr>
              <w:t>379</w:t>
            </w:r>
          </w:p>
        </w:tc>
        <w:tc>
          <w:tcPr>
            <w:tcW w:w="0" w:type="auto"/>
            <w:shd w:val="clear" w:color="auto" w:fill="DBE5F1"/>
          </w:tcPr>
          <w:p w14:paraId="555F32ED" w14:textId="77777777" w:rsidR="004F333E" w:rsidRDefault="00886ADF">
            <w:r>
              <w:rPr>
                <w:b/>
              </w:rPr>
              <w:t>18222,00</w:t>
            </w:r>
          </w:p>
        </w:tc>
        <w:tc>
          <w:tcPr>
            <w:tcW w:w="0" w:type="auto"/>
            <w:shd w:val="clear" w:color="auto" w:fill="DBE5F1"/>
          </w:tcPr>
          <w:p w14:paraId="4031871D" w14:textId="77777777" w:rsidR="004F333E" w:rsidRDefault="00886ADF">
            <w:r>
              <w:rPr>
                <w:b/>
              </w:rPr>
              <w:t>100,0</w:t>
            </w:r>
          </w:p>
        </w:tc>
      </w:tr>
    </w:tbl>
    <w:p w14:paraId="2D1DEB84" w14:textId="77777777" w:rsidR="004F333E" w:rsidRPr="00F815F9" w:rsidRDefault="00886ADF">
      <w:pPr>
        <w:pStyle w:val="31"/>
        <w:rPr>
          <w:sz w:val="28"/>
          <w:szCs w:val="28"/>
        </w:rPr>
      </w:pPr>
      <w:r w:rsidRPr="00F815F9">
        <w:rPr>
          <w:sz w:val="28"/>
          <w:szCs w:val="28"/>
        </w:rPr>
        <w:t>6.9.6. УПК № 6 «Старый Шерегеш»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789"/>
        <w:gridCol w:w="1995"/>
        <w:gridCol w:w="3400"/>
        <w:gridCol w:w="1305"/>
      </w:tblGrid>
      <w:tr w:rsidR="004F333E" w14:paraId="1546F5F1" w14:textId="77777777">
        <w:trPr>
          <w:cantSplit/>
          <w:tblHeader/>
        </w:trPr>
        <w:tc>
          <w:tcPr>
            <w:tcW w:w="0" w:type="auto"/>
            <w:shd w:val="clear" w:color="auto" w:fill="E2F0D9"/>
          </w:tcPr>
          <w:p w14:paraId="6FE0F10E" w14:textId="77777777" w:rsidR="004F333E" w:rsidRDefault="00886ADF">
            <w:pPr>
              <w:jc w:val="center"/>
            </w:pPr>
            <w:r>
              <w:rPr>
                <w:b/>
              </w:rPr>
              <w:t>Признак</w:t>
            </w:r>
          </w:p>
        </w:tc>
        <w:tc>
          <w:tcPr>
            <w:tcW w:w="0" w:type="auto"/>
            <w:shd w:val="clear" w:color="auto" w:fill="E2F0D9"/>
          </w:tcPr>
          <w:p w14:paraId="238C9894" w14:textId="77777777" w:rsidR="004F333E" w:rsidRDefault="00886ADF">
            <w:pPr>
              <w:jc w:val="center"/>
            </w:pPr>
            <w:r>
              <w:rPr>
                <w:b/>
              </w:rPr>
              <w:t>Участков, ед.</w:t>
            </w:r>
          </w:p>
        </w:tc>
        <w:tc>
          <w:tcPr>
            <w:tcW w:w="0" w:type="auto"/>
            <w:shd w:val="clear" w:color="auto" w:fill="E2F0D9"/>
          </w:tcPr>
          <w:p w14:paraId="63C62E38" w14:textId="77777777" w:rsidR="004F333E" w:rsidRPr="00844B84" w:rsidRDefault="00886ADF">
            <w:pPr>
              <w:jc w:val="center"/>
              <w:rPr>
                <w:lang w:val="ru-RU"/>
              </w:rPr>
            </w:pPr>
            <w:r w:rsidRPr="00844B84">
              <w:rPr>
                <w:b/>
                <w:lang w:val="ru-RU"/>
              </w:rPr>
              <w:t>Длина по оси трассы, м</w:t>
            </w:r>
          </w:p>
        </w:tc>
        <w:tc>
          <w:tcPr>
            <w:tcW w:w="0" w:type="auto"/>
            <w:shd w:val="clear" w:color="auto" w:fill="E2F0D9"/>
          </w:tcPr>
          <w:p w14:paraId="44E80CFC" w14:textId="77777777" w:rsidR="004F333E" w:rsidRDefault="00886ADF">
            <w:pPr>
              <w:jc w:val="center"/>
            </w:pPr>
            <w:r>
              <w:rPr>
                <w:b/>
              </w:rPr>
              <w:t>Доля, %</w:t>
            </w:r>
          </w:p>
        </w:tc>
      </w:tr>
      <w:tr w:rsidR="004F333E" w14:paraId="511F83F6" w14:textId="77777777">
        <w:trPr>
          <w:cantSplit/>
        </w:trPr>
        <w:tc>
          <w:tcPr>
            <w:tcW w:w="0" w:type="auto"/>
            <w:shd w:val="clear" w:color="auto" w:fill="F2F2F2"/>
          </w:tcPr>
          <w:p w14:paraId="5E55E296" w14:textId="77777777" w:rsidR="004F333E" w:rsidRDefault="00886ADF">
            <w:r>
              <w:t>по диаметру: до 50 мм</w:t>
            </w:r>
          </w:p>
        </w:tc>
        <w:tc>
          <w:tcPr>
            <w:tcW w:w="0" w:type="auto"/>
            <w:shd w:val="clear" w:color="auto" w:fill="FFFFFF"/>
          </w:tcPr>
          <w:p w14:paraId="1FE26BA3" w14:textId="77777777" w:rsidR="004F333E" w:rsidRDefault="00886ADF">
            <w:r>
              <w:t>79</w:t>
            </w:r>
          </w:p>
        </w:tc>
        <w:tc>
          <w:tcPr>
            <w:tcW w:w="0" w:type="auto"/>
            <w:shd w:val="clear" w:color="auto" w:fill="FFFFFF"/>
          </w:tcPr>
          <w:p w14:paraId="4C480935" w14:textId="77777777" w:rsidR="004F333E" w:rsidRDefault="00886ADF">
            <w:r>
              <w:t>1499,50</w:t>
            </w:r>
          </w:p>
        </w:tc>
        <w:tc>
          <w:tcPr>
            <w:tcW w:w="0" w:type="auto"/>
            <w:shd w:val="clear" w:color="auto" w:fill="FFFFFF"/>
          </w:tcPr>
          <w:p w14:paraId="02960A8D" w14:textId="77777777" w:rsidR="004F333E" w:rsidRDefault="00886ADF">
            <w:r>
              <w:t>40,3</w:t>
            </w:r>
          </w:p>
        </w:tc>
      </w:tr>
      <w:tr w:rsidR="004F333E" w14:paraId="368ABD69" w14:textId="77777777">
        <w:trPr>
          <w:cantSplit/>
        </w:trPr>
        <w:tc>
          <w:tcPr>
            <w:tcW w:w="0" w:type="auto"/>
            <w:shd w:val="clear" w:color="auto" w:fill="F2F2F2"/>
          </w:tcPr>
          <w:p w14:paraId="41164BD0" w14:textId="77777777" w:rsidR="004F333E" w:rsidRDefault="00886ADF">
            <w:r>
              <w:t>по диаметру: 65–100 мм</w:t>
            </w:r>
          </w:p>
        </w:tc>
        <w:tc>
          <w:tcPr>
            <w:tcW w:w="0" w:type="auto"/>
            <w:shd w:val="clear" w:color="auto" w:fill="FFFFFF"/>
          </w:tcPr>
          <w:p w14:paraId="0F673412" w14:textId="77777777" w:rsidR="004F333E" w:rsidRDefault="00886ADF">
            <w:r>
              <w:t>38</w:t>
            </w:r>
          </w:p>
        </w:tc>
        <w:tc>
          <w:tcPr>
            <w:tcW w:w="0" w:type="auto"/>
            <w:shd w:val="clear" w:color="auto" w:fill="FFFFFF"/>
          </w:tcPr>
          <w:p w14:paraId="05455149" w14:textId="77777777" w:rsidR="004F333E" w:rsidRDefault="00886ADF">
            <w:r>
              <w:t>1439,00</w:t>
            </w:r>
          </w:p>
        </w:tc>
        <w:tc>
          <w:tcPr>
            <w:tcW w:w="0" w:type="auto"/>
            <w:shd w:val="clear" w:color="auto" w:fill="FFFFFF"/>
          </w:tcPr>
          <w:p w14:paraId="4F4C2094" w14:textId="77777777" w:rsidR="004F333E" w:rsidRDefault="00886ADF">
            <w:r>
              <w:t>38,7</w:t>
            </w:r>
          </w:p>
        </w:tc>
      </w:tr>
      <w:tr w:rsidR="004F333E" w14:paraId="4169E125" w14:textId="77777777">
        <w:trPr>
          <w:cantSplit/>
        </w:trPr>
        <w:tc>
          <w:tcPr>
            <w:tcW w:w="0" w:type="auto"/>
            <w:shd w:val="clear" w:color="auto" w:fill="F2F2F2"/>
          </w:tcPr>
          <w:p w14:paraId="0391315A" w14:textId="77777777" w:rsidR="004F333E" w:rsidRDefault="00886ADF">
            <w:r>
              <w:t>по диаметру: 125–200 мм</w:t>
            </w:r>
          </w:p>
        </w:tc>
        <w:tc>
          <w:tcPr>
            <w:tcW w:w="0" w:type="auto"/>
            <w:shd w:val="clear" w:color="auto" w:fill="FFFFFF"/>
          </w:tcPr>
          <w:p w14:paraId="741EF2C1" w14:textId="77777777" w:rsidR="004F333E" w:rsidRDefault="00886ADF">
            <w:r>
              <w:t>14</w:t>
            </w:r>
          </w:p>
        </w:tc>
        <w:tc>
          <w:tcPr>
            <w:tcW w:w="0" w:type="auto"/>
            <w:shd w:val="clear" w:color="auto" w:fill="FFFFFF"/>
          </w:tcPr>
          <w:p w14:paraId="6253C4A1" w14:textId="77777777" w:rsidR="004F333E" w:rsidRDefault="00886ADF">
            <w:r>
              <w:t>490,00</w:t>
            </w:r>
          </w:p>
        </w:tc>
        <w:tc>
          <w:tcPr>
            <w:tcW w:w="0" w:type="auto"/>
            <w:shd w:val="clear" w:color="auto" w:fill="FFFFFF"/>
          </w:tcPr>
          <w:p w14:paraId="42AB51B2" w14:textId="77777777" w:rsidR="004F333E" w:rsidRDefault="00886ADF">
            <w:r>
              <w:t>13,2</w:t>
            </w:r>
          </w:p>
        </w:tc>
      </w:tr>
      <w:tr w:rsidR="004F333E" w14:paraId="34151781" w14:textId="77777777">
        <w:trPr>
          <w:cantSplit/>
        </w:trPr>
        <w:tc>
          <w:tcPr>
            <w:tcW w:w="0" w:type="auto"/>
            <w:shd w:val="clear" w:color="auto" w:fill="F2F2F2"/>
          </w:tcPr>
          <w:p w14:paraId="15EF2D39" w14:textId="77777777" w:rsidR="004F333E" w:rsidRDefault="00886ADF">
            <w:r>
              <w:t>по диаметру: 250–300 мм</w:t>
            </w:r>
          </w:p>
        </w:tc>
        <w:tc>
          <w:tcPr>
            <w:tcW w:w="0" w:type="auto"/>
            <w:shd w:val="clear" w:color="auto" w:fill="FFFFFF"/>
          </w:tcPr>
          <w:p w14:paraId="13A6A2F3" w14:textId="77777777" w:rsidR="004F333E" w:rsidRDefault="00886ADF">
            <w:r>
              <w:t>7</w:t>
            </w:r>
          </w:p>
        </w:tc>
        <w:tc>
          <w:tcPr>
            <w:tcW w:w="0" w:type="auto"/>
            <w:shd w:val="clear" w:color="auto" w:fill="FFFFFF"/>
          </w:tcPr>
          <w:p w14:paraId="7AC60370" w14:textId="77777777" w:rsidR="004F333E" w:rsidRDefault="00886ADF">
            <w:r>
              <w:t>291,00</w:t>
            </w:r>
          </w:p>
        </w:tc>
        <w:tc>
          <w:tcPr>
            <w:tcW w:w="0" w:type="auto"/>
            <w:shd w:val="clear" w:color="auto" w:fill="FFFFFF"/>
          </w:tcPr>
          <w:p w14:paraId="197EE49D" w14:textId="77777777" w:rsidR="004F333E" w:rsidRDefault="00886ADF">
            <w:r>
              <w:t>7,8</w:t>
            </w:r>
          </w:p>
        </w:tc>
      </w:tr>
      <w:tr w:rsidR="004F333E" w14:paraId="1B7BF522" w14:textId="77777777">
        <w:trPr>
          <w:cantSplit/>
        </w:trPr>
        <w:tc>
          <w:tcPr>
            <w:tcW w:w="0" w:type="auto"/>
            <w:shd w:val="clear" w:color="auto" w:fill="F2F2F2"/>
          </w:tcPr>
          <w:p w14:paraId="283379BF" w14:textId="77777777" w:rsidR="004F333E" w:rsidRDefault="00886ADF">
            <w:r>
              <w:t>по возрасту: 10–15 лет</w:t>
            </w:r>
          </w:p>
        </w:tc>
        <w:tc>
          <w:tcPr>
            <w:tcW w:w="0" w:type="auto"/>
            <w:shd w:val="clear" w:color="auto" w:fill="FFFFFF"/>
          </w:tcPr>
          <w:p w14:paraId="59D24B9C" w14:textId="77777777" w:rsidR="004F333E" w:rsidRDefault="00886ADF">
            <w:r>
              <w:t>66</w:t>
            </w:r>
          </w:p>
        </w:tc>
        <w:tc>
          <w:tcPr>
            <w:tcW w:w="0" w:type="auto"/>
            <w:shd w:val="clear" w:color="auto" w:fill="FFFFFF"/>
          </w:tcPr>
          <w:p w14:paraId="73AB747D" w14:textId="77777777" w:rsidR="004F333E" w:rsidRDefault="00886ADF">
            <w:r>
              <w:t>1678,00</w:t>
            </w:r>
          </w:p>
        </w:tc>
        <w:tc>
          <w:tcPr>
            <w:tcW w:w="0" w:type="auto"/>
            <w:shd w:val="clear" w:color="auto" w:fill="FFFFFF"/>
          </w:tcPr>
          <w:p w14:paraId="13A0D0EE" w14:textId="77777777" w:rsidR="004F333E" w:rsidRDefault="00886ADF">
            <w:r>
              <w:t>45,1</w:t>
            </w:r>
          </w:p>
        </w:tc>
      </w:tr>
      <w:tr w:rsidR="004F333E" w14:paraId="0F95DCFA" w14:textId="77777777">
        <w:trPr>
          <w:cantSplit/>
        </w:trPr>
        <w:tc>
          <w:tcPr>
            <w:tcW w:w="0" w:type="auto"/>
            <w:shd w:val="clear" w:color="auto" w:fill="F2F2F2"/>
          </w:tcPr>
          <w:p w14:paraId="7D77D571" w14:textId="77777777" w:rsidR="004F333E" w:rsidRDefault="00886ADF">
            <w:r>
              <w:t>по возрасту: 20–25 лет</w:t>
            </w:r>
          </w:p>
        </w:tc>
        <w:tc>
          <w:tcPr>
            <w:tcW w:w="0" w:type="auto"/>
            <w:shd w:val="clear" w:color="auto" w:fill="FFFFFF"/>
          </w:tcPr>
          <w:p w14:paraId="794443D0" w14:textId="77777777" w:rsidR="004F333E" w:rsidRDefault="00886ADF">
            <w:r>
              <w:t>16</w:t>
            </w:r>
          </w:p>
        </w:tc>
        <w:tc>
          <w:tcPr>
            <w:tcW w:w="0" w:type="auto"/>
            <w:shd w:val="clear" w:color="auto" w:fill="FFFFFF"/>
          </w:tcPr>
          <w:p w14:paraId="4AEA74D4" w14:textId="77777777" w:rsidR="004F333E" w:rsidRDefault="00886ADF">
            <w:r>
              <w:t>387,00</w:t>
            </w:r>
          </w:p>
        </w:tc>
        <w:tc>
          <w:tcPr>
            <w:tcW w:w="0" w:type="auto"/>
            <w:shd w:val="clear" w:color="auto" w:fill="FFFFFF"/>
          </w:tcPr>
          <w:p w14:paraId="1F90C302" w14:textId="77777777" w:rsidR="004F333E" w:rsidRDefault="00886ADF">
            <w:r>
              <w:t>10,4</w:t>
            </w:r>
          </w:p>
        </w:tc>
      </w:tr>
      <w:tr w:rsidR="004F333E" w14:paraId="18AAF83E" w14:textId="77777777">
        <w:trPr>
          <w:cantSplit/>
        </w:trPr>
        <w:tc>
          <w:tcPr>
            <w:tcW w:w="0" w:type="auto"/>
            <w:shd w:val="clear" w:color="auto" w:fill="F2F2F2"/>
          </w:tcPr>
          <w:p w14:paraId="034B0D9C" w14:textId="77777777" w:rsidR="004F333E" w:rsidRDefault="00886ADF">
            <w:r>
              <w:t>по возрасту: более 30 лет</w:t>
            </w:r>
          </w:p>
        </w:tc>
        <w:tc>
          <w:tcPr>
            <w:tcW w:w="0" w:type="auto"/>
            <w:shd w:val="clear" w:color="auto" w:fill="FFFFFF"/>
          </w:tcPr>
          <w:p w14:paraId="7155C248" w14:textId="77777777" w:rsidR="004F333E" w:rsidRDefault="00886ADF">
            <w:r>
              <w:t>56</w:t>
            </w:r>
          </w:p>
        </w:tc>
        <w:tc>
          <w:tcPr>
            <w:tcW w:w="0" w:type="auto"/>
            <w:shd w:val="clear" w:color="auto" w:fill="FFFFFF"/>
          </w:tcPr>
          <w:p w14:paraId="020B2F3C" w14:textId="77777777" w:rsidR="004F333E" w:rsidRDefault="00886ADF">
            <w:r>
              <w:t>1654,50</w:t>
            </w:r>
          </w:p>
        </w:tc>
        <w:tc>
          <w:tcPr>
            <w:tcW w:w="0" w:type="auto"/>
            <w:shd w:val="clear" w:color="auto" w:fill="FFFFFF"/>
          </w:tcPr>
          <w:p w14:paraId="021FCA92" w14:textId="77777777" w:rsidR="004F333E" w:rsidRDefault="00886ADF">
            <w:r>
              <w:t>44,5</w:t>
            </w:r>
          </w:p>
        </w:tc>
      </w:tr>
      <w:tr w:rsidR="004F333E" w14:paraId="3F3B5733" w14:textId="77777777">
        <w:trPr>
          <w:cantSplit/>
        </w:trPr>
        <w:tc>
          <w:tcPr>
            <w:tcW w:w="0" w:type="auto"/>
            <w:shd w:val="clear" w:color="auto" w:fill="F2F2F2"/>
          </w:tcPr>
          <w:p w14:paraId="72022BA5" w14:textId="77777777" w:rsidR="004F333E" w:rsidRDefault="00886ADF">
            <w:r>
              <w:t>по прокладке: канальная</w:t>
            </w:r>
          </w:p>
        </w:tc>
        <w:tc>
          <w:tcPr>
            <w:tcW w:w="0" w:type="auto"/>
            <w:shd w:val="clear" w:color="auto" w:fill="FFFFFF"/>
          </w:tcPr>
          <w:p w14:paraId="58515C4F" w14:textId="77777777" w:rsidR="004F333E" w:rsidRDefault="00886ADF">
            <w:r>
              <w:t>76</w:t>
            </w:r>
          </w:p>
        </w:tc>
        <w:tc>
          <w:tcPr>
            <w:tcW w:w="0" w:type="auto"/>
            <w:shd w:val="clear" w:color="auto" w:fill="FFFFFF"/>
          </w:tcPr>
          <w:p w14:paraId="444F24C8" w14:textId="77777777" w:rsidR="004F333E" w:rsidRDefault="00886ADF">
            <w:r>
              <w:t>1953,50</w:t>
            </w:r>
          </w:p>
        </w:tc>
        <w:tc>
          <w:tcPr>
            <w:tcW w:w="0" w:type="auto"/>
            <w:shd w:val="clear" w:color="auto" w:fill="FFFFFF"/>
          </w:tcPr>
          <w:p w14:paraId="2B42DD95" w14:textId="77777777" w:rsidR="004F333E" w:rsidRDefault="00886ADF">
            <w:r>
              <w:t>52,5</w:t>
            </w:r>
          </w:p>
        </w:tc>
      </w:tr>
      <w:tr w:rsidR="004F333E" w14:paraId="7DF86844" w14:textId="77777777">
        <w:trPr>
          <w:cantSplit/>
        </w:trPr>
        <w:tc>
          <w:tcPr>
            <w:tcW w:w="0" w:type="auto"/>
            <w:shd w:val="clear" w:color="auto" w:fill="F2F2F2"/>
          </w:tcPr>
          <w:p w14:paraId="628D1099" w14:textId="77777777" w:rsidR="004F333E" w:rsidRDefault="00886ADF">
            <w:r>
              <w:t>по прокладке: надземная</w:t>
            </w:r>
          </w:p>
        </w:tc>
        <w:tc>
          <w:tcPr>
            <w:tcW w:w="0" w:type="auto"/>
            <w:shd w:val="clear" w:color="auto" w:fill="FFFFFF"/>
          </w:tcPr>
          <w:p w14:paraId="58C2ABF3" w14:textId="77777777" w:rsidR="004F333E" w:rsidRDefault="00886ADF">
            <w:r>
              <w:t>44</w:t>
            </w:r>
          </w:p>
        </w:tc>
        <w:tc>
          <w:tcPr>
            <w:tcW w:w="0" w:type="auto"/>
            <w:shd w:val="clear" w:color="auto" w:fill="FFFFFF"/>
          </w:tcPr>
          <w:p w14:paraId="3F4B7879" w14:textId="77777777" w:rsidR="004F333E" w:rsidRDefault="00886ADF">
            <w:r>
              <w:t>1301,00</w:t>
            </w:r>
          </w:p>
        </w:tc>
        <w:tc>
          <w:tcPr>
            <w:tcW w:w="0" w:type="auto"/>
            <w:shd w:val="clear" w:color="auto" w:fill="FFFFFF"/>
          </w:tcPr>
          <w:p w14:paraId="4D5982B6" w14:textId="77777777" w:rsidR="004F333E" w:rsidRDefault="00886ADF">
            <w:r>
              <w:t>35,0</w:t>
            </w:r>
          </w:p>
        </w:tc>
      </w:tr>
      <w:tr w:rsidR="004F333E" w14:paraId="3F756428" w14:textId="77777777">
        <w:trPr>
          <w:cantSplit/>
        </w:trPr>
        <w:tc>
          <w:tcPr>
            <w:tcW w:w="0" w:type="auto"/>
            <w:shd w:val="clear" w:color="auto" w:fill="F2F2F2"/>
          </w:tcPr>
          <w:p w14:paraId="3DC4E4FA" w14:textId="77777777" w:rsidR="004F333E" w:rsidRDefault="00886ADF">
            <w:r>
              <w:t>по прокладке: бесканальная</w:t>
            </w:r>
          </w:p>
        </w:tc>
        <w:tc>
          <w:tcPr>
            <w:tcW w:w="0" w:type="auto"/>
            <w:shd w:val="clear" w:color="auto" w:fill="FFFFFF"/>
          </w:tcPr>
          <w:p w14:paraId="4591106E" w14:textId="77777777" w:rsidR="004F333E" w:rsidRDefault="00886ADF">
            <w:r>
              <w:t>18</w:t>
            </w:r>
          </w:p>
        </w:tc>
        <w:tc>
          <w:tcPr>
            <w:tcW w:w="0" w:type="auto"/>
            <w:shd w:val="clear" w:color="auto" w:fill="FFFFFF"/>
          </w:tcPr>
          <w:p w14:paraId="69301BFB" w14:textId="77777777" w:rsidR="004F333E" w:rsidRDefault="00886ADF">
            <w:r>
              <w:t>465,00</w:t>
            </w:r>
          </w:p>
        </w:tc>
        <w:tc>
          <w:tcPr>
            <w:tcW w:w="0" w:type="auto"/>
            <w:shd w:val="clear" w:color="auto" w:fill="FFFFFF"/>
          </w:tcPr>
          <w:p w14:paraId="75AE6C15" w14:textId="77777777" w:rsidR="004F333E" w:rsidRDefault="00886ADF">
            <w:r>
              <w:t>12,5</w:t>
            </w:r>
          </w:p>
        </w:tc>
      </w:tr>
      <w:tr w:rsidR="004F333E" w14:paraId="3649BC09" w14:textId="77777777">
        <w:trPr>
          <w:cantSplit/>
        </w:trPr>
        <w:tc>
          <w:tcPr>
            <w:tcW w:w="0" w:type="auto"/>
            <w:shd w:val="clear" w:color="auto" w:fill="DBE5F1"/>
          </w:tcPr>
          <w:p w14:paraId="15901632" w14:textId="77777777" w:rsidR="004F333E" w:rsidRDefault="00886ADF">
            <w:r>
              <w:rPr>
                <w:b/>
              </w:rPr>
              <w:t>Всего по системе</w:t>
            </w:r>
          </w:p>
        </w:tc>
        <w:tc>
          <w:tcPr>
            <w:tcW w:w="0" w:type="auto"/>
            <w:shd w:val="clear" w:color="auto" w:fill="DBE5F1"/>
          </w:tcPr>
          <w:p w14:paraId="53B03077" w14:textId="77777777" w:rsidR="004F333E" w:rsidRDefault="00886ADF">
            <w:r>
              <w:rPr>
                <w:b/>
              </w:rPr>
              <w:t>138</w:t>
            </w:r>
          </w:p>
        </w:tc>
        <w:tc>
          <w:tcPr>
            <w:tcW w:w="0" w:type="auto"/>
            <w:shd w:val="clear" w:color="auto" w:fill="DBE5F1"/>
          </w:tcPr>
          <w:p w14:paraId="294016D4" w14:textId="77777777" w:rsidR="004F333E" w:rsidRDefault="00886ADF">
            <w:r>
              <w:rPr>
                <w:b/>
              </w:rPr>
              <w:t>3719,50</w:t>
            </w:r>
          </w:p>
        </w:tc>
        <w:tc>
          <w:tcPr>
            <w:tcW w:w="0" w:type="auto"/>
            <w:shd w:val="clear" w:color="auto" w:fill="DBE5F1"/>
          </w:tcPr>
          <w:p w14:paraId="1AB89570" w14:textId="77777777" w:rsidR="004F333E" w:rsidRDefault="00886ADF">
            <w:r>
              <w:rPr>
                <w:b/>
              </w:rPr>
              <w:t>100,0</w:t>
            </w:r>
          </w:p>
        </w:tc>
      </w:tr>
    </w:tbl>
    <w:p w14:paraId="45BF70A6" w14:textId="77777777" w:rsidR="004F333E" w:rsidRPr="00F815F9" w:rsidRDefault="00886ADF">
      <w:pPr>
        <w:pStyle w:val="31"/>
        <w:rPr>
          <w:sz w:val="28"/>
          <w:szCs w:val="28"/>
        </w:rPr>
      </w:pPr>
      <w:r w:rsidRPr="00F815F9">
        <w:rPr>
          <w:sz w:val="28"/>
          <w:szCs w:val="28"/>
        </w:rPr>
        <w:t>6.9.7. УПК № 7 «Каз»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703"/>
        <w:gridCol w:w="2021"/>
        <w:gridCol w:w="3444"/>
        <w:gridCol w:w="1321"/>
      </w:tblGrid>
      <w:tr w:rsidR="004F333E" w14:paraId="7CECC0FB" w14:textId="77777777">
        <w:trPr>
          <w:cantSplit/>
          <w:tblHeader/>
        </w:trPr>
        <w:tc>
          <w:tcPr>
            <w:tcW w:w="0" w:type="auto"/>
            <w:shd w:val="clear" w:color="auto" w:fill="E2F0D9"/>
          </w:tcPr>
          <w:p w14:paraId="5C515FCD" w14:textId="77777777" w:rsidR="004F333E" w:rsidRDefault="00886ADF">
            <w:pPr>
              <w:jc w:val="center"/>
            </w:pPr>
            <w:r>
              <w:rPr>
                <w:b/>
              </w:rPr>
              <w:t>Признак</w:t>
            </w:r>
          </w:p>
        </w:tc>
        <w:tc>
          <w:tcPr>
            <w:tcW w:w="0" w:type="auto"/>
            <w:shd w:val="clear" w:color="auto" w:fill="E2F0D9"/>
          </w:tcPr>
          <w:p w14:paraId="38D530F6" w14:textId="77777777" w:rsidR="004F333E" w:rsidRDefault="00886ADF">
            <w:pPr>
              <w:jc w:val="center"/>
            </w:pPr>
            <w:r>
              <w:rPr>
                <w:b/>
              </w:rPr>
              <w:t>Участков, ед.</w:t>
            </w:r>
          </w:p>
        </w:tc>
        <w:tc>
          <w:tcPr>
            <w:tcW w:w="0" w:type="auto"/>
            <w:shd w:val="clear" w:color="auto" w:fill="E2F0D9"/>
          </w:tcPr>
          <w:p w14:paraId="65C42003" w14:textId="77777777" w:rsidR="004F333E" w:rsidRPr="00844B84" w:rsidRDefault="00886ADF">
            <w:pPr>
              <w:jc w:val="center"/>
              <w:rPr>
                <w:lang w:val="ru-RU"/>
              </w:rPr>
            </w:pPr>
            <w:r w:rsidRPr="00844B84">
              <w:rPr>
                <w:b/>
                <w:lang w:val="ru-RU"/>
              </w:rPr>
              <w:t>Длина по оси трассы, м</w:t>
            </w:r>
          </w:p>
        </w:tc>
        <w:tc>
          <w:tcPr>
            <w:tcW w:w="0" w:type="auto"/>
            <w:shd w:val="clear" w:color="auto" w:fill="E2F0D9"/>
          </w:tcPr>
          <w:p w14:paraId="300CFA58" w14:textId="77777777" w:rsidR="004F333E" w:rsidRDefault="00886ADF">
            <w:pPr>
              <w:jc w:val="center"/>
            </w:pPr>
            <w:r>
              <w:rPr>
                <w:b/>
              </w:rPr>
              <w:t>Доля, %</w:t>
            </w:r>
          </w:p>
        </w:tc>
      </w:tr>
      <w:tr w:rsidR="004F333E" w14:paraId="2CBFE723" w14:textId="77777777">
        <w:trPr>
          <w:cantSplit/>
        </w:trPr>
        <w:tc>
          <w:tcPr>
            <w:tcW w:w="0" w:type="auto"/>
            <w:shd w:val="clear" w:color="auto" w:fill="F2F2F2"/>
          </w:tcPr>
          <w:p w14:paraId="21B4542C" w14:textId="77777777" w:rsidR="004F333E" w:rsidRDefault="00886ADF">
            <w:r>
              <w:t>по диаметру: до 50 мм</w:t>
            </w:r>
          </w:p>
        </w:tc>
        <w:tc>
          <w:tcPr>
            <w:tcW w:w="0" w:type="auto"/>
            <w:shd w:val="clear" w:color="auto" w:fill="FFFFFF"/>
          </w:tcPr>
          <w:p w14:paraId="1E0DE08C" w14:textId="77777777" w:rsidR="004F333E" w:rsidRDefault="00886ADF">
            <w:r>
              <w:t>50</w:t>
            </w:r>
          </w:p>
        </w:tc>
        <w:tc>
          <w:tcPr>
            <w:tcW w:w="0" w:type="auto"/>
            <w:shd w:val="clear" w:color="auto" w:fill="FFFFFF"/>
          </w:tcPr>
          <w:p w14:paraId="156C160E" w14:textId="77777777" w:rsidR="004F333E" w:rsidRDefault="00886ADF">
            <w:r>
              <w:t>2589,00</w:t>
            </w:r>
          </w:p>
        </w:tc>
        <w:tc>
          <w:tcPr>
            <w:tcW w:w="0" w:type="auto"/>
            <w:shd w:val="clear" w:color="auto" w:fill="FFFFFF"/>
          </w:tcPr>
          <w:p w14:paraId="6E96DD97" w14:textId="77777777" w:rsidR="004F333E" w:rsidRDefault="00886ADF">
            <w:r>
              <w:t>22,9</w:t>
            </w:r>
          </w:p>
        </w:tc>
      </w:tr>
      <w:tr w:rsidR="004F333E" w14:paraId="1888778B" w14:textId="77777777">
        <w:trPr>
          <w:cantSplit/>
        </w:trPr>
        <w:tc>
          <w:tcPr>
            <w:tcW w:w="0" w:type="auto"/>
            <w:shd w:val="clear" w:color="auto" w:fill="F2F2F2"/>
          </w:tcPr>
          <w:p w14:paraId="5912F82A" w14:textId="77777777" w:rsidR="004F333E" w:rsidRDefault="00886ADF">
            <w:r>
              <w:t>по диаметру: 65–100 мм</w:t>
            </w:r>
          </w:p>
        </w:tc>
        <w:tc>
          <w:tcPr>
            <w:tcW w:w="0" w:type="auto"/>
            <w:shd w:val="clear" w:color="auto" w:fill="FFFFFF"/>
          </w:tcPr>
          <w:p w14:paraId="47C743EA" w14:textId="77777777" w:rsidR="004F333E" w:rsidRDefault="00886ADF">
            <w:r>
              <w:t>35</w:t>
            </w:r>
          </w:p>
        </w:tc>
        <w:tc>
          <w:tcPr>
            <w:tcW w:w="0" w:type="auto"/>
            <w:shd w:val="clear" w:color="auto" w:fill="FFFFFF"/>
          </w:tcPr>
          <w:p w14:paraId="42854DFC" w14:textId="77777777" w:rsidR="004F333E" w:rsidRDefault="00886ADF">
            <w:r>
              <w:t>1627,00</w:t>
            </w:r>
          </w:p>
        </w:tc>
        <w:tc>
          <w:tcPr>
            <w:tcW w:w="0" w:type="auto"/>
            <w:shd w:val="clear" w:color="auto" w:fill="FFFFFF"/>
          </w:tcPr>
          <w:p w14:paraId="0F0D9E8E" w14:textId="77777777" w:rsidR="004F333E" w:rsidRDefault="00886ADF">
            <w:r>
              <w:t>14,4</w:t>
            </w:r>
          </w:p>
        </w:tc>
      </w:tr>
      <w:tr w:rsidR="004F333E" w14:paraId="1B9BF8D4" w14:textId="77777777">
        <w:trPr>
          <w:cantSplit/>
        </w:trPr>
        <w:tc>
          <w:tcPr>
            <w:tcW w:w="0" w:type="auto"/>
            <w:shd w:val="clear" w:color="auto" w:fill="F2F2F2"/>
          </w:tcPr>
          <w:p w14:paraId="465ECDB0" w14:textId="77777777" w:rsidR="004F333E" w:rsidRDefault="00886ADF">
            <w:r>
              <w:t>по диаметру: 125–200 мм</w:t>
            </w:r>
          </w:p>
        </w:tc>
        <w:tc>
          <w:tcPr>
            <w:tcW w:w="0" w:type="auto"/>
            <w:shd w:val="clear" w:color="auto" w:fill="FFFFFF"/>
          </w:tcPr>
          <w:p w14:paraId="3E05A9A3" w14:textId="77777777" w:rsidR="004F333E" w:rsidRDefault="00886ADF">
            <w:r>
              <w:t>14</w:t>
            </w:r>
          </w:p>
        </w:tc>
        <w:tc>
          <w:tcPr>
            <w:tcW w:w="0" w:type="auto"/>
            <w:shd w:val="clear" w:color="auto" w:fill="FFFFFF"/>
          </w:tcPr>
          <w:p w14:paraId="7A499DBD" w14:textId="77777777" w:rsidR="004F333E" w:rsidRDefault="00886ADF">
            <w:r>
              <w:t>1885,00</w:t>
            </w:r>
          </w:p>
        </w:tc>
        <w:tc>
          <w:tcPr>
            <w:tcW w:w="0" w:type="auto"/>
            <w:shd w:val="clear" w:color="auto" w:fill="FFFFFF"/>
          </w:tcPr>
          <w:p w14:paraId="75355F75" w14:textId="77777777" w:rsidR="004F333E" w:rsidRDefault="00886ADF">
            <w:r>
              <w:t>16,7</w:t>
            </w:r>
          </w:p>
        </w:tc>
      </w:tr>
      <w:tr w:rsidR="004F333E" w14:paraId="316B9264" w14:textId="77777777">
        <w:trPr>
          <w:cantSplit/>
        </w:trPr>
        <w:tc>
          <w:tcPr>
            <w:tcW w:w="0" w:type="auto"/>
            <w:shd w:val="clear" w:color="auto" w:fill="F2F2F2"/>
          </w:tcPr>
          <w:p w14:paraId="49A59117" w14:textId="77777777" w:rsidR="004F333E" w:rsidRDefault="00886ADF">
            <w:r>
              <w:t>по диаметру: 250–300 мм</w:t>
            </w:r>
          </w:p>
        </w:tc>
        <w:tc>
          <w:tcPr>
            <w:tcW w:w="0" w:type="auto"/>
            <w:shd w:val="clear" w:color="auto" w:fill="FFFFFF"/>
          </w:tcPr>
          <w:p w14:paraId="6FBC0268" w14:textId="77777777" w:rsidR="004F333E" w:rsidRDefault="00886ADF">
            <w:r>
              <w:t>8</w:t>
            </w:r>
          </w:p>
        </w:tc>
        <w:tc>
          <w:tcPr>
            <w:tcW w:w="0" w:type="auto"/>
            <w:shd w:val="clear" w:color="auto" w:fill="FFFFFF"/>
          </w:tcPr>
          <w:p w14:paraId="1AB554EE" w14:textId="77777777" w:rsidR="004F333E" w:rsidRDefault="00886ADF">
            <w:r>
              <w:t>5173,50</w:t>
            </w:r>
          </w:p>
        </w:tc>
        <w:tc>
          <w:tcPr>
            <w:tcW w:w="0" w:type="auto"/>
            <w:shd w:val="clear" w:color="auto" w:fill="FFFFFF"/>
          </w:tcPr>
          <w:p w14:paraId="3987FFC2" w14:textId="77777777" w:rsidR="004F333E" w:rsidRDefault="00886ADF">
            <w:r>
              <w:t>45,7</w:t>
            </w:r>
          </w:p>
        </w:tc>
      </w:tr>
      <w:tr w:rsidR="004F333E" w14:paraId="2D9DD629" w14:textId="77777777">
        <w:trPr>
          <w:cantSplit/>
        </w:trPr>
        <w:tc>
          <w:tcPr>
            <w:tcW w:w="0" w:type="auto"/>
            <w:shd w:val="clear" w:color="auto" w:fill="F2F2F2"/>
          </w:tcPr>
          <w:p w14:paraId="06DBC2CD" w14:textId="77777777" w:rsidR="004F333E" w:rsidRDefault="00886ADF">
            <w:r>
              <w:t>по диаметру: более 300 мм</w:t>
            </w:r>
          </w:p>
        </w:tc>
        <w:tc>
          <w:tcPr>
            <w:tcW w:w="0" w:type="auto"/>
            <w:shd w:val="clear" w:color="auto" w:fill="FFFFFF"/>
          </w:tcPr>
          <w:p w14:paraId="37CCD5FD" w14:textId="77777777" w:rsidR="004F333E" w:rsidRDefault="00886ADF">
            <w:r>
              <w:t>2</w:t>
            </w:r>
          </w:p>
        </w:tc>
        <w:tc>
          <w:tcPr>
            <w:tcW w:w="0" w:type="auto"/>
            <w:shd w:val="clear" w:color="auto" w:fill="FFFFFF"/>
          </w:tcPr>
          <w:p w14:paraId="483A287F" w14:textId="77777777" w:rsidR="004F333E" w:rsidRDefault="00886ADF">
            <w:r>
              <w:t>43,00</w:t>
            </w:r>
          </w:p>
        </w:tc>
        <w:tc>
          <w:tcPr>
            <w:tcW w:w="0" w:type="auto"/>
            <w:shd w:val="clear" w:color="auto" w:fill="FFFFFF"/>
          </w:tcPr>
          <w:p w14:paraId="7A3064F4" w14:textId="77777777" w:rsidR="004F333E" w:rsidRDefault="00886ADF">
            <w:r>
              <w:t>0,4</w:t>
            </w:r>
          </w:p>
        </w:tc>
      </w:tr>
      <w:tr w:rsidR="004F333E" w14:paraId="07BD0EAF" w14:textId="77777777">
        <w:trPr>
          <w:cantSplit/>
        </w:trPr>
        <w:tc>
          <w:tcPr>
            <w:tcW w:w="0" w:type="auto"/>
            <w:shd w:val="clear" w:color="auto" w:fill="F2F2F2"/>
          </w:tcPr>
          <w:p w14:paraId="1B2D9D91" w14:textId="77777777" w:rsidR="004F333E" w:rsidRDefault="00886ADF">
            <w:r>
              <w:t>по возрасту: 10–15 лет</w:t>
            </w:r>
          </w:p>
        </w:tc>
        <w:tc>
          <w:tcPr>
            <w:tcW w:w="0" w:type="auto"/>
            <w:shd w:val="clear" w:color="auto" w:fill="FFFFFF"/>
          </w:tcPr>
          <w:p w14:paraId="40027FC5" w14:textId="77777777" w:rsidR="004F333E" w:rsidRDefault="00886ADF">
            <w:r>
              <w:t>43</w:t>
            </w:r>
          </w:p>
        </w:tc>
        <w:tc>
          <w:tcPr>
            <w:tcW w:w="0" w:type="auto"/>
            <w:shd w:val="clear" w:color="auto" w:fill="FFFFFF"/>
          </w:tcPr>
          <w:p w14:paraId="3AEC75F8" w14:textId="77777777" w:rsidR="004F333E" w:rsidRDefault="00886ADF">
            <w:r>
              <w:t>3412,00</w:t>
            </w:r>
          </w:p>
        </w:tc>
        <w:tc>
          <w:tcPr>
            <w:tcW w:w="0" w:type="auto"/>
            <w:shd w:val="clear" w:color="auto" w:fill="FFFFFF"/>
          </w:tcPr>
          <w:p w14:paraId="1C7676EC" w14:textId="77777777" w:rsidR="004F333E" w:rsidRDefault="00886ADF">
            <w:r>
              <w:t>30,1</w:t>
            </w:r>
          </w:p>
        </w:tc>
      </w:tr>
      <w:tr w:rsidR="004F333E" w14:paraId="49B14098" w14:textId="77777777">
        <w:trPr>
          <w:cantSplit/>
        </w:trPr>
        <w:tc>
          <w:tcPr>
            <w:tcW w:w="0" w:type="auto"/>
            <w:shd w:val="clear" w:color="auto" w:fill="F2F2F2"/>
          </w:tcPr>
          <w:p w14:paraId="7AE905F8" w14:textId="77777777" w:rsidR="004F333E" w:rsidRDefault="00886ADF">
            <w:r>
              <w:t>по возрасту: 15–20 лет</w:t>
            </w:r>
          </w:p>
        </w:tc>
        <w:tc>
          <w:tcPr>
            <w:tcW w:w="0" w:type="auto"/>
            <w:shd w:val="clear" w:color="auto" w:fill="FFFFFF"/>
          </w:tcPr>
          <w:p w14:paraId="5896F65A" w14:textId="77777777" w:rsidR="004F333E" w:rsidRDefault="00886ADF">
            <w:r>
              <w:t>16</w:t>
            </w:r>
          </w:p>
        </w:tc>
        <w:tc>
          <w:tcPr>
            <w:tcW w:w="0" w:type="auto"/>
            <w:shd w:val="clear" w:color="auto" w:fill="FFFFFF"/>
          </w:tcPr>
          <w:p w14:paraId="3275ACE5" w14:textId="77777777" w:rsidR="004F333E" w:rsidRDefault="00886ADF">
            <w:r>
              <w:t>487,00</w:t>
            </w:r>
          </w:p>
        </w:tc>
        <w:tc>
          <w:tcPr>
            <w:tcW w:w="0" w:type="auto"/>
            <w:shd w:val="clear" w:color="auto" w:fill="FFFFFF"/>
          </w:tcPr>
          <w:p w14:paraId="67768AA1" w14:textId="77777777" w:rsidR="004F333E" w:rsidRDefault="00886ADF">
            <w:r>
              <w:t>4,3</w:t>
            </w:r>
          </w:p>
        </w:tc>
      </w:tr>
      <w:tr w:rsidR="004F333E" w14:paraId="1D8F5D7D" w14:textId="77777777">
        <w:trPr>
          <w:cantSplit/>
        </w:trPr>
        <w:tc>
          <w:tcPr>
            <w:tcW w:w="0" w:type="auto"/>
            <w:shd w:val="clear" w:color="auto" w:fill="F2F2F2"/>
          </w:tcPr>
          <w:p w14:paraId="3007D598" w14:textId="77777777" w:rsidR="004F333E" w:rsidRDefault="00886ADF">
            <w:r>
              <w:t>по возрасту: 25–30 лет</w:t>
            </w:r>
          </w:p>
        </w:tc>
        <w:tc>
          <w:tcPr>
            <w:tcW w:w="0" w:type="auto"/>
            <w:shd w:val="clear" w:color="auto" w:fill="FFFFFF"/>
          </w:tcPr>
          <w:p w14:paraId="379A01E9" w14:textId="77777777" w:rsidR="004F333E" w:rsidRDefault="00886ADF">
            <w:r>
              <w:t>2</w:t>
            </w:r>
          </w:p>
        </w:tc>
        <w:tc>
          <w:tcPr>
            <w:tcW w:w="0" w:type="auto"/>
            <w:shd w:val="clear" w:color="auto" w:fill="FFFFFF"/>
          </w:tcPr>
          <w:p w14:paraId="2A480B62" w14:textId="77777777" w:rsidR="004F333E" w:rsidRDefault="00886ADF">
            <w:r>
              <w:t>25,00</w:t>
            </w:r>
          </w:p>
        </w:tc>
        <w:tc>
          <w:tcPr>
            <w:tcW w:w="0" w:type="auto"/>
            <w:shd w:val="clear" w:color="auto" w:fill="FFFFFF"/>
          </w:tcPr>
          <w:p w14:paraId="28E969DF" w14:textId="77777777" w:rsidR="004F333E" w:rsidRDefault="00886ADF">
            <w:r>
              <w:t>0,2</w:t>
            </w:r>
          </w:p>
        </w:tc>
      </w:tr>
      <w:tr w:rsidR="004F333E" w14:paraId="2F1FEC43" w14:textId="77777777">
        <w:trPr>
          <w:cantSplit/>
        </w:trPr>
        <w:tc>
          <w:tcPr>
            <w:tcW w:w="0" w:type="auto"/>
            <w:shd w:val="clear" w:color="auto" w:fill="F2F2F2"/>
          </w:tcPr>
          <w:p w14:paraId="20025735" w14:textId="77777777" w:rsidR="004F333E" w:rsidRDefault="00886ADF">
            <w:r>
              <w:t>по возрасту: более 30 лет</w:t>
            </w:r>
          </w:p>
        </w:tc>
        <w:tc>
          <w:tcPr>
            <w:tcW w:w="0" w:type="auto"/>
            <w:shd w:val="clear" w:color="auto" w:fill="FFFFFF"/>
          </w:tcPr>
          <w:p w14:paraId="14D85B15" w14:textId="77777777" w:rsidR="004F333E" w:rsidRDefault="00886ADF">
            <w:r>
              <w:t>48</w:t>
            </w:r>
          </w:p>
        </w:tc>
        <w:tc>
          <w:tcPr>
            <w:tcW w:w="0" w:type="auto"/>
            <w:shd w:val="clear" w:color="auto" w:fill="FFFFFF"/>
          </w:tcPr>
          <w:p w14:paraId="4B2AEB67" w14:textId="77777777" w:rsidR="004F333E" w:rsidRDefault="00886ADF">
            <w:r>
              <w:t>7393,50</w:t>
            </w:r>
          </w:p>
        </w:tc>
        <w:tc>
          <w:tcPr>
            <w:tcW w:w="0" w:type="auto"/>
            <w:shd w:val="clear" w:color="auto" w:fill="FFFFFF"/>
          </w:tcPr>
          <w:p w14:paraId="48959FCA" w14:textId="77777777" w:rsidR="004F333E" w:rsidRDefault="00886ADF">
            <w:r>
              <w:t>65,3</w:t>
            </w:r>
          </w:p>
        </w:tc>
      </w:tr>
      <w:tr w:rsidR="004F333E" w14:paraId="77908EFF" w14:textId="77777777">
        <w:trPr>
          <w:cantSplit/>
        </w:trPr>
        <w:tc>
          <w:tcPr>
            <w:tcW w:w="0" w:type="auto"/>
            <w:shd w:val="clear" w:color="auto" w:fill="F2F2F2"/>
          </w:tcPr>
          <w:p w14:paraId="76B7A50C" w14:textId="77777777" w:rsidR="004F333E" w:rsidRDefault="00886ADF">
            <w:r>
              <w:t>по прокладке: надземная</w:t>
            </w:r>
          </w:p>
        </w:tc>
        <w:tc>
          <w:tcPr>
            <w:tcW w:w="0" w:type="auto"/>
            <w:shd w:val="clear" w:color="auto" w:fill="FFFFFF"/>
          </w:tcPr>
          <w:p w14:paraId="7E43ADF9" w14:textId="77777777" w:rsidR="004F333E" w:rsidRDefault="00886ADF">
            <w:r>
              <w:t>53</w:t>
            </w:r>
          </w:p>
        </w:tc>
        <w:tc>
          <w:tcPr>
            <w:tcW w:w="0" w:type="auto"/>
            <w:shd w:val="clear" w:color="auto" w:fill="FFFFFF"/>
          </w:tcPr>
          <w:p w14:paraId="057629F7" w14:textId="77777777" w:rsidR="004F333E" w:rsidRDefault="00886ADF">
            <w:r>
              <w:t>9308,50</w:t>
            </w:r>
          </w:p>
        </w:tc>
        <w:tc>
          <w:tcPr>
            <w:tcW w:w="0" w:type="auto"/>
            <w:shd w:val="clear" w:color="auto" w:fill="FFFFFF"/>
          </w:tcPr>
          <w:p w14:paraId="213489A0" w14:textId="77777777" w:rsidR="004F333E" w:rsidRDefault="00886ADF">
            <w:r>
              <w:t>82,2</w:t>
            </w:r>
          </w:p>
        </w:tc>
      </w:tr>
      <w:tr w:rsidR="004F333E" w14:paraId="41E2ED36" w14:textId="77777777">
        <w:trPr>
          <w:cantSplit/>
        </w:trPr>
        <w:tc>
          <w:tcPr>
            <w:tcW w:w="0" w:type="auto"/>
            <w:shd w:val="clear" w:color="auto" w:fill="F2F2F2"/>
          </w:tcPr>
          <w:p w14:paraId="7FCABE99" w14:textId="77777777" w:rsidR="004F333E" w:rsidRDefault="00886ADF">
            <w:r>
              <w:t>по прокладке: канальная</w:t>
            </w:r>
          </w:p>
        </w:tc>
        <w:tc>
          <w:tcPr>
            <w:tcW w:w="0" w:type="auto"/>
            <w:shd w:val="clear" w:color="auto" w:fill="FFFFFF"/>
          </w:tcPr>
          <w:p w14:paraId="1FFEFE6D" w14:textId="77777777" w:rsidR="004F333E" w:rsidRDefault="00886ADF">
            <w:r>
              <w:t>56</w:t>
            </w:r>
          </w:p>
        </w:tc>
        <w:tc>
          <w:tcPr>
            <w:tcW w:w="0" w:type="auto"/>
            <w:shd w:val="clear" w:color="auto" w:fill="FFFFFF"/>
          </w:tcPr>
          <w:p w14:paraId="14736568" w14:textId="77777777" w:rsidR="004F333E" w:rsidRDefault="00886ADF">
            <w:r>
              <w:t>2009,00</w:t>
            </w:r>
          </w:p>
        </w:tc>
        <w:tc>
          <w:tcPr>
            <w:tcW w:w="0" w:type="auto"/>
            <w:shd w:val="clear" w:color="auto" w:fill="FFFFFF"/>
          </w:tcPr>
          <w:p w14:paraId="2A05F709" w14:textId="77777777" w:rsidR="004F333E" w:rsidRDefault="00886ADF">
            <w:r>
              <w:t>17,8</w:t>
            </w:r>
          </w:p>
        </w:tc>
      </w:tr>
      <w:tr w:rsidR="004F333E" w14:paraId="118BD20D" w14:textId="77777777">
        <w:trPr>
          <w:cantSplit/>
        </w:trPr>
        <w:tc>
          <w:tcPr>
            <w:tcW w:w="0" w:type="auto"/>
            <w:shd w:val="clear" w:color="auto" w:fill="DBE5F1"/>
          </w:tcPr>
          <w:p w14:paraId="39B2FB65" w14:textId="77777777" w:rsidR="004F333E" w:rsidRDefault="00886ADF">
            <w:r>
              <w:rPr>
                <w:b/>
              </w:rPr>
              <w:t>Всего по системе</w:t>
            </w:r>
          </w:p>
        </w:tc>
        <w:tc>
          <w:tcPr>
            <w:tcW w:w="0" w:type="auto"/>
            <w:shd w:val="clear" w:color="auto" w:fill="DBE5F1"/>
          </w:tcPr>
          <w:p w14:paraId="2263362C" w14:textId="77777777" w:rsidR="004F333E" w:rsidRDefault="00886ADF">
            <w:r>
              <w:rPr>
                <w:b/>
              </w:rPr>
              <w:t>109</w:t>
            </w:r>
          </w:p>
        </w:tc>
        <w:tc>
          <w:tcPr>
            <w:tcW w:w="0" w:type="auto"/>
            <w:shd w:val="clear" w:color="auto" w:fill="DBE5F1"/>
          </w:tcPr>
          <w:p w14:paraId="5321FFB7" w14:textId="77777777" w:rsidR="004F333E" w:rsidRDefault="00886ADF">
            <w:r>
              <w:rPr>
                <w:b/>
              </w:rPr>
              <w:t>11317,50</w:t>
            </w:r>
          </w:p>
        </w:tc>
        <w:tc>
          <w:tcPr>
            <w:tcW w:w="0" w:type="auto"/>
            <w:shd w:val="clear" w:color="auto" w:fill="DBE5F1"/>
          </w:tcPr>
          <w:p w14:paraId="5A5BDF21" w14:textId="77777777" w:rsidR="004F333E" w:rsidRDefault="00886ADF">
            <w:r>
              <w:rPr>
                <w:b/>
              </w:rPr>
              <w:t>100,0</w:t>
            </w:r>
          </w:p>
        </w:tc>
      </w:tr>
    </w:tbl>
    <w:p w14:paraId="3C060721" w14:textId="77777777" w:rsidR="004F333E" w:rsidRPr="00F815F9" w:rsidRDefault="00886ADF">
      <w:pPr>
        <w:pStyle w:val="31"/>
        <w:rPr>
          <w:sz w:val="28"/>
          <w:szCs w:val="28"/>
        </w:rPr>
      </w:pPr>
      <w:r w:rsidRPr="00F815F9">
        <w:rPr>
          <w:sz w:val="28"/>
          <w:szCs w:val="28"/>
        </w:rPr>
        <w:t>6.9.8. УПК № 8 «Мундыбаш»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789"/>
        <w:gridCol w:w="1995"/>
        <w:gridCol w:w="3400"/>
        <w:gridCol w:w="1305"/>
      </w:tblGrid>
      <w:tr w:rsidR="004F333E" w14:paraId="0B26C1AB" w14:textId="77777777">
        <w:trPr>
          <w:cantSplit/>
          <w:tblHeader/>
        </w:trPr>
        <w:tc>
          <w:tcPr>
            <w:tcW w:w="0" w:type="auto"/>
            <w:shd w:val="clear" w:color="auto" w:fill="E2F0D9"/>
          </w:tcPr>
          <w:p w14:paraId="4E4C3EA0" w14:textId="77777777" w:rsidR="004F333E" w:rsidRDefault="00886ADF">
            <w:pPr>
              <w:jc w:val="center"/>
            </w:pPr>
            <w:r>
              <w:rPr>
                <w:b/>
              </w:rPr>
              <w:t>Признак</w:t>
            </w:r>
          </w:p>
        </w:tc>
        <w:tc>
          <w:tcPr>
            <w:tcW w:w="0" w:type="auto"/>
            <w:shd w:val="clear" w:color="auto" w:fill="E2F0D9"/>
          </w:tcPr>
          <w:p w14:paraId="5E0B5E75" w14:textId="77777777" w:rsidR="004F333E" w:rsidRDefault="00886ADF">
            <w:pPr>
              <w:jc w:val="center"/>
            </w:pPr>
            <w:r>
              <w:rPr>
                <w:b/>
              </w:rPr>
              <w:t>Участков, ед.</w:t>
            </w:r>
          </w:p>
        </w:tc>
        <w:tc>
          <w:tcPr>
            <w:tcW w:w="0" w:type="auto"/>
            <w:shd w:val="clear" w:color="auto" w:fill="E2F0D9"/>
          </w:tcPr>
          <w:p w14:paraId="7533A2A4" w14:textId="77777777" w:rsidR="004F333E" w:rsidRPr="00844B84" w:rsidRDefault="00886ADF">
            <w:pPr>
              <w:jc w:val="center"/>
              <w:rPr>
                <w:lang w:val="ru-RU"/>
              </w:rPr>
            </w:pPr>
            <w:r w:rsidRPr="00844B84">
              <w:rPr>
                <w:b/>
                <w:lang w:val="ru-RU"/>
              </w:rPr>
              <w:t>Длина по оси трассы, м</w:t>
            </w:r>
          </w:p>
        </w:tc>
        <w:tc>
          <w:tcPr>
            <w:tcW w:w="0" w:type="auto"/>
            <w:shd w:val="clear" w:color="auto" w:fill="E2F0D9"/>
          </w:tcPr>
          <w:p w14:paraId="58F35C3F" w14:textId="77777777" w:rsidR="004F333E" w:rsidRDefault="00886ADF">
            <w:pPr>
              <w:jc w:val="center"/>
            </w:pPr>
            <w:r>
              <w:rPr>
                <w:b/>
              </w:rPr>
              <w:t>Доля, %</w:t>
            </w:r>
          </w:p>
        </w:tc>
      </w:tr>
      <w:tr w:rsidR="004F333E" w14:paraId="5521DF8A" w14:textId="77777777">
        <w:trPr>
          <w:cantSplit/>
        </w:trPr>
        <w:tc>
          <w:tcPr>
            <w:tcW w:w="0" w:type="auto"/>
            <w:shd w:val="clear" w:color="auto" w:fill="F2F2F2"/>
          </w:tcPr>
          <w:p w14:paraId="68E07C5C" w14:textId="77777777" w:rsidR="004F333E" w:rsidRDefault="00886ADF">
            <w:r>
              <w:t>по диаметру: до 50 мм</w:t>
            </w:r>
          </w:p>
        </w:tc>
        <w:tc>
          <w:tcPr>
            <w:tcW w:w="0" w:type="auto"/>
            <w:shd w:val="clear" w:color="auto" w:fill="FFFFFF"/>
          </w:tcPr>
          <w:p w14:paraId="070FBAF4" w14:textId="77777777" w:rsidR="004F333E" w:rsidRDefault="00886ADF">
            <w:r>
              <w:t>51</w:t>
            </w:r>
          </w:p>
        </w:tc>
        <w:tc>
          <w:tcPr>
            <w:tcW w:w="0" w:type="auto"/>
            <w:shd w:val="clear" w:color="auto" w:fill="FFFFFF"/>
          </w:tcPr>
          <w:p w14:paraId="0183DAD7" w14:textId="77777777" w:rsidR="004F333E" w:rsidRDefault="00886ADF">
            <w:r>
              <w:t>1051,00</w:t>
            </w:r>
          </w:p>
        </w:tc>
        <w:tc>
          <w:tcPr>
            <w:tcW w:w="0" w:type="auto"/>
            <w:shd w:val="clear" w:color="auto" w:fill="FFFFFF"/>
          </w:tcPr>
          <w:p w14:paraId="3A6F266C" w14:textId="77777777" w:rsidR="004F333E" w:rsidRDefault="00886ADF">
            <w:r>
              <w:t>11,6</w:t>
            </w:r>
          </w:p>
        </w:tc>
      </w:tr>
      <w:tr w:rsidR="004F333E" w14:paraId="74D0458D" w14:textId="77777777">
        <w:trPr>
          <w:cantSplit/>
        </w:trPr>
        <w:tc>
          <w:tcPr>
            <w:tcW w:w="0" w:type="auto"/>
            <w:shd w:val="clear" w:color="auto" w:fill="F2F2F2"/>
          </w:tcPr>
          <w:p w14:paraId="0F89A26D" w14:textId="77777777" w:rsidR="004F333E" w:rsidRDefault="00886ADF">
            <w:r>
              <w:t>по диаметру: 65–100 мм</w:t>
            </w:r>
          </w:p>
        </w:tc>
        <w:tc>
          <w:tcPr>
            <w:tcW w:w="0" w:type="auto"/>
            <w:shd w:val="clear" w:color="auto" w:fill="FFFFFF"/>
          </w:tcPr>
          <w:p w14:paraId="2E28FBA7" w14:textId="77777777" w:rsidR="004F333E" w:rsidRDefault="00886ADF">
            <w:r>
              <w:t>57</w:t>
            </w:r>
          </w:p>
        </w:tc>
        <w:tc>
          <w:tcPr>
            <w:tcW w:w="0" w:type="auto"/>
            <w:shd w:val="clear" w:color="auto" w:fill="FFFFFF"/>
          </w:tcPr>
          <w:p w14:paraId="754AF727" w14:textId="77777777" w:rsidR="004F333E" w:rsidRDefault="00886ADF">
            <w:r>
              <w:t>3075,70</w:t>
            </w:r>
          </w:p>
        </w:tc>
        <w:tc>
          <w:tcPr>
            <w:tcW w:w="0" w:type="auto"/>
            <w:shd w:val="clear" w:color="auto" w:fill="FFFFFF"/>
          </w:tcPr>
          <w:p w14:paraId="57F889EE" w14:textId="77777777" w:rsidR="004F333E" w:rsidRDefault="00886ADF">
            <w:r>
              <w:t>33,9</w:t>
            </w:r>
          </w:p>
        </w:tc>
      </w:tr>
      <w:tr w:rsidR="004F333E" w14:paraId="21AA95BB" w14:textId="77777777">
        <w:trPr>
          <w:cantSplit/>
        </w:trPr>
        <w:tc>
          <w:tcPr>
            <w:tcW w:w="0" w:type="auto"/>
            <w:shd w:val="clear" w:color="auto" w:fill="F2F2F2"/>
          </w:tcPr>
          <w:p w14:paraId="7509271C" w14:textId="77777777" w:rsidR="004F333E" w:rsidRDefault="00886ADF">
            <w:r>
              <w:t>по диаметру: 125–200 мм</w:t>
            </w:r>
          </w:p>
        </w:tc>
        <w:tc>
          <w:tcPr>
            <w:tcW w:w="0" w:type="auto"/>
            <w:shd w:val="clear" w:color="auto" w:fill="FFFFFF"/>
          </w:tcPr>
          <w:p w14:paraId="7B2E44CB" w14:textId="77777777" w:rsidR="004F333E" w:rsidRDefault="00886ADF">
            <w:r>
              <w:t>25</w:t>
            </w:r>
          </w:p>
        </w:tc>
        <w:tc>
          <w:tcPr>
            <w:tcW w:w="0" w:type="auto"/>
            <w:shd w:val="clear" w:color="auto" w:fill="FFFFFF"/>
          </w:tcPr>
          <w:p w14:paraId="3912280B" w14:textId="77777777" w:rsidR="004F333E" w:rsidRDefault="00886ADF">
            <w:r>
              <w:t>3712,00</w:t>
            </w:r>
          </w:p>
        </w:tc>
        <w:tc>
          <w:tcPr>
            <w:tcW w:w="0" w:type="auto"/>
            <w:shd w:val="clear" w:color="auto" w:fill="FFFFFF"/>
          </w:tcPr>
          <w:p w14:paraId="0896F110" w14:textId="77777777" w:rsidR="004F333E" w:rsidRDefault="00886ADF">
            <w:r>
              <w:t>40,9</w:t>
            </w:r>
          </w:p>
        </w:tc>
      </w:tr>
      <w:tr w:rsidR="004F333E" w14:paraId="2A7A7D57" w14:textId="77777777">
        <w:trPr>
          <w:cantSplit/>
        </w:trPr>
        <w:tc>
          <w:tcPr>
            <w:tcW w:w="0" w:type="auto"/>
            <w:shd w:val="clear" w:color="auto" w:fill="F2F2F2"/>
          </w:tcPr>
          <w:p w14:paraId="283EF323" w14:textId="77777777" w:rsidR="004F333E" w:rsidRDefault="00886ADF">
            <w:r>
              <w:t>по диаметру: 250–300 мм</w:t>
            </w:r>
          </w:p>
        </w:tc>
        <w:tc>
          <w:tcPr>
            <w:tcW w:w="0" w:type="auto"/>
            <w:shd w:val="clear" w:color="auto" w:fill="FFFFFF"/>
          </w:tcPr>
          <w:p w14:paraId="12025524" w14:textId="77777777" w:rsidR="004F333E" w:rsidRDefault="00886ADF">
            <w:r>
              <w:t>3</w:t>
            </w:r>
          </w:p>
        </w:tc>
        <w:tc>
          <w:tcPr>
            <w:tcW w:w="0" w:type="auto"/>
            <w:shd w:val="clear" w:color="auto" w:fill="FFFFFF"/>
          </w:tcPr>
          <w:p w14:paraId="7E890E3B" w14:textId="77777777" w:rsidR="004F333E" w:rsidRDefault="00886ADF">
            <w:r>
              <w:t>1244,00</w:t>
            </w:r>
          </w:p>
        </w:tc>
        <w:tc>
          <w:tcPr>
            <w:tcW w:w="0" w:type="auto"/>
            <w:shd w:val="clear" w:color="auto" w:fill="FFFFFF"/>
          </w:tcPr>
          <w:p w14:paraId="6AF3EA90" w14:textId="77777777" w:rsidR="004F333E" w:rsidRDefault="00886ADF">
            <w:r>
              <w:t>13,7</w:t>
            </w:r>
          </w:p>
        </w:tc>
      </w:tr>
      <w:tr w:rsidR="004F333E" w14:paraId="09834404" w14:textId="77777777">
        <w:trPr>
          <w:cantSplit/>
        </w:trPr>
        <w:tc>
          <w:tcPr>
            <w:tcW w:w="0" w:type="auto"/>
            <w:shd w:val="clear" w:color="auto" w:fill="F2F2F2"/>
          </w:tcPr>
          <w:p w14:paraId="38274327" w14:textId="77777777" w:rsidR="004F333E" w:rsidRDefault="00886ADF">
            <w:r>
              <w:t>по возрасту: 5–10 лет</w:t>
            </w:r>
          </w:p>
        </w:tc>
        <w:tc>
          <w:tcPr>
            <w:tcW w:w="0" w:type="auto"/>
            <w:shd w:val="clear" w:color="auto" w:fill="FFFFFF"/>
          </w:tcPr>
          <w:p w14:paraId="5548131F" w14:textId="77777777" w:rsidR="004F333E" w:rsidRDefault="00886ADF">
            <w:r>
              <w:t>2</w:t>
            </w:r>
          </w:p>
        </w:tc>
        <w:tc>
          <w:tcPr>
            <w:tcW w:w="0" w:type="auto"/>
            <w:shd w:val="clear" w:color="auto" w:fill="FFFFFF"/>
          </w:tcPr>
          <w:p w14:paraId="491271F0" w14:textId="77777777" w:rsidR="004F333E" w:rsidRDefault="00886ADF">
            <w:r>
              <w:t>1232,00</w:t>
            </w:r>
          </w:p>
        </w:tc>
        <w:tc>
          <w:tcPr>
            <w:tcW w:w="0" w:type="auto"/>
            <w:shd w:val="clear" w:color="auto" w:fill="FFFFFF"/>
          </w:tcPr>
          <w:p w14:paraId="63A9F0AF" w14:textId="77777777" w:rsidR="004F333E" w:rsidRDefault="00886ADF">
            <w:r>
              <w:t>13,6</w:t>
            </w:r>
          </w:p>
        </w:tc>
      </w:tr>
      <w:tr w:rsidR="004F333E" w14:paraId="10A14D64" w14:textId="77777777">
        <w:trPr>
          <w:cantSplit/>
        </w:trPr>
        <w:tc>
          <w:tcPr>
            <w:tcW w:w="0" w:type="auto"/>
            <w:shd w:val="clear" w:color="auto" w:fill="F2F2F2"/>
          </w:tcPr>
          <w:p w14:paraId="0BD50A26" w14:textId="77777777" w:rsidR="004F333E" w:rsidRDefault="00886ADF">
            <w:r>
              <w:t>по возрасту: 10–15 лет</w:t>
            </w:r>
          </w:p>
        </w:tc>
        <w:tc>
          <w:tcPr>
            <w:tcW w:w="0" w:type="auto"/>
            <w:shd w:val="clear" w:color="auto" w:fill="FFFFFF"/>
          </w:tcPr>
          <w:p w14:paraId="06F30C3B" w14:textId="77777777" w:rsidR="004F333E" w:rsidRDefault="00886ADF">
            <w:r>
              <w:t>20</w:t>
            </w:r>
          </w:p>
        </w:tc>
        <w:tc>
          <w:tcPr>
            <w:tcW w:w="0" w:type="auto"/>
            <w:shd w:val="clear" w:color="auto" w:fill="FFFFFF"/>
          </w:tcPr>
          <w:p w14:paraId="3528DE4B" w14:textId="77777777" w:rsidR="004F333E" w:rsidRDefault="00886ADF">
            <w:r>
              <w:t>465,00</w:t>
            </w:r>
          </w:p>
        </w:tc>
        <w:tc>
          <w:tcPr>
            <w:tcW w:w="0" w:type="auto"/>
            <w:shd w:val="clear" w:color="auto" w:fill="FFFFFF"/>
          </w:tcPr>
          <w:p w14:paraId="7BE4B92F" w14:textId="77777777" w:rsidR="004F333E" w:rsidRDefault="00886ADF">
            <w:r>
              <w:t>5,1</w:t>
            </w:r>
          </w:p>
        </w:tc>
      </w:tr>
      <w:tr w:rsidR="004F333E" w14:paraId="70440619" w14:textId="77777777">
        <w:trPr>
          <w:cantSplit/>
        </w:trPr>
        <w:tc>
          <w:tcPr>
            <w:tcW w:w="0" w:type="auto"/>
            <w:shd w:val="clear" w:color="auto" w:fill="F2F2F2"/>
          </w:tcPr>
          <w:p w14:paraId="1722BEFC" w14:textId="77777777" w:rsidR="004F333E" w:rsidRDefault="00886ADF">
            <w:r>
              <w:t>по возрасту: 15–20 лет</w:t>
            </w:r>
          </w:p>
        </w:tc>
        <w:tc>
          <w:tcPr>
            <w:tcW w:w="0" w:type="auto"/>
            <w:shd w:val="clear" w:color="auto" w:fill="FFFFFF"/>
          </w:tcPr>
          <w:p w14:paraId="2B05923B" w14:textId="77777777" w:rsidR="004F333E" w:rsidRDefault="00886ADF">
            <w:r>
              <w:t>20</w:t>
            </w:r>
          </w:p>
        </w:tc>
        <w:tc>
          <w:tcPr>
            <w:tcW w:w="0" w:type="auto"/>
            <w:shd w:val="clear" w:color="auto" w:fill="FFFFFF"/>
          </w:tcPr>
          <w:p w14:paraId="0FC79C41" w14:textId="77777777" w:rsidR="004F333E" w:rsidRDefault="00886ADF">
            <w:r>
              <w:t>473,00</w:t>
            </w:r>
          </w:p>
        </w:tc>
        <w:tc>
          <w:tcPr>
            <w:tcW w:w="0" w:type="auto"/>
            <w:shd w:val="clear" w:color="auto" w:fill="FFFFFF"/>
          </w:tcPr>
          <w:p w14:paraId="77C233A4" w14:textId="77777777" w:rsidR="004F333E" w:rsidRDefault="00886ADF">
            <w:r>
              <w:t>5,2</w:t>
            </w:r>
          </w:p>
        </w:tc>
      </w:tr>
      <w:tr w:rsidR="004F333E" w14:paraId="35F70F72" w14:textId="77777777">
        <w:trPr>
          <w:cantSplit/>
        </w:trPr>
        <w:tc>
          <w:tcPr>
            <w:tcW w:w="0" w:type="auto"/>
            <w:shd w:val="clear" w:color="auto" w:fill="F2F2F2"/>
          </w:tcPr>
          <w:p w14:paraId="7CAAE018" w14:textId="77777777" w:rsidR="004F333E" w:rsidRDefault="00886ADF">
            <w:r>
              <w:t>по возрасту: 20–25 лет</w:t>
            </w:r>
          </w:p>
        </w:tc>
        <w:tc>
          <w:tcPr>
            <w:tcW w:w="0" w:type="auto"/>
            <w:shd w:val="clear" w:color="auto" w:fill="FFFFFF"/>
          </w:tcPr>
          <w:p w14:paraId="4263F207" w14:textId="77777777" w:rsidR="004F333E" w:rsidRDefault="00886ADF">
            <w:r>
              <w:t>13</w:t>
            </w:r>
          </w:p>
        </w:tc>
        <w:tc>
          <w:tcPr>
            <w:tcW w:w="0" w:type="auto"/>
            <w:shd w:val="clear" w:color="auto" w:fill="FFFFFF"/>
          </w:tcPr>
          <w:p w14:paraId="0F48D362" w14:textId="77777777" w:rsidR="004F333E" w:rsidRDefault="00886ADF">
            <w:r>
              <w:t>461,70</w:t>
            </w:r>
          </w:p>
        </w:tc>
        <w:tc>
          <w:tcPr>
            <w:tcW w:w="0" w:type="auto"/>
            <w:shd w:val="clear" w:color="auto" w:fill="FFFFFF"/>
          </w:tcPr>
          <w:p w14:paraId="77E20C19" w14:textId="77777777" w:rsidR="004F333E" w:rsidRDefault="00886ADF">
            <w:r>
              <w:t>5,1</w:t>
            </w:r>
          </w:p>
        </w:tc>
      </w:tr>
      <w:tr w:rsidR="004F333E" w14:paraId="374B5FBD" w14:textId="77777777">
        <w:trPr>
          <w:cantSplit/>
        </w:trPr>
        <w:tc>
          <w:tcPr>
            <w:tcW w:w="0" w:type="auto"/>
            <w:shd w:val="clear" w:color="auto" w:fill="F2F2F2"/>
          </w:tcPr>
          <w:p w14:paraId="621865B3" w14:textId="77777777" w:rsidR="004F333E" w:rsidRDefault="00886ADF">
            <w:r>
              <w:t>по возрасту: 25–30 лет</w:t>
            </w:r>
          </w:p>
        </w:tc>
        <w:tc>
          <w:tcPr>
            <w:tcW w:w="0" w:type="auto"/>
            <w:shd w:val="clear" w:color="auto" w:fill="FFFFFF"/>
          </w:tcPr>
          <w:p w14:paraId="5D026356" w14:textId="77777777" w:rsidR="004F333E" w:rsidRDefault="00886ADF">
            <w:r>
              <w:t>7</w:t>
            </w:r>
          </w:p>
        </w:tc>
        <w:tc>
          <w:tcPr>
            <w:tcW w:w="0" w:type="auto"/>
            <w:shd w:val="clear" w:color="auto" w:fill="FFFFFF"/>
          </w:tcPr>
          <w:p w14:paraId="3FA9B5E1" w14:textId="77777777" w:rsidR="004F333E" w:rsidRDefault="00886ADF">
            <w:r>
              <w:t>157,00</w:t>
            </w:r>
          </w:p>
        </w:tc>
        <w:tc>
          <w:tcPr>
            <w:tcW w:w="0" w:type="auto"/>
            <w:shd w:val="clear" w:color="auto" w:fill="FFFFFF"/>
          </w:tcPr>
          <w:p w14:paraId="6CB35832" w14:textId="77777777" w:rsidR="004F333E" w:rsidRDefault="00886ADF">
            <w:r>
              <w:t>1,7</w:t>
            </w:r>
          </w:p>
        </w:tc>
      </w:tr>
      <w:tr w:rsidR="004F333E" w14:paraId="69077BA6" w14:textId="77777777">
        <w:trPr>
          <w:cantSplit/>
        </w:trPr>
        <w:tc>
          <w:tcPr>
            <w:tcW w:w="0" w:type="auto"/>
            <w:shd w:val="clear" w:color="auto" w:fill="F2F2F2"/>
          </w:tcPr>
          <w:p w14:paraId="61A4ACF3" w14:textId="77777777" w:rsidR="004F333E" w:rsidRDefault="00886ADF">
            <w:r>
              <w:t>по возрасту: более 30 лет</w:t>
            </w:r>
          </w:p>
        </w:tc>
        <w:tc>
          <w:tcPr>
            <w:tcW w:w="0" w:type="auto"/>
            <w:shd w:val="clear" w:color="auto" w:fill="FFFFFF"/>
          </w:tcPr>
          <w:p w14:paraId="058BD793" w14:textId="77777777" w:rsidR="004F333E" w:rsidRDefault="00886ADF">
            <w:r>
              <w:t>74</w:t>
            </w:r>
          </w:p>
        </w:tc>
        <w:tc>
          <w:tcPr>
            <w:tcW w:w="0" w:type="auto"/>
            <w:shd w:val="clear" w:color="auto" w:fill="FFFFFF"/>
          </w:tcPr>
          <w:p w14:paraId="60D9C817" w14:textId="77777777" w:rsidR="004F333E" w:rsidRDefault="00886ADF">
            <w:r>
              <w:t>6294,00</w:t>
            </w:r>
          </w:p>
        </w:tc>
        <w:tc>
          <w:tcPr>
            <w:tcW w:w="0" w:type="auto"/>
            <w:shd w:val="clear" w:color="auto" w:fill="FFFFFF"/>
          </w:tcPr>
          <w:p w14:paraId="1DDE0235" w14:textId="77777777" w:rsidR="004F333E" w:rsidRDefault="00886ADF">
            <w:r>
              <w:t>69,3</w:t>
            </w:r>
          </w:p>
        </w:tc>
      </w:tr>
      <w:tr w:rsidR="004F333E" w14:paraId="0B0ADE17" w14:textId="77777777">
        <w:trPr>
          <w:cantSplit/>
        </w:trPr>
        <w:tc>
          <w:tcPr>
            <w:tcW w:w="0" w:type="auto"/>
            <w:shd w:val="clear" w:color="auto" w:fill="F2F2F2"/>
          </w:tcPr>
          <w:p w14:paraId="5F1F8BAF" w14:textId="77777777" w:rsidR="004F333E" w:rsidRDefault="00886ADF">
            <w:r>
              <w:t>по прокладке: надземная</w:t>
            </w:r>
          </w:p>
        </w:tc>
        <w:tc>
          <w:tcPr>
            <w:tcW w:w="0" w:type="auto"/>
            <w:shd w:val="clear" w:color="auto" w:fill="FFFFFF"/>
          </w:tcPr>
          <w:p w14:paraId="583EA67E" w14:textId="77777777" w:rsidR="004F333E" w:rsidRDefault="00886ADF">
            <w:r>
              <w:t>57</w:t>
            </w:r>
          </w:p>
        </w:tc>
        <w:tc>
          <w:tcPr>
            <w:tcW w:w="0" w:type="auto"/>
            <w:shd w:val="clear" w:color="auto" w:fill="FFFFFF"/>
          </w:tcPr>
          <w:p w14:paraId="76861B84" w14:textId="77777777" w:rsidR="004F333E" w:rsidRDefault="00886ADF">
            <w:r>
              <w:t>6205,70</w:t>
            </w:r>
          </w:p>
        </w:tc>
        <w:tc>
          <w:tcPr>
            <w:tcW w:w="0" w:type="auto"/>
            <w:shd w:val="clear" w:color="auto" w:fill="FFFFFF"/>
          </w:tcPr>
          <w:p w14:paraId="11DA9ECD" w14:textId="77777777" w:rsidR="004F333E" w:rsidRDefault="00886ADF">
            <w:r>
              <w:t>68,3</w:t>
            </w:r>
          </w:p>
        </w:tc>
      </w:tr>
      <w:tr w:rsidR="004F333E" w14:paraId="3F6F1DD0" w14:textId="77777777">
        <w:trPr>
          <w:cantSplit/>
        </w:trPr>
        <w:tc>
          <w:tcPr>
            <w:tcW w:w="0" w:type="auto"/>
            <w:shd w:val="clear" w:color="auto" w:fill="F2F2F2"/>
          </w:tcPr>
          <w:p w14:paraId="3AF6D400" w14:textId="77777777" w:rsidR="004F333E" w:rsidRDefault="00886ADF">
            <w:r>
              <w:t>по прокладке: канальная</w:t>
            </w:r>
          </w:p>
        </w:tc>
        <w:tc>
          <w:tcPr>
            <w:tcW w:w="0" w:type="auto"/>
            <w:shd w:val="clear" w:color="auto" w:fill="FFFFFF"/>
          </w:tcPr>
          <w:p w14:paraId="2A2FCDF5" w14:textId="77777777" w:rsidR="004F333E" w:rsidRDefault="00886ADF">
            <w:r>
              <w:t>76</w:t>
            </w:r>
          </w:p>
        </w:tc>
        <w:tc>
          <w:tcPr>
            <w:tcW w:w="0" w:type="auto"/>
            <w:shd w:val="clear" w:color="auto" w:fill="FFFFFF"/>
          </w:tcPr>
          <w:p w14:paraId="06FCEE33" w14:textId="77777777" w:rsidR="004F333E" w:rsidRDefault="00886ADF">
            <w:r>
              <w:t>2789,00</w:t>
            </w:r>
          </w:p>
        </w:tc>
        <w:tc>
          <w:tcPr>
            <w:tcW w:w="0" w:type="auto"/>
            <w:shd w:val="clear" w:color="auto" w:fill="FFFFFF"/>
          </w:tcPr>
          <w:p w14:paraId="304AC4DD" w14:textId="77777777" w:rsidR="004F333E" w:rsidRDefault="00886ADF">
            <w:r>
              <w:t>30,7</w:t>
            </w:r>
          </w:p>
        </w:tc>
      </w:tr>
      <w:tr w:rsidR="004F333E" w14:paraId="5526435F" w14:textId="77777777">
        <w:trPr>
          <w:cantSplit/>
        </w:trPr>
        <w:tc>
          <w:tcPr>
            <w:tcW w:w="0" w:type="auto"/>
            <w:shd w:val="clear" w:color="auto" w:fill="F2F2F2"/>
          </w:tcPr>
          <w:p w14:paraId="24D79200" w14:textId="77777777" w:rsidR="004F333E" w:rsidRDefault="00886ADF">
            <w:r>
              <w:t>по прокладке: бесканальная</w:t>
            </w:r>
          </w:p>
        </w:tc>
        <w:tc>
          <w:tcPr>
            <w:tcW w:w="0" w:type="auto"/>
            <w:shd w:val="clear" w:color="auto" w:fill="FFFFFF"/>
          </w:tcPr>
          <w:p w14:paraId="7D08D0E1" w14:textId="77777777" w:rsidR="004F333E" w:rsidRDefault="00886ADF">
            <w:r>
              <w:t>3</w:t>
            </w:r>
          </w:p>
        </w:tc>
        <w:tc>
          <w:tcPr>
            <w:tcW w:w="0" w:type="auto"/>
            <w:shd w:val="clear" w:color="auto" w:fill="FFFFFF"/>
          </w:tcPr>
          <w:p w14:paraId="5642417F" w14:textId="77777777" w:rsidR="004F333E" w:rsidRDefault="00886ADF">
            <w:r>
              <w:t>88,00</w:t>
            </w:r>
          </w:p>
        </w:tc>
        <w:tc>
          <w:tcPr>
            <w:tcW w:w="0" w:type="auto"/>
            <w:shd w:val="clear" w:color="auto" w:fill="FFFFFF"/>
          </w:tcPr>
          <w:p w14:paraId="46D7856B" w14:textId="77777777" w:rsidR="004F333E" w:rsidRDefault="00886ADF">
            <w:r>
              <w:t>1,0</w:t>
            </w:r>
          </w:p>
        </w:tc>
      </w:tr>
      <w:tr w:rsidR="004F333E" w14:paraId="36E41BF2" w14:textId="77777777">
        <w:trPr>
          <w:cantSplit/>
        </w:trPr>
        <w:tc>
          <w:tcPr>
            <w:tcW w:w="0" w:type="auto"/>
            <w:shd w:val="clear" w:color="auto" w:fill="DBE5F1"/>
          </w:tcPr>
          <w:p w14:paraId="37F363C3" w14:textId="77777777" w:rsidR="004F333E" w:rsidRDefault="00886ADF">
            <w:r>
              <w:rPr>
                <w:b/>
              </w:rPr>
              <w:t>Всего по системе</w:t>
            </w:r>
          </w:p>
        </w:tc>
        <w:tc>
          <w:tcPr>
            <w:tcW w:w="0" w:type="auto"/>
            <w:shd w:val="clear" w:color="auto" w:fill="DBE5F1"/>
          </w:tcPr>
          <w:p w14:paraId="0F46F7ED" w14:textId="77777777" w:rsidR="004F333E" w:rsidRDefault="00886ADF">
            <w:r>
              <w:rPr>
                <w:b/>
              </w:rPr>
              <w:t>136</w:t>
            </w:r>
          </w:p>
        </w:tc>
        <w:tc>
          <w:tcPr>
            <w:tcW w:w="0" w:type="auto"/>
            <w:shd w:val="clear" w:color="auto" w:fill="DBE5F1"/>
          </w:tcPr>
          <w:p w14:paraId="30A1E889" w14:textId="77777777" w:rsidR="004F333E" w:rsidRDefault="00886ADF">
            <w:r>
              <w:rPr>
                <w:b/>
              </w:rPr>
              <w:t>9082,70</w:t>
            </w:r>
          </w:p>
        </w:tc>
        <w:tc>
          <w:tcPr>
            <w:tcW w:w="0" w:type="auto"/>
            <w:shd w:val="clear" w:color="auto" w:fill="DBE5F1"/>
          </w:tcPr>
          <w:p w14:paraId="4E629467" w14:textId="77777777" w:rsidR="004F333E" w:rsidRDefault="00886ADF">
            <w:r>
              <w:rPr>
                <w:b/>
              </w:rPr>
              <w:t>100,0</w:t>
            </w:r>
          </w:p>
        </w:tc>
      </w:tr>
    </w:tbl>
    <w:p w14:paraId="6810D54C" w14:textId="77777777" w:rsidR="004F333E" w:rsidRPr="000C24CF" w:rsidRDefault="00886ADF">
      <w:pPr>
        <w:pStyle w:val="31"/>
        <w:rPr>
          <w:sz w:val="28"/>
          <w:szCs w:val="28"/>
        </w:rPr>
      </w:pPr>
      <w:r w:rsidRPr="000C24CF">
        <w:rPr>
          <w:sz w:val="28"/>
          <w:szCs w:val="28"/>
        </w:rPr>
        <w:t>6.9.9. УПК № 10 «Темир-Тау»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571"/>
        <w:gridCol w:w="2060"/>
        <w:gridCol w:w="3511"/>
        <w:gridCol w:w="1347"/>
      </w:tblGrid>
      <w:tr w:rsidR="004F333E" w14:paraId="0A0B11F8" w14:textId="77777777">
        <w:trPr>
          <w:cantSplit/>
          <w:tblHeader/>
        </w:trPr>
        <w:tc>
          <w:tcPr>
            <w:tcW w:w="0" w:type="auto"/>
            <w:shd w:val="clear" w:color="auto" w:fill="E2F0D9"/>
          </w:tcPr>
          <w:p w14:paraId="68D3C243" w14:textId="77777777" w:rsidR="004F333E" w:rsidRDefault="00886ADF">
            <w:pPr>
              <w:jc w:val="center"/>
            </w:pPr>
            <w:r>
              <w:rPr>
                <w:b/>
              </w:rPr>
              <w:t>Признак</w:t>
            </w:r>
          </w:p>
        </w:tc>
        <w:tc>
          <w:tcPr>
            <w:tcW w:w="0" w:type="auto"/>
            <w:shd w:val="clear" w:color="auto" w:fill="E2F0D9"/>
          </w:tcPr>
          <w:p w14:paraId="1ED075A2" w14:textId="77777777" w:rsidR="004F333E" w:rsidRDefault="00886ADF">
            <w:pPr>
              <w:jc w:val="center"/>
            </w:pPr>
            <w:r>
              <w:rPr>
                <w:b/>
              </w:rPr>
              <w:t>Участков, ед.</w:t>
            </w:r>
          </w:p>
        </w:tc>
        <w:tc>
          <w:tcPr>
            <w:tcW w:w="0" w:type="auto"/>
            <w:shd w:val="clear" w:color="auto" w:fill="E2F0D9"/>
          </w:tcPr>
          <w:p w14:paraId="3E3D93E7" w14:textId="77777777" w:rsidR="004F333E" w:rsidRPr="00844B84" w:rsidRDefault="00886ADF">
            <w:pPr>
              <w:jc w:val="center"/>
              <w:rPr>
                <w:lang w:val="ru-RU"/>
              </w:rPr>
            </w:pPr>
            <w:r w:rsidRPr="00844B84">
              <w:rPr>
                <w:b/>
                <w:lang w:val="ru-RU"/>
              </w:rPr>
              <w:t>Длина по оси трассы, м</w:t>
            </w:r>
          </w:p>
        </w:tc>
        <w:tc>
          <w:tcPr>
            <w:tcW w:w="0" w:type="auto"/>
            <w:shd w:val="clear" w:color="auto" w:fill="E2F0D9"/>
          </w:tcPr>
          <w:p w14:paraId="5B5FECC4" w14:textId="77777777" w:rsidR="004F333E" w:rsidRDefault="00886ADF">
            <w:pPr>
              <w:jc w:val="center"/>
            </w:pPr>
            <w:r>
              <w:rPr>
                <w:b/>
              </w:rPr>
              <w:t>Доля, %</w:t>
            </w:r>
          </w:p>
        </w:tc>
      </w:tr>
      <w:tr w:rsidR="004F333E" w14:paraId="381FC613" w14:textId="77777777">
        <w:trPr>
          <w:cantSplit/>
        </w:trPr>
        <w:tc>
          <w:tcPr>
            <w:tcW w:w="0" w:type="auto"/>
            <w:shd w:val="clear" w:color="auto" w:fill="F2F2F2"/>
          </w:tcPr>
          <w:p w14:paraId="65BD06BF" w14:textId="77777777" w:rsidR="004F333E" w:rsidRDefault="00886ADF">
            <w:r>
              <w:t>по диаметру: до 50 мм</w:t>
            </w:r>
          </w:p>
        </w:tc>
        <w:tc>
          <w:tcPr>
            <w:tcW w:w="0" w:type="auto"/>
            <w:shd w:val="clear" w:color="auto" w:fill="FFFFFF"/>
          </w:tcPr>
          <w:p w14:paraId="1FB8BB4F" w14:textId="77777777" w:rsidR="004F333E" w:rsidRDefault="00886ADF">
            <w:r>
              <w:t>9</w:t>
            </w:r>
          </w:p>
        </w:tc>
        <w:tc>
          <w:tcPr>
            <w:tcW w:w="0" w:type="auto"/>
            <w:shd w:val="clear" w:color="auto" w:fill="FFFFFF"/>
          </w:tcPr>
          <w:p w14:paraId="0CF68B16" w14:textId="77777777" w:rsidR="004F333E" w:rsidRDefault="00886ADF">
            <w:r>
              <w:t>3855,00</w:t>
            </w:r>
          </w:p>
        </w:tc>
        <w:tc>
          <w:tcPr>
            <w:tcW w:w="0" w:type="auto"/>
            <w:shd w:val="clear" w:color="auto" w:fill="FFFFFF"/>
          </w:tcPr>
          <w:p w14:paraId="6942861C" w14:textId="77777777" w:rsidR="004F333E" w:rsidRDefault="00886ADF">
            <w:r>
              <w:t>33,6</w:t>
            </w:r>
          </w:p>
        </w:tc>
      </w:tr>
      <w:tr w:rsidR="004F333E" w14:paraId="58AF71B8" w14:textId="77777777">
        <w:trPr>
          <w:cantSplit/>
        </w:trPr>
        <w:tc>
          <w:tcPr>
            <w:tcW w:w="0" w:type="auto"/>
            <w:shd w:val="clear" w:color="auto" w:fill="F2F2F2"/>
          </w:tcPr>
          <w:p w14:paraId="35FEA1F1" w14:textId="77777777" w:rsidR="004F333E" w:rsidRDefault="00886ADF">
            <w:r>
              <w:t>по диаметру: 65–100 мм</w:t>
            </w:r>
          </w:p>
        </w:tc>
        <w:tc>
          <w:tcPr>
            <w:tcW w:w="0" w:type="auto"/>
            <w:shd w:val="clear" w:color="auto" w:fill="FFFFFF"/>
          </w:tcPr>
          <w:p w14:paraId="049768A1" w14:textId="77777777" w:rsidR="004F333E" w:rsidRDefault="00886ADF">
            <w:r>
              <w:t>18</w:t>
            </w:r>
          </w:p>
        </w:tc>
        <w:tc>
          <w:tcPr>
            <w:tcW w:w="0" w:type="auto"/>
            <w:shd w:val="clear" w:color="auto" w:fill="FFFFFF"/>
          </w:tcPr>
          <w:p w14:paraId="3F95A64E" w14:textId="77777777" w:rsidR="004F333E" w:rsidRDefault="00886ADF">
            <w:r>
              <w:t>2650,00</w:t>
            </w:r>
          </w:p>
        </w:tc>
        <w:tc>
          <w:tcPr>
            <w:tcW w:w="0" w:type="auto"/>
            <w:shd w:val="clear" w:color="auto" w:fill="FFFFFF"/>
          </w:tcPr>
          <w:p w14:paraId="6B19D28E" w14:textId="77777777" w:rsidR="004F333E" w:rsidRDefault="00886ADF">
            <w:r>
              <w:t>23,1</w:t>
            </w:r>
          </w:p>
        </w:tc>
      </w:tr>
      <w:tr w:rsidR="004F333E" w14:paraId="43EE204C" w14:textId="77777777">
        <w:trPr>
          <w:cantSplit/>
        </w:trPr>
        <w:tc>
          <w:tcPr>
            <w:tcW w:w="0" w:type="auto"/>
            <w:shd w:val="clear" w:color="auto" w:fill="F2F2F2"/>
          </w:tcPr>
          <w:p w14:paraId="5DAA7B7B" w14:textId="77777777" w:rsidR="004F333E" w:rsidRDefault="00886ADF">
            <w:r>
              <w:t>по диаметру: 125–200 мм</w:t>
            </w:r>
          </w:p>
        </w:tc>
        <w:tc>
          <w:tcPr>
            <w:tcW w:w="0" w:type="auto"/>
            <w:shd w:val="clear" w:color="auto" w:fill="FFFFFF"/>
          </w:tcPr>
          <w:p w14:paraId="704FFD24" w14:textId="77777777" w:rsidR="004F333E" w:rsidRDefault="00886ADF">
            <w:r>
              <w:t>13</w:t>
            </w:r>
          </w:p>
        </w:tc>
        <w:tc>
          <w:tcPr>
            <w:tcW w:w="0" w:type="auto"/>
            <w:shd w:val="clear" w:color="auto" w:fill="FFFFFF"/>
          </w:tcPr>
          <w:p w14:paraId="47AF37A7" w14:textId="77777777" w:rsidR="004F333E" w:rsidRDefault="00886ADF">
            <w:r>
              <w:t>3861,00</w:t>
            </w:r>
          </w:p>
        </w:tc>
        <w:tc>
          <w:tcPr>
            <w:tcW w:w="0" w:type="auto"/>
            <w:shd w:val="clear" w:color="auto" w:fill="FFFFFF"/>
          </w:tcPr>
          <w:p w14:paraId="27F6D8F6" w14:textId="77777777" w:rsidR="004F333E" w:rsidRDefault="00886ADF">
            <w:r>
              <w:t>33,6</w:t>
            </w:r>
          </w:p>
        </w:tc>
      </w:tr>
      <w:tr w:rsidR="004F333E" w14:paraId="6F1092B0" w14:textId="77777777">
        <w:trPr>
          <w:cantSplit/>
        </w:trPr>
        <w:tc>
          <w:tcPr>
            <w:tcW w:w="0" w:type="auto"/>
            <w:shd w:val="clear" w:color="auto" w:fill="F2F2F2"/>
          </w:tcPr>
          <w:p w14:paraId="2159CFAA" w14:textId="77777777" w:rsidR="004F333E" w:rsidRDefault="00886ADF">
            <w:r>
              <w:t>по диаметру: 250–300 мм</w:t>
            </w:r>
          </w:p>
        </w:tc>
        <w:tc>
          <w:tcPr>
            <w:tcW w:w="0" w:type="auto"/>
            <w:shd w:val="clear" w:color="auto" w:fill="FFFFFF"/>
          </w:tcPr>
          <w:p w14:paraId="0D806E40" w14:textId="77777777" w:rsidR="004F333E" w:rsidRDefault="00886ADF">
            <w:r>
              <w:t>3</w:t>
            </w:r>
          </w:p>
        </w:tc>
        <w:tc>
          <w:tcPr>
            <w:tcW w:w="0" w:type="auto"/>
            <w:shd w:val="clear" w:color="auto" w:fill="FFFFFF"/>
          </w:tcPr>
          <w:p w14:paraId="1312374A" w14:textId="77777777" w:rsidR="004F333E" w:rsidRDefault="00886ADF">
            <w:r>
              <w:t>1120,00</w:t>
            </w:r>
          </w:p>
        </w:tc>
        <w:tc>
          <w:tcPr>
            <w:tcW w:w="0" w:type="auto"/>
            <w:shd w:val="clear" w:color="auto" w:fill="FFFFFF"/>
          </w:tcPr>
          <w:p w14:paraId="3CDFC18A" w14:textId="77777777" w:rsidR="004F333E" w:rsidRDefault="00886ADF">
            <w:r>
              <w:t>9,8</w:t>
            </w:r>
          </w:p>
        </w:tc>
      </w:tr>
      <w:tr w:rsidR="004F333E" w14:paraId="484A66C3" w14:textId="77777777">
        <w:trPr>
          <w:cantSplit/>
        </w:trPr>
        <w:tc>
          <w:tcPr>
            <w:tcW w:w="0" w:type="auto"/>
            <w:shd w:val="clear" w:color="auto" w:fill="F2F2F2"/>
          </w:tcPr>
          <w:p w14:paraId="69D855AF" w14:textId="77777777" w:rsidR="004F333E" w:rsidRDefault="00886ADF">
            <w:r>
              <w:t>по возрасту: 10–15 лет</w:t>
            </w:r>
          </w:p>
        </w:tc>
        <w:tc>
          <w:tcPr>
            <w:tcW w:w="0" w:type="auto"/>
            <w:shd w:val="clear" w:color="auto" w:fill="FFFFFF"/>
          </w:tcPr>
          <w:p w14:paraId="2B5BFC35" w14:textId="77777777" w:rsidR="004F333E" w:rsidRDefault="00886ADF">
            <w:r>
              <w:t>1</w:t>
            </w:r>
          </w:p>
        </w:tc>
        <w:tc>
          <w:tcPr>
            <w:tcW w:w="0" w:type="auto"/>
            <w:shd w:val="clear" w:color="auto" w:fill="FFFFFF"/>
          </w:tcPr>
          <w:p w14:paraId="02E74ABC" w14:textId="77777777" w:rsidR="004F333E" w:rsidRDefault="00886ADF">
            <w:r>
              <w:t>130,00</w:t>
            </w:r>
          </w:p>
        </w:tc>
        <w:tc>
          <w:tcPr>
            <w:tcW w:w="0" w:type="auto"/>
            <w:shd w:val="clear" w:color="auto" w:fill="FFFFFF"/>
          </w:tcPr>
          <w:p w14:paraId="7E2ABABA" w14:textId="77777777" w:rsidR="004F333E" w:rsidRDefault="00886ADF">
            <w:r>
              <w:t>1,1</w:t>
            </w:r>
          </w:p>
        </w:tc>
      </w:tr>
      <w:tr w:rsidR="004F333E" w14:paraId="77337159" w14:textId="77777777">
        <w:trPr>
          <w:cantSplit/>
        </w:trPr>
        <w:tc>
          <w:tcPr>
            <w:tcW w:w="0" w:type="auto"/>
            <w:shd w:val="clear" w:color="auto" w:fill="F2F2F2"/>
          </w:tcPr>
          <w:p w14:paraId="695514B0" w14:textId="77777777" w:rsidR="004F333E" w:rsidRDefault="00886ADF">
            <w:r>
              <w:t>по возрасту: 15–20 лет</w:t>
            </w:r>
          </w:p>
        </w:tc>
        <w:tc>
          <w:tcPr>
            <w:tcW w:w="0" w:type="auto"/>
            <w:shd w:val="clear" w:color="auto" w:fill="FFFFFF"/>
          </w:tcPr>
          <w:p w14:paraId="00079994" w14:textId="77777777" w:rsidR="004F333E" w:rsidRDefault="00886ADF">
            <w:r>
              <w:t>2</w:t>
            </w:r>
          </w:p>
        </w:tc>
        <w:tc>
          <w:tcPr>
            <w:tcW w:w="0" w:type="auto"/>
            <w:shd w:val="clear" w:color="auto" w:fill="FFFFFF"/>
          </w:tcPr>
          <w:p w14:paraId="3E9B7CFC" w14:textId="77777777" w:rsidR="004F333E" w:rsidRDefault="00886ADF">
            <w:r>
              <w:t>445,00</w:t>
            </w:r>
          </w:p>
        </w:tc>
        <w:tc>
          <w:tcPr>
            <w:tcW w:w="0" w:type="auto"/>
            <w:shd w:val="clear" w:color="auto" w:fill="FFFFFF"/>
          </w:tcPr>
          <w:p w14:paraId="6E16AE8E" w14:textId="77777777" w:rsidR="004F333E" w:rsidRDefault="00886ADF">
            <w:r>
              <w:t>3,9</w:t>
            </w:r>
          </w:p>
        </w:tc>
      </w:tr>
      <w:tr w:rsidR="004F333E" w14:paraId="6951861D" w14:textId="77777777">
        <w:trPr>
          <w:cantSplit/>
        </w:trPr>
        <w:tc>
          <w:tcPr>
            <w:tcW w:w="0" w:type="auto"/>
            <w:shd w:val="clear" w:color="auto" w:fill="F2F2F2"/>
          </w:tcPr>
          <w:p w14:paraId="0B90559A" w14:textId="77777777" w:rsidR="004F333E" w:rsidRDefault="00886ADF">
            <w:r>
              <w:t>по возрасту: 20–25 лет</w:t>
            </w:r>
          </w:p>
        </w:tc>
        <w:tc>
          <w:tcPr>
            <w:tcW w:w="0" w:type="auto"/>
            <w:shd w:val="clear" w:color="auto" w:fill="FFFFFF"/>
          </w:tcPr>
          <w:p w14:paraId="3B30A892" w14:textId="77777777" w:rsidR="004F333E" w:rsidRDefault="00886ADF">
            <w:r>
              <w:t>2</w:t>
            </w:r>
          </w:p>
        </w:tc>
        <w:tc>
          <w:tcPr>
            <w:tcW w:w="0" w:type="auto"/>
            <w:shd w:val="clear" w:color="auto" w:fill="FFFFFF"/>
          </w:tcPr>
          <w:p w14:paraId="54BFC8A6" w14:textId="77777777" w:rsidR="004F333E" w:rsidRDefault="00886ADF">
            <w:r>
              <w:t>360,00</w:t>
            </w:r>
          </w:p>
        </w:tc>
        <w:tc>
          <w:tcPr>
            <w:tcW w:w="0" w:type="auto"/>
            <w:shd w:val="clear" w:color="auto" w:fill="FFFFFF"/>
          </w:tcPr>
          <w:p w14:paraId="5C815973" w14:textId="77777777" w:rsidR="004F333E" w:rsidRDefault="00886ADF">
            <w:r>
              <w:t>3,1</w:t>
            </w:r>
          </w:p>
        </w:tc>
      </w:tr>
      <w:tr w:rsidR="004F333E" w14:paraId="08059BF3" w14:textId="77777777">
        <w:trPr>
          <w:cantSplit/>
        </w:trPr>
        <w:tc>
          <w:tcPr>
            <w:tcW w:w="0" w:type="auto"/>
            <w:shd w:val="clear" w:color="auto" w:fill="F2F2F2"/>
          </w:tcPr>
          <w:p w14:paraId="7792F19B" w14:textId="77777777" w:rsidR="004F333E" w:rsidRDefault="00886ADF">
            <w:r>
              <w:t>по возрасту: 25–30 лет</w:t>
            </w:r>
          </w:p>
        </w:tc>
        <w:tc>
          <w:tcPr>
            <w:tcW w:w="0" w:type="auto"/>
            <w:shd w:val="clear" w:color="auto" w:fill="FFFFFF"/>
          </w:tcPr>
          <w:p w14:paraId="5B4BB6CD" w14:textId="77777777" w:rsidR="004F333E" w:rsidRDefault="00886ADF">
            <w:r>
              <w:t>4</w:t>
            </w:r>
          </w:p>
        </w:tc>
        <w:tc>
          <w:tcPr>
            <w:tcW w:w="0" w:type="auto"/>
            <w:shd w:val="clear" w:color="auto" w:fill="FFFFFF"/>
          </w:tcPr>
          <w:p w14:paraId="02B0BB1B" w14:textId="77777777" w:rsidR="004F333E" w:rsidRDefault="00886ADF">
            <w:r>
              <w:t>300,00</w:t>
            </w:r>
          </w:p>
        </w:tc>
        <w:tc>
          <w:tcPr>
            <w:tcW w:w="0" w:type="auto"/>
            <w:shd w:val="clear" w:color="auto" w:fill="FFFFFF"/>
          </w:tcPr>
          <w:p w14:paraId="5106AC1C" w14:textId="77777777" w:rsidR="004F333E" w:rsidRDefault="00886ADF">
            <w:r>
              <w:t>2,6</w:t>
            </w:r>
          </w:p>
        </w:tc>
      </w:tr>
      <w:tr w:rsidR="004F333E" w14:paraId="3C8ADF2D" w14:textId="77777777">
        <w:trPr>
          <w:cantSplit/>
        </w:trPr>
        <w:tc>
          <w:tcPr>
            <w:tcW w:w="0" w:type="auto"/>
            <w:shd w:val="clear" w:color="auto" w:fill="F2F2F2"/>
          </w:tcPr>
          <w:p w14:paraId="5A3C615D" w14:textId="77777777" w:rsidR="004F333E" w:rsidRDefault="00886ADF">
            <w:r>
              <w:t>по возрасту: более 30 лет</w:t>
            </w:r>
          </w:p>
        </w:tc>
        <w:tc>
          <w:tcPr>
            <w:tcW w:w="0" w:type="auto"/>
            <w:shd w:val="clear" w:color="auto" w:fill="FFFFFF"/>
          </w:tcPr>
          <w:p w14:paraId="59700D71" w14:textId="77777777" w:rsidR="004F333E" w:rsidRDefault="00886ADF">
            <w:r>
              <w:t>34</w:t>
            </w:r>
          </w:p>
        </w:tc>
        <w:tc>
          <w:tcPr>
            <w:tcW w:w="0" w:type="auto"/>
            <w:shd w:val="clear" w:color="auto" w:fill="FFFFFF"/>
          </w:tcPr>
          <w:p w14:paraId="3AC08E07" w14:textId="77777777" w:rsidR="004F333E" w:rsidRDefault="00886ADF">
            <w:r>
              <w:t>10251,00</w:t>
            </w:r>
          </w:p>
        </w:tc>
        <w:tc>
          <w:tcPr>
            <w:tcW w:w="0" w:type="auto"/>
            <w:shd w:val="clear" w:color="auto" w:fill="FFFFFF"/>
          </w:tcPr>
          <w:p w14:paraId="0815848E" w14:textId="77777777" w:rsidR="004F333E" w:rsidRDefault="00886ADF">
            <w:r>
              <w:t>89,2</w:t>
            </w:r>
          </w:p>
        </w:tc>
      </w:tr>
      <w:tr w:rsidR="004F333E" w14:paraId="09BB9EA8" w14:textId="77777777">
        <w:trPr>
          <w:cantSplit/>
        </w:trPr>
        <w:tc>
          <w:tcPr>
            <w:tcW w:w="0" w:type="auto"/>
            <w:shd w:val="clear" w:color="auto" w:fill="F2F2F2"/>
          </w:tcPr>
          <w:p w14:paraId="36A0A5E7" w14:textId="77777777" w:rsidR="004F333E" w:rsidRDefault="00886ADF">
            <w:r>
              <w:t>по прокладке: надземная</w:t>
            </w:r>
          </w:p>
        </w:tc>
        <w:tc>
          <w:tcPr>
            <w:tcW w:w="0" w:type="auto"/>
            <w:shd w:val="clear" w:color="auto" w:fill="FFFFFF"/>
          </w:tcPr>
          <w:p w14:paraId="4C095F9E" w14:textId="77777777" w:rsidR="004F333E" w:rsidRDefault="00886ADF">
            <w:r>
              <w:t>22</w:t>
            </w:r>
          </w:p>
        </w:tc>
        <w:tc>
          <w:tcPr>
            <w:tcW w:w="0" w:type="auto"/>
            <w:shd w:val="clear" w:color="auto" w:fill="FFFFFF"/>
          </w:tcPr>
          <w:p w14:paraId="1EA5FBEE" w14:textId="77777777" w:rsidR="004F333E" w:rsidRDefault="00886ADF">
            <w:r>
              <w:t>7800,00</w:t>
            </w:r>
          </w:p>
        </w:tc>
        <w:tc>
          <w:tcPr>
            <w:tcW w:w="0" w:type="auto"/>
            <w:shd w:val="clear" w:color="auto" w:fill="FFFFFF"/>
          </w:tcPr>
          <w:p w14:paraId="60BE9088" w14:textId="77777777" w:rsidR="004F333E" w:rsidRDefault="00886ADF">
            <w:r>
              <w:t>67,9</w:t>
            </w:r>
          </w:p>
        </w:tc>
      </w:tr>
      <w:tr w:rsidR="004F333E" w14:paraId="7D85D318" w14:textId="77777777">
        <w:trPr>
          <w:cantSplit/>
        </w:trPr>
        <w:tc>
          <w:tcPr>
            <w:tcW w:w="0" w:type="auto"/>
            <w:shd w:val="clear" w:color="auto" w:fill="F2F2F2"/>
          </w:tcPr>
          <w:p w14:paraId="7DC2400F" w14:textId="77777777" w:rsidR="004F333E" w:rsidRDefault="00886ADF">
            <w:r>
              <w:t>по прокладке: канальная</w:t>
            </w:r>
          </w:p>
        </w:tc>
        <w:tc>
          <w:tcPr>
            <w:tcW w:w="0" w:type="auto"/>
            <w:shd w:val="clear" w:color="auto" w:fill="FFFFFF"/>
          </w:tcPr>
          <w:p w14:paraId="20208606" w14:textId="77777777" w:rsidR="004F333E" w:rsidRDefault="00886ADF">
            <w:r>
              <w:t>21</w:t>
            </w:r>
          </w:p>
        </w:tc>
        <w:tc>
          <w:tcPr>
            <w:tcW w:w="0" w:type="auto"/>
            <w:shd w:val="clear" w:color="auto" w:fill="FFFFFF"/>
          </w:tcPr>
          <w:p w14:paraId="1AC2505A" w14:textId="77777777" w:rsidR="004F333E" w:rsidRDefault="00886ADF">
            <w:r>
              <w:t>3686,00</w:t>
            </w:r>
          </w:p>
        </w:tc>
        <w:tc>
          <w:tcPr>
            <w:tcW w:w="0" w:type="auto"/>
            <w:shd w:val="clear" w:color="auto" w:fill="FFFFFF"/>
          </w:tcPr>
          <w:p w14:paraId="2B913AB4" w14:textId="77777777" w:rsidR="004F333E" w:rsidRDefault="00886ADF">
            <w:r>
              <w:t>32,1</w:t>
            </w:r>
          </w:p>
        </w:tc>
      </w:tr>
      <w:tr w:rsidR="004F333E" w14:paraId="3F174158" w14:textId="77777777">
        <w:trPr>
          <w:cantSplit/>
        </w:trPr>
        <w:tc>
          <w:tcPr>
            <w:tcW w:w="0" w:type="auto"/>
            <w:shd w:val="clear" w:color="auto" w:fill="DBE5F1"/>
          </w:tcPr>
          <w:p w14:paraId="12003968" w14:textId="77777777" w:rsidR="004F333E" w:rsidRDefault="00886ADF">
            <w:r>
              <w:rPr>
                <w:b/>
              </w:rPr>
              <w:t>Всего по системе</w:t>
            </w:r>
          </w:p>
        </w:tc>
        <w:tc>
          <w:tcPr>
            <w:tcW w:w="0" w:type="auto"/>
            <w:shd w:val="clear" w:color="auto" w:fill="DBE5F1"/>
          </w:tcPr>
          <w:p w14:paraId="2DA6FDA9" w14:textId="77777777" w:rsidR="004F333E" w:rsidRDefault="00886ADF">
            <w:r>
              <w:rPr>
                <w:b/>
              </w:rPr>
              <w:t>43</w:t>
            </w:r>
          </w:p>
        </w:tc>
        <w:tc>
          <w:tcPr>
            <w:tcW w:w="0" w:type="auto"/>
            <w:shd w:val="clear" w:color="auto" w:fill="DBE5F1"/>
          </w:tcPr>
          <w:p w14:paraId="7A5DFCAE" w14:textId="77777777" w:rsidR="004F333E" w:rsidRDefault="00886ADF">
            <w:r>
              <w:rPr>
                <w:b/>
              </w:rPr>
              <w:t>11486,00</w:t>
            </w:r>
          </w:p>
        </w:tc>
        <w:tc>
          <w:tcPr>
            <w:tcW w:w="0" w:type="auto"/>
            <w:shd w:val="clear" w:color="auto" w:fill="DBE5F1"/>
          </w:tcPr>
          <w:p w14:paraId="02B39993" w14:textId="77777777" w:rsidR="004F333E" w:rsidRDefault="00886ADF">
            <w:r>
              <w:rPr>
                <w:b/>
              </w:rPr>
              <w:t>100,0</w:t>
            </w:r>
          </w:p>
        </w:tc>
      </w:tr>
    </w:tbl>
    <w:p w14:paraId="7A329580" w14:textId="77777777" w:rsidR="004F333E" w:rsidRPr="00F815F9" w:rsidRDefault="00886ADF">
      <w:pPr>
        <w:pStyle w:val="31"/>
        <w:rPr>
          <w:sz w:val="28"/>
          <w:szCs w:val="28"/>
        </w:rPr>
      </w:pPr>
      <w:r w:rsidRPr="00F815F9">
        <w:rPr>
          <w:sz w:val="28"/>
          <w:szCs w:val="28"/>
        </w:rPr>
        <w:t>6.9.10. УПК № 3 «Спасск»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789"/>
        <w:gridCol w:w="1995"/>
        <w:gridCol w:w="3400"/>
        <w:gridCol w:w="1305"/>
      </w:tblGrid>
      <w:tr w:rsidR="004F333E" w14:paraId="47602A20" w14:textId="77777777">
        <w:trPr>
          <w:cantSplit/>
          <w:tblHeader/>
        </w:trPr>
        <w:tc>
          <w:tcPr>
            <w:tcW w:w="0" w:type="auto"/>
            <w:shd w:val="clear" w:color="auto" w:fill="E2F0D9"/>
          </w:tcPr>
          <w:p w14:paraId="019E39C1" w14:textId="77777777" w:rsidR="004F333E" w:rsidRDefault="00886ADF">
            <w:pPr>
              <w:jc w:val="center"/>
            </w:pPr>
            <w:r>
              <w:rPr>
                <w:b/>
              </w:rPr>
              <w:t>Признак</w:t>
            </w:r>
          </w:p>
        </w:tc>
        <w:tc>
          <w:tcPr>
            <w:tcW w:w="0" w:type="auto"/>
            <w:shd w:val="clear" w:color="auto" w:fill="E2F0D9"/>
          </w:tcPr>
          <w:p w14:paraId="2E1A441B" w14:textId="77777777" w:rsidR="004F333E" w:rsidRDefault="00886ADF">
            <w:pPr>
              <w:jc w:val="center"/>
            </w:pPr>
            <w:r>
              <w:rPr>
                <w:b/>
              </w:rPr>
              <w:t>Участков, ед.</w:t>
            </w:r>
          </w:p>
        </w:tc>
        <w:tc>
          <w:tcPr>
            <w:tcW w:w="0" w:type="auto"/>
            <w:shd w:val="clear" w:color="auto" w:fill="E2F0D9"/>
          </w:tcPr>
          <w:p w14:paraId="40B392FB" w14:textId="77777777" w:rsidR="004F333E" w:rsidRPr="00844B84" w:rsidRDefault="00886ADF">
            <w:pPr>
              <w:jc w:val="center"/>
              <w:rPr>
                <w:lang w:val="ru-RU"/>
              </w:rPr>
            </w:pPr>
            <w:r w:rsidRPr="00844B84">
              <w:rPr>
                <w:b/>
                <w:lang w:val="ru-RU"/>
              </w:rPr>
              <w:t>Длина по оси трассы, м</w:t>
            </w:r>
          </w:p>
        </w:tc>
        <w:tc>
          <w:tcPr>
            <w:tcW w:w="0" w:type="auto"/>
            <w:shd w:val="clear" w:color="auto" w:fill="E2F0D9"/>
          </w:tcPr>
          <w:p w14:paraId="441A7DFD" w14:textId="77777777" w:rsidR="004F333E" w:rsidRDefault="00886ADF">
            <w:pPr>
              <w:jc w:val="center"/>
            </w:pPr>
            <w:r>
              <w:rPr>
                <w:b/>
              </w:rPr>
              <w:t>Доля, %</w:t>
            </w:r>
          </w:p>
        </w:tc>
      </w:tr>
      <w:tr w:rsidR="004F333E" w14:paraId="56CA1CE6" w14:textId="77777777">
        <w:trPr>
          <w:cantSplit/>
        </w:trPr>
        <w:tc>
          <w:tcPr>
            <w:tcW w:w="0" w:type="auto"/>
            <w:shd w:val="clear" w:color="auto" w:fill="F2F2F2"/>
          </w:tcPr>
          <w:p w14:paraId="4F3CF7F3" w14:textId="77777777" w:rsidR="004F333E" w:rsidRDefault="00886ADF">
            <w:r>
              <w:t>по диаметру: до 50 мм</w:t>
            </w:r>
          </w:p>
        </w:tc>
        <w:tc>
          <w:tcPr>
            <w:tcW w:w="0" w:type="auto"/>
            <w:shd w:val="clear" w:color="auto" w:fill="FFFFFF"/>
          </w:tcPr>
          <w:p w14:paraId="7100F573" w14:textId="77777777" w:rsidR="004F333E" w:rsidRDefault="00886ADF">
            <w:r>
              <w:t>10</w:t>
            </w:r>
          </w:p>
        </w:tc>
        <w:tc>
          <w:tcPr>
            <w:tcW w:w="0" w:type="auto"/>
            <w:shd w:val="clear" w:color="auto" w:fill="FFFFFF"/>
          </w:tcPr>
          <w:p w14:paraId="4CD52441" w14:textId="77777777" w:rsidR="004F333E" w:rsidRDefault="00886ADF">
            <w:r>
              <w:t>916,00</w:t>
            </w:r>
          </w:p>
        </w:tc>
        <w:tc>
          <w:tcPr>
            <w:tcW w:w="0" w:type="auto"/>
            <w:shd w:val="clear" w:color="auto" w:fill="FFFFFF"/>
          </w:tcPr>
          <w:p w14:paraId="27DCA59C" w14:textId="77777777" w:rsidR="004F333E" w:rsidRDefault="00886ADF">
            <w:r>
              <w:t>26,8</w:t>
            </w:r>
          </w:p>
        </w:tc>
      </w:tr>
      <w:tr w:rsidR="004F333E" w14:paraId="5E9F7A86" w14:textId="77777777">
        <w:trPr>
          <w:cantSplit/>
        </w:trPr>
        <w:tc>
          <w:tcPr>
            <w:tcW w:w="0" w:type="auto"/>
            <w:shd w:val="clear" w:color="auto" w:fill="F2F2F2"/>
          </w:tcPr>
          <w:p w14:paraId="22C38B7B" w14:textId="77777777" w:rsidR="004F333E" w:rsidRDefault="00886ADF">
            <w:r>
              <w:t>по диаметру: 65–100 мм</w:t>
            </w:r>
          </w:p>
        </w:tc>
        <w:tc>
          <w:tcPr>
            <w:tcW w:w="0" w:type="auto"/>
            <w:shd w:val="clear" w:color="auto" w:fill="FFFFFF"/>
          </w:tcPr>
          <w:p w14:paraId="42CAC50D" w14:textId="77777777" w:rsidR="004F333E" w:rsidRDefault="00886ADF">
            <w:r>
              <w:t>7</w:t>
            </w:r>
          </w:p>
        </w:tc>
        <w:tc>
          <w:tcPr>
            <w:tcW w:w="0" w:type="auto"/>
            <w:shd w:val="clear" w:color="auto" w:fill="FFFFFF"/>
          </w:tcPr>
          <w:p w14:paraId="77F6559E" w14:textId="77777777" w:rsidR="004F333E" w:rsidRDefault="00886ADF">
            <w:r>
              <w:t>1673,00</w:t>
            </w:r>
          </w:p>
        </w:tc>
        <w:tc>
          <w:tcPr>
            <w:tcW w:w="0" w:type="auto"/>
            <w:shd w:val="clear" w:color="auto" w:fill="FFFFFF"/>
          </w:tcPr>
          <w:p w14:paraId="403F7CB1" w14:textId="77777777" w:rsidR="004F333E" w:rsidRDefault="00886ADF">
            <w:r>
              <w:t>48,9</w:t>
            </w:r>
          </w:p>
        </w:tc>
      </w:tr>
      <w:tr w:rsidR="004F333E" w14:paraId="7B87B05E" w14:textId="77777777">
        <w:trPr>
          <w:cantSplit/>
        </w:trPr>
        <w:tc>
          <w:tcPr>
            <w:tcW w:w="0" w:type="auto"/>
            <w:shd w:val="clear" w:color="auto" w:fill="F2F2F2"/>
          </w:tcPr>
          <w:p w14:paraId="272C59EC" w14:textId="77777777" w:rsidR="004F333E" w:rsidRDefault="00886ADF">
            <w:r>
              <w:t>по диаметру: 125–200 мм</w:t>
            </w:r>
          </w:p>
        </w:tc>
        <w:tc>
          <w:tcPr>
            <w:tcW w:w="0" w:type="auto"/>
            <w:shd w:val="clear" w:color="auto" w:fill="FFFFFF"/>
          </w:tcPr>
          <w:p w14:paraId="6B827425" w14:textId="77777777" w:rsidR="004F333E" w:rsidRDefault="00886ADF">
            <w:r>
              <w:t>2</w:t>
            </w:r>
          </w:p>
        </w:tc>
        <w:tc>
          <w:tcPr>
            <w:tcW w:w="0" w:type="auto"/>
            <w:shd w:val="clear" w:color="auto" w:fill="FFFFFF"/>
          </w:tcPr>
          <w:p w14:paraId="06AE9F3D" w14:textId="77777777" w:rsidR="004F333E" w:rsidRDefault="00886ADF">
            <w:r>
              <w:t>835,00</w:t>
            </w:r>
          </w:p>
        </w:tc>
        <w:tc>
          <w:tcPr>
            <w:tcW w:w="0" w:type="auto"/>
            <w:shd w:val="clear" w:color="auto" w:fill="FFFFFF"/>
          </w:tcPr>
          <w:p w14:paraId="741F9AEF" w14:textId="77777777" w:rsidR="004F333E" w:rsidRDefault="00886ADF">
            <w:r>
              <w:t>24,4</w:t>
            </w:r>
          </w:p>
        </w:tc>
      </w:tr>
      <w:tr w:rsidR="004F333E" w14:paraId="68235176" w14:textId="77777777">
        <w:trPr>
          <w:cantSplit/>
        </w:trPr>
        <w:tc>
          <w:tcPr>
            <w:tcW w:w="0" w:type="auto"/>
            <w:shd w:val="clear" w:color="auto" w:fill="F2F2F2"/>
          </w:tcPr>
          <w:p w14:paraId="1F85F592" w14:textId="77777777" w:rsidR="004F333E" w:rsidRDefault="00886ADF">
            <w:r>
              <w:t>по возрасту: 10–15 лет</w:t>
            </w:r>
          </w:p>
        </w:tc>
        <w:tc>
          <w:tcPr>
            <w:tcW w:w="0" w:type="auto"/>
            <w:shd w:val="clear" w:color="auto" w:fill="FFFFFF"/>
          </w:tcPr>
          <w:p w14:paraId="712A9969" w14:textId="77777777" w:rsidR="004F333E" w:rsidRDefault="00886ADF">
            <w:r>
              <w:t>5</w:t>
            </w:r>
          </w:p>
        </w:tc>
        <w:tc>
          <w:tcPr>
            <w:tcW w:w="0" w:type="auto"/>
            <w:shd w:val="clear" w:color="auto" w:fill="FFFFFF"/>
          </w:tcPr>
          <w:p w14:paraId="0A4C33E7" w14:textId="77777777" w:rsidR="004F333E" w:rsidRDefault="00886ADF">
            <w:r>
              <w:t>408,00</w:t>
            </w:r>
          </w:p>
        </w:tc>
        <w:tc>
          <w:tcPr>
            <w:tcW w:w="0" w:type="auto"/>
            <w:shd w:val="clear" w:color="auto" w:fill="FFFFFF"/>
          </w:tcPr>
          <w:p w14:paraId="286FE7FB" w14:textId="77777777" w:rsidR="004F333E" w:rsidRDefault="00886ADF">
            <w:r>
              <w:t>11,9</w:t>
            </w:r>
          </w:p>
        </w:tc>
      </w:tr>
      <w:tr w:rsidR="004F333E" w14:paraId="67E65A3C" w14:textId="77777777">
        <w:trPr>
          <w:cantSplit/>
        </w:trPr>
        <w:tc>
          <w:tcPr>
            <w:tcW w:w="0" w:type="auto"/>
            <w:shd w:val="clear" w:color="auto" w:fill="F2F2F2"/>
          </w:tcPr>
          <w:p w14:paraId="2DF90E6F" w14:textId="77777777" w:rsidR="004F333E" w:rsidRDefault="00886ADF">
            <w:r>
              <w:t>по возрасту: 15–20 лет</w:t>
            </w:r>
          </w:p>
        </w:tc>
        <w:tc>
          <w:tcPr>
            <w:tcW w:w="0" w:type="auto"/>
            <w:shd w:val="clear" w:color="auto" w:fill="FFFFFF"/>
          </w:tcPr>
          <w:p w14:paraId="46AB87C0" w14:textId="77777777" w:rsidR="004F333E" w:rsidRDefault="00886ADF">
            <w:r>
              <w:t>4</w:t>
            </w:r>
          </w:p>
        </w:tc>
        <w:tc>
          <w:tcPr>
            <w:tcW w:w="0" w:type="auto"/>
            <w:shd w:val="clear" w:color="auto" w:fill="FFFFFF"/>
          </w:tcPr>
          <w:p w14:paraId="3D8398E8" w14:textId="77777777" w:rsidR="004F333E" w:rsidRDefault="00886ADF">
            <w:r>
              <w:t>1315,00</w:t>
            </w:r>
          </w:p>
        </w:tc>
        <w:tc>
          <w:tcPr>
            <w:tcW w:w="0" w:type="auto"/>
            <w:shd w:val="clear" w:color="auto" w:fill="FFFFFF"/>
          </w:tcPr>
          <w:p w14:paraId="7C8DD30B" w14:textId="77777777" w:rsidR="004F333E" w:rsidRDefault="00886ADF">
            <w:r>
              <w:t>38,4</w:t>
            </w:r>
          </w:p>
        </w:tc>
      </w:tr>
      <w:tr w:rsidR="004F333E" w14:paraId="56121241" w14:textId="77777777">
        <w:trPr>
          <w:cantSplit/>
        </w:trPr>
        <w:tc>
          <w:tcPr>
            <w:tcW w:w="0" w:type="auto"/>
            <w:shd w:val="clear" w:color="auto" w:fill="F2F2F2"/>
          </w:tcPr>
          <w:p w14:paraId="0B2098C6" w14:textId="77777777" w:rsidR="004F333E" w:rsidRDefault="00886ADF">
            <w:r>
              <w:t>по возрасту: 20–25 лет</w:t>
            </w:r>
          </w:p>
        </w:tc>
        <w:tc>
          <w:tcPr>
            <w:tcW w:w="0" w:type="auto"/>
            <w:shd w:val="clear" w:color="auto" w:fill="FFFFFF"/>
          </w:tcPr>
          <w:p w14:paraId="7C91A9C2" w14:textId="77777777" w:rsidR="004F333E" w:rsidRDefault="00886ADF">
            <w:r>
              <w:t>7</w:t>
            </w:r>
          </w:p>
        </w:tc>
        <w:tc>
          <w:tcPr>
            <w:tcW w:w="0" w:type="auto"/>
            <w:shd w:val="clear" w:color="auto" w:fill="FFFFFF"/>
          </w:tcPr>
          <w:p w14:paraId="7B2A82C4" w14:textId="77777777" w:rsidR="004F333E" w:rsidRDefault="00886ADF">
            <w:r>
              <w:t>1216,00</w:t>
            </w:r>
          </w:p>
        </w:tc>
        <w:tc>
          <w:tcPr>
            <w:tcW w:w="0" w:type="auto"/>
            <w:shd w:val="clear" w:color="auto" w:fill="FFFFFF"/>
          </w:tcPr>
          <w:p w14:paraId="28E78CD2" w14:textId="77777777" w:rsidR="004F333E" w:rsidRDefault="00886ADF">
            <w:r>
              <w:t>35,5</w:t>
            </w:r>
          </w:p>
        </w:tc>
      </w:tr>
      <w:tr w:rsidR="004F333E" w14:paraId="6CE5AC6F" w14:textId="77777777">
        <w:trPr>
          <w:cantSplit/>
        </w:trPr>
        <w:tc>
          <w:tcPr>
            <w:tcW w:w="0" w:type="auto"/>
            <w:shd w:val="clear" w:color="auto" w:fill="F2F2F2"/>
          </w:tcPr>
          <w:p w14:paraId="0E5329C6" w14:textId="77777777" w:rsidR="004F333E" w:rsidRDefault="00886ADF">
            <w:r>
              <w:t>по возрасту: более 30 лет</w:t>
            </w:r>
          </w:p>
        </w:tc>
        <w:tc>
          <w:tcPr>
            <w:tcW w:w="0" w:type="auto"/>
            <w:shd w:val="clear" w:color="auto" w:fill="FFFFFF"/>
          </w:tcPr>
          <w:p w14:paraId="27764276" w14:textId="77777777" w:rsidR="004F333E" w:rsidRDefault="00886ADF">
            <w:r>
              <w:t>3</w:t>
            </w:r>
          </w:p>
        </w:tc>
        <w:tc>
          <w:tcPr>
            <w:tcW w:w="0" w:type="auto"/>
            <w:shd w:val="clear" w:color="auto" w:fill="FFFFFF"/>
          </w:tcPr>
          <w:p w14:paraId="7EE05ED0" w14:textId="77777777" w:rsidR="004F333E" w:rsidRDefault="00886ADF">
            <w:r>
              <w:t>485,00</w:t>
            </w:r>
          </w:p>
        </w:tc>
        <w:tc>
          <w:tcPr>
            <w:tcW w:w="0" w:type="auto"/>
            <w:shd w:val="clear" w:color="auto" w:fill="FFFFFF"/>
          </w:tcPr>
          <w:p w14:paraId="00A24961" w14:textId="77777777" w:rsidR="004F333E" w:rsidRDefault="00886ADF">
            <w:r>
              <w:t>14,2</w:t>
            </w:r>
          </w:p>
        </w:tc>
      </w:tr>
      <w:tr w:rsidR="004F333E" w14:paraId="342AB538" w14:textId="77777777">
        <w:trPr>
          <w:cantSplit/>
        </w:trPr>
        <w:tc>
          <w:tcPr>
            <w:tcW w:w="0" w:type="auto"/>
            <w:shd w:val="clear" w:color="auto" w:fill="F2F2F2"/>
          </w:tcPr>
          <w:p w14:paraId="4214FFE2" w14:textId="77777777" w:rsidR="004F333E" w:rsidRDefault="00886ADF">
            <w:r>
              <w:t>по прокладке: надземная</w:t>
            </w:r>
          </w:p>
        </w:tc>
        <w:tc>
          <w:tcPr>
            <w:tcW w:w="0" w:type="auto"/>
            <w:shd w:val="clear" w:color="auto" w:fill="FFFFFF"/>
          </w:tcPr>
          <w:p w14:paraId="3AA95326" w14:textId="77777777" w:rsidR="004F333E" w:rsidRDefault="00886ADF">
            <w:r>
              <w:t>18</w:t>
            </w:r>
          </w:p>
        </w:tc>
        <w:tc>
          <w:tcPr>
            <w:tcW w:w="0" w:type="auto"/>
            <w:shd w:val="clear" w:color="auto" w:fill="FFFFFF"/>
          </w:tcPr>
          <w:p w14:paraId="0CE7AEAD" w14:textId="77777777" w:rsidR="004F333E" w:rsidRDefault="00886ADF">
            <w:r>
              <w:t>3209,00</w:t>
            </w:r>
          </w:p>
        </w:tc>
        <w:tc>
          <w:tcPr>
            <w:tcW w:w="0" w:type="auto"/>
            <w:shd w:val="clear" w:color="auto" w:fill="FFFFFF"/>
          </w:tcPr>
          <w:p w14:paraId="2F24DC78" w14:textId="77777777" w:rsidR="004F333E" w:rsidRDefault="00886ADF">
            <w:r>
              <w:t>93,7</w:t>
            </w:r>
          </w:p>
        </w:tc>
      </w:tr>
      <w:tr w:rsidR="004F333E" w14:paraId="1E53F305" w14:textId="77777777">
        <w:trPr>
          <w:cantSplit/>
        </w:trPr>
        <w:tc>
          <w:tcPr>
            <w:tcW w:w="0" w:type="auto"/>
            <w:shd w:val="clear" w:color="auto" w:fill="F2F2F2"/>
          </w:tcPr>
          <w:p w14:paraId="65770613" w14:textId="77777777" w:rsidR="004F333E" w:rsidRDefault="00886ADF">
            <w:r>
              <w:t>по прокладке: бесканальная</w:t>
            </w:r>
          </w:p>
        </w:tc>
        <w:tc>
          <w:tcPr>
            <w:tcW w:w="0" w:type="auto"/>
            <w:shd w:val="clear" w:color="auto" w:fill="FFFFFF"/>
          </w:tcPr>
          <w:p w14:paraId="2230F3DA" w14:textId="77777777" w:rsidR="004F333E" w:rsidRDefault="00886ADF">
            <w:r>
              <w:t>1</w:t>
            </w:r>
          </w:p>
        </w:tc>
        <w:tc>
          <w:tcPr>
            <w:tcW w:w="0" w:type="auto"/>
            <w:shd w:val="clear" w:color="auto" w:fill="FFFFFF"/>
          </w:tcPr>
          <w:p w14:paraId="4B07A9B8" w14:textId="77777777" w:rsidR="004F333E" w:rsidRDefault="00886ADF">
            <w:r>
              <w:t>215,00</w:t>
            </w:r>
          </w:p>
        </w:tc>
        <w:tc>
          <w:tcPr>
            <w:tcW w:w="0" w:type="auto"/>
            <w:shd w:val="clear" w:color="auto" w:fill="FFFFFF"/>
          </w:tcPr>
          <w:p w14:paraId="0006C22D" w14:textId="77777777" w:rsidR="004F333E" w:rsidRDefault="00886ADF">
            <w:r>
              <w:t>6,3</w:t>
            </w:r>
          </w:p>
        </w:tc>
      </w:tr>
      <w:tr w:rsidR="004F333E" w14:paraId="6D405757" w14:textId="77777777">
        <w:trPr>
          <w:cantSplit/>
        </w:trPr>
        <w:tc>
          <w:tcPr>
            <w:tcW w:w="0" w:type="auto"/>
            <w:shd w:val="clear" w:color="auto" w:fill="DBE5F1"/>
          </w:tcPr>
          <w:p w14:paraId="159EC2EA" w14:textId="77777777" w:rsidR="004F333E" w:rsidRDefault="00886ADF">
            <w:r>
              <w:rPr>
                <w:b/>
              </w:rPr>
              <w:t>Всего по системе</w:t>
            </w:r>
          </w:p>
        </w:tc>
        <w:tc>
          <w:tcPr>
            <w:tcW w:w="0" w:type="auto"/>
            <w:shd w:val="clear" w:color="auto" w:fill="DBE5F1"/>
          </w:tcPr>
          <w:p w14:paraId="06A83FB0" w14:textId="77777777" w:rsidR="004F333E" w:rsidRDefault="00886ADF">
            <w:r>
              <w:rPr>
                <w:b/>
              </w:rPr>
              <w:t>19</w:t>
            </w:r>
          </w:p>
        </w:tc>
        <w:tc>
          <w:tcPr>
            <w:tcW w:w="0" w:type="auto"/>
            <w:shd w:val="clear" w:color="auto" w:fill="DBE5F1"/>
          </w:tcPr>
          <w:p w14:paraId="7F9FEAA5" w14:textId="77777777" w:rsidR="004F333E" w:rsidRDefault="00886ADF">
            <w:r>
              <w:rPr>
                <w:b/>
              </w:rPr>
              <w:t>3424,00</w:t>
            </w:r>
          </w:p>
        </w:tc>
        <w:tc>
          <w:tcPr>
            <w:tcW w:w="0" w:type="auto"/>
            <w:shd w:val="clear" w:color="auto" w:fill="DBE5F1"/>
          </w:tcPr>
          <w:p w14:paraId="34F9C67C" w14:textId="77777777" w:rsidR="004F333E" w:rsidRDefault="00886ADF">
            <w:r>
              <w:rPr>
                <w:b/>
              </w:rPr>
              <w:t>100,0</w:t>
            </w:r>
          </w:p>
        </w:tc>
      </w:tr>
    </w:tbl>
    <w:p w14:paraId="58638BB5" w14:textId="77777777" w:rsidR="00056677" w:rsidRPr="00844B84" w:rsidRDefault="0092657D">
      <w:pPr>
        <w:pStyle w:val="21"/>
        <w:rPr>
          <w:lang w:val="ru-RU"/>
        </w:rPr>
      </w:pPr>
      <w:bookmarkStart w:id="70" w:name="_Toc238017269"/>
      <w:r w:rsidRPr="00844B84">
        <w:rPr>
          <w:lang w:val="ru-RU"/>
        </w:rPr>
        <w:t>6.10. Характеристики тепловых сетей по населённым пунктам</w:t>
      </w:r>
      <w:bookmarkEnd w:id="70"/>
    </w:p>
    <w:p w14:paraId="7DF37631" w14:textId="77777777" w:rsidR="00056677" w:rsidRPr="000C24CF" w:rsidRDefault="0092657D">
      <w:pPr>
        <w:pStyle w:val="31"/>
        <w:rPr>
          <w:sz w:val="28"/>
          <w:szCs w:val="28"/>
        </w:rPr>
      </w:pPr>
      <w:r w:rsidRPr="000C24CF">
        <w:rPr>
          <w:sz w:val="28"/>
          <w:szCs w:val="28"/>
        </w:rPr>
        <w:t>6.10.1. Таштагольское ГП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786"/>
        <w:gridCol w:w="1564"/>
        <w:gridCol w:w="3714"/>
        <w:gridCol w:w="1425"/>
      </w:tblGrid>
      <w:tr w:rsidR="00056677" w14:paraId="4F7DA596" w14:textId="77777777">
        <w:trPr>
          <w:cantSplit/>
          <w:tblHeader/>
        </w:trPr>
        <w:tc>
          <w:tcPr>
            <w:tcW w:w="0" w:type="auto"/>
            <w:shd w:val="clear" w:color="auto" w:fill="E2F0D9"/>
          </w:tcPr>
          <w:p w14:paraId="000A3509" w14:textId="77777777" w:rsidR="00056677" w:rsidRDefault="0092657D">
            <w:pPr>
              <w:jc w:val="center"/>
            </w:pPr>
            <w:r>
              <w:rPr>
                <w:b/>
              </w:rPr>
              <w:t>Признак</w:t>
            </w:r>
          </w:p>
        </w:tc>
        <w:tc>
          <w:tcPr>
            <w:tcW w:w="0" w:type="auto"/>
            <w:shd w:val="clear" w:color="auto" w:fill="E2F0D9"/>
          </w:tcPr>
          <w:p w14:paraId="22A137DE" w14:textId="77777777" w:rsidR="00056677" w:rsidRDefault="0092657D">
            <w:pPr>
              <w:jc w:val="center"/>
            </w:pPr>
            <w:r>
              <w:rPr>
                <w:b/>
              </w:rPr>
              <w:t>Значение</w:t>
            </w:r>
          </w:p>
        </w:tc>
        <w:tc>
          <w:tcPr>
            <w:tcW w:w="0" w:type="auto"/>
            <w:shd w:val="clear" w:color="auto" w:fill="E2F0D9"/>
          </w:tcPr>
          <w:p w14:paraId="1DE90FD3" w14:textId="77777777" w:rsidR="00056677" w:rsidRPr="00844B84" w:rsidRDefault="0092657D">
            <w:pPr>
              <w:jc w:val="center"/>
              <w:rPr>
                <w:lang w:val="ru-RU"/>
              </w:rPr>
            </w:pPr>
            <w:r w:rsidRPr="00844B84">
              <w:rPr>
                <w:b/>
                <w:lang w:val="ru-RU"/>
              </w:rPr>
              <w:t>Длина по оси трассы, м</w:t>
            </w:r>
          </w:p>
        </w:tc>
        <w:tc>
          <w:tcPr>
            <w:tcW w:w="0" w:type="auto"/>
            <w:shd w:val="clear" w:color="auto" w:fill="E2F0D9"/>
          </w:tcPr>
          <w:p w14:paraId="1110E068" w14:textId="77777777" w:rsidR="00056677" w:rsidRDefault="0092657D">
            <w:pPr>
              <w:jc w:val="center"/>
            </w:pPr>
            <w:r>
              <w:rPr>
                <w:b/>
              </w:rPr>
              <w:t>Доля, %</w:t>
            </w:r>
          </w:p>
        </w:tc>
      </w:tr>
      <w:tr w:rsidR="00056677" w14:paraId="2E4A3090" w14:textId="77777777">
        <w:trPr>
          <w:cantSplit/>
        </w:trPr>
        <w:tc>
          <w:tcPr>
            <w:tcW w:w="0" w:type="auto"/>
            <w:shd w:val="clear" w:color="auto" w:fill="F2F2F2"/>
          </w:tcPr>
          <w:p w14:paraId="224640FD" w14:textId="77777777" w:rsidR="00056677" w:rsidRDefault="0092657D">
            <w:r>
              <w:t>Систем теплоснабжения</w:t>
            </w:r>
          </w:p>
        </w:tc>
        <w:tc>
          <w:tcPr>
            <w:tcW w:w="0" w:type="auto"/>
            <w:shd w:val="clear" w:color="auto" w:fill="FFFFFF"/>
          </w:tcPr>
          <w:p w14:paraId="7C37E70C" w14:textId="77777777" w:rsidR="00056677" w:rsidRDefault="0092657D">
            <w:r>
              <w:t>4</w:t>
            </w:r>
          </w:p>
        </w:tc>
        <w:tc>
          <w:tcPr>
            <w:tcW w:w="0" w:type="auto"/>
            <w:shd w:val="clear" w:color="auto" w:fill="FFFFFF"/>
          </w:tcPr>
          <w:p w14:paraId="07A7BFF5" w14:textId="77777777" w:rsidR="00056677" w:rsidRDefault="0092657D">
            <w:r>
              <w:t>—</w:t>
            </w:r>
          </w:p>
        </w:tc>
        <w:tc>
          <w:tcPr>
            <w:tcW w:w="0" w:type="auto"/>
            <w:shd w:val="clear" w:color="auto" w:fill="FFFFFF"/>
          </w:tcPr>
          <w:p w14:paraId="497BD293" w14:textId="77777777" w:rsidR="00056677" w:rsidRDefault="0092657D">
            <w:r>
              <w:t>—</w:t>
            </w:r>
          </w:p>
        </w:tc>
      </w:tr>
      <w:tr w:rsidR="00056677" w14:paraId="664AF3A1" w14:textId="77777777">
        <w:trPr>
          <w:cantSplit/>
        </w:trPr>
        <w:tc>
          <w:tcPr>
            <w:tcW w:w="0" w:type="auto"/>
            <w:shd w:val="clear" w:color="auto" w:fill="F2F2F2"/>
          </w:tcPr>
          <w:p w14:paraId="6F35D203" w14:textId="77777777" w:rsidR="00056677" w:rsidRDefault="0092657D">
            <w:r>
              <w:t>Участков тепловых сетей</w:t>
            </w:r>
          </w:p>
        </w:tc>
        <w:tc>
          <w:tcPr>
            <w:tcW w:w="0" w:type="auto"/>
            <w:shd w:val="clear" w:color="auto" w:fill="FFFFFF"/>
          </w:tcPr>
          <w:p w14:paraId="7EC6A4C9" w14:textId="77777777" w:rsidR="00056677" w:rsidRDefault="0092657D">
            <w:r>
              <w:t>470</w:t>
            </w:r>
          </w:p>
        </w:tc>
        <w:tc>
          <w:tcPr>
            <w:tcW w:w="0" w:type="auto"/>
            <w:shd w:val="clear" w:color="auto" w:fill="FFFFFF"/>
          </w:tcPr>
          <w:p w14:paraId="25ACC236" w14:textId="77777777" w:rsidR="00056677" w:rsidRDefault="0092657D">
            <w:r>
              <w:t>48285,00</w:t>
            </w:r>
          </w:p>
        </w:tc>
        <w:tc>
          <w:tcPr>
            <w:tcW w:w="0" w:type="auto"/>
            <w:shd w:val="clear" w:color="auto" w:fill="FFFFFF"/>
          </w:tcPr>
          <w:p w14:paraId="6FA34996" w14:textId="77777777" w:rsidR="00056677" w:rsidRDefault="0092657D">
            <w:r>
              <w:t>100,0</w:t>
            </w:r>
          </w:p>
        </w:tc>
      </w:tr>
      <w:tr w:rsidR="00056677" w14:paraId="2681DF78" w14:textId="77777777">
        <w:trPr>
          <w:cantSplit/>
        </w:trPr>
        <w:tc>
          <w:tcPr>
            <w:tcW w:w="0" w:type="auto"/>
            <w:shd w:val="clear" w:color="auto" w:fill="F2F2F2"/>
          </w:tcPr>
          <w:p w14:paraId="6471564E" w14:textId="77777777" w:rsidR="00056677" w:rsidRDefault="0092657D">
            <w:r>
              <w:t>возраст до 5 лет</w:t>
            </w:r>
          </w:p>
        </w:tc>
        <w:tc>
          <w:tcPr>
            <w:tcW w:w="0" w:type="auto"/>
            <w:shd w:val="clear" w:color="auto" w:fill="FFFFFF"/>
          </w:tcPr>
          <w:p w14:paraId="6B08E0F9" w14:textId="77777777" w:rsidR="00056677" w:rsidRDefault="0092657D">
            <w:r>
              <w:t>3</w:t>
            </w:r>
          </w:p>
        </w:tc>
        <w:tc>
          <w:tcPr>
            <w:tcW w:w="0" w:type="auto"/>
            <w:shd w:val="clear" w:color="auto" w:fill="FFFFFF"/>
          </w:tcPr>
          <w:p w14:paraId="4EABAD36" w14:textId="77777777" w:rsidR="00056677" w:rsidRDefault="0092657D">
            <w:r>
              <w:t>2348,50</w:t>
            </w:r>
          </w:p>
        </w:tc>
        <w:tc>
          <w:tcPr>
            <w:tcW w:w="0" w:type="auto"/>
            <w:shd w:val="clear" w:color="auto" w:fill="FFFFFF"/>
          </w:tcPr>
          <w:p w14:paraId="2B20DB18" w14:textId="77777777" w:rsidR="00056677" w:rsidRDefault="0092657D">
            <w:r>
              <w:t>4,9</w:t>
            </w:r>
          </w:p>
        </w:tc>
      </w:tr>
      <w:tr w:rsidR="00056677" w14:paraId="2D4D96F7" w14:textId="77777777">
        <w:trPr>
          <w:cantSplit/>
        </w:trPr>
        <w:tc>
          <w:tcPr>
            <w:tcW w:w="0" w:type="auto"/>
            <w:shd w:val="clear" w:color="auto" w:fill="F2F2F2"/>
          </w:tcPr>
          <w:p w14:paraId="5F66B776" w14:textId="77777777" w:rsidR="00056677" w:rsidRDefault="0092657D">
            <w:r>
              <w:t>возраст 10–15 лет</w:t>
            </w:r>
          </w:p>
        </w:tc>
        <w:tc>
          <w:tcPr>
            <w:tcW w:w="0" w:type="auto"/>
            <w:shd w:val="clear" w:color="auto" w:fill="FFFFFF"/>
          </w:tcPr>
          <w:p w14:paraId="029924E7" w14:textId="77777777" w:rsidR="00056677" w:rsidRDefault="0092657D">
            <w:r>
              <w:t>31</w:t>
            </w:r>
          </w:p>
        </w:tc>
        <w:tc>
          <w:tcPr>
            <w:tcW w:w="0" w:type="auto"/>
            <w:shd w:val="clear" w:color="auto" w:fill="FFFFFF"/>
          </w:tcPr>
          <w:p w14:paraId="48296F22" w14:textId="77777777" w:rsidR="00056677" w:rsidRDefault="0092657D">
            <w:r>
              <w:t>772,00</w:t>
            </w:r>
          </w:p>
        </w:tc>
        <w:tc>
          <w:tcPr>
            <w:tcW w:w="0" w:type="auto"/>
            <w:shd w:val="clear" w:color="auto" w:fill="FFFFFF"/>
          </w:tcPr>
          <w:p w14:paraId="7899548D" w14:textId="77777777" w:rsidR="00056677" w:rsidRDefault="0092657D">
            <w:r>
              <w:t>1,6</w:t>
            </w:r>
          </w:p>
        </w:tc>
      </w:tr>
      <w:tr w:rsidR="00056677" w14:paraId="68F964B5" w14:textId="77777777">
        <w:trPr>
          <w:cantSplit/>
        </w:trPr>
        <w:tc>
          <w:tcPr>
            <w:tcW w:w="0" w:type="auto"/>
            <w:shd w:val="clear" w:color="auto" w:fill="F2F2F2"/>
          </w:tcPr>
          <w:p w14:paraId="14A55162" w14:textId="77777777" w:rsidR="00056677" w:rsidRDefault="0092657D">
            <w:r>
              <w:t>возраст 15–20 лет</w:t>
            </w:r>
          </w:p>
        </w:tc>
        <w:tc>
          <w:tcPr>
            <w:tcW w:w="0" w:type="auto"/>
            <w:shd w:val="clear" w:color="auto" w:fill="FFFFFF"/>
          </w:tcPr>
          <w:p w14:paraId="252FD34D" w14:textId="77777777" w:rsidR="00056677" w:rsidRDefault="0092657D">
            <w:r>
              <w:t>82</w:t>
            </w:r>
          </w:p>
        </w:tc>
        <w:tc>
          <w:tcPr>
            <w:tcW w:w="0" w:type="auto"/>
            <w:shd w:val="clear" w:color="auto" w:fill="FFFFFF"/>
          </w:tcPr>
          <w:p w14:paraId="36C9FB61" w14:textId="77777777" w:rsidR="00056677" w:rsidRDefault="0092657D">
            <w:r>
              <w:t>5549,70</w:t>
            </w:r>
          </w:p>
        </w:tc>
        <w:tc>
          <w:tcPr>
            <w:tcW w:w="0" w:type="auto"/>
            <w:shd w:val="clear" w:color="auto" w:fill="FFFFFF"/>
          </w:tcPr>
          <w:p w14:paraId="7DBD79DF" w14:textId="77777777" w:rsidR="00056677" w:rsidRDefault="0092657D">
            <w:r>
              <w:t>11,5</w:t>
            </w:r>
          </w:p>
        </w:tc>
      </w:tr>
      <w:tr w:rsidR="00056677" w14:paraId="09DCF1AF" w14:textId="77777777">
        <w:trPr>
          <w:cantSplit/>
        </w:trPr>
        <w:tc>
          <w:tcPr>
            <w:tcW w:w="0" w:type="auto"/>
            <w:shd w:val="clear" w:color="auto" w:fill="F2F2F2"/>
          </w:tcPr>
          <w:p w14:paraId="429967F8" w14:textId="77777777" w:rsidR="00056677" w:rsidRDefault="0092657D">
            <w:r>
              <w:t>возраст 20–25 лет</w:t>
            </w:r>
          </w:p>
        </w:tc>
        <w:tc>
          <w:tcPr>
            <w:tcW w:w="0" w:type="auto"/>
            <w:shd w:val="clear" w:color="auto" w:fill="FFFFFF"/>
          </w:tcPr>
          <w:p w14:paraId="1236645F" w14:textId="77777777" w:rsidR="00056677" w:rsidRDefault="0092657D">
            <w:r>
              <w:t>48</w:t>
            </w:r>
          </w:p>
        </w:tc>
        <w:tc>
          <w:tcPr>
            <w:tcW w:w="0" w:type="auto"/>
            <w:shd w:val="clear" w:color="auto" w:fill="FFFFFF"/>
          </w:tcPr>
          <w:p w14:paraId="4BB54ABB" w14:textId="77777777" w:rsidR="00056677" w:rsidRDefault="0092657D">
            <w:r>
              <w:t>5484,50</w:t>
            </w:r>
          </w:p>
        </w:tc>
        <w:tc>
          <w:tcPr>
            <w:tcW w:w="0" w:type="auto"/>
            <w:shd w:val="clear" w:color="auto" w:fill="FFFFFF"/>
          </w:tcPr>
          <w:p w14:paraId="0500C6F2" w14:textId="77777777" w:rsidR="00056677" w:rsidRDefault="0092657D">
            <w:r>
              <w:t>11,4</w:t>
            </w:r>
          </w:p>
        </w:tc>
      </w:tr>
      <w:tr w:rsidR="00056677" w14:paraId="55130921" w14:textId="77777777">
        <w:trPr>
          <w:cantSplit/>
        </w:trPr>
        <w:tc>
          <w:tcPr>
            <w:tcW w:w="0" w:type="auto"/>
            <w:shd w:val="clear" w:color="auto" w:fill="F2F2F2"/>
          </w:tcPr>
          <w:p w14:paraId="7C3069CA" w14:textId="77777777" w:rsidR="00056677" w:rsidRDefault="0092657D">
            <w:r>
              <w:t>возраст 25–30 лет</w:t>
            </w:r>
          </w:p>
        </w:tc>
        <w:tc>
          <w:tcPr>
            <w:tcW w:w="0" w:type="auto"/>
            <w:shd w:val="clear" w:color="auto" w:fill="FFFFFF"/>
          </w:tcPr>
          <w:p w14:paraId="68575275" w14:textId="77777777" w:rsidR="00056677" w:rsidRDefault="0092657D">
            <w:r>
              <w:t>2</w:t>
            </w:r>
          </w:p>
        </w:tc>
        <w:tc>
          <w:tcPr>
            <w:tcW w:w="0" w:type="auto"/>
            <w:shd w:val="clear" w:color="auto" w:fill="FFFFFF"/>
          </w:tcPr>
          <w:p w14:paraId="790337E1" w14:textId="77777777" w:rsidR="00056677" w:rsidRDefault="0092657D">
            <w:r>
              <w:t>370,00</w:t>
            </w:r>
          </w:p>
        </w:tc>
        <w:tc>
          <w:tcPr>
            <w:tcW w:w="0" w:type="auto"/>
            <w:shd w:val="clear" w:color="auto" w:fill="FFFFFF"/>
          </w:tcPr>
          <w:p w14:paraId="0B83A9BA" w14:textId="77777777" w:rsidR="00056677" w:rsidRDefault="0092657D">
            <w:r>
              <w:t>0,8</w:t>
            </w:r>
          </w:p>
        </w:tc>
      </w:tr>
      <w:tr w:rsidR="00056677" w14:paraId="2D4FFEC9" w14:textId="77777777">
        <w:trPr>
          <w:cantSplit/>
        </w:trPr>
        <w:tc>
          <w:tcPr>
            <w:tcW w:w="0" w:type="auto"/>
            <w:shd w:val="clear" w:color="auto" w:fill="F2F2F2"/>
          </w:tcPr>
          <w:p w14:paraId="5652188B" w14:textId="77777777" w:rsidR="00056677" w:rsidRDefault="0092657D">
            <w:r>
              <w:t>возраст более 30 лет</w:t>
            </w:r>
          </w:p>
        </w:tc>
        <w:tc>
          <w:tcPr>
            <w:tcW w:w="0" w:type="auto"/>
            <w:shd w:val="clear" w:color="auto" w:fill="FFFFFF"/>
          </w:tcPr>
          <w:p w14:paraId="2684795E" w14:textId="77777777" w:rsidR="00056677" w:rsidRDefault="0092657D">
            <w:r>
              <w:t>304</w:t>
            </w:r>
          </w:p>
        </w:tc>
        <w:tc>
          <w:tcPr>
            <w:tcW w:w="0" w:type="auto"/>
            <w:shd w:val="clear" w:color="auto" w:fill="FFFFFF"/>
          </w:tcPr>
          <w:p w14:paraId="4330E211" w14:textId="77777777" w:rsidR="00056677" w:rsidRDefault="0092657D">
            <w:r>
              <w:t>33760,30</w:t>
            </w:r>
          </w:p>
        </w:tc>
        <w:tc>
          <w:tcPr>
            <w:tcW w:w="0" w:type="auto"/>
            <w:shd w:val="clear" w:color="auto" w:fill="FFFFFF"/>
          </w:tcPr>
          <w:p w14:paraId="455D74A0" w14:textId="77777777" w:rsidR="00056677" w:rsidRDefault="0092657D">
            <w:r>
              <w:t>69,9</w:t>
            </w:r>
          </w:p>
        </w:tc>
      </w:tr>
      <w:tr w:rsidR="00056677" w14:paraId="07BC9108" w14:textId="77777777">
        <w:trPr>
          <w:cantSplit/>
        </w:trPr>
        <w:tc>
          <w:tcPr>
            <w:tcW w:w="0" w:type="auto"/>
            <w:shd w:val="clear" w:color="auto" w:fill="F2F2F2"/>
          </w:tcPr>
          <w:p w14:paraId="70EE24A2" w14:textId="77777777" w:rsidR="00056677" w:rsidRDefault="0092657D">
            <w:r>
              <w:t>прокладка бесканальная</w:t>
            </w:r>
          </w:p>
        </w:tc>
        <w:tc>
          <w:tcPr>
            <w:tcW w:w="0" w:type="auto"/>
            <w:shd w:val="clear" w:color="auto" w:fill="FFFFFF"/>
          </w:tcPr>
          <w:p w14:paraId="7B003CDB" w14:textId="77777777" w:rsidR="00056677" w:rsidRDefault="0092657D">
            <w:r>
              <w:t>219</w:t>
            </w:r>
          </w:p>
        </w:tc>
        <w:tc>
          <w:tcPr>
            <w:tcW w:w="0" w:type="auto"/>
            <w:shd w:val="clear" w:color="auto" w:fill="FFFFFF"/>
          </w:tcPr>
          <w:p w14:paraId="532B8DE0" w14:textId="77777777" w:rsidR="00056677" w:rsidRDefault="0092657D">
            <w:r>
              <w:t>25143,10</w:t>
            </w:r>
          </w:p>
        </w:tc>
        <w:tc>
          <w:tcPr>
            <w:tcW w:w="0" w:type="auto"/>
            <w:shd w:val="clear" w:color="auto" w:fill="FFFFFF"/>
          </w:tcPr>
          <w:p w14:paraId="48EEAF01" w14:textId="77777777" w:rsidR="00056677" w:rsidRDefault="0092657D">
            <w:r>
              <w:t>52,1</w:t>
            </w:r>
          </w:p>
        </w:tc>
      </w:tr>
      <w:tr w:rsidR="00056677" w14:paraId="10CFB7BB" w14:textId="77777777">
        <w:trPr>
          <w:cantSplit/>
        </w:trPr>
        <w:tc>
          <w:tcPr>
            <w:tcW w:w="0" w:type="auto"/>
            <w:shd w:val="clear" w:color="auto" w:fill="F2F2F2"/>
          </w:tcPr>
          <w:p w14:paraId="6814A750" w14:textId="77777777" w:rsidR="00056677" w:rsidRDefault="0092657D">
            <w:r>
              <w:t>прокладка надземная</w:t>
            </w:r>
          </w:p>
        </w:tc>
        <w:tc>
          <w:tcPr>
            <w:tcW w:w="0" w:type="auto"/>
            <w:shd w:val="clear" w:color="auto" w:fill="FFFFFF"/>
          </w:tcPr>
          <w:p w14:paraId="7B6385DF" w14:textId="77777777" w:rsidR="00056677" w:rsidRDefault="0092657D">
            <w:r>
              <w:t>199</w:t>
            </w:r>
          </w:p>
        </w:tc>
        <w:tc>
          <w:tcPr>
            <w:tcW w:w="0" w:type="auto"/>
            <w:shd w:val="clear" w:color="auto" w:fill="FFFFFF"/>
          </w:tcPr>
          <w:p w14:paraId="3413A5BD" w14:textId="77777777" w:rsidR="00056677" w:rsidRDefault="0092657D">
            <w:r>
              <w:t>20381,50</w:t>
            </w:r>
          </w:p>
        </w:tc>
        <w:tc>
          <w:tcPr>
            <w:tcW w:w="0" w:type="auto"/>
            <w:shd w:val="clear" w:color="auto" w:fill="FFFFFF"/>
          </w:tcPr>
          <w:p w14:paraId="70CA0286" w14:textId="77777777" w:rsidR="00056677" w:rsidRDefault="0092657D">
            <w:r>
              <w:t>42,2</w:t>
            </w:r>
          </w:p>
        </w:tc>
      </w:tr>
      <w:tr w:rsidR="00056677" w14:paraId="331B60E2" w14:textId="77777777">
        <w:trPr>
          <w:cantSplit/>
        </w:trPr>
        <w:tc>
          <w:tcPr>
            <w:tcW w:w="0" w:type="auto"/>
            <w:shd w:val="clear" w:color="auto" w:fill="F2F2F2"/>
          </w:tcPr>
          <w:p w14:paraId="0BC84DE3" w14:textId="77777777" w:rsidR="00056677" w:rsidRDefault="0092657D">
            <w:r>
              <w:t>прокладка канальная</w:t>
            </w:r>
          </w:p>
        </w:tc>
        <w:tc>
          <w:tcPr>
            <w:tcW w:w="0" w:type="auto"/>
            <w:shd w:val="clear" w:color="auto" w:fill="FFFFFF"/>
          </w:tcPr>
          <w:p w14:paraId="1E60C5D9" w14:textId="77777777" w:rsidR="00056677" w:rsidRDefault="0092657D">
            <w:r>
              <w:t>52</w:t>
            </w:r>
          </w:p>
        </w:tc>
        <w:tc>
          <w:tcPr>
            <w:tcW w:w="0" w:type="auto"/>
            <w:shd w:val="clear" w:color="auto" w:fill="FFFFFF"/>
          </w:tcPr>
          <w:p w14:paraId="0192DB25" w14:textId="77777777" w:rsidR="00056677" w:rsidRDefault="0092657D">
            <w:r>
              <w:t>2760,40</w:t>
            </w:r>
          </w:p>
        </w:tc>
        <w:tc>
          <w:tcPr>
            <w:tcW w:w="0" w:type="auto"/>
            <w:shd w:val="clear" w:color="auto" w:fill="FFFFFF"/>
          </w:tcPr>
          <w:p w14:paraId="79EDCE97" w14:textId="77777777" w:rsidR="00056677" w:rsidRDefault="0092657D">
            <w:r>
              <w:t>5,7</w:t>
            </w:r>
          </w:p>
        </w:tc>
      </w:tr>
    </w:tbl>
    <w:p w14:paraId="3C607E04" w14:textId="77777777" w:rsidR="00056677" w:rsidRPr="000C24CF" w:rsidRDefault="0092657D">
      <w:pPr>
        <w:pStyle w:val="31"/>
        <w:rPr>
          <w:sz w:val="28"/>
          <w:szCs w:val="28"/>
        </w:rPr>
      </w:pPr>
      <w:r w:rsidRPr="000C24CF">
        <w:rPr>
          <w:sz w:val="28"/>
          <w:szCs w:val="28"/>
        </w:rPr>
        <w:t>6.10.2. Шерегешское ГП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786"/>
        <w:gridCol w:w="1564"/>
        <w:gridCol w:w="3714"/>
        <w:gridCol w:w="1425"/>
      </w:tblGrid>
      <w:tr w:rsidR="00056677" w14:paraId="4EF52D7D" w14:textId="77777777">
        <w:trPr>
          <w:cantSplit/>
          <w:tblHeader/>
        </w:trPr>
        <w:tc>
          <w:tcPr>
            <w:tcW w:w="0" w:type="auto"/>
            <w:shd w:val="clear" w:color="auto" w:fill="E2F0D9"/>
          </w:tcPr>
          <w:p w14:paraId="5CCF36F8" w14:textId="77777777" w:rsidR="00056677" w:rsidRDefault="0092657D">
            <w:pPr>
              <w:jc w:val="center"/>
            </w:pPr>
            <w:r>
              <w:rPr>
                <w:b/>
              </w:rPr>
              <w:t>Признак</w:t>
            </w:r>
          </w:p>
        </w:tc>
        <w:tc>
          <w:tcPr>
            <w:tcW w:w="0" w:type="auto"/>
            <w:shd w:val="clear" w:color="auto" w:fill="E2F0D9"/>
          </w:tcPr>
          <w:p w14:paraId="147CA7EE" w14:textId="77777777" w:rsidR="00056677" w:rsidRDefault="0092657D">
            <w:pPr>
              <w:jc w:val="center"/>
            </w:pPr>
            <w:r>
              <w:rPr>
                <w:b/>
              </w:rPr>
              <w:t>Значение</w:t>
            </w:r>
          </w:p>
        </w:tc>
        <w:tc>
          <w:tcPr>
            <w:tcW w:w="0" w:type="auto"/>
            <w:shd w:val="clear" w:color="auto" w:fill="E2F0D9"/>
          </w:tcPr>
          <w:p w14:paraId="0D431527" w14:textId="77777777" w:rsidR="00056677" w:rsidRPr="00844B84" w:rsidRDefault="0092657D">
            <w:pPr>
              <w:jc w:val="center"/>
              <w:rPr>
                <w:lang w:val="ru-RU"/>
              </w:rPr>
            </w:pPr>
            <w:r w:rsidRPr="00844B84">
              <w:rPr>
                <w:b/>
                <w:lang w:val="ru-RU"/>
              </w:rPr>
              <w:t>Длина по оси трассы, м</w:t>
            </w:r>
          </w:p>
        </w:tc>
        <w:tc>
          <w:tcPr>
            <w:tcW w:w="0" w:type="auto"/>
            <w:shd w:val="clear" w:color="auto" w:fill="E2F0D9"/>
          </w:tcPr>
          <w:p w14:paraId="618F3BC7" w14:textId="77777777" w:rsidR="00056677" w:rsidRDefault="0092657D">
            <w:pPr>
              <w:jc w:val="center"/>
            </w:pPr>
            <w:r>
              <w:rPr>
                <w:b/>
              </w:rPr>
              <w:t>Доля, %</w:t>
            </w:r>
          </w:p>
        </w:tc>
      </w:tr>
      <w:tr w:rsidR="00056677" w14:paraId="532D138F" w14:textId="77777777">
        <w:trPr>
          <w:cantSplit/>
        </w:trPr>
        <w:tc>
          <w:tcPr>
            <w:tcW w:w="0" w:type="auto"/>
            <w:shd w:val="clear" w:color="auto" w:fill="F2F2F2"/>
          </w:tcPr>
          <w:p w14:paraId="2EDEF957" w14:textId="77777777" w:rsidR="00056677" w:rsidRDefault="0092657D">
            <w:r>
              <w:t>Систем теплоснабжения</w:t>
            </w:r>
          </w:p>
        </w:tc>
        <w:tc>
          <w:tcPr>
            <w:tcW w:w="0" w:type="auto"/>
            <w:shd w:val="clear" w:color="auto" w:fill="FFFFFF"/>
          </w:tcPr>
          <w:p w14:paraId="3B104BC8" w14:textId="77777777" w:rsidR="00056677" w:rsidRDefault="0092657D">
            <w:r>
              <w:t>2</w:t>
            </w:r>
          </w:p>
        </w:tc>
        <w:tc>
          <w:tcPr>
            <w:tcW w:w="0" w:type="auto"/>
            <w:shd w:val="clear" w:color="auto" w:fill="FFFFFF"/>
          </w:tcPr>
          <w:p w14:paraId="7B3814F0" w14:textId="77777777" w:rsidR="00056677" w:rsidRDefault="0092657D">
            <w:r>
              <w:t>—</w:t>
            </w:r>
          </w:p>
        </w:tc>
        <w:tc>
          <w:tcPr>
            <w:tcW w:w="0" w:type="auto"/>
            <w:shd w:val="clear" w:color="auto" w:fill="FFFFFF"/>
          </w:tcPr>
          <w:p w14:paraId="318840DC" w14:textId="77777777" w:rsidR="00056677" w:rsidRDefault="0092657D">
            <w:r>
              <w:t>—</w:t>
            </w:r>
          </w:p>
        </w:tc>
      </w:tr>
      <w:tr w:rsidR="00056677" w14:paraId="59B35895" w14:textId="77777777">
        <w:trPr>
          <w:cantSplit/>
        </w:trPr>
        <w:tc>
          <w:tcPr>
            <w:tcW w:w="0" w:type="auto"/>
            <w:shd w:val="clear" w:color="auto" w:fill="F2F2F2"/>
          </w:tcPr>
          <w:p w14:paraId="03543469" w14:textId="77777777" w:rsidR="00056677" w:rsidRDefault="0092657D">
            <w:r>
              <w:t>Участков тепловых сетей</w:t>
            </w:r>
          </w:p>
        </w:tc>
        <w:tc>
          <w:tcPr>
            <w:tcW w:w="0" w:type="auto"/>
            <w:shd w:val="clear" w:color="auto" w:fill="FFFFFF"/>
          </w:tcPr>
          <w:p w14:paraId="506B635B" w14:textId="77777777" w:rsidR="00056677" w:rsidRDefault="0092657D">
            <w:r>
              <w:t>517</w:t>
            </w:r>
          </w:p>
        </w:tc>
        <w:tc>
          <w:tcPr>
            <w:tcW w:w="0" w:type="auto"/>
            <w:shd w:val="clear" w:color="auto" w:fill="FFFFFF"/>
          </w:tcPr>
          <w:p w14:paraId="42CF7147" w14:textId="77777777" w:rsidR="00056677" w:rsidRDefault="0092657D">
            <w:r>
              <w:t>21941,50</w:t>
            </w:r>
          </w:p>
        </w:tc>
        <w:tc>
          <w:tcPr>
            <w:tcW w:w="0" w:type="auto"/>
            <w:shd w:val="clear" w:color="auto" w:fill="FFFFFF"/>
          </w:tcPr>
          <w:p w14:paraId="2B398BC2" w14:textId="77777777" w:rsidR="00056677" w:rsidRDefault="0092657D">
            <w:r>
              <w:t>100,0</w:t>
            </w:r>
          </w:p>
        </w:tc>
      </w:tr>
      <w:tr w:rsidR="00056677" w14:paraId="79767461" w14:textId="77777777">
        <w:trPr>
          <w:cantSplit/>
        </w:trPr>
        <w:tc>
          <w:tcPr>
            <w:tcW w:w="0" w:type="auto"/>
            <w:shd w:val="clear" w:color="auto" w:fill="F2F2F2"/>
          </w:tcPr>
          <w:p w14:paraId="505A346E" w14:textId="77777777" w:rsidR="00056677" w:rsidRDefault="0092657D">
            <w:r>
              <w:t>возраст до 5 лет</w:t>
            </w:r>
          </w:p>
        </w:tc>
        <w:tc>
          <w:tcPr>
            <w:tcW w:w="0" w:type="auto"/>
            <w:shd w:val="clear" w:color="auto" w:fill="FFFFFF"/>
          </w:tcPr>
          <w:p w14:paraId="2F9A33CF" w14:textId="77777777" w:rsidR="00056677" w:rsidRDefault="0092657D">
            <w:r>
              <w:t>2</w:t>
            </w:r>
          </w:p>
        </w:tc>
        <w:tc>
          <w:tcPr>
            <w:tcW w:w="0" w:type="auto"/>
            <w:shd w:val="clear" w:color="auto" w:fill="FFFFFF"/>
          </w:tcPr>
          <w:p w14:paraId="49C2497E" w14:textId="77777777" w:rsidR="00056677" w:rsidRDefault="0092657D">
            <w:r>
              <w:t>798,00</w:t>
            </w:r>
          </w:p>
        </w:tc>
        <w:tc>
          <w:tcPr>
            <w:tcW w:w="0" w:type="auto"/>
            <w:shd w:val="clear" w:color="auto" w:fill="FFFFFF"/>
          </w:tcPr>
          <w:p w14:paraId="3D8A3094" w14:textId="77777777" w:rsidR="00056677" w:rsidRDefault="0092657D">
            <w:r>
              <w:t>3,6</w:t>
            </w:r>
          </w:p>
        </w:tc>
      </w:tr>
      <w:tr w:rsidR="00056677" w14:paraId="505796BA" w14:textId="77777777">
        <w:trPr>
          <w:cantSplit/>
        </w:trPr>
        <w:tc>
          <w:tcPr>
            <w:tcW w:w="0" w:type="auto"/>
            <w:shd w:val="clear" w:color="auto" w:fill="F2F2F2"/>
          </w:tcPr>
          <w:p w14:paraId="505BAC8A" w14:textId="77777777" w:rsidR="00056677" w:rsidRDefault="0092657D">
            <w:r>
              <w:t>возраст 10–15 лет</w:t>
            </w:r>
          </w:p>
        </w:tc>
        <w:tc>
          <w:tcPr>
            <w:tcW w:w="0" w:type="auto"/>
            <w:shd w:val="clear" w:color="auto" w:fill="FFFFFF"/>
          </w:tcPr>
          <w:p w14:paraId="67F71B59" w14:textId="77777777" w:rsidR="00056677" w:rsidRDefault="0092657D">
            <w:r>
              <w:t>81</w:t>
            </w:r>
          </w:p>
        </w:tc>
        <w:tc>
          <w:tcPr>
            <w:tcW w:w="0" w:type="auto"/>
            <w:shd w:val="clear" w:color="auto" w:fill="FFFFFF"/>
          </w:tcPr>
          <w:p w14:paraId="0DE110C8" w14:textId="77777777" w:rsidR="00056677" w:rsidRDefault="0092657D">
            <w:r>
              <w:t>2462,00</w:t>
            </w:r>
          </w:p>
        </w:tc>
        <w:tc>
          <w:tcPr>
            <w:tcW w:w="0" w:type="auto"/>
            <w:shd w:val="clear" w:color="auto" w:fill="FFFFFF"/>
          </w:tcPr>
          <w:p w14:paraId="0E4D8E45" w14:textId="77777777" w:rsidR="00056677" w:rsidRDefault="0092657D">
            <w:r>
              <w:t>11,2</w:t>
            </w:r>
          </w:p>
        </w:tc>
      </w:tr>
      <w:tr w:rsidR="00056677" w14:paraId="75876CF1" w14:textId="77777777">
        <w:trPr>
          <w:cantSplit/>
        </w:trPr>
        <w:tc>
          <w:tcPr>
            <w:tcW w:w="0" w:type="auto"/>
            <w:shd w:val="clear" w:color="auto" w:fill="F2F2F2"/>
          </w:tcPr>
          <w:p w14:paraId="4B3E371C" w14:textId="77777777" w:rsidR="00056677" w:rsidRDefault="0092657D">
            <w:r>
              <w:t>возраст 15–20 лет</w:t>
            </w:r>
          </w:p>
        </w:tc>
        <w:tc>
          <w:tcPr>
            <w:tcW w:w="0" w:type="auto"/>
            <w:shd w:val="clear" w:color="auto" w:fill="FFFFFF"/>
          </w:tcPr>
          <w:p w14:paraId="2CD50956" w14:textId="77777777" w:rsidR="00056677" w:rsidRDefault="0092657D">
            <w:r>
              <w:t>41</w:t>
            </w:r>
          </w:p>
        </w:tc>
        <w:tc>
          <w:tcPr>
            <w:tcW w:w="0" w:type="auto"/>
            <w:shd w:val="clear" w:color="auto" w:fill="FFFFFF"/>
          </w:tcPr>
          <w:p w14:paraId="03D3EBC2" w14:textId="77777777" w:rsidR="00056677" w:rsidRDefault="0092657D">
            <w:r>
              <w:t>1254,00</w:t>
            </w:r>
          </w:p>
        </w:tc>
        <w:tc>
          <w:tcPr>
            <w:tcW w:w="0" w:type="auto"/>
            <w:shd w:val="clear" w:color="auto" w:fill="FFFFFF"/>
          </w:tcPr>
          <w:p w14:paraId="740817D6" w14:textId="77777777" w:rsidR="00056677" w:rsidRDefault="0092657D">
            <w:r>
              <w:t>5,7</w:t>
            </w:r>
          </w:p>
        </w:tc>
      </w:tr>
      <w:tr w:rsidR="00056677" w14:paraId="2826B09E" w14:textId="77777777">
        <w:trPr>
          <w:cantSplit/>
        </w:trPr>
        <w:tc>
          <w:tcPr>
            <w:tcW w:w="0" w:type="auto"/>
            <w:shd w:val="clear" w:color="auto" w:fill="F2F2F2"/>
          </w:tcPr>
          <w:p w14:paraId="676B51A9" w14:textId="77777777" w:rsidR="00056677" w:rsidRDefault="0092657D">
            <w:r>
              <w:t>возраст 20–25 лет</w:t>
            </w:r>
          </w:p>
        </w:tc>
        <w:tc>
          <w:tcPr>
            <w:tcW w:w="0" w:type="auto"/>
            <w:shd w:val="clear" w:color="auto" w:fill="FFFFFF"/>
          </w:tcPr>
          <w:p w14:paraId="1B28A0D4" w14:textId="77777777" w:rsidR="00056677" w:rsidRDefault="0092657D">
            <w:r>
              <w:t>76</w:t>
            </w:r>
          </w:p>
        </w:tc>
        <w:tc>
          <w:tcPr>
            <w:tcW w:w="0" w:type="auto"/>
            <w:shd w:val="clear" w:color="auto" w:fill="FFFFFF"/>
          </w:tcPr>
          <w:p w14:paraId="00AEB618" w14:textId="77777777" w:rsidR="00056677" w:rsidRDefault="0092657D">
            <w:r>
              <w:t>2811,00</w:t>
            </w:r>
          </w:p>
        </w:tc>
        <w:tc>
          <w:tcPr>
            <w:tcW w:w="0" w:type="auto"/>
            <w:shd w:val="clear" w:color="auto" w:fill="FFFFFF"/>
          </w:tcPr>
          <w:p w14:paraId="498C585C" w14:textId="77777777" w:rsidR="00056677" w:rsidRDefault="0092657D">
            <w:r>
              <w:t>12,8</w:t>
            </w:r>
          </w:p>
        </w:tc>
      </w:tr>
      <w:tr w:rsidR="00056677" w14:paraId="6BE883DD" w14:textId="77777777">
        <w:trPr>
          <w:cantSplit/>
        </w:trPr>
        <w:tc>
          <w:tcPr>
            <w:tcW w:w="0" w:type="auto"/>
            <w:shd w:val="clear" w:color="auto" w:fill="F2F2F2"/>
          </w:tcPr>
          <w:p w14:paraId="6F52719E" w14:textId="77777777" w:rsidR="00056677" w:rsidRDefault="0092657D">
            <w:r>
              <w:t>возраст более 30 лет</w:t>
            </w:r>
          </w:p>
        </w:tc>
        <w:tc>
          <w:tcPr>
            <w:tcW w:w="0" w:type="auto"/>
            <w:shd w:val="clear" w:color="auto" w:fill="FFFFFF"/>
          </w:tcPr>
          <w:p w14:paraId="48DD9A88" w14:textId="77777777" w:rsidR="00056677" w:rsidRDefault="0092657D">
            <w:r>
              <w:t>317</w:t>
            </w:r>
          </w:p>
        </w:tc>
        <w:tc>
          <w:tcPr>
            <w:tcW w:w="0" w:type="auto"/>
            <w:shd w:val="clear" w:color="auto" w:fill="FFFFFF"/>
          </w:tcPr>
          <w:p w14:paraId="787E2F0A" w14:textId="77777777" w:rsidR="00056677" w:rsidRDefault="0092657D">
            <w:r>
              <w:t>14616,50</w:t>
            </w:r>
          </w:p>
        </w:tc>
        <w:tc>
          <w:tcPr>
            <w:tcW w:w="0" w:type="auto"/>
            <w:shd w:val="clear" w:color="auto" w:fill="FFFFFF"/>
          </w:tcPr>
          <w:p w14:paraId="1BDF9875" w14:textId="77777777" w:rsidR="00056677" w:rsidRDefault="0092657D">
            <w:r>
              <w:t>66,6</w:t>
            </w:r>
          </w:p>
        </w:tc>
      </w:tr>
      <w:tr w:rsidR="00056677" w14:paraId="03A370B1" w14:textId="77777777">
        <w:trPr>
          <w:cantSplit/>
        </w:trPr>
        <w:tc>
          <w:tcPr>
            <w:tcW w:w="0" w:type="auto"/>
            <w:shd w:val="clear" w:color="auto" w:fill="F2F2F2"/>
          </w:tcPr>
          <w:p w14:paraId="52179A70" w14:textId="77777777" w:rsidR="00056677" w:rsidRDefault="0092657D">
            <w:r>
              <w:t>прокладка бесканальная</w:t>
            </w:r>
          </w:p>
        </w:tc>
        <w:tc>
          <w:tcPr>
            <w:tcW w:w="0" w:type="auto"/>
            <w:shd w:val="clear" w:color="auto" w:fill="FFFFFF"/>
          </w:tcPr>
          <w:p w14:paraId="6E8C9CEA" w14:textId="77777777" w:rsidR="00056677" w:rsidRDefault="0092657D">
            <w:r>
              <w:t>283</w:t>
            </w:r>
          </w:p>
        </w:tc>
        <w:tc>
          <w:tcPr>
            <w:tcW w:w="0" w:type="auto"/>
            <w:shd w:val="clear" w:color="auto" w:fill="FFFFFF"/>
          </w:tcPr>
          <w:p w14:paraId="236CC23B" w14:textId="77777777" w:rsidR="00056677" w:rsidRDefault="0092657D">
            <w:r>
              <w:t>10959,00</w:t>
            </w:r>
          </w:p>
        </w:tc>
        <w:tc>
          <w:tcPr>
            <w:tcW w:w="0" w:type="auto"/>
            <w:shd w:val="clear" w:color="auto" w:fill="FFFFFF"/>
          </w:tcPr>
          <w:p w14:paraId="1E6429C7" w14:textId="77777777" w:rsidR="00056677" w:rsidRDefault="0092657D">
            <w:r>
              <w:t>49,9</w:t>
            </w:r>
          </w:p>
        </w:tc>
      </w:tr>
      <w:tr w:rsidR="00056677" w14:paraId="2C831EFE" w14:textId="77777777">
        <w:trPr>
          <w:cantSplit/>
        </w:trPr>
        <w:tc>
          <w:tcPr>
            <w:tcW w:w="0" w:type="auto"/>
            <w:shd w:val="clear" w:color="auto" w:fill="F2F2F2"/>
          </w:tcPr>
          <w:p w14:paraId="3026EF06" w14:textId="77777777" w:rsidR="00056677" w:rsidRDefault="0092657D">
            <w:r>
              <w:t>прокладка надземная</w:t>
            </w:r>
          </w:p>
        </w:tc>
        <w:tc>
          <w:tcPr>
            <w:tcW w:w="0" w:type="auto"/>
            <w:shd w:val="clear" w:color="auto" w:fill="FFFFFF"/>
          </w:tcPr>
          <w:p w14:paraId="60AC7FE9" w14:textId="77777777" w:rsidR="00056677" w:rsidRDefault="0092657D">
            <w:r>
              <w:t>156</w:t>
            </w:r>
          </w:p>
        </w:tc>
        <w:tc>
          <w:tcPr>
            <w:tcW w:w="0" w:type="auto"/>
            <w:shd w:val="clear" w:color="auto" w:fill="FFFFFF"/>
          </w:tcPr>
          <w:p w14:paraId="54B3F977" w14:textId="77777777" w:rsidR="00056677" w:rsidRDefault="0092657D">
            <w:r>
              <w:t>8715,00</w:t>
            </w:r>
          </w:p>
        </w:tc>
        <w:tc>
          <w:tcPr>
            <w:tcW w:w="0" w:type="auto"/>
            <w:shd w:val="clear" w:color="auto" w:fill="FFFFFF"/>
          </w:tcPr>
          <w:p w14:paraId="177632AF" w14:textId="77777777" w:rsidR="00056677" w:rsidRDefault="0092657D">
            <w:r>
              <w:t>39,7</w:t>
            </w:r>
          </w:p>
        </w:tc>
      </w:tr>
      <w:tr w:rsidR="00056677" w14:paraId="49D38C1F" w14:textId="77777777">
        <w:trPr>
          <w:cantSplit/>
        </w:trPr>
        <w:tc>
          <w:tcPr>
            <w:tcW w:w="0" w:type="auto"/>
            <w:shd w:val="clear" w:color="auto" w:fill="F2F2F2"/>
          </w:tcPr>
          <w:p w14:paraId="3D48D1B0" w14:textId="77777777" w:rsidR="00056677" w:rsidRDefault="0092657D">
            <w:r>
              <w:t>прокладка канальная</w:t>
            </w:r>
          </w:p>
        </w:tc>
        <w:tc>
          <w:tcPr>
            <w:tcW w:w="0" w:type="auto"/>
            <w:shd w:val="clear" w:color="auto" w:fill="FFFFFF"/>
          </w:tcPr>
          <w:p w14:paraId="2DA1177E" w14:textId="77777777" w:rsidR="00056677" w:rsidRDefault="0092657D">
            <w:r>
              <w:t>78</w:t>
            </w:r>
          </w:p>
        </w:tc>
        <w:tc>
          <w:tcPr>
            <w:tcW w:w="0" w:type="auto"/>
            <w:shd w:val="clear" w:color="auto" w:fill="FFFFFF"/>
          </w:tcPr>
          <w:p w14:paraId="180F0C5A" w14:textId="77777777" w:rsidR="00056677" w:rsidRDefault="0092657D">
            <w:r>
              <w:t>2267,50</w:t>
            </w:r>
          </w:p>
        </w:tc>
        <w:tc>
          <w:tcPr>
            <w:tcW w:w="0" w:type="auto"/>
            <w:shd w:val="clear" w:color="auto" w:fill="FFFFFF"/>
          </w:tcPr>
          <w:p w14:paraId="1459886D" w14:textId="77777777" w:rsidR="00056677" w:rsidRDefault="0092657D">
            <w:r>
              <w:t>10,3</w:t>
            </w:r>
          </w:p>
        </w:tc>
      </w:tr>
    </w:tbl>
    <w:p w14:paraId="53B368E3" w14:textId="77777777" w:rsidR="00056677" w:rsidRPr="000C24CF" w:rsidRDefault="0092657D">
      <w:pPr>
        <w:pStyle w:val="31"/>
        <w:rPr>
          <w:sz w:val="28"/>
          <w:szCs w:val="28"/>
        </w:rPr>
      </w:pPr>
      <w:r w:rsidRPr="000C24CF">
        <w:rPr>
          <w:sz w:val="28"/>
          <w:szCs w:val="28"/>
        </w:rPr>
        <w:t>6.10.3. Темиртауское ГП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786"/>
        <w:gridCol w:w="1564"/>
        <w:gridCol w:w="3714"/>
        <w:gridCol w:w="1425"/>
      </w:tblGrid>
      <w:tr w:rsidR="00056677" w14:paraId="207A7ADD" w14:textId="77777777">
        <w:trPr>
          <w:cantSplit/>
          <w:tblHeader/>
        </w:trPr>
        <w:tc>
          <w:tcPr>
            <w:tcW w:w="0" w:type="auto"/>
            <w:shd w:val="clear" w:color="auto" w:fill="E2F0D9"/>
          </w:tcPr>
          <w:p w14:paraId="24CBAE53" w14:textId="77777777" w:rsidR="00056677" w:rsidRDefault="0092657D">
            <w:pPr>
              <w:jc w:val="center"/>
            </w:pPr>
            <w:r>
              <w:rPr>
                <w:b/>
              </w:rPr>
              <w:t>Признак</w:t>
            </w:r>
          </w:p>
        </w:tc>
        <w:tc>
          <w:tcPr>
            <w:tcW w:w="0" w:type="auto"/>
            <w:shd w:val="clear" w:color="auto" w:fill="E2F0D9"/>
          </w:tcPr>
          <w:p w14:paraId="34EB622C" w14:textId="77777777" w:rsidR="00056677" w:rsidRDefault="0092657D">
            <w:pPr>
              <w:jc w:val="center"/>
            </w:pPr>
            <w:r>
              <w:rPr>
                <w:b/>
              </w:rPr>
              <w:t>Значение</w:t>
            </w:r>
          </w:p>
        </w:tc>
        <w:tc>
          <w:tcPr>
            <w:tcW w:w="0" w:type="auto"/>
            <w:shd w:val="clear" w:color="auto" w:fill="E2F0D9"/>
          </w:tcPr>
          <w:p w14:paraId="4521F86B" w14:textId="77777777" w:rsidR="00056677" w:rsidRPr="00844B84" w:rsidRDefault="0092657D">
            <w:pPr>
              <w:jc w:val="center"/>
              <w:rPr>
                <w:lang w:val="ru-RU"/>
              </w:rPr>
            </w:pPr>
            <w:r w:rsidRPr="00844B84">
              <w:rPr>
                <w:b/>
                <w:lang w:val="ru-RU"/>
              </w:rPr>
              <w:t>Длина по оси трассы, м</w:t>
            </w:r>
          </w:p>
        </w:tc>
        <w:tc>
          <w:tcPr>
            <w:tcW w:w="0" w:type="auto"/>
            <w:shd w:val="clear" w:color="auto" w:fill="E2F0D9"/>
          </w:tcPr>
          <w:p w14:paraId="4343F0D2" w14:textId="77777777" w:rsidR="00056677" w:rsidRDefault="0092657D">
            <w:pPr>
              <w:jc w:val="center"/>
            </w:pPr>
            <w:r>
              <w:rPr>
                <w:b/>
              </w:rPr>
              <w:t>Доля, %</w:t>
            </w:r>
          </w:p>
        </w:tc>
      </w:tr>
      <w:tr w:rsidR="00056677" w14:paraId="4B054FA1" w14:textId="77777777">
        <w:trPr>
          <w:cantSplit/>
        </w:trPr>
        <w:tc>
          <w:tcPr>
            <w:tcW w:w="0" w:type="auto"/>
            <w:shd w:val="clear" w:color="auto" w:fill="F2F2F2"/>
          </w:tcPr>
          <w:p w14:paraId="15C82A35" w14:textId="77777777" w:rsidR="00056677" w:rsidRDefault="0092657D">
            <w:r>
              <w:t>Систем теплоснабжения</w:t>
            </w:r>
          </w:p>
        </w:tc>
        <w:tc>
          <w:tcPr>
            <w:tcW w:w="0" w:type="auto"/>
            <w:shd w:val="clear" w:color="auto" w:fill="FFFFFF"/>
          </w:tcPr>
          <w:p w14:paraId="3B07F664" w14:textId="77777777" w:rsidR="00056677" w:rsidRDefault="0092657D">
            <w:r>
              <w:t>1</w:t>
            </w:r>
          </w:p>
        </w:tc>
        <w:tc>
          <w:tcPr>
            <w:tcW w:w="0" w:type="auto"/>
            <w:shd w:val="clear" w:color="auto" w:fill="FFFFFF"/>
          </w:tcPr>
          <w:p w14:paraId="3B842A94" w14:textId="77777777" w:rsidR="00056677" w:rsidRDefault="0092657D">
            <w:r>
              <w:t>—</w:t>
            </w:r>
          </w:p>
        </w:tc>
        <w:tc>
          <w:tcPr>
            <w:tcW w:w="0" w:type="auto"/>
            <w:shd w:val="clear" w:color="auto" w:fill="FFFFFF"/>
          </w:tcPr>
          <w:p w14:paraId="586237D8" w14:textId="77777777" w:rsidR="00056677" w:rsidRDefault="0092657D">
            <w:r>
              <w:t>—</w:t>
            </w:r>
          </w:p>
        </w:tc>
      </w:tr>
      <w:tr w:rsidR="00056677" w14:paraId="788B43C6" w14:textId="77777777">
        <w:trPr>
          <w:cantSplit/>
        </w:trPr>
        <w:tc>
          <w:tcPr>
            <w:tcW w:w="0" w:type="auto"/>
            <w:shd w:val="clear" w:color="auto" w:fill="F2F2F2"/>
          </w:tcPr>
          <w:p w14:paraId="25CCBE7D" w14:textId="77777777" w:rsidR="00056677" w:rsidRDefault="0092657D">
            <w:r>
              <w:t>Участков тепловых сетей</w:t>
            </w:r>
          </w:p>
        </w:tc>
        <w:tc>
          <w:tcPr>
            <w:tcW w:w="0" w:type="auto"/>
            <w:shd w:val="clear" w:color="auto" w:fill="FFFFFF"/>
          </w:tcPr>
          <w:p w14:paraId="3AB48393" w14:textId="77777777" w:rsidR="00056677" w:rsidRDefault="0092657D">
            <w:r>
              <w:t>43</w:t>
            </w:r>
          </w:p>
        </w:tc>
        <w:tc>
          <w:tcPr>
            <w:tcW w:w="0" w:type="auto"/>
            <w:shd w:val="clear" w:color="auto" w:fill="FFFFFF"/>
          </w:tcPr>
          <w:p w14:paraId="3A2860CA" w14:textId="77777777" w:rsidR="00056677" w:rsidRDefault="0092657D">
            <w:r>
              <w:t>11486,00</w:t>
            </w:r>
          </w:p>
        </w:tc>
        <w:tc>
          <w:tcPr>
            <w:tcW w:w="0" w:type="auto"/>
            <w:shd w:val="clear" w:color="auto" w:fill="FFFFFF"/>
          </w:tcPr>
          <w:p w14:paraId="3A15FCAD" w14:textId="77777777" w:rsidR="00056677" w:rsidRDefault="0092657D">
            <w:r>
              <w:t>100,0</w:t>
            </w:r>
          </w:p>
        </w:tc>
      </w:tr>
      <w:tr w:rsidR="00056677" w14:paraId="667F0FC3" w14:textId="77777777">
        <w:trPr>
          <w:cantSplit/>
        </w:trPr>
        <w:tc>
          <w:tcPr>
            <w:tcW w:w="0" w:type="auto"/>
            <w:shd w:val="clear" w:color="auto" w:fill="F2F2F2"/>
          </w:tcPr>
          <w:p w14:paraId="11B3F559" w14:textId="77777777" w:rsidR="00056677" w:rsidRDefault="0092657D">
            <w:r>
              <w:t>возраст 10–15 лет</w:t>
            </w:r>
          </w:p>
        </w:tc>
        <w:tc>
          <w:tcPr>
            <w:tcW w:w="0" w:type="auto"/>
            <w:shd w:val="clear" w:color="auto" w:fill="FFFFFF"/>
          </w:tcPr>
          <w:p w14:paraId="3FD818E5" w14:textId="77777777" w:rsidR="00056677" w:rsidRDefault="0092657D">
            <w:r>
              <w:t>1</w:t>
            </w:r>
          </w:p>
        </w:tc>
        <w:tc>
          <w:tcPr>
            <w:tcW w:w="0" w:type="auto"/>
            <w:shd w:val="clear" w:color="auto" w:fill="FFFFFF"/>
          </w:tcPr>
          <w:p w14:paraId="603FE08E" w14:textId="77777777" w:rsidR="00056677" w:rsidRDefault="0092657D">
            <w:r>
              <w:t>130,00</w:t>
            </w:r>
          </w:p>
        </w:tc>
        <w:tc>
          <w:tcPr>
            <w:tcW w:w="0" w:type="auto"/>
            <w:shd w:val="clear" w:color="auto" w:fill="FFFFFF"/>
          </w:tcPr>
          <w:p w14:paraId="0D969FD9" w14:textId="77777777" w:rsidR="00056677" w:rsidRDefault="0092657D">
            <w:r>
              <w:t>1,1</w:t>
            </w:r>
          </w:p>
        </w:tc>
      </w:tr>
      <w:tr w:rsidR="00056677" w14:paraId="1537FA9A" w14:textId="77777777">
        <w:trPr>
          <w:cantSplit/>
        </w:trPr>
        <w:tc>
          <w:tcPr>
            <w:tcW w:w="0" w:type="auto"/>
            <w:shd w:val="clear" w:color="auto" w:fill="F2F2F2"/>
          </w:tcPr>
          <w:p w14:paraId="338C9411" w14:textId="77777777" w:rsidR="00056677" w:rsidRDefault="0092657D">
            <w:r>
              <w:t>возраст 15–20 лет</w:t>
            </w:r>
          </w:p>
        </w:tc>
        <w:tc>
          <w:tcPr>
            <w:tcW w:w="0" w:type="auto"/>
            <w:shd w:val="clear" w:color="auto" w:fill="FFFFFF"/>
          </w:tcPr>
          <w:p w14:paraId="33191D0E" w14:textId="77777777" w:rsidR="00056677" w:rsidRDefault="0092657D">
            <w:r>
              <w:t>2</w:t>
            </w:r>
          </w:p>
        </w:tc>
        <w:tc>
          <w:tcPr>
            <w:tcW w:w="0" w:type="auto"/>
            <w:shd w:val="clear" w:color="auto" w:fill="FFFFFF"/>
          </w:tcPr>
          <w:p w14:paraId="657C637F" w14:textId="77777777" w:rsidR="00056677" w:rsidRDefault="0092657D">
            <w:r>
              <w:t>445,00</w:t>
            </w:r>
          </w:p>
        </w:tc>
        <w:tc>
          <w:tcPr>
            <w:tcW w:w="0" w:type="auto"/>
            <w:shd w:val="clear" w:color="auto" w:fill="FFFFFF"/>
          </w:tcPr>
          <w:p w14:paraId="7001EEED" w14:textId="77777777" w:rsidR="00056677" w:rsidRDefault="0092657D">
            <w:r>
              <w:t>3,9</w:t>
            </w:r>
          </w:p>
        </w:tc>
      </w:tr>
      <w:tr w:rsidR="00056677" w14:paraId="738F1D48" w14:textId="77777777">
        <w:trPr>
          <w:cantSplit/>
        </w:trPr>
        <w:tc>
          <w:tcPr>
            <w:tcW w:w="0" w:type="auto"/>
            <w:shd w:val="clear" w:color="auto" w:fill="F2F2F2"/>
          </w:tcPr>
          <w:p w14:paraId="1F95AD34" w14:textId="77777777" w:rsidR="00056677" w:rsidRDefault="0092657D">
            <w:r>
              <w:t>возраст 20–25 лет</w:t>
            </w:r>
          </w:p>
        </w:tc>
        <w:tc>
          <w:tcPr>
            <w:tcW w:w="0" w:type="auto"/>
            <w:shd w:val="clear" w:color="auto" w:fill="FFFFFF"/>
          </w:tcPr>
          <w:p w14:paraId="4C2273C4" w14:textId="77777777" w:rsidR="00056677" w:rsidRDefault="0092657D">
            <w:r>
              <w:t>2</w:t>
            </w:r>
          </w:p>
        </w:tc>
        <w:tc>
          <w:tcPr>
            <w:tcW w:w="0" w:type="auto"/>
            <w:shd w:val="clear" w:color="auto" w:fill="FFFFFF"/>
          </w:tcPr>
          <w:p w14:paraId="60BFF1CE" w14:textId="77777777" w:rsidR="00056677" w:rsidRDefault="0092657D">
            <w:r>
              <w:t>360,00</w:t>
            </w:r>
          </w:p>
        </w:tc>
        <w:tc>
          <w:tcPr>
            <w:tcW w:w="0" w:type="auto"/>
            <w:shd w:val="clear" w:color="auto" w:fill="FFFFFF"/>
          </w:tcPr>
          <w:p w14:paraId="3EAC503E" w14:textId="77777777" w:rsidR="00056677" w:rsidRDefault="0092657D">
            <w:r>
              <w:t>3,1</w:t>
            </w:r>
          </w:p>
        </w:tc>
      </w:tr>
      <w:tr w:rsidR="00056677" w14:paraId="2329E7D3" w14:textId="77777777">
        <w:trPr>
          <w:cantSplit/>
        </w:trPr>
        <w:tc>
          <w:tcPr>
            <w:tcW w:w="0" w:type="auto"/>
            <w:shd w:val="clear" w:color="auto" w:fill="F2F2F2"/>
          </w:tcPr>
          <w:p w14:paraId="54634D4A" w14:textId="77777777" w:rsidR="00056677" w:rsidRDefault="0092657D">
            <w:r>
              <w:t>возраст 25–30 лет</w:t>
            </w:r>
          </w:p>
        </w:tc>
        <w:tc>
          <w:tcPr>
            <w:tcW w:w="0" w:type="auto"/>
            <w:shd w:val="clear" w:color="auto" w:fill="FFFFFF"/>
          </w:tcPr>
          <w:p w14:paraId="0098ECB9" w14:textId="77777777" w:rsidR="00056677" w:rsidRDefault="0092657D">
            <w:r>
              <w:t>4</w:t>
            </w:r>
          </w:p>
        </w:tc>
        <w:tc>
          <w:tcPr>
            <w:tcW w:w="0" w:type="auto"/>
            <w:shd w:val="clear" w:color="auto" w:fill="FFFFFF"/>
          </w:tcPr>
          <w:p w14:paraId="05BE2AB6" w14:textId="77777777" w:rsidR="00056677" w:rsidRDefault="0092657D">
            <w:r>
              <w:t>300,00</w:t>
            </w:r>
          </w:p>
        </w:tc>
        <w:tc>
          <w:tcPr>
            <w:tcW w:w="0" w:type="auto"/>
            <w:shd w:val="clear" w:color="auto" w:fill="FFFFFF"/>
          </w:tcPr>
          <w:p w14:paraId="6B792FC1" w14:textId="77777777" w:rsidR="00056677" w:rsidRDefault="0092657D">
            <w:r>
              <w:t>2,6</w:t>
            </w:r>
          </w:p>
        </w:tc>
      </w:tr>
      <w:tr w:rsidR="00056677" w14:paraId="511E9ED1" w14:textId="77777777">
        <w:trPr>
          <w:cantSplit/>
        </w:trPr>
        <w:tc>
          <w:tcPr>
            <w:tcW w:w="0" w:type="auto"/>
            <w:shd w:val="clear" w:color="auto" w:fill="F2F2F2"/>
          </w:tcPr>
          <w:p w14:paraId="19AF42AD" w14:textId="77777777" w:rsidR="00056677" w:rsidRDefault="0092657D">
            <w:r>
              <w:t>возраст более 30 лет</w:t>
            </w:r>
          </w:p>
        </w:tc>
        <w:tc>
          <w:tcPr>
            <w:tcW w:w="0" w:type="auto"/>
            <w:shd w:val="clear" w:color="auto" w:fill="FFFFFF"/>
          </w:tcPr>
          <w:p w14:paraId="739DA316" w14:textId="77777777" w:rsidR="00056677" w:rsidRDefault="0092657D">
            <w:r>
              <w:t>34</w:t>
            </w:r>
          </w:p>
        </w:tc>
        <w:tc>
          <w:tcPr>
            <w:tcW w:w="0" w:type="auto"/>
            <w:shd w:val="clear" w:color="auto" w:fill="FFFFFF"/>
          </w:tcPr>
          <w:p w14:paraId="018684B2" w14:textId="77777777" w:rsidR="00056677" w:rsidRDefault="0092657D">
            <w:r>
              <w:t>10251,00</w:t>
            </w:r>
          </w:p>
        </w:tc>
        <w:tc>
          <w:tcPr>
            <w:tcW w:w="0" w:type="auto"/>
            <w:shd w:val="clear" w:color="auto" w:fill="FFFFFF"/>
          </w:tcPr>
          <w:p w14:paraId="209D6454" w14:textId="77777777" w:rsidR="00056677" w:rsidRDefault="0092657D">
            <w:r>
              <w:t>89,2</w:t>
            </w:r>
          </w:p>
        </w:tc>
      </w:tr>
      <w:tr w:rsidR="00056677" w14:paraId="2ADAEC5E" w14:textId="77777777">
        <w:trPr>
          <w:cantSplit/>
        </w:trPr>
        <w:tc>
          <w:tcPr>
            <w:tcW w:w="0" w:type="auto"/>
            <w:shd w:val="clear" w:color="auto" w:fill="F2F2F2"/>
          </w:tcPr>
          <w:p w14:paraId="1EBF9507" w14:textId="77777777" w:rsidR="00056677" w:rsidRDefault="0092657D">
            <w:r>
              <w:t>прокладка надземная</w:t>
            </w:r>
          </w:p>
        </w:tc>
        <w:tc>
          <w:tcPr>
            <w:tcW w:w="0" w:type="auto"/>
            <w:shd w:val="clear" w:color="auto" w:fill="FFFFFF"/>
          </w:tcPr>
          <w:p w14:paraId="36C4E84A" w14:textId="77777777" w:rsidR="00056677" w:rsidRDefault="0092657D">
            <w:r>
              <w:t>22</w:t>
            </w:r>
          </w:p>
        </w:tc>
        <w:tc>
          <w:tcPr>
            <w:tcW w:w="0" w:type="auto"/>
            <w:shd w:val="clear" w:color="auto" w:fill="FFFFFF"/>
          </w:tcPr>
          <w:p w14:paraId="3B1021F2" w14:textId="77777777" w:rsidR="00056677" w:rsidRDefault="0092657D">
            <w:r>
              <w:t>7800,00</w:t>
            </w:r>
          </w:p>
        </w:tc>
        <w:tc>
          <w:tcPr>
            <w:tcW w:w="0" w:type="auto"/>
            <w:shd w:val="clear" w:color="auto" w:fill="FFFFFF"/>
          </w:tcPr>
          <w:p w14:paraId="74F30A31" w14:textId="77777777" w:rsidR="00056677" w:rsidRDefault="0092657D">
            <w:r>
              <w:t>67,9</w:t>
            </w:r>
          </w:p>
        </w:tc>
      </w:tr>
      <w:tr w:rsidR="00056677" w14:paraId="15496A7B" w14:textId="77777777">
        <w:trPr>
          <w:cantSplit/>
        </w:trPr>
        <w:tc>
          <w:tcPr>
            <w:tcW w:w="0" w:type="auto"/>
            <w:shd w:val="clear" w:color="auto" w:fill="F2F2F2"/>
          </w:tcPr>
          <w:p w14:paraId="2BAAA1A6" w14:textId="77777777" w:rsidR="00056677" w:rsidRDefault="0092657D">
            <w:r>
              <w:t>прокладка канальная</w:t>
            </w:r>
          </w:p>
        </w:tc>
        <w:tc>
          <w:tcPr>
            <w:tcW w:w="0" w:type="auto"/>
            <w:shd w:val="clear" w:color="auto" w:fill="FFFFFF"/>
          </w:tcPr>
          <w:p w14:paraId="4C082C6E" w14:textId="77777777" w:rsidR="00056677" w:rsidRDefault="0092657D">
            <w:r>
              <w:t>21</w:t>
            </w:r>
          </w:p>
        </w:tc>
        <w:tc>
          <w:tcPr>
            <w:tcW w:w="0" w:type="auto"/>
            <w:shd w:val="clear" w:color="auto" w:fill="FFFFFF"/>
          </w:tcPr>
          <w:p w14:paraId="709D4A9B" w14:textId="77777777" w:rsidR="00056677" w:rsidRDefault="0092657D">
            <w:r>
              <w:t>3686,00</w:t>
            </w:r>
          </w:p>
        </w:tc>
        <w:tc>
          <w:tcPr>
            <w:tcW w:w="0" w:type="auto"/>
            <w:shd w:val="clear" w:color="auto" w:fill="FFFFFF"/>
          </w:tcPr>
          <w:p w14:paraId="5D44038F" w14:textId="77777777" w:rsidR="00056677" w:rsidRDefault="0092657D">
            <w:r>
              <w:t>32,1</w:t>
            </w:r>
          </w:p>
        </w:tc>
      </w:tr>
    </w:tbl>
    <w:p w14:paraId="3C86A8E1" w14:textId="77777777" w:rsidR="00056677" w:rsidRPr="000C24CF" w:rsidRDefault="0092657D">
      <w:pPr>
        <w:pStyle w:val="31"/>
        <w:rPr>
          <w:sz w:val="28"/>
          <w:szCs w:val="28"/>
        </w:rPr>
      </w:pPr>
      <w:r w:rsidRPr="000C24CF">
        <w:rPr>
          <w:sz w:val="28"/>
          <w:szCs w:val="28"/>
        </w:rPr>
        <w:t>6.10.4. Казское ГП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786"/>
        <w:gridCol w:w="1564"/>
        <w:gridCol w:w="3714"/>
        <w:gridCol w:w="1425"/>
      </w:tblGrid>
      <w:tr w:rsidR="00056677" w14:paraId="14988212" w14:textId="77777777">
        <w:trPr>
          <w:cantSplit/>
          <w:tblHeader/>
        </w:trPr>
        <w:tc>
          <w:tcPr>
            <w:tcW w:w="0" w:type="auto"/>
            <w:shd w:val="clear" w:color="auto" w:fill="E2F0D9"/>
          </w:tcPr>
          <w:p w14:paraId="1509A26C" w14:textId="77777777" w:rsidR="00056677" w:rsidRDefault="0092657D">
            <w:pPr>
              <w:jc w:val="center"/>
            </w:pPr>
            <w:r>
              <w:rPr>
                <w:b/>
              </w:rPr>
              <w:t>Признак</w:t>
            </w:r>
          </w:p>
        </w:tc>
        <w:tc>
          <w:tcPr>
            <w:tcW w:w="0" w:type="auto"/>
            <w:shd w:val="clear" w:color="auto" w:fill="E2F0D9"/>
          </w:tcPr>
          <w:p w14:paraId="2DA8C52E" w14:textId="77777777" w:rsidR="00056677" w:rsidRDefault="0092657D">
            <w:pPr>
              <w:jc w:val="center"/>
            </w:pPr>
            <w:r>
              <w:rPr>
                <w:b/>
              </w:rPr>
              <w:t>Значение</w:t>
            </w:r>
          </w:p>
        </w:tc>
        <w:tc>
          <w:tcPr>
            <w:tcW w:w="0" w:type="auto"/>
            <w:shd w:val="clear" w:color="auto" w:fill="E2F0D9"/>
          </w:tcPr>
          <w:p w14:paraId="3EA1352D" w14:textId="77777777" w:rsidR="00056677" w:rsidRPr="00844B84" w:rsidRDefault="0092657D">
            <w:pPr>
              <w:jc w:val="center"/>
              <w:rPr>
                <w:lang w:val="ru-RU"/>
              </w:rPr>
            </w:pPr>
            <w:r w:rsidRPr="00844B84">
              <w:rPr>
                <w:b/>
                <w:lang w:val="ru-RU"/>
              </w:rPr>
              <w:t>Длина по оси трассы, м</w:t>
            </w:r>
          </w:p>
        </w:tc>
        <w:tc>
          <w:tcPr>
            <w:tcW w:w="0" w:type="auto"/>
            <w:shd w:val="clear" w:color="auto" w:fill="E2F0D9"/>
          </w:tcPr>
          <w:p w14:paraId="4981D36B" w14:textId="77777777" w:rsidR="00056677" w:rsidRDefault="0092657D">
            <w:pPr>
              <w:jc w:val="center"/>
            </w:pPr>
            <w:r>
              <w:rPr>
                <w:b/>
              </w:rPr>
              <w:t>Доля, %</w:t>
            </w:r>
          </w:p>
        </w:tc>
      </w:tr>
      <w:tr w:rsidR="00056677" w14:paraId="6AB031C7" w14:textId="77777777">
        <w:trPr>
          <w:cantSplit/>
        </w:trPr>
        <w:tc>
          <w:tcPr>
            <w:tcW w:w="0" w:type="auto"/>
            <w:shd w:val="clear" w:color="auto" w:fill="F2F2F2"/>
          </w:tcPr>
          <w:p w14:paraId="39C2A9FB" w14:textId="77777777" w:rsidR="00056677" w:rsidRDefault="0092657D">
            <w:r>
              <w:t>Систем теплоснабжения</w:t>
            </w:r>
          </w:p>
        </w:tc>
        <w:tc>
          <w:tcPr>
            <w:tcW w:w="0" w:type="auto"/>
            <w:shd w:val="clear" w:color="auto" w:fill="FFFFFF"/>
          </w:tcPr>
          <w:p w14:paraId="7BFFD9EC" w14:textId="77777777" w:rsidR="00056677" w:rsidRDefault="0092657D">
            <w:r>
              <w:t>1</w:t>
            </w:r>
          </w:p>
        </w:tc>
        <w:tc>
          <w:tcPr>
            <w:tcW w:w="0" w:type="auto"/>
            <w:shd w:val="clear" w:color="auto" w:fill="FFFFFF"/>
          </w:tcPr>
          <w:p w14:paraId="2158277A" w14:textId="77777777" w:rsidR="00056677" w:rsidRDefault="0092657D">
            <w:r>
              <w:t>—</w:t>
            </w:r>
          </w:p>
        </w:tc>
        <w:tc>
          <w:tcPr>
            <w:tcW w:w="0" w:type="auto"/>
            <w:shd w:val="clear" w:color="auto" w:fill="FFFFFF"/>
          </w:tcPr>
          <w:p w14:paraId="4DEF26CC" w14:textId="77777777" w:rsidR="00056677" w:rsidRDefault="0092657D">
            <w:r>
              <w:t>—</w:t>
            </w:r>
          </w:p>
        </w:tc>
      </w:tr>
      <w:tr w:rsidR="00056677" w14:paraId="4FAF922B" w14:textId="77777777">
        <w:trPr>
          <w:cantSplit/>
        </w:trPr>
        <w:tc>
          <w:tcPr>
            <w:tcW w:w="0" w:type="auto"/>
            <w:shd w:val="clear" w:color="auto" w:fill="F2F2F2"/>
          </w:tcPr>
          <w:p w14:paraId="04729F0D" w14:textId="77777777" w:rsidR="00056677" w:rsidRDefault="0092657D">
            <w:r>
              <w:t>Участков тепловых сетей</w:t>
            </w:r>
          </w:p>
        </w:tc>
        <w:tc>
          <w:tcPr>
            <w:tcW w:w="0" w:type="auto"/>
            <w:shd w:val="clear" w:color="auto" w:fill="FFFFFF"/>
          </w:tcPr>
          <w:p w14:paraId="3C4C5D96" w14:textId="77777777" w:rsidR="00056677" w:rsidRDefault="0092657D">
            <w:r>
              <w:t>109</w:t>
            </w:r>
          </w:p>
        </w:tc>
        <w:tc>
          <w:tcPr>
            <w:tcW w:w="0" w:type="auto"/>
            <w:shd w:val="clear" w:color="auto" w:fill="FFFFFF"/>
          </w:tcPr>
          <w:p w14:paraId="58AF0F3E" w14:textId="77777777" w:rsidR="00056677" w:rsidRDefault="0092657D">
            <w:r>
              <w:t>11317,50</w:t>
            </w:r>
          </w:p>
        </w:tc>
        <w:tc>
          <w:tcPr>
            <w:tcW w:w="0" w:type="auto"/>
            <w:shd w:val="clear" w:color="auto" w:fill="FFFFFF"/>
          </w:tcPr>
          <w:p w14:paraId="4EE8AFDD" w14:textId="77777777" w:rsidR="00056677" w:rsidRDefault="0092657D">
            <w:r>
              <w:t>100,0</w:t>
            </w:r>
          </w:p>
        </w:tc>
      </w:tr>
      <w:tr w:rsidR="00056677" w14:paraId="525D9293" w14:textId="77777777">
        <w:trPr>
          <w:cantSplit/>
        </w:trPr>
        <w:tc>
          <w:tcPr>
            <w:tcW w:w="0" w:type="auto"/>
            <w:shd w:val="clear" w:color="auto" w:fill="F2F2F2"/>
          </w:tcPr>
          <w:p w14:paraId="1D875025" w14:textId="77777777" w:rsidR="00056677" w:rsidRDefault="0092657D">
            <w:r>
              <w:t>возраст 10–15 лет</w:t>
            </w:r>
          </w:p>
        </w:tc>
        <w:tc>
          <w:tcPr>
            <w:tcW w:w="0" w:type="auto"/>
            <w:shd w:val="clear" w:color="auto" w:fill="FFFFFF"/>
          </w:tcPr>
          <w:p w14:paraId="6B1A4AB8" w14:textId="77777777" w:rsidR="00056677" w:rsidRDefault="0092657D">
            <w:r>
              <w:t>43</w:t>
            </w:r>
          </w:p>
        </w:tc>
        <w:tc>
          <w:tcPr>
            <w:tcW w:w="0" w:type="auto"/>
            <w:shd w:val="clear" w:color="auto" w:fill="FFFFFF"/>
          </w:tcPr>
          <w:p w14:paraId="6AB16648" w14:textId="77777777" w:rsidR="00056677" w:rsidRDefault="0092657D">
            <w:r>
              <w:t>3412,00</w:t>
            </w:r>
          </w:p>
        </w:tc>
        <w:tc>
          <w:tcPr>
            <w:tcW w:w="0" w:type="auto"/>
            <w:shd w:val="clear" w:color="auto" w:fill="FFFFFF"/>
          </w:tcPr>
          <w:p w14:paraId="32ADD8A9" w14:textId="77777777" w:rsidR="00056677" w:rsidRDefault="0092657D">
            <w:r>
              <w:t>30,1</w:t>
            </w:r>
          </w:p>
        </w:tc>
      </w:tr>
      <w:tr w:rsidR="00056677" w14:paraId="02B6E9DA" w14:textId="77777777">
        <w:trPr>
          <w:cantSplit/>
        </w:trPr>
        <w:tc>
          <w:tcPr>
            <w:tcW w:w="0" w:type="auto"/>
            <w:shd w:val="clear" w:color="auto" w:fill="F2F2F2"/>
          </w:tcPr>
          <w:p w14:paraId="6ACD00AB" w14:textId="77777777" w:rsidR="00056677" w:rsidRDefault="0092657D">
            <w:r>
              <w:t>возраст 15–20 лет</w:t>
            </w:r>
          </w:p>
        </w:tc>
        <w:tc>
          <w:tcPr>
            <w:tcW w:w="0" w:type="auto"/>
            <w:shd w:val="clear" w:color="auto" w:fill="FFFFFF"/>
          </w:tcPr>
          <w:p w14:paraId="559F9635" w14:textId="77777777" w:rsidR="00056677" w:rsidRDefault="0092657D">
            <w:r>
              <w:t>16</w:t>
            </w:r>
          </w:p>
        </w:tc>
        <w:tc>
          <w:tcPr>
            <w:tcW w:w="0" w:type="auto"/>
            <w:shd w:val="clear" w:color="auto" w:fill="FFFFFF"/>
          </w:tcPr>
          <w:p w14:paraId="66525348" w14:textId="77777777" w:rsidR="00056677" w:rsidRDefault="0092657D">
            <w:r>
              <w:t>487,00</w:t>
            </w:r>
          </w:p>
        </w:tc>
        <w:tc>
          <w:tcPr>
            <w:tcW w:w="0" w:type="auto"/>
            <w:shd w:val="clear" w:color="auto" w:fill="FFFFFF"/>
          </w:tcPr>
          <w:p w14:paraId="7F51DDCC" w14:textId="77777777" w:rsidR="00056677" w:rsidRDefault="0092657D">
            <w:r>
              <w:t>4,3</w:t>
            </w:r>
          </w:p>
        </w:tc>
      </w:tr>
      <w:tr w:rsidR="00056677" w14:paraId="2CA445B9" w14:textId="77777777">
        <w:trPr>
          <w:cantSplit/>
        </w:trPr>
        <w:tc>
          <w:tcPr>
            <w:tcW w:w="0" w:type="auto"/>
            <w:shd w:val="clear" w:color="auto" w:fill="F2F2F2"/>
          </w:tcPr>
          <w:p w14:paraId="3E3604B8" w14:textId="77777777" w:rsidR="00056677" w:rsidRDefault="0092657D">
            <w:r>
              <w:t>возраст 25–30 лет</w:t>
            </w:r>
          </w:p>
        </w:tc>
        <w:tc>
          <w:tcPr>
            <w:tcW w:w="0" w:type="auto"/>
            <w:shd w:val="clear" w:color="auto" w:fill="FFFFFF"/>
          </w:tcPr>
          <w:p w14:paraId="395FED59" w14:textId="77777777" w:rsidR="00056677" w:rsidRDefault="0092657D">
            <w:r>
              <w:t>2</w:t>
            </w:r>
          </w:p>
        </w:tc>
        <w:tc>
          <w:tcPr>
            <w:tcW w:w="0" w:type="auto"/>
            <w:shd w:val="clear" w:color="auto" w:fill="FFFFFF"/>
          </w:tcPr>
          <w:p w14:paraId="30214C65" w14:textId="77777777" w:rsidR="00056677" w:rsidRDefault="0092657D">
            <w:r>
              <w:t>25,00</w:t>
            </w:r>
          </w:p>
        </w:tc>
        <w:tc>
          <w:tcPr>
            <w:tcW w:w="0" w:type="auto"/>
            <w:shd w:val="clear" w:color="auto" w:fill="FFFFFF"/>
          </w:tcPr>
          <w:p w14:paraId="087C8919" w14:textId="77777777" w:rsidR="00056677" w:rsidRDefault="0092657D">
            <w:r>
              <w:t>0,2</w:t>
            </w:r>
          </w:p>
        </w:tc>
      </w:tr>
      <w:tr w:rsidR="00056677" w14:paraId="4FE1CDB5" w14:textId="77777777">
        <w:trPr>
          <w:cantSplit/>
        </w:trPr>
        <w:tc>
          <w:tcPr>
            <w:tcW w:w="0" w:type="auto"/>
            <w:shd w:val="clear" w:color="auto" w:fill="F2F2F2"/>
          </w:tcPr>
          <w:p w14:paraId="3513822E" w14:textId="77777777" w:rsidR="00056677" w:rsidRDefault="0092657D">
            <w:r>
              <w:t>возраст более 30 лет</w:t>
            </w:r>
          </w:p>
        </w:tc>
        <w:tc>
          <w:tcPr>
            <w:tcW w:w="0" w:type="auto"/>
            <w:shd w:val="clear" w:color="auto" w:fill="FFFFFF"/>
          </w:tcPr>
          <w:p w14:paraId="4875EC7C" w14:textId="77777777" w:rsidR="00056677" w:rsidRDefault="0092657D">
            <w:r>
              <w:t>48</w:t>
            </w:r>
          </w:p>
        </w:tc>
        <w:tc>
          <w:tcPr>
            <w:tcW w:w="0" w:type="auto"/>
            <w:shd w:val="clear" w:color="auto" w:fill="FFFFFF"/>
          </w:tcPr>
          <w:p w14:paraId="6EFE3FB7" w14:textId="77777777" w:rsidR="00056677" w:rsidRDefault="0092657D">
            <w:r>
              <w:t>7393,50</w:t>
            </w:r>
          </w:p>
        </w:tc>
        <w:tc>
          <w:tcPr>
            <w:tcW w:w="0" w:type="auto"/>
            <w:shd w:val="clear" w:color="auto" w:fill="FFFFFF"/>
          </w:tcPr>
          <w:p w14:paraId="2ADF3430" w14:textId="77777777" w:rsidR="00056677" w:rsidRDefault="0092657D">
            <w:r>
              <w:t>65,3</w:t>
            </w:r>
          </w:p>
        </w:tc>
      </w:tr>
      <w:tr w:rsidR="00056677" w14:paraId="338B87A7" w14:textId="77777777">
        <w:trPr>
          <w:cantSplit/>
        </w:trPr>
        <w:tc>
          <w:tcPr>
            <w:tcW w:w="0" w:type="auto"/>
            <w:shd w:val="clear" w:color="auto" w:fill="F2F2F2"/>
          </w:tcPr>
          <w:p w14:paraId="249D8268" w14:textId="77777777" w:rsidR="00056677" w:rsidRDefault="0092657D">
            <w:r>
              <w:t>прокладка надземная</w:t>
            </w:r>
          </w:p>
        </w:tc>
        <w:tc>
          <w:tcPr>
            <w:tcW w:w="0" w:type="auto"/>
            <w:shd w:val="clear" w:color="auto" w:fill="FFFFFF"/>
          </w:tcPr>
          <w:p w14:paraId="49A0879A" w14:textId="77777777" w:rsidR="00056677" w:rsidRDefault="0092657D">
            <w:r>
              <w:t>53</w:t>
            </w:r>
          </w:p>
        </w:tc>
        <w:tc>
          <w:tcPr>
            <w:tcW w:w="0" w:type="auto"/>
            <w:shd w:val="clear" w:color="auto" w:fill="FFFFFF"/>
          </w:tcPr>
          <w:p w14:paraId="2E7F0526" w14:textId="77777777" w:rsidR="00056677" w:rsidRDefault="0092657D">
            <w:r>
              <w:t>9308,50</w:t>
            </w:r>
          </w:p>
        </w:tc>
        <w:tc>
          <w:tcPr>
            <w:tcW w:w="0" w:type="auto"/>
            <w:shd w:val="clear" w:color="auto" w:fill="FFFFFF"/>
          </w:tcPr>
          <w:p w14:paraId="59F5535A" w14:textId="77777777" w:rsidR="00056677" w:rsidRDefault="0092657D">
            <w:r>
              <w:t>82,2</w:t>
            </w:r>
          </w:p>
        </w:tc>
      </w:tr>
      <w:tr w:rsidR="00056677" w14:paraId="4FBB115B" w14:textId="77777777">
        <w:trPr>
          <w:cantSplit/>
        </w:trPr>
        <w:tc>
          <w:tcPr>
            <w:tcW w:w="0" w:type="auto"/>
            <w:shd w:val="clear" w:color="auto" w:fill="F2F2F2"/>
          </w:tcPr>
          <w:p w14:paraId="0ADFD0FC" w14:textId="77777777" w:rsidR="00056677" w:rsidRDefault="0092657D">
            <w:r>
              <w:t>прокладка канальная</w:t>
            </w:r>
          </w:p>
        </w:tc>
        <w:tc>
          <w:tcPr>
            <w:tcW w:w="0" w:type="auto"/>
            <w:shd w:val="clear" w:color="auto" w:fill="FFFFFF"/>
          </w:tcPr>
          <w:p w14:paraId="476119AE" w14:textId="77777777" w:rsidR="00056677" w:rsidRDefault="0092657D">
            <w:r>
              <w:t>56</w:t>
            </w:r>
          </w:p>
        </w:tc>
        <w:tc>
          <w:tcPr>
            <w:tcW w:w="0" w:type="auto"/>
            <w:shd w:val="clear" w:color="auto" w:fill="FFFFFF"/>
          </w:tcPr>
          <w:p w14:paraId="732302A6" w14:textId="77777777" w:rsidR="00056677" w:rsidRDefault="0092657D">
            <w:r>
              <w:t>2009,00</w:t>
            </w:r>
          </w:p>
        </w:tc>
        <w:tc>
          <w:tcPr>
            <w:tcW w:w="0" w:type="auto"/>
            <w:shd w:val="clear" w:color="auto" w:fill="FFFFFF"/>
          </w:tcPr>
          <w:p w14:paraId="21297D5D" w14:textId="77777777" w:rsidR="00056677" w:rsidRDefault="0092657D">
            <w:r>
              <w:t>17,8</w:t>
            </w:r>
          </w:p>
        </w:tc>
      </w:tr>
    </w:tbl>
    <w:p w14:paraId="5695AF37" w14:textId="77777777" w:rsidR="00056677" w:rsidRPr="000C24CF" w:rsidRDefault="0092657D">
      <w:pPr>
        <w:pStyle w:val="31"/>
        <w:rPr>
          <w:sz w:val="28"/>
          <w:szCs w:val="28"/>
        </w:rPr>
      </w:pPr>
      <w:r w:rsidRPr="000C24CF">
        <w:rPr>
          <w:sz w:val="28"/>
          <w:szCs w:val="28"/>
        </w:rPr>
        <w:t>6.10.5. Мундыбашское ГП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786"/>
        <w:gridCol w:w="1564"/>
        <w:gridCol w:w="3714"/>
        <w:gridCol w:w="1425"/>
      </w:tblGrid>
      <w:tr w:rsidR="00056677" w14:paraId="635FB54A" w14:textId="77777777">
        <w:trPr>
          <w:cantSplit/>
          <w:tblHeader/>
        </w:trPr>
        <w:tc>
          <w:tcPr>
            <w:tcW w:w="0" w:type="auto"/>
            <w:shd w:val="clear" w:color="auto" w:fill="E2F0D9"/>
          </w:tcPr>
          <w:p w14:paraId="476FC50B" w14:textId="77777777" w:rsidR="00056677" w:rsidRDefault="0092657D">
            <w:pPr>
              <w:jc w:val="center"/>
            </w:pPr>
            <w:r>
              <w:rPr>
                <w:b/>
              </w:rPr>
              <w:t>Признак</w:t>
            </w:r>
          </w:p>
        </w:tc>
        <w:tc>
          <w:tcPr>
            <w:tcW w:w="0" w:type="auto"/>
            <w:shd w:val="clear" w:color="auto" w:fill="E2F0D9"/>
          </w:tcPr>
          <w:p w14:paraId="25E71EB3" w14:textId="77777777" w:rsidR="00056677" w:rsidRDefault="0092657D">
            <w:pPr>
              <w:jc w:val="center"/>
            </w:pPr>
            <w:r>
              <w:rPr>
                <w:b/>
              </w:rPr>
              <w:t>Значение</w:t>
            </w:r>
          </w:p>
        </w:tc>
        <w:tc>
          <w:tcPr>
            <w:tcW w:w="0" w:type="auto"/>
            <w:shd w:val="clear" w:color="auto" w:fill="E2F0D9"/>
          </w:tcPr>
          <w:p w14:paraId="2E917B7D" w14:textId="77777777" w:rsidR="00056677" w:rsidRPr="00844B84" w:rsidRDefault="0092657D">
            <w:pPr>
              <w:jc w:val="center"/>
              <w:rPr>
                <w:lang w:val="ru-RU"/>
              </w:rPr>
            </w:pPr>
            <w:r w:rsidRPr="00844B84">
              <w:rPr>
                <w:b/>
                <w:lang w:val="ru-RU"/>
              </w:rPr>
              <w:t>Длина по оси трассы, м</w:t>
            </w:r>
          </w:p>
        </w:tc>
        <w:tc>
          <w:tcPr>
            <w:tcW w:w="0" w:type="auto"/>
            <w:shd w:val="clear" w:color="auto" w:fill="E2F0D9"/>
          </w:tcPr>
          <w:p w14:paraId="1E3B48AC" w14:textId="77777777" w:rsidR="00056677" w:rsidRDefault="0092657D">
            <w:pPr>
              <w:jc w:val="center"/>
            </w:pPr>
            <w:r>
              <w:rPr>
                <w:b/>
              </w:rPr>
              <w:t>Доля, %</w:t>
            </w:r>
          </w:p>
        </w:tc>
      </w:tr>
      <w:tr w:rsidR="00056677" w14:paraId="1A18FB9C" w14:textId="77777777">
        <w:trPr>
          <w:cantSplit/>
        </w:trPr>
        <w:tc>
          <w:tcPr>
            <w:tcW w:w="0" w:type="auto"/>
            <w:shd w:val="clear" w:color="auto" w:fill="F2F2F2"/>
          </w:tcPr>
          <w:p w14:paraId="69BACAAC" w14:textId="77777777" w:rsidR="00056677" w:rsidRDefault="0092657D">
            <w:r>
              <w:t>Систем теплоснабжения</w:t>
            </w:r>
          </w:p>
        </w:tc>
        <w:tc>
          <w:tcPr>
            <w:tcW w:w="0" w:type="auto"/>
            <w:shd w:val="clear" w:color="auto" w:fill="FFFFFF"/>
          </w:tcPr>
          <w:p w14:paraId="3DFE0CD0" w14:textId="77777777" w:rsidR="00056677" w:rsidRDefault="0092657D">
            <w:r>
              <w:t>1</w:t>
            </w:r>
          </w:p>
        </w:tc>
        <w:tc>
          <w:tcPr>
            <w:tcW w:w="0" w:type="auto"/>
            <w:shd w:val="clear" w:color="auto" w:fill="FFFFFF"/>
          </w:tcPr>
          <w:p w14:paraId="563E69B8" w14:textId="77777777" w:rsidR="00056677" w:rsidRDefault="0092657D">
            <w:r>
              <w:t>—</w:t>
            </w:r>
          </w:p>
        </w:tc>
        <w:tc>
          <w:tcPr>
            <w:tcW w:w="0" w:type="auto"/>
            <w:shd w:val="clear" w:color="auto" w:fill="FFFFFF"/>
          </w:tcPr>
          <w:p w14:paraId="336A8FBC" w14:textId="77777777" w:rsidR="00056677" w:rsidRDefault="0092657D">
            <w:r>
              <w:t>—</w:t>
            </w:r>
          </w:p>
        </w:tc>
      </w:tr>
      <w:tr w:rsidR="00056677" w14:paraId="6B68EE51" w14:textId="77777777">
        <w:trPr>
          <w:cantSplit/>
        </w:trPr>
        <w:tc>
          <w:tcPr>
            <w:tcW w:w="0" w:type="auto"/>
            <w:shd w:val="clear" w:color="auto" w:fill="F2F2F2"/>
          </w:tcPr>
          <w:p w14:paraId="4B79611E" w14:textId="77777777" w:rsidR="00056677" w:rsidRDefault="0092657D">
            <w:r>
              <w:t>Участков тепловых сетей</w:t>
            </w:r>
          </w:p>
        </w:tc>
        <w:tc>
          <w:tcPr>
            <w:tcW w:w="0" w:type="auto"/>
            <w:shd w:val="clear" w:color="auto" w:fill="FFFFFF"/>
          </w:tcPr>
          <w:p w14:paraId="0A8FA6C0" w14:textId="77777777" w:rsidR="00056677" w:rsidRDefault="0092657D">
            <w:r>
              <w:t>136</w:t>
            </w:r>
          </w:p>
        </w:tc>
        <w:tc>
          <w:tcPr>
            <w:tcW w:w="0" w:type="auto"/>
            <w:shd w:val="clear" w:color="auto" w:fill="FFFFFF"/>
          </w:tcPr>
          <w:p w14:paraId="43FCC7FA" w14:textId="77777777" w:rsidR="00056677" w:rsidRDefault="0092657D">
            <w:r>
              <w:t>9082,70</w:t>
            </w:r>
          </w:p>
        </w:tc>
        <w:tc>
          <w:tcPr>
            <w:tcW w:w="0" w:type="auto"/>
            <w:shd w:val="clear" w:color="auto" w:fill="FFFFFF"/>
          </w:tcPr>
          <w:p w14:paraId="53908C73" w14:textId="77777777" w:rsidR="00056677" w:rsidRDefault="0092657D">
            <w:r>
              <w:t>100,0</w:t>
            </w:r>
          </w:p>
        </w:tc>
      </w:tr>
      <w:tr w:rsidR="00056677" w14:paraId="4B5CCCCD" w14:textId="77777777">
        <w:trPr>
          <w:cantSplit/>
        </w:trPr>
        <w:tc>
          <w:tcPr>
            <w:tcW w:w="0" w:type="auto"/>
            <w:shd w:val="clear" w:color="auto" w:fill="F2F2F2"/>
          </w:tcPr>
          <w:p w14:paraId="338B91C3" w14:textId="77777777" w:rsidR="00056677" w:rsidRDefault="0092657D">
            <w:r>
              <w:t>возраст 5–10 лет</w:t>
            </w:r>
          </w:p>
        </w:tc>
        <w:tc>
          <w:tcPr>
            <w:tcW w:w="0" w:type="auto"/>
            <w:shd w:val="clear" w:color="auto" w:fill="FFFFFF"/>
          </w:tcPr>
          <w:p w14:paraId="0C63B4E5" w14:textId="77777777" w:rsidR="00056677" w:rsidRDefault="0092657D">
            <w:r>
              <w:t>2</w:t>
            </w:r>
          </w:p>
        </w:tc>
        <w:tc>
          <w:tcPr>
            <w:tcW w:w="0" w:type="auto"/>
            <w:shd w:val="clear" w:color="auto" w:fill="FFFFFF"/>
          </w:tcPr>
          <w:p w14:paraId="681F5A81" w14:textId="77777777" w:rsidR="00056677" w:rsidRDefault="0092657D">
            <w:r>
              <w:t>1232,00</w:t>
            </w:r>
          </w:p>
        </w:tc>
        <w:tc>
          <w:tcPr>
            <w:tcW w:w="0" w:type="auto"/>
            <w:shd w:val="clear" w:color="auto" w:fill="FFFFFF"/>
          </w:tcPr>
          <w:p w14:paraId="15DFF23D" w14:textId="77777777" w:rsidR="00056677" w:rsidRDefault="0092657D">
            <w:r>
              <w:t>13,6</w:t>
            </w:r>
          </w:p>
        </w:tc>
      </w:tr>
      <w:tr w:rsidR="00056677" w14:paraId="63BDDDF7" w14:textId="77777777">
        <w:trPr>
          <w:cantSplit/>
        </w:trPr>
        <w:tc>
          <w:tcPr>
            <w:tcW w:w="0" w:type="auto"/>
            <w:shd w:val="clear" w:color="auto" w:fill="F2F2F2"/>
          </w:tcPr>
          <w:p w14:paraId="4229A89E" w14:textId="77777777" w:rsidR="00056677" w:rsidRDefault="0092657D">
            <w:r>
              <w:t>возраст 10–15 лет</w:t>
            </w:r>
          </w:p>
        </w:tc>
        <w:tc>
          <w:tcPr>
            <w:tcW w:w="0" w:type="auto"/>
            <w:shd w:val="clear" w:color="auto" w:fill="FFFFFF"/>
          </w:tcPr>
          <w:p w14:paraId="53368E90" w14:textId="77777777" w:rsidR="00056677" w:rsidRDefault="0092657D">
            <w:r>
              <w:t>20</w:t>
            </w:r>
          </w:p>
        </w:tc>
        <w:tc>
          <w:tcPr>
            <w:tcW w:w="0" w:type="auto"/>
            <w:shd w:val="clear" w:color="auto" w:fill="FFFFFF"/>
          </w:tcPr>
          <w:p w14:paraId="6F0809FE" w14:textId="77777777" w:rsidR="00056677" w:rsidRDefault="0092657D">
            <w:r>
              <w:t>465,00</w:t>
            </w:r>
          </w:p>
        </w:tc>
        <w:tc>
          <w:tcPr>
            <w:tcW w:w="0" w:type="auto"/>
            <w:shd w:val="clear" w:color="auto" w:fill="FFFFFF"/>
          </w:tcPr>
          <w:p w14:paraId="227453C1" w14:textId="77777777" w:rsidR="00056677" w:rsidRDefault="0092657D">
            <w:r>
              <w:t>5,1</w:t>
            </w:r>
          </w:p>
        </w:tc>
      </w:tr>
      <w:tr w:rsidR="00056677" w14:paraId="20273D9C" w14:textId="77777777">
        <w:trPr>
          <w:cantSplit/>
        </w:trPr>
        <w:tc>
          <w:tcPr>
            <w:tcW w:w="0" w:type="auto"/>
            <w:shd w:val="clear" w:color="auto" w:fill="F2F2F2"/>
          </w:tcPr>
          <w:p w14:paraId="05F9382E" w14:textId="77777777" w:rsidR="00056677" w:rsidRDefault="0092657D">
            <w:r>
              <w:t>возраст 15–20 лет</w:t>
            </w:r>
          </w:p>
        </w:tc>
        <w:tc>
          <w:tcPr>
            <w:tcW w:w="0" w:type="auto"/>
            <w:shd w:val="clear" w:color="auto" w:fill="FFFFFF"/>
          </w:tcPr>
          <w:p w14:paraId="44ED0252" w14:textId="77777777" w:rsidR="00056677" w:rsidRDefault="0092657D">
            <w:r>
              <w:t>20</w:t>
            </w:r>
          </w:p>
        </w:tc>
        <w:tc>
          <w:tcPr>
            <w:tcW w:w="0" w:type="auto"/>
            <w:shd w:val="clear" w:color="auto" w:fill="FFFFFF"/>
          </w:tcPr>
          <w:p w14:paraId="537ED3D0" w14:textId="77777777" w:rsidR="00056677" w:rsidRDefault="0092657D">
            <w:r>
              <w:t>473,00</w:t>
            </w:r>
          </w:p>
        </w:tc>
        <w:tc>
          <w:tcPr>
            <w:tcW w:w="0" w:type="auto"/>
            <w:shd w:val="clear" w:color="auto" w:fill="FFFFFF"/>
          </w:tcPr>
          <w:p w14:paraId="4390AC1A" w14:textId="77777777" w:rsidR="00056677" w:rsidRDefault="0092657D">
            <w:r>
              <w:t>5,2</w:t>
            </w:r>
          </w:p>
        </w:tc>
      </w:tr>
      <w:tr w:rsidR="00056677" w14:paraId="0A378DB1" w14:textId="77777777">
        <w:trPr>
          <w:cantSplit/>
        </w:trPr>
        <w:tc>
          <w:tcPr>
            <w:tcW w:w="0" w:type="auto"/>
            <w:shd w:val="clear" w:color="auto" w:fill="F2F2F2"/>
          </w:tcPr>
          <w:p w14:paraId="1C734D2F" w14:textId="77777777" w:rsidR="00056677" w:rsidRDefault="0092657D">
            <w:r>
              <w:t>возраст 20–25 лет</w:t>
            </w:r>
          </w:p>
        </w:tc>
        <w:tc>
          <w:tcPr>
            <w:tcW w:w="0" w:type="auto"/>
            <w:shd w:val="clear" w:color="auto" w:fill="FFFFFF"/>
          </w:tcPr>
          <w:p w14:paraId="0E64D0CE" w14:textId="77777777" w:rsidR="00056677" w:rsidRDefault="0092657D">
            <w:r>
              <w:t>13</w:t>
            </w:r>
          </w:p>
        </w:tc>
        <w:tc>
          <w:tcPr>
            <w:tcW w:w="0" w:type="auto"/>
            <w:shd w:val="clear" w:color="auto" w:fill="FFFFFF"/>
          </w:tcPr>
          <w:p w14:paraId="4CAB2250" w14:textId="77777777" w:rsidR="00056677" w:rsidRDefault="0092657D">
            <w:r>
              <w:t>461,70</w:t>
            </w:r>
          </w:p>
        </w:tc>
        <w:tc>
          <w:tcPr>
            <w:tcW w:w="0" w:type="auto"/>
            <w:shd w:val="clear" w:color="auto" w:fill="FFFFFF"/>
          </w:tcPr>
          <w:p w14:paraId="5C5028BC" w14:textId="77777777" w:rsidR="00056677" w:rsidRDefault="0092657D">
            <w:r>
              <w:t>5,1</w:t>
            </w:r>
          </w:p>
        </w:tc>
      </w:tr>
      <w:tr w:rsidR="00056677" w14:paraId="6B90ADF7" w14:textId="77777777">
        <w:trPr>
          <w:cantSplit/>
        </w:trPr>
        <w:tc>
          <w:tcPr>
            <w:tcW w:w="0" w:type="auto"/>
            <w:shd w:val="clear" w:color="auto" w:fill="F2F2F2"/>
          </w:tcPr>
          <w:p w14:paraId="1043672A" w14:textId="77777777" w:rsidR="00056677" w:rsidRDefault="0092657D">
            <w:r>
              <w:t>возраст 25–30 лет</w:t>
            </w:r>
          </w:p>
        </w:tc>
        <w:tc>
          <w:tcPr>
            <w:tcW w:w="0" w:type="auto"/>
            <w:shd w:val="clear" w:color="auto" w:fill="FFFFFF"/>
          </w:tcPr>
          <w:p w14:paraId="04D98204" w14:textId="77777777" w:rsidR="00056677" w:rsidRDefault="0092657D">
            <w:r>
              <w:t>7</w:t>
            </w:r>
          </w:p>
        </w:tc>
        <w:tc>
          <w:tcPr>
            <w:tcW w:w="0" w:type="auto"/>
            <w:shd w:val="clear" w:color="auto" w:fill="FFFFFF"/>
          </w:tcPr>
          <w:p w14:paraId="275D7912" w14:textId="77777777" w:rsidR="00056677" w:rsidRDefault="0092657D">
            <w:r>
              <w:t>157,00</w:t>
            </w:r>
          </w:p>
        </w:tc>
        <w:tc>
          <w:tcPr>
            <w:tcW w:w="0" w:type="auto"/>
            <w:shd w:val="clear" w:color="auto" w:fill="FFFFFF"/>
          </w:tcPr>
          <w:p w14:paraId="47FA620F" w14:textId="77777777" w:rsidR="00056677" w:rsidRDefault="0092657D">
            <w:r>
              <w:t>1,7</w:t>
            </w:r>
          </w:p>
        </w:tc>
      </w:tr>
      <w:tr w:rsidR="00056677" w14:paraId="4B380A5C" w14:textId="77777777">
        <w:trPr>
          <w:cantSplit/>
        </w:trPr>
        <w:tc>
          <w:tcPr>
            <w:tcW w:w="0" w:type="auto"/>
            <w:shd w:val="clear" w:color="auto" w:fill="F2F2F2"/>
          </w:tcPr>
          <w:p w14:paraId="286ED8BD" w14:textId="77777777" w:rsidR="00056677" w:rsidRDefault="0092657D">
            <w:r>
              <w:t>возраст более 30 лет</w:t>
            </w:r>
          </w:p>
        </w:tc>
        <w:tc>
          <w:tcPr>
            <w:tcW w:w="0" w:type="auto"/>
            <w:shd w:val="clear" w:color="auto" w:fill="FFFFFF"/>
          </w:tcPr>
          <w:p w14:paraId="3F7D95D0" w14:textId="77777777" w:rsidR="00056677" w:rsidRDefault="0092657D">
            <w:r>
              <w:t>74</w:t>
            </w:r>
          </w:p>
        </w:tc>
        <w:tc>
          <w:tcPr>
            <w:tcW w:w="0" w:type="auto"/>
            <w:shd w:val="clear" w:color="auto" w:fill="FFFFFF"/>
          </w:tcPr>
          <w:p w14:paraId="4FE92D85" w14:textId="77777777" w:rsidR="00056677" w:rsidRDefault="0092657D">
            <w:r>
              <w:t>6294,00</w:t>
            </w:r>
          </w:p>
        </w:tc>
        <w:tc>
          <w:tcPr>
            <w:tcW w:w="0" w:type="auto"/>
            <w:shd w:val="clear" w:color="auto" w:fill="FFFFFF"/>
          </w:tcPr>
          <w:p w14:paraId="3F8422CE" w14:textId="77777777" w:rsidR="00056677" w:rsidRDefault="0092657D">
            <w:r>
              <w:t>69,3</w:t>
            </w:r>
          </w:p>
        </w:tc>
      </w:tr>
      <w:tr w:rsidR="00056677" w14:paraId="683B488C" w14:textId="77777777">
        <w:trPr>
          <w:cantSplit/>
        </w:trPr>
        <w:tc>
          <w:tcPr>
            <w:tcW w:w="0" w:type="auto"/>
            <w:shd w:val="clear" w:color="auto" w:fill="F2F2F2"/>
          </w:tcPr>
          <w:p w14:paraId="3FF236E0" w14:textId="77777777" w:rsidR="00056677" w:rsidRDefault="0092657D">
            <w:r>
              <w:t>прокладка надземная</w:t>
            </w:r>
          </w:p>
        </w:tc>
        <w:tc>
          <w:tcPr>
            <w:tcW w:w="0" w:type="auto"/>
            <w:shd w:val="clear" w:color="auto" w:fill="FFFFFF"/>
          </w:tcPr>
          <w:p w14:paraId="4A3005D8" w14:textId="77777777" w:rsidR="00056677" w:rsidRDefault="0092657D">
            <w:r>
              <w:t>57</w:t>
            </w:r>
          </w:p>
        </w:tc>
        <w:tc>
          <w:tcPr>
            <w:tcW w:w="0" w:type="auto"/>
            <w:shd w:val="clear" w:color="auto" w:fill="FFFFFF"/>
          </w:tcPr>
          <w:p w14:paraId="2F5CFA79" w14:textId="77777777" w:rsidR="00056677" w:rsidRDefault="0092657D">
            <w:r>
              <w:t>6205,70</w:t>
            </w:r>
          </w:p>
        </w:tc>
        <w:tc>
          <w:tcPr>
            <w:tcW w:w="0" w:type="auto"/>
            <w:shd w:val="clear" w:color="auto" w:fill="FFFFFF"/>
          </w:tcPr>
          <w:p w14:paraId="1D01C6FB" w14:textId="77777777" w:rsidR="00056677" w:rsidRDefault="0092657D">
            <w:r>
              <w:t>68,3</w:t>
            </w:r>
          </w:p>
        </w:tc>
      </w:tr>
      <w:tr w:rsidR="00056677" w14:paraId="32D19330" w14:textId="77777777">
        <w:trPr>
          <w:cantSplit/>
        </w:trPr>
        <w:tc>
          <w:tcPr>
            <w:tcW w:w="0" w:type="auto"/>
            <w:shd w:val="clear" w:color="auto" w:fill="F2F2F2"/>
          </w:tcPr>
          <w:p w14:paraId="455B19FF" w14:textId="77777777" w:rsidR="00056677" w:rsidRDefault="0092657D">
            <w:r>
              <w:t>прокладка канальная</w:t>
            </w:r>
          </w:p>
        </w:tc>
        <w:tc>
          <w:tcPr>
            <w:tcW w:w="0" w:type="auto"/>
            <w:shd w:val="clear" w:color="auto" w:fill="FFFFFF"/>
          </w:tcPr>
          <w:p w14:paraId="53011E22" w14:textId="77777777" w:rsidR="00056677" w:rsidRDefault="0092657D">
            <w:r>
              <w:t>76</w:t>
            </w:r>
          </w:p>
        </w:tc>
        <w:tc>
          <w:tcPr>
            <w:tcW w:w="0" w:type="auto"/>
            <w:shd w:val="clear" w:color="auto" w:fill="FFFFFF"/>
          </w:tcPr>
          <w:p w14:paraId="6CEDD7AA" w14:textId="77777777" w:rsidR="00056677" w:rsidRDefault="0092657D">
            <w:r>
              <w:t>2789,00</w:t>
            </w:r>
          </w:p>
        </w:tc>
        <w:tc>
          <w:tcPr>
            <w:tcW w:w="0" w:type="auto"/>
            <w:shd w:val="clear" w:color="auto" w:fill="FFFFFF"/>
          </w:tcPr>
          <w:p w14:paraId="7B778260" w14:textId="77777777" w:rsidR="00056677" w:rsidRDefault="0092657D">
            <w:r>
              <w:t>30,7</w:t>
            </w:r>
          </w:p>
        </w:tc>
      </w:tr>
      <w:tr w:rsidR="00056677" w14:paraId="6243683D" w14:textId="77777777">
        <w:trPr>
          <w:cantSplit/>
        </w:trPr>
        <w:tc>
          <w:tcPr>
            <w:tcW w:w="0" w:type="auto"/>
            <w:shd w:val="clear" w:color="auto" w:fill="F2F2F2"/>
          </w:tcPr>
          <w:p w14:paraId="2D086B16" w14:textId="77777777" w:rsidR="00056677" w:rsidRDefault="0092657D">
            <w:r>
              <w:t>прокладка бесканальная</w:t>
            </w:r>
          </w:p>
        </w:tc>
        <w:tc>
          <w:tcPr>
            <w:tcW w:w="0" w:type="auto"/>
            <w:shd w:val="clear" w:color="auto" w:fill="FFFFFF"/>
          </w:tcPr>
          <w:p w14:paraId="3700EBE2" w14:textId="77777777" w:rsidR="00056677" w:rsidRDefault="0092657D">
            <w:r>
              <w:t>3</w:t>
            </w:r>
          </w:p>
        </w:tc>
        <w:tc>
          <w:tcPr>
            <w:tcW w:w="0" w:type="auto"/>
            <w:shd w:val="clear" w:color="auto" w:fill="FFFFFF"/>
          </w:tcPr>
          <w:p w14:paraId="3965FC1E" w14:textId="77777777" w:rsidR="00056677" w:rsidRDefault="0092657D">
            <w:r>
              <w:t>88,00</w:t>
            </w:r>
          </w:p>
        </w:tc>
        <w:tc>
          <w:tcPr>
            <w:tcW w:w="0" w:type="auto"/>
            <w:shd w:val="clear" w:color="auto" w:fill="FFFFFF"/>
          </w:tcPr>
          <w:p w14:paraId="1885DB86" w14:textId="77777777" w:rsidR="00056677" w:rsidRDefault="0092657D">
            <w:r>
              <w:t>1,0</w:t>
            </w:r>
          </w:p>
        </w:tc>
      </w:tr>
    </w:tbl>
    <w:p w14:paraId="4F02CDB7" w14:textId="77777777" w:rsidR="00056677" w:rsidRPr="000C24CF" w:rsidRDefault="0092657D">
      <w:pPr>
        <w:pStyle w:val="31"/>
        <w:rPr>
          <w:sz w:val="28"/>
          <w:szCs w:val="28"/>
        </w:rPr>
      </w:pPr>
      <w:r w:rsidRPr="000C24CF">
        <w:rPr>
          <w:sz w:val="28"/>
          <w:szCs w:val="28"/>
        </w:rPr>
        <w:t>6.10.6. Спасское ГП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786"/>
        <w:gridCol w:w="1564"/>
        <w:gridCol w:w="3714"/>
        <w:gridCol w:w="1425"/>
      </w:tblGrid>
      <w:tr w:rsidR="00056677" w14:paraId="417A2E5E" w14:textId="77777777">
        <w:trPr>
          <w:cantSplit/>
          <w:tblHeader/>
        </w:trPr>
        <w:tc>
          <w:tcPr>
            <w:tcW w:w="0" w:type="auto"/>
            <w:shd w:val="clear" w:color="auto" w:fill="E2F0D9"/>
          </w:tcPr>
          <w:p w14:paraId="399AD25A" w14:textId="77777777" w:rsidR="00056677" w:rsidRDefault="0092657D">
            <w:pPr>
              <w:jc w:val="center"/>
            </w:pPr>
            <w:r>
              <w:rPr>
                <w:b/>
              </w:rPr>
              <w:t>Признак</w:t>
            </w:r>
          </w:p>
        </w:tc>
        <w:tc>
          <w:tcPr>
            <w:tcW w:w="0" w:type="auto"/>
            <w:shd w:val="clear" w:color="auto" w:fill="E2F0D9"/>
          </w:tcPr>
          <w:p w14:paraId="03849D9E" w14:textId="77777777" w:rsidR="00056677" w:rsidRDefault="0092657D">
            <w:pPr>
              <w:jc w:val="center"/>
            </w:pPr>
            <w:r>
              <w:rPr>
                <w:b/>
              </w:rPr>
              <w:t>Значение</w:t>
            </w:r>
          </w:p>
        </w:tc>
        <w:tc>
          <w:tcPr>
            <w:tcW w:w="0" w:type="auto"/>
            <w:shd w:val="clear" w:color="auto" w:fill="E2F0D9"/>
          </w:tcPr>
          <w:p w14:paraId="119F5E7D" w14:textId="77777777" w:rsidR="00056677" w:rsidRPr="00844B84" w:rsidRDefault="0092657D">
            <w:pPr>
              <w:jc w:val="center"/>
              <w:rPr>
                <w:lang w:val="ru-RU"/>
              </w:rPr>
            </w:pPr>
            <w:r w:rsidRPr="00844B84">
              <w:rPr>
                <w:b/>
                <w:lang w:val="ru-RU"/>
              </w:rPr>
              <w:t>Длина по оси трассы, м</w:t>
            </w:r>
          </w:p>
        </w:tc>
        <w:tc>
          <w:tcPr>
            <w:tcW w:w="0" w:type="auto"/>
            <w:shd w:val="clear" w:color="auto" w:fill="E2F0D9"/>
          </w:tcPr>
          <w:p w14:paraId="29F89BB5" w14:textId="77777777" w:rsidR="00056677" w:rsidRDefault="0092657D">
            <w:pPr>
              <w:jc w:val="center"/>
            </w:pPr>
            <w:r>
              <w:rPr>
                <w:b/>
              </w:rPr>
              <w:t>Доля, %</w:t>
            </w:r>
          </w:p>
        </w:tc>
      </w:tr>
      <w:tr w:rsidR="00056677" w14:paraId="3C615078" w14:textId="77777777">
        <w:trPr>
          <w:cantSplit/>
        </w:trPr>
        <w:tc>
          <w:tcPr>
            <w:tcW w:w="0" w:type="auto"/>
            <w:shd w:val="clear" w:color="auto" w:fill="F2F2F2"/>
          </w:tcPr>
          <w:p w14:paraId="0751AE29" w14:textId="77777777" w:rsidR="00056677" w:rsidRDefault="0092657D">
            <w:r>
              <w:t>Систем теплоснабжения</w:t>
            </w:r>
          </w:p>
        </w:tc>
        <w:tc>
          <w:tcPr>
            <w:tcW w:w="0" w:type="auto"/>
            <w:shd w:val="clear" w:color="auto" w:fill="FFFFFF"/>
          </w:tcPr>
          <w:p w14:paraId="6392FE7C" w14:textId="77777777" w:rsidR="00056677" w:rsidRDefault="0092657D">
            <w:r>
              <w:t>1</w:t>
            </w:r>
          </w:p>
        </w:tc>
        <w:tc>
          <w:tcPr>
            <w:tcW w:w="0" w:type="auto"/>
            <w:shd w:val="clear" w:color="auto" w:fill="FFFFFF"/>
          </w:tcPr>
          <w:p w14:paraId="1939BF9A" w14:textId="77777777" w:rsidR="00056677" w:rsidRDefault="0092657D">
            <w:r>
              <w:t>—</w:t>
            </w:r>
          </w:p>
        </w:tc>
        <w:tc>
          <w:tcPr>
            <w:tcW w:w="0" w:type="auto"/>
            <w:shd w:val="clear" w:color="auto" w:fill="FFFFFF"/>
          </w:tcPr>
          <w:p w14:paraId="577847A4" w14:textId="77777777" w:rsidR="00056677" w:rsidRDefault="0092657D">
            <w:r>
              <w:t>—</w:t>
            </w:r>
          </w:p>
        </w:tc>
      </w:tr>
      <w:tr w:rsidR="00056677" w14:paraId="514F5CAF" w14:textId="77777777">
        <w:trPr>
          <w:cantSplit/>
        </w:trPr>
        <w:tc>
          <w:tcPr>
            <w:tcW w:w="0" w:type="auto"/>
            <w:shd w:val="clear" w:color="auto" w:fill="F2F2F2"/>
          </w:tcPr>
          <w:p w14:paraId="7C58E907" w14:textId="77777777" w:rsidR="00056677" w:rsidRDefault="0092657D">
            <w:r>
              <w:t>Участков тепловых сетей</w:t>
            </w:r>
          </w:p>
        </w:tc>
        <w:tc>
          <w:tcPr>
            <w:tcW w:w="0" w:type="auto"/>
            <w:shd w:val="clear" w:color="auto" w:fill="FFFFFF"/>
          </w:tcPr>
          <w:p w14:paraId="79F09EC9" w14:textId="77777777" w:rsidR="00056677" w:rsidRDefault="0092657D">
            <w:r>
              <w:t>19</w:t>
            </w:r>
          </w:p>
        </w:tc>
        <w:tc>
          <w:tcPr>
            <w:tcW w:w="0" w:type="auto"/>
            <w:shd w:val="clear" w:color="auto" w:fill="FFFFFF"/>
          </w:tcPr>
          <w:p w14:paraId="1F087EEE" w14:textId="77777777" w:rsidR="00056677" w:rsidRDefault="0092657D">
            <w:r>
              <w:t>3424,00</w:t>
            </w:r>
          </w:p>
        </w:tc>
        <w:tc>
          <w:tcPr>
            <w:tcW w:w="0" w:type="auto"/>
            <w:shd w:val="clear" w:color="auto" w:fill="FFFFFF"/>
          </w:tcPr>
          <w:p w14:paraId="23FA3852" w14:textId="77777777" w:rsidR="00056677" w:rsidRDefault="0092657D">
            <w:r>
              <w:t>100,0</w:t>
            </w:r>
          </w:p>
        </w:tc>
      </w:tr>
      <w:tr w:rsidR="00056677" w14:paraId="1E2FB4B3" w14:textId="77777777">
        <w:trPr>
          <w:cantSplit/>
        </w:trPr>
        <w:tc>
          <w:tcPr>
            <w:tcW w:w="0" w:type="auto"/>
            <w:shd w:val="clear" w:color="auto" w:fill="F2F2F2"/>
          </w:tcPr>
          <w:p w14:paraId="6CA37692" w14:textId="77777777" w:rsidR="00056677" w:rsidRDefault="0092657D">
            <w:r>
              <w:t>возраст 10–15 лет</w:t>
            </w:r>
          </w:p>
        </w:tc>
        <w:tc>
          <w:tcPr>
            <w:tcW w:w="0" w:type="auto"/>
            <w:shd w:val="clear" w:color="auto" w:fill="FFFFFF"/>
          </w:tcPr>
          <w:p w14:paraId="5608A670" w14:textId="77777777" w:rsidR="00056677" w:rsidRDefault="0092657D">
            <w:r>
              <w:t>5</w:t>
            </w:r>
          </w:p>
        </w:tc>
        <w:tc>
          <w:tcPr>
            <w:tcW w:w="0" w:type="auto"/>
            <w:shd w:val="clear" w:color="auto" w:fill="FFFFFF"/>
          </w:tcPr>
          <w:p w14:paraId="24E60A01" w14:textId="77777777" w:rsidR="00056677" w:rsidRDefault="0092657D">
            <w:r>
              <w:t>408,00</w:t>
            </w:r>
          </w:p>
        </w:tc>
        <w:tc>
          <w:tcPr>
            <w:tcW w:w="0" w:type="auto"/>
            <w:shd w:val="clear" w:color="auto" w:fill="FFFFFF"/>
          </w:tcPr>
          <w:p w14:paraId="281A90BF" w14:textId="77777777" w:rsidR="00056677" w:rsidRDefault="0092657D">
            <w:r>
              <w:t>11,9</w:t>
            </w:r>
          </w:p>
        </w:tc>
      </w:tr>
      <w:tr w:rsidR="00056677" w14:paraId="69583B55" w14:textId="77777777">
        <w:trPr>
          <w:cantSplit/>
        </w:trPr>
        <w:tc>
          <w:tcPr>
            <w:tcW w:w="0" w:type="auto"/>
            <w:shd w:val="clear" w:color="auto" w:fill="F2F2F2"/>
          </w:tcPr>
          <w:p w14:paraId="2733EB2E" w14:textId="77777777" w:rsidR="00056677" w:rsidRDefault="0092657D">
            <w:r>
              <w:t>возраст 15–20 лет</w:t>
            </w:r>
          </w:p>
        </w:tc>
        <w:tc>
          <w:tcPr>
            <w:tcW w:w="0" w:type="auto"/>
            <w:shd w:val="clear" w:color="auto" w:fill="FFFFFF"/>
          </w:tcPr>
          <w:p w14:paraId="0DD20760" w14:textId="77777777" w:rsidR="00056677" w:rsidRDefault="0092657D">
            <w:r>
              <w:t>4</w:t>
            </w:r>
          </w:p>
        </w:tc>
        <w:tc>
          <w:tcPr>
            <w:tcW w:w="0" w:type="auto"/>
            <w:shd w:val="clear" w:color="auto" w:fill="FFFFFF"/>
          </w:tcPr>
          <w:p w14:paraId="4D71A22D" w14:textId="77777777" w:rsidR="00056677" w:rsidRDefault="0092657D">
            <w:r>
              <w:t>1315,00</w:t>
            </w:r>
          </w:p>
        </w:tc>
        <w:tc>
          <w:tcPr>
            <w:tcW w:w="0" w:type="auto"/>
            <w:shd w:val="clear" w:color="auto" w:fill="FFFFFF"/>
          </w:tcPr>
          <w:p w14:paraId="1B6769F2" w14:textId="77777777" w:rsidR="00056677" w:rsidRDefault="0092657D">
            <w:r>
              <w:t>38,4</w:t>
            </w:r>
          </w:p>
        </w:tc>
      </w:tr>
      <w:tr w:rsidR="00056677" w14:paraId="724671B9" w14:textId="77777777">
        <w:trPr>
          <w:cantSplit/>
        </w:trPr>
        <w:tc>
          <w:tcPr>
            <w:tcW w:w="0" w:type="auto"/>
            <w:shd w:val="clear" w:color="auto" w:fill="F2F2F2"/>
          </w:tcPr>
          <w:p w14:paraId="78E92496" w14:textId="77777777" w:rsidR="00056677" w:rsidRDefault="0092657D">
            <w:r>
              <w:t>возраст 20–25 лет</w:t>
            </w:r>
          </w:p>
        </w:tc>
        <w:tc>
          <w:tcPr>
            <w:tcW w:w="0" w:type="auto"/>
            <w:shd w:val="clear" w:color="auto" w:fill="FFFFFF"/>
          </w:tcPr>
          <w:p w14:paraId="232D803C" w14:textId="77777777" w:rsidR="00056677" w:rsidRDefault="0092657D">
            <w:r>
              <w:t>7</w:t>
            </w:r>
          </w:p>
        </w:tc>
        <w:tc>
          <w:tcPr>
            <w:tcW w:w="0" w:type="auto"/>
            <w:shd w:val="clear" w:color="auto" w:fill="FFFFFF"/>
          </w:tcPr>
          <w:p w14:paraId="239D4D73" w14:textId="77777777" w:rsidR="00056677" w:rsidRDefault="0092657D">
            <w:r>
              <w:t>1216,00</w:t>
            </w:r>
          </w:p>
        </w:tc>
        <w:tc>
          <w:tcPr>
            <w:tcW w:w="0" w:type="auto"/>
            <w:shd w:val="clear" w:color="auto" w:fill="FFFFFF"/>
          </w:tcPr>
          <w:p w14:paraId="64B0EB79" w14:textId="77777777" w:rsidR="00056677" w:rsidRDefault="0092657D">
            <w:r>
              <w:t>35,5</w:t>
            </w:r>
          </w:p>
        </w:tc>
      </w:tr>
      <w:tr w:rsidR="00056677" w14:paraId="600FCD3C" w14:textId="77777777">
        <w:trPr>
          <w:cantSplit/>
        </w:trPr>
        <w:tc>
          <w:tcPr>
            <w:tcW w:w="0" w:type="auto"/>
            <w:shd w:val="clear" w:color="auto" w:fill="F2F2F2"/>
          </w:tcPr>
          <w:p w14:paraId="1385AE36" w14:textId="77777777" w:rsidR="00056677" w:rsidRDefault="0092657D">
            <w:r>
              <w:t>возраст более 30 лет</w:t>
            </w:r>
          </w:p>
        </w:tc>
        <w:tc>
          <w:tcPr>
            <w:tcW w:w="0" w:type="auto"/>
            <w:shd w:val="clear" w:color="auto" w:fill="FFFFFF"/>
          </w:tcPr>
          <w:p w14:paraId="0A790598" w14:textId="77777777" w:rsidR="00056677" w:rsidRDefault="0092657D">
            <w:r>
              <w:t>3</w:t>
            </w:r>
          </w:p>
        </w:tc>
        <w:tc>
          <w:tcPr>
            <w:tcW w:w="0" w:type="auto"/>
            <w:shd w:val="clear" w:color="auto" w:fill="FFFFFF"/>
          </w:tcPr>
          <w:p w14:paraId="5FD83FA1" w14:textId="77777777" w:rsidR="00056677" w:rsidRDefault="0092657D">
            <w:r>
              <w:t>485,00</w:t>
            </w:r>
          </w:p>
        </w:tc>
        <w:tc>
          <w:tcPr>
            <w:tcW w:w="0" w:type="auto"/>
            <w:shd w:val="clear" w:color="auto" w:fill="FFFFFF"/>
          </w:tcPr>
          <w:p w14:paraId="060DF229" w14:textId="77777777" w:rsidR="00056677" w:rsidRDefault="0092657D">
            <w:r>
              <w:t>14,2</w:t>
            </w:r>
          </w:p>
        </w:tc>
      </w:tr>
      <w:tr w:rsidR="00056677" w14:paraId="1C2E9064" w14:textId="77777777">
        <w:trPr>
          <w:cantSplit/>
        </w:trPr>
        <w:tc>
          <w:tcPr>
            <w:tcW w:w="0" w:type="auto"/>
            <w:shd w:val="clear" w:color="auto" w:fill="F2F2F2"/>
          </w:tcPr>
          <w:p w14:paraId="5941556E" w14:textId="77777777" w:rsidR="00056677" w:rsidRDefault="0092657D">
            <w:r>
              <w:t>прокладка надземная</w:t>
            </w:r>
          </w:p>
        </w:tc>
        <w:tc>
          <w:tcPr>
            <w:tcW w:w="0" w:type="auto"/>
            <w:shd w:val="clear" w:color="auto" w:fill="FFFFFF"/>
          </w:tcPr>
          <w:p w14:paraId="3A77469C" w14:textId="77777777" w:rsidR="00056677" w:rsidRDefault="0092657D">
            <w:r>
              <w:t>18</w:t>
            </w:r>
          </w:p>
        </w:tc>
        <w:tc>
          <w:tcPr>
            <w:tcW w:w="0" w:type="auto"/>
            <w:shd w:val="clear" w:color="auto" w:fill="FFFFFF"/>
          </w:tcPr>
          <w:p w14:paraId="0CDCACDC" w14:textId="77777777" w:rsidR="00056677" w:rsidRDefault="0092657D">
            <w:r>
              <w:t>3209,00</w:t>
            </w:r>
          </w:p>
        </w:tc>
        <w:tc>
          <w:tcPr>
            <w:tcW w:w="0" w:type="auto"/>
            <w:shd w:val="clear" w:color="auto" w:fill="FFFFFF"/>
          </w:tcPr>
          <w:p w14:paraId="08E033C4" w14:textId="77777777" w:rsidR="00056677" w:rsidRDefault="0092657D">
            <w:r>
              <w:t>93,7</w:t>
            </w:r>
          </w:p>
        </w:tc>
      </w:tr>
      <w:tr w:rsidR="00056677" w14:paraId="3E17B1B0" w14:textId="77777777">
        <w:trPr>
          <w:cantSplit/>
        </w:trPr>
        <w:tc>
          <w:tcPr>
            <w:tcW w:w="0" w:type="auto"/>
            <w:shd w:val="clear" w:color="auto" w:fill="F2F2F2"/>
          </w:tcPr>
          <w:p w14:paraId="416609EB" w14:textId="77777777" w:rsidR="00056677" w:rsidRDefault="0092657D">
            <w:r>
              <w:t>прокладка бесканальная</w:t>
            </w:r>
          </w:p>
        </w:tc>
        <w:tc>
          <w:tcPr>
            <w:tcW w:w="0" w:type="auto"/>
            <w:shd w:val="clear" w:color="auto" w:fill="FFFFFF"/>
          </w:tcPr>
          <w:p w14:paraId="0297620E" w14:textId="77777777" w:rsidR="00056677" w:rsidRDefault="0092657D">
            <w:r>
              <w:t>1</w:t>
            </w:r>
          </w:p>
        </w:tc>
        <w:tc>
          <w:tcPr>
            <w:tcW w:w="0" w:type="auto"/>
            <w:shd w:val="clear" w:color="auto" w:fill="FFFFFF"/>
          </w:tcPr>
          <w:p w14:paraId="049952DC" w14:textId="77777777" w:rsidR="00056677" w:rsidRDefault="0092657D">
            <w:r>
              <w:t>215,00</w:t>
            </w:r>
          </w:p>
        </w:tc>
        <w:tc>
          <w:tcPr>
            <w:tcW w:w="0" w:type="auto"/>
            <w:shd w:val="clear" w:color="auto" w:fill="FFFFFF"/>
          </w:tcPr>
          <w:p w14:paraId="090C7601" w14:textId="77777777" w:rsidR="00056677" w:rsidRDefault="0092657D">
            <w:r>
              <w:t>6,3</w:t>
            </w:r>
          </w:p>
        </w:tc>
      </w:tr>
    </w:tbl>
    <w:p w14:paraId="2E087366" w14:textId="77777777" w:rsidR="006C72FB" w:rsidRDefault="0084102B">
      <w:pPr>
        <w:pStyle w:val="21"/>
      </w:pPr>
      <w:bookmarkStart w:id="71" w:name="_Toc238017270"/>
      <w:r>
        <w:t>6.11. Утверждаемая материальная характеристика тепловых сетей</w:t>
      </w:r>
      <w:bookmarkEnd w:id="71"/>
    </w:p>
    <w:p w14:paraId="153FE76D" w14:textId="77777777" w:rsidR="006C72FB" w:rsidRPr="00844B84" w:rsidRDefault="0084102B">
      <w:pPr>
        <w:rPr>
          <w:lang w:val="ru-RU"/>
        </w:rPr>
      </w:pPr>
      <w:r w:rsidRPr="00844B84">
        <w:rPr>
          <w:lang w:val="ru-RU"/>
        </w:rPr>
        <w:t>Утверждается материальная характеристика тепловых сетей — произведение условного диаметра на протяжённость участка, просуммированное по системе. Величина применяется при расчёте показателей развития и удельных характеристик и получена по поучастковому реестру 1 294 участков.</w:t>
      </w:r>
    </w:p>
    <w:p w14:paraId="4F9DEC21" w14:textId="77777777" w:rsidR="006C72FB" w:rsidRPr="000C24CF" w:rsidRDefault="0084102B">
      <w:pPr>
        <w:rPr>
          <w:b/>
          <w:bCs/>
          <w:lang w:val="ru-RU"/>
        </w:rPr>
      </w:pPr>
      <w:r w:rsidRPr="000C24CF">
        <w:rPr>
          <w:b/>
          <w:bCs/>
          <w:lang w:val="ru-RU"/>
        </w:rPr>
        <w:t>Таблица 6.10 — Материальная характеристика тепловых сетей по системам, м²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828"/>
        <w:gridCol w:w="1996"/>
        <w:gridCol w:w="4665"/>
      </w:tblGrid>
      <w:tr w:rsidR="006C72FB" w14:paraId="42C5E9F8" w14:textId="77777777">
        <w:trPr>
          <w:cantSplit/>
          <w:tblHeader/>
        </w:trPr>
        <w:tc>
          <w:tcPr>
            <w:tcW w:w="0" w:type="auto"/>
            <w:shd w:val="clear" w:color="auto" w:fill="E2F0D9"/>
          </w:tcPr>
          <w:p w14:paraId="78789C48" w14:textId="77777777" w:rsidR="006C72FB" w:rsidRDefault="0084102B">
            <w:pPr>
              <w:jc w:val="center"/>
            </w:pPr>
            <w:r>
              <w:rPr>
                <w:b/>
              </w:rPr>
              <w:t>Система теплоснабжения</w:t>
            </w:r>
          </w:p>
        </w:tc>
        <w:tc>
          <w:tcPr>
            <w:tcW w:w="0" w:type="auto"/>
            <w:shd w:val="clear" w:color="auto" w:fill="E2F0D9"/>
          </w:tcPr>
          <w:p w14:paraId="46105E62" w14:textId="77777777" w:rsidR="006C72FB" w:rsidRDefault="0084102B">
            <w:pPr>
              <w:jc w:val="center"/>
            </w:pPr>
            <w:r>
              <w:rPr>
                <w:b/>
              </w:rPr>
              <w:t>Территория</w:t>
            </w:r>
          </w:p>
        </w:tc>
        <w:tc>
          <w:tcPr>
            <w:tcW w:w="0" w:type="auto"/>
            <w:shd w:val="clear" w:color="auto" w:fill="E2F0D9"/>
          </w:tcPr>
          <w:p w14:paraId="7D01A28D" w14:textId="77777777" w:rsidR="006C72FB" w:rsidRDefault="0084102B">
            <w:pPr>
              <w:jc w:val="center"/>
            </w:pPr>
            <w:r>
              <w:rPr>
                <w:b/>
              </w:rPr>
              <w:t>Материальная характеристика, м²</w:t>
            </w:r>
          </w:p>
        </w:tc>
      </w:tr>
      <w:tr w:rsidR="006C72FB" w14:paraId="2674091E" w14:textId="77777777">
        <w:trPr>
          <w:cantSplit/>
        </w:trPr>
        <w:tc>
          <w:tcPr>
            <w:tcW w:w="0" w:type="auto"/>
            <w:shd w:val="clear" w:color="auto" w:fill="F2F2F2"/>
          </w:tcPr>
          <w:p w14:paraId="3DAD948E" w14:textId="77777777" w:rsidR="006C72FB" w:rsidRDefault="0084102B">
            <w:r>
              <w:t>УПК № 1 «Таштагол»</w:t>
            </w:r>
          </w:p>
        </w:tc>
        <w:tc>
          <w:tcPr>
            <w:tcW w:w="0" w:type="auto"/>
            <w:shd w:val="clear" w:color="auto" w:fill="FFFFFF"/>
          </w:tcPr>
          <w:p w14:paraId="4728CDAC" w14:textId="77777777" w:rsidR="006C72FB" w:rsidRDefault="0084102B">
            <w:r>
              <w:t>г. Таштагол</w:t>
            </w:r>
          </w:p>
        </w:tc>
        <w:tc>
          <w:tcPr>
            <w:tcW w:w="0" w:type="auto"/>
            <w:shd w:val="clear" w:color="auto" w:fill="FFFFFF"/>
          </w:tcPr>
          <w:p w14:paraId="03672145" w14:textId="77777777" w:rsidR="006C72FB" w:rsidRDefault="0084102B">
            <w:r>
              <w:t>22683,15</w:t>
            </w:r>
          </w:p>
        </w:tc>
      </w:tr>
      <w:tr w:rsidR="006C72FB" w14:paraId="7E290EEC" w14:textId="77777777">
        <w:trPr>
          <w:cantSplit/>
        </w:trPr>
        <w:tc>
          <w:tcPr>
            <w:tcW w:w="0" w:type="auto"/>
            <w:shd w:val="clear" w:color="auto" w:fill="F2F2F2"/>
          </w:tcPr>
          <w:p w14:paraId="4C8E8E74" w14:textId="77777777" w:rsidR="006C72FB" w:rsidRDefault="0084102B">
            <w:r>
              <w:t>УПК № 2 «Шалым»</w:t>
            </w:r>
          </w:p>
        </w:tc>
        <w:tc>
          <w:tcPr>
            <w:tcW w:w="0" w:type="auto"/>
            <w:shd w:val="clear" w:color="auto" w:fill="FFFFFF"/>
          </w:tcPr>
          <w:p w14:paraId="13FBC7B8" w14:textId="77777777" w:rsidR="006C72FB" w:rsidRDefault="0084102B">
            <w:r>
              <w:t>г. Таштагол</w:t>
            </w:r>
          </w:p>
        </w:tc>
        <w:tc>
          <w:tcPr>
            <w:tcW w:w="0" w:type="auto"/>
            <w:shd w:val="clear" w:color="auto" w:fill="FFFFFF"/>
          </w:tcPr>
          <w:p w14:paraId="3D298D93" w14:textId="77777777" w:rsidR="006C72FB" w:rsidRDefault="0084102B">
            <w:r>
              <w:t>1438,88</w:t>
            </w:r>
          </w:p>
        </w:tc>
      </w:tr>
      <w:tr w:rsidR="006C72FB" w14:paraId="65990EA3" w14:textId="77777777">
        <w:trPr>
          <w:cantSplit/>
        </w:trPr>
        <w:tc>
          <w:tcPr>
            <w:tcW w:w="0" w:type="auto"/>
            <w:shd w:val="clear" w:color="auto" w:fill="F2F2F2"/>
          </w:tcPr>
          <w:p w14:paraId="082E81BA" w14:textId="77777777" w:rsidR="006C72FB" w:rsidRDefault="0084102B">
            <w:r>
              <w:t>УПК № 2 «ЦМК»</w:t>
            </w:r>
          </w:p>
        </w:tc>
        <w:tc>
          <w:tcPr>
            <w:tcW w:w="0" w:type="auto"/>
            <w:shd w:val="clear" w:color="auto" w:fill="FFFFFF"/>
          </w:tcPr>
          <w:p w14:paraId="7B337823" w14:textId="77777777" w:rsidR="006C72FB" w:rsidRDefault="0084102B">
            <w:r>
              <w:t>г. Таштагол</w:t>
            </w:r>
          </w:p>
        </w:tc>
        <w:tc>
          <w:tcPr>
            <w:tcW w:w="0" w:type="auto"/>
            <w:shd w:val="clear" w:color="auto" w:fill="FFFFFF"/>
          </w:tcPr>
          <w:p w14:paraId="0094C011" w14:textId="77777777" w:rsidR="006C72FB" w:rsidRDefault="0084102B">
            <w:r>
              <w:t>1192,77</w:t>
            </w:r>
          </w:p>
        </w:tc>
      </w:tr>
      <w:tr w:rsidR="006C72FB" w14:paraId="2736C21C" w14:textId="77777777">
        <w:trPr>
          <w:cantSplit/>
        </w:trPr>
        <w:tc>
          <w:tcPr>
            <w:tcW w:w="0" w:type="auto"/>
            <w:shd w:val="clear" w:color="auto" w:fill="F2F2F2"/>
          </w:tcPr>
          <w:p w14:paraId="3BD3617A" w14:textId="77777777" w:rsidR="006C72FB" w:rsidRDefault="0084102B">
            <w:r>
              <w:t>УПК № 9 «ГРЭ»</w:t>
            </w:r>
          </w:p>
        </w:tc>
        <w:tc>
          <w:tcPr>
            <w:tcW w:w="0" w:type="auto"/>
            <w:shd w:val="clear" w:color="auto" w:fill="FFFFFF"/>
          </w:tcPr>
          <w:p w14:paraId="374F5798" w14:textId="77777777" w:rsidR="006C72FB" w:rsidRDefault="0084102B">
            <w:r>
              <w:t>г. Таштагол</w:t>
            </w:r>
          </w:p>
        </w:tc>
        <w:tc>
          <w:tcPr>
            <w:tcW w:w="0" w:type="auto"/>
            <w:shd w:val="clear" w:color="auto" w:fill="FFFFFF"/>
          </w:tcPr>
          <w:p w14:paraId="79E026A0" w14:textId="77777777" w:rsidR="006C72FB" w:rsidRDefault="0084102B">
            <w:r>
              <w:t>194,57</w:t>
            </w:r>
          </w:p>
        </w:tc>
      </w:tr>
      <w:tr w:rsidR="006C72FB" w14:paraId="1D079378" w14:textId="77777777">
        <w:trPr>
          <w:cantSplit/>
        </w:trPr>
        <w:tc>
          <w:tcPr>
            <w:tcW w:w="0" w:type="auto"/>
            <w:shd w:val="clear" w:color="auto" w:fill="F2F2F2"/>
          </w:tcPr>
          <w:p w14:paraId="7AC17AEB" w14:textId="77777777" w:rsidR="006C72FB" w:rsidRDefault="0084102B">
            <w:r>
              <w:t>УПК № 5 «Новый Шерегеш»</w:t>
            </w:r>
          </w:p>
        </w:tc>
        <w:tc>
          <w:tcPr>
            <w:tcW w:w="0" w:type="auto"/>
            <w:shd w:val="clear" w:color="auto" w:fill="FFFFFF"/>
          </w:tcPr>
          <w:p w14:paraId="6B9585E6" w14:textId="77777777" w:rsidR="006C72FB" w:rsidRDefault="0084102B">
            <w:r>
              <w:t>пгт Шерегеш</w:t>
            </w:r>
          </w:p>
        </w:tc>
        <w:tc>
          <w:tcPr>
            <w:tcW w:w="0" w:type="auto"/>
            <w:shd w:val="clear" w:color="auto" w:fill="FFFFFF"/>
          </w:tcPr>
          <w:p w14:paraId="623EC48F" w14:textId="77777777" w:rsidR="006C72FB" w:rsidRDefault="0084102B">
            <w:r>
              <w:t>8479,93</w:t>
            </w:r>
          </w:p>
        </w:tc>
      </w:tr>
      <w:tr w:rsidR="006C72FB" w14:paraId="53087D37" w14:textId="77777777">
        <w:trPr>
          <w:cantSplit/>
        </w:trPr>
        <w:tc>
          <w:tcPr>
            <w:tcW w:w="0" w:type="auto"/>
            <w:shd w:val="clear" w:color="auto" w:fill="F2F2F2"/>
          </w:tcPr>
          <w:p w14:paraId="46B11D30" w14:textId="77777777" w:rsidR="006C72FB" w:rsidRDefault="0084102B">
            <w:r>
              <w:t>УПК № 6 «Старый Шерегеш»</w:t>
            </w:r>
          </w:p>
        </w:tc>
        <w:tc>
          <w:tcPr>
            <w:tcW w:w="0" w:type="auto"/>
            <w:shd w:val="clear" w:color="auto" w:fill="FFFFFF"/>
          </w:tcPr>
          <w:p w14:paraId="13B995EE" w14:textId="77777777" w:rsidR="006C72FB" w:rsidRDefault="0084102B">
            <w:r>
              <w:t>пгт Шерегеш</w:t>
            </w:r>
          </w:p>
        </w:tc>
        <w:tc>
          <w:tcPr>
            <w:tcW w:w="0" w:type="auto"/>
            <w:shd w:val="clear" w:color="auto" w:fill="FFFFFF"/>
          </w:tcPr>
          <w:p w14:paraId="51B9769E" w14:textId="77777777" w:rsidR="006C72FB" w:rsidRDefault="0084102B">
            <w:r>
              <w:t>1111,29</w:t>
            </w:r>
          </w:p>
        </w:tc>
      </w:tr>
      <w:tr w:rsidR="006C72FB" w14:paraId="1217B695" w14:textId="77777777">
        <w:trPr>
          <w:cantSplit/>
        </w:trPr>
        <w:tc>
          <w:tcPr>
            <w:tcW w:w="0" w:type="auto"/>
            <w:shd w:val="clear" w:color="auto" w:fill="F2F2F2"/>
          </w:tcPr>
          <w:p w14:paraId="07B87D74" w14:textId="77777777" w:rsidR="006C72FB" w:rsidRDefault="0084102B">
            <w:r>
              <w:t>УПК № 7 «Каз»</w:t>
            </w:r>
          </w:p>
        </w:tc>
        <w:tc>
          <w:tcPr>
            <w:tcW w:w="0" w:type="auto"/>
            <w:shd w:val="clear" w:color="auto" w:fill="FFFFFF"/>
          </w:tcPr>
          <w:p w14:paraId="4BB16FC8" w14:textId="77777777" w:rsidR="006C72FB" w:rsidRDefault="0084102B">
            <w:r>
              <w:t>пгт Каз</w:t>
            </w:r>
          </w:p>
        </w:tc>
        <w:tc>
          <w:tcPr>
            <w:tcW w:w="0" w:type="auto"/>
            <w:shd w:val="clear" w:color="auto" w:fill="FFFFFF"/>
          </w:tcPr>
          <w:p w14:paraId="711A1EAD" w14:textId="77777777" w:rsidR="006C72FB" w:rsidRDefault="0084102B">
            <w:r>
              <w:t>5903,02</w:t>
            </w:r>
          </w:p>
        </w:tc>
      </w:tr>
      <w:tr w:rsidR="006C72FB" w14:paraId="485E774C" w14:textId="77777777">
        <w:trPr>
          <w:cantSplit/>
        </w:trPr>
        <w:tc>
          <w:tcPr>
            <w:tcW w:w="0" w:type="auto"/>
            <w:shd w:val="clear" w:color="auto" w:fill="F2F2F2"/>
          </w:tcPr>
          <w:p w14:paraId="32C41C9D" w14:textId="77777777" w:rsidR="006C72FB" w:rsidRDefault="0084102B">
            <w:r>
              <w:t>УПК № 8 «Мундыбаш»</w:t>
            </w:r>
          </w:p>
        </w:tc>
        <w:tc>
          <w:tcPr>
            <w:tcW w:w="0" w:type="auto"/>
            <w:shd w:val="clear" w:color="auto" w:fill="FFFFFF"/>
          </w:tcPr>
          <w:p w14:paraId="288A8C80" w14:textId="77777777" w:rsidR="006C72FB" w:rsidRDefault="0084102B">
            <w:r>
              <w:t>пгт Мундыбаш</w:t>
            </w:r>
          </w:p>
        </w:tc>
        <w:tc>
          <w:tcPr>
            <w:tcW w:w="0" w:type="auto"/>
            <w:shd w:val="clear" w:color="auto" w:fill="FFFFFF"/>
          </w:tcPr>
          <w:p w14:paraId="663CDFB1" w14:textId="77777777" w:rsidR="006C72FB" w:rsidRDefault="0084102B">
            <w:r>
              <w:t>3750,30</w:t>
            </w:r>
          </w:p>
        </w:tc>
      </w:tr>
      <w:tr w:rsidR="006C72FB" w14:paraId="7CCEC916" w14:textId="77777777">
        <w:trPr>
          <w:cantSplit/>
        </w:trPr>
        <w:tc>
          <w:tcPr>
            <w:tcW w:w="0" w:type="auto"/>
            <w:shd w:val="clear" w:color="auto" w:fill="F2F2F2"/>
          </w:tcPr>
          <w:p w14:paraId="6B136AF6" w14:textId="77777777" w:rsidR="006C72FB" w:rsidRDefault="0084102B">
            <w:r>
              <w:t>УПК № 10 «Темир-Тау»</w:t>
            </w:r>
          </w:p>
        </w:tc>
        <w:tc>
          <w:tcPr>
            <w:tcW w:w="0" w:type="auto"/>
            <w:shd w:val="clear" w:color="auto" w:fill="FFFFFF"/>
          </w:tcPr>
          <w:p w14:paraId="62FB3CBA" w14:textId="77777777" w:rsidR="006C72FB" w:rsidRDefault="0084102B">
            <w:r>
              <w:t>пгт Темиртау</w:t>
            </w:r>
          </w:p>
        </w:tc>
        <w:tc>
          <w:tcPr>
            <w:tcW w:w="0" w:type="auto"/>
            <w:shd w:val="clear" w:color="auto" w:fill="FFFFFF"/>
          </w:tcPr>
          <w:p w14:paraId="5B5591FF" w14:textId="77777777" w:rsidR="006C72FB" w:rsidRDefault="0084102B">
            <w:r>
              <w:t>4468,90</w:t>
            </w:r>
          </w:p>
        </w:tc>
      </w:tr>
      <w:tr w:rsidR="006C72FB" w14:paraId="0141E563" w14:textId="77777777">
        <w:trPr>
          <w:cantSplit/>
        </w:trPr>
        <w:tc>
          <w:tcPr>
            <w:tcW w:w="0" w:type="auto"/>
            <w:shd w:val="clear" w:color="auto" w:fill="F2F2F2"/>
          </w:tcPr>
          <w:p w14:paraId="24054EF3" w14:textId="77777777" w:rsidR="006C72FB" w:rsidRDefault="0084102B">
            <w:r>
              <w:t>УПК № 3 «Спасск»</w:t>
            </w:r>
          </w:p>
        </w:tc>
        <w:tc>
          <w:tcPr>
            <w:tcW w:w="0" w:type="auto"/>
            <w:shd w:val="clear" w:color="auto" w:fill="FFFFFF"/>
          </w:tcPr>
          <w:p w14:paraId="7AB280CA" w14:textId="77777777" w:rsidR="006C72FB" w:rsidRDefault="0084102B">
            <w:r>
              <w:t>пгт Спасск</w:t>
            </w:r>
          </w:p>
        </w:tc>
        <w:tc>
          <w:tcPr>
            <w:tcW w:w="0" w:type="auto"/>
            <w:shd w:val="clear" w:color="auto" w:fill="FFFFFF"/>
          </w:tcPr>
          <w:p w14:paraId="2D03AE49" w14:textId="77777777" w:rsidR="006C72FB" w:rsidRDefault="0084102B">
            <w:r>
              <w:t>979,56</w:t>
            </w:r>
          </w:p>
        </w:tc>
      </w:tr>
      <w:tr w:rsidR="006C72FB" w14:paraId="3E648D2F" w14:textId="77777777">
        <w:trPr>
          <w:cantSplit/>
        </w:trPr>
        <w:tc>
          <w:tcPr>
            <w:tcW w:w="0" w:type="auto"/>
            <w:shd w:val="clear" w:color="auto" w:fill="DBE5F1"/>
          </w:tcPr>
          <w:p w14:paraId="5809C9A6" w14:textId="77777777" w:rsidR="006C72FB" w:rsidRDefault="0084102B">
            <w:r>
              <w:rPr>
                <w:b/>
              </w:rPr>
              <w:t>Итого по округу</w:t>
            </w:r>
          </w:p>
        </w:tc>
        <w:tc>
          <w:tcPr>
            <w:tcW w:w="0" w:type="auto"/>
            <w:shd w:val="clear" w:color="auto" w:fill="DBE5F1"/>
          </w:tcPr>
          <w:p w14:paraId="0A89D879" w14:textId="77777777" w:rsidR="006C72FB" w:rsidRDefault="0084102B">
            <w:r>
              <w:rPr>
                <w:b/>
              </w:rPr>
              <w:t>6 территорий</w:t>
            </w:r>
          </w:p>
        </w:tc>
        <w:tc>
          <w:tcPr>
            <w:tcW w:w="0" w:type="auto"/>
            <w:shd w:val="clear" w:color="auto" w:fill="DBE5F1"/>
          </w:tcPr>
          <w:p w14:paraId="65425FDD" w14:textId="77777777" w:rsidR="006C72FB" w:rsidRDefault="0084102B">
            <w:r>
              <w:rPr>
                <w:b/>
              </w:rPr>
              <w:t>50202,36</w:t>
            </w:r>
          </w:p>
        </w:tc>
      </w:tr>
    </w:tbl>
    <w:p w14:paraId="32890D21" w14:textId="77777777" w:rsidR="006E7A08" w:rsidRPr="000C24CF" w:rsidRDefault="00267E76">
      <w:pPr>
        <w:pStyle w:val="1"/>
        <w:spacing w:before="1200"/>
        <w:jc w:val="center"/>
        <w:rPr>
          <w:color w:val="4F81BD" w:themeColor="accent1"/>
          <w:lang w:val="ru-RU"/>
        </w:rPr>
      </w:pPr>
      <w:bookmarkStart w:id="72" w:name="_Toc238017271"/>
      <w:r w:rsidRPr="000C24CF">
        <w:rPr>
          <w:color w:val="4F81BD" w:themeColor="accent1"/>
          <w:lang w:val="ru-RU"/>
        </w:rPr>
        <w:t>7. Предложения по переводу открытых систем теплоснабжения (горячего водоснабжения), отдельных участков таких систем на закрытые системы горячего водоснабжения</w:t>
      </w:r>
      <w:bookmarkEnd w:id="72"/>
    </w:p>
    <w:p w14:paraId="4EC988A6" w14:textId="77777777" w:rsidR="00AD64D8" w:rsidRPr="00844B84" w:rsidRDefault="004F5CC8">
      <w:pPr>
        <w:spacing w:after="80"/>
        <w:jc w:val="both"/>
        <w:rPr>
          <w:lang w:val="ru-RU"/>
        </w:rPr>
      </w:pPr>
      <w:r w:rsidRPr="00844B84">
        <w:rPr>
          <w:lang w:val="ru-RU"/>
        </w:rPr>
        <w:t>Раздел закрепляет решения по переводу открытых систем горячего водоснабжения в закрытые. Расчётное обоснование, вариантный анализ и пообъектные досье приведены в соответствующей главе обосновывающих материалов; настоящий раздел содержит принимаемые решения.</w:t>
      </w:r>
    </w:p>
    <w:p w14:paraId="248C2418" w14:textId="77777777" w:rsidR="00AD64D8" w:rsidRPr="000C24CF" w:rsidRDefault="004F5CC8">
      <w:pPr>
        <w:pStyle w:val="21"/>
        <w:rPr>
          <w:lang w:val="ru-RU"/>
        </w:rPr>
      </w:pPr>
      <w:bookmarkStart w:id="73" w:name="_Toc238017272"/>
      <w:r w:rsidRPr="000C24CF">
        <w:rPr>
          <w:lang w:val="ru-RU"/>
        </w:rPr>
        <w:t>7.1. Системы, которых касается решение</w:t>
      </w:r>
      <w:bookmarkEnd w:id="73"/>
    </w:p>
    <w:p w14:paraId="2F5173C1" w14:textId="77777777" w:rsidR="00AD64D8" w:rsidRPr="00844B84" w:rsidRDefault="004F5CC8">
      <w:pPr>
        <w:spacing w:after="80"/>
        <w:jc w:val="both"/>
        <w:rPr>
          <w:lang w:val="ru-RU"/>
        </w:rPr>
      </w:pPr>
      <w:r w:rsidRPr="00844B84">
        <w:rPr>
          <w:lang w:val="ru-RU"/>
        </w:rPr>
        <w:t>Открытый водоразбор численно подтверждён по девяти системам теплоснабжения округа из десяти. По восьми системам способ приготовления горячей воды открытый, по системе УПК № 8 «Мундыбаш» — смешанный с открытой составляющей. По системе УПК № 9 «ГРЭ» тип системы установлен как открытый, водный баланс не раскрыт.</w:t>
      </w:r>
    </w:p>
    <w:p w14:paraId="62D26E14" w14:textId="77777777" w:rsidR="00AD64D8" w:rsidRDefault="004F5CC8">
      <w:pPr>
        <w:keepNext/>
        <w:spacing w:before="160"/>
      </w:pPr>
      <w:r>
        <w:rPr>
          <w:b/>
        </w:rPr>
        <w:t>Таблица 7.1 — Затронутые системы</w:t>
      </w: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995"/>
        <w:gridCol w:w="1529"/>
        <w:gridCol w:w="2796"/>
        <w:gridCol w:w="2413"/>
        <w:gridCol w:w="1746"/>
      </w:tblGrid>
      <w:tr w:rsidR="00AD64D8" w14:paraId="7A47CC6F" w14:textId="77777777">
        <w:trPr>
          <w:cantSplit/>
          <w:tblHeader/>
          <w:jc w:val="center"/>
        </w:trPr>
        <w:tc>
          <w:tcPr>
            <w:tcW w:w="0" w:type="auto"/>
            <w:shd w:val="clear" w:color="auto" w:fill="E2F0D9"/>
          </w:tcPr>
          <w:p w14:paraId="3DD5F398" w14:textId="77777777" w:rsidR="00AD64D8" w:rsidRDefault="004F5CC8">
            <w:pPr>
              <w:jc w:val="center"/>
            </w:pPr>
            <w:r>
              <w:rPr>
                <w:b/>
              </w:rPr>
              <w:t>Источник</w:t>
            </w:r>
          </w:p>
        </w:tc>
        <w:tc>
          <w:tcPr>
            <w:tcW w:w="0" w:type="auto"/>
            <w:shd w:val="clear" w:color="auto" w:fill="E2F0D9"/>
          </w:tcPr>
          <w:p w14:paraId="53EEF17F" w14:textId="77777777" w:rsidR="00AD64D8" w:rsidRDefault="004F5CC8">
            <w:pPr>
              <w:jc w:val="center"/>
            </w:pPr>
            <w:r>
              <w:rPr>
                <w:b/>
              </w:rPr>
              <w:t>Территория</w:t>
            </w:r>
          </w:p>
        </w:tc>
        <w:tc>
          <w:tcPr>
            <w:tcW w:w="0" w:type="auto"/>
            <w:shd w:val="clear" w:color="auto" w:fill="E2F0D9"/>
          </w:tcPr>
          <w:p w14:paraId="10B388D4" w14:textId="77777777" w:rsidR="00AD64D8" w:rsidRDefault="004F5CC8">
            <w:pPr>
              <w:jc w:val="center"/>
            </w:pPr>
            <w:r>
              <w:rPr>
                <w:b/>
              </w:rPr>
              <w:t>Способ приготовления горячей воды</w:t>
            </w:r>
          </w:p>
        </w:tc>
        <w:tc>
          <w:tcPr>
            <w:tcW w:w="0" w:type="auto"/>
            <w:shd w:val="clear" w:color="auto" w:fill="E2F0D9"/>
          </w:tcPr>
          <w:p w14:paraId="5294F1E0" w14:textId="77777777" w:rsidR="00AD64D8" w:rsidRDefault="004F5CC8">
            <w:pPr>
              <w:jc w:val="center"/>
            </w:pPr>
            <w:r>
              <w:rPr>
                <w:b/>
              </w:rPr>
              <w:t>Отпуск теплоносителя, т/год</w:t>
            </w:r>
          </w:p>
        </w:tc>
        <w:tc>
          <w:tcPr>
            <w:tcW w:w="0" w:type="auto"/>
            <w:shd w:val="clear" w:color="auto" w:fill="E2F0D9"/>
          </w:tcPr>
          <w:p w14:paraId="370FF571" w14:textId="77777777" w:rsidR="00AD64D8" w:rsidRDefault="004F5CC8">
            <w:pPr>
              <w:jc w:val="center"/>
            </w:pPr>
            <w:r>
              <w:rPr>
                <w:b/>
              </w:rPr>
              <w:t>Нагрузка ГВС, Гкал/ч</w:t>
            </w:r>
          </w:p>
        </w:tc>
      </w:tr>
      <w:tr w:rsidR="00AD64D8" w14:paraId="5D1484C3" w14:textId="77777777">
        <w:trPr>
          <w:cantSplit/>
          <w:jc w:val="center"/>
        </w:trPr>
        <w:tc>
          <w:tcPr>
            <w:tcW w:w="0" w:type="auto"/>
          </w:tcPr>
          <w:p w14:paraId="2F7ABD1B" w14:textId="77777777" w:rsidR="00AD64D8" w:rsidRDefault="004F5CC8">
            <w:r>
              <w:t>УПК № 1 Таштагол</w:t>
            </w:r>
          </w:p>
        </w:tc>
        <w:tc>
          <w:tcPr>
            <w:tcW w:w="0" w:type="auto"/>
          </w:tcPr>
          <w:p w14:paraId="12B5752D" w14:textId="77777777" w:rsidR="00AD64D8" w:rsidRDefault="004F5CC8">
            <w:pPr>
              <w:jc w:val="center"/>
            </w:pPr>
            <w:r>
              <w:t>г. Таштагол</w:t>
            </w:r>
          </w:p>
        </w:tc>
        <w:tc>
          <w:tcPr>
            <w:tcW w:w="0" w:type="auto"/>
          </w:tcPr>
          <w:p w14:paraId="565CF3F2" w14:textId="77777777" w:rsidR="00AD64D8" w:rsidRDefault="004F5CC8">
            <w:pPr>
              <w:jc w:val="center"/>
            </w:pPr>
            <w:r>
              <w:t>открытая</w:t>
            </w:r>
          </w:p>
        </w:tc>
        <w:tc>
          <w:tcPr>
            <w:tcW w:w="0" w:type="auto"/>
          </w:tcPr>
          <w:p w14:paraId="47077862" w14:textId="77777777" w:rsidR="00AD64D8" w:rsidRDefault="004F5CC8">
            <w:pPr>
              <w:jc w:val="center"/>
            </w:pPr>
            <w:r>
              <w:t>341 475</w:t>
            </w:r>
          </w:p>
        </w:tc>
        <w:tc>
          <w:tcPr>
            <w:tcW w:w="0" w:type="auto"/>
          </w:tcPr>
          <w:p w14:paraId="04A22FE8" w14:textId="77777777" w:rsidR="00AD64D8" w:rsidRDefault="004F5CC8">
            <w:pPr>
              <w:jc w:val="center"/>
            </w:pPr>
            <w:r>
              <w:t>5,3810</w:t>
            </w:r>
          </w:p>
        </w:tc>
      </w:tr>
      <w:tr w:rsidR="00AD64D8" w14:paraId="1D72E2EE" w14:textId="77777777">
        <w:trPr>
          <w:cantSplit/>
          <w:jc w:val="center"/>
        </w:trPr>
        <w:tc>
          <w:tcPr>
            <w:tcW w:w="0" w:type="auto"/>
          </w:tcPr>
          <w:p w14:paraId="7736107E" w14:textId="77777777" w:rsidR="00AD64D8" w:rsidRDefault="004F5CC8">
            <w:r>
              <w:t>УПК № 2 Шалым</w:t>
            </w:r>
          </w:p>
        </w:tc>
        <w:tc>
          <w:tcPr>
            <w:tcW w:w="0" w:type="auto"/>
          </w:tcPr>
          <w:p w14:paraId="7023A1F0" w14:textId="77777777" w:rsidR="00AD64D8" w:rsidRDefault="004F5CC8">
            <w:pPr>
              <w:jc w:val="center"/>
            </w:pPr>
            <w:r>
              <w:t>г. Таштагол</w:t>
            </w:r>
          </w:p>
        </w:tc>
        <w:tc>
          <w:tcPr>
            <w:tcW w:w="0" w:type="auto"/>
          </w:tcPr>
          <w:p w14:paraId="2208713F" w14:textId="77777777" w:rsidR="00AD64D8" w:rsidRDefault="004F5CC8">
            <w:pPr>
              <w:jc w:val="center"/>
            </w:pPr>
            <w:r>
              <w:t>открытая</w:t>
            </w:r>
          </w:p>
        </w:tc>
        <w:tc>
          <w:tcPr>
            <w:tcW w:w="0" w:type="auto"/>
          </w:tcPr>
          <w:p w14:paraId="38ED3782" w14:textId="77777777" w:rsidR="00AD64D8" w:rsidRDefault="004F5CC8">
            <w:pPr>
              <w:jc w:val="center"/>
            </w:pPr>
            <w:r>
              <w:t>18 157</w:t>
            </w:r>
          </w:p>
        </w:tc>
        <w:tc>
          <w:tcPr>
            <w:tcW w:w="0" w:type="auto"/>
          </w:tcPr>
          <w:p w14:paraId="7F7743D9" w14:textId="77777777" w:rsidR="00AD64D8" w:rsidRDefault="004F5CC8">
            <w:pPr>
              <w:jc w:val="center"/>
            </w:pPr>
            <w:r>
              <w:t>0,3820</w:t>
            </w:r>
          </w:p>
        </w:tc>
      </w:tr>
      <w:tr w:rsidR="00AD64D8" w14:paraId="5F5A263D" w14:textId="77777777">
        <w:trPr>
          <w:cantSplit/>
          <w:jc w:val="center"/>
        </w:trPr>
        <w:tc>
          <w:tcPr>
            <w:tcW w:w="0" w:type="auto"/>
          </w:tcPr>
          <w:p w14:paraId="5B788B1E" w14:textId="77777777" w:rsidR="00AD64D8" w:rsidRDefault="004F5CC8">
            <w:r>
              <w:t>УПК № 2 ЦМК</w:t>
            </w:r>
          </w:p>
        </w:tc>
        <w:tc>
          <w:tcPr>
            <w:tcW w:w="0" w:type="auto"/>
          </w:tcPr>
          <w:p w14:paraId="3A7DE2C1" w14:textId="77777777" w:rsidR="00AD64D8" w:rsidRDefault="004F5CC8">
            <w:pPr>
              <w:jc w:val="center"/>
            </w:pPr>
            <w:r>
              <w:t>г. Таштагол</w:t>
            </w:r>
          </w:p>
        </w:tc>
        <w:tc>
          <w:tcPr>
            <w:tcW w:w="0" w:type="auto"/>
          </w:tcPr>
          <w:p w14:paraId="0A70CC53" w14:textId="77777777" w:rsidR="00AD64D8" w:rsidRDefault="004F5CC8">
            <w:pPr>
              <w:jc w:val="center"/>
            </w:pPr>
            <w:r>
              <w:t>открытая</w:t>
            </w:r>
          </w:p>
        </w:tc>
        <w:tc>
          <w:tcPr>
            <w:tcW w:w="0" w:type="auto"/>
          </w:tcPr>
          <w:p w14:paraId="245B4733" w14:textId="77777777" w:rsidR="00AD64D8" w:rsidRDefault="004F5CC8">
            <w:pPr>
              <w:jc w:val="center"/>
            </w:pPr>
            <w:r>
              <w:t>13 266</w:t>
            </w:r>
          </w:p>
        </w:tc>
        <w:tc>
          <w:tcPr>
            <w:tcW w:w="0" w:type="auto"/>
          </w:tcPr>
          <w:p w14:paraId="5CC72819" w14:textId="77777777" w:rsidR="00AD64D8" w:rsidRDefault="004F5CC8">
            <w:pPr>
              <w:jc w:val="center"/>
            </w:pPr>
            <w:r>
              <w:t>0,1280</w:t>
            </w:r>
          </w:p>
        </w:tc>
      </w:tr>
      <w:tr w:rsidR="00AD64D8" w14:paraId="7203B426" w14:textId="77777777">
        <w:trPr>
          <w:cantSplit/>
          <w:jc w:val="center"/>
        </w:trPr>
        <w:tc>
          <w:tcPr>
            <w:tcW w:w="0" w:type="auto"/>
          </w:tcPr>
          <w:p w14:paraId="2079E63A" w14:textId="77777777" w:rsidR="00AD64D8" w:rsidRDefault="004F5CC8">
            <w:r>
              <w:t>УПК № 9 ГРЭ</w:t>
            </w:r>
          </w:p>
        </w:tc>
        <w:tc>
          <w:tcPr>
            <w:tcW w:w="0" w:type="auto"/>
          </w:tcPr>
          <w:p w14:paraId="7F820067" w14:textId="77777777" w:rsidR="00AD64D8" w:rsidRDefault="004F5CC8">
            <w:pPr>
              <w:jc w:val="center"/>
            </w:pPr>
            <w:r>
              <w:t>г. Таштагол</w:t>
            </w:r>
          </w:p>
        </w:tc>
        <w:tc>
          <w:tcPr>
            <w:tcW w:w="0" w:type="auto"/>
          </w:tcPr>
          <w:p w14:paraId="39567E9B" w14:textId="77777777" w:rsidR="00AD64D8" w:rsidRDefault="004F5CC8">
            <w:pPr>
              <w:jc w:val="center"/>
            </w:pPr>
            <w:r>
              <w:t>открытая</w:t>
            </w:r>
          </w:p>
        </w:tc>
        <w:tc>
          <w:tcPr>
            <w:tcW w:w="0" w:type="auto"/>
          </w:tcPr>
          <w:p w14:paraId="4643DEA5" w14:textId="77777777" w:rsidR="00AD64D8" w:rsidRDefault="004F5CC8">
            <w:pPr>
              <w:jc w:val="center"/>
            </w:pPr>
            <w:r>
              <w:t>не раскрыт</w:t>
            </w:r>
          </w:p>
        </w:tc>
        <w:tc>
          <w:tcPr>
            <w:tcW w:w="0" w:type="auto"/>
          </w:tcPr>
          <w:p w14:paraId="34C12DB8" w14:textId="77777777" w:rsidR="00AD64D8" w:rsidRDefault="004F5CC8">
            <w:pPr>
              <w:jc w:val="center"/>
            </w:pPr>
            <w:r>
              <w:t>0,0020</w:t>
            </w:r>
          </w:p>
        </w:tc>
      </w:tr>
      <w:tr w:rsidR="00AD64D8" w14:paraId="05C2E232" w14:textId="77777777">
        <w:trPr>
          <w:cantSplit/>
          <w:jc w:val="center"/>
        </w:trPr>
        <w:tc>
          <w:tcPr>
            <w:tcW w:w="0" w:type="auto"/>
          </w:tcPr>
          <w:p w14:paraId="1322FA83" w14:textId="77777777" w:rsidR="00AD64D8" w:rsidRDefault="004F5CC8">
            <w:r>
              <w:t>УПК № 5 Новый Шерегеш</w:t>
            </w:r>
          </w:p>
        </w:tc>
        <w:tc>
          <w:tcPr>
            <w:tcW w:w="0" w:type="auto"/>
          </w:tcPr>
          <w:p w14:paraId="3FF12BDC" w14:textId="77777777" w:rsidR="00AD64D8" w:rsidRDefault="004F5CC8">
            <w:pPr>
              <w:jc w:val="center"/>
            </w:pPr>
            <w:r>
              <w:t>пгт Шерегеш</w:t>
            </w:r>
          </w:p>
        </w:tc>
        <w:tc>
          <w:tcPr>
            <w:tcW w:w="0" w:type="auto"/>
          </w:tcPr>
          <w:p w14:paraId="222C8093" w14:textId="77777777" w:rsidR="00AD64D8" w:rsidRDefault="004F5CC8">
            <w:pPr>
              <w:jc w:val="center"/>
            </w:pPr>
            <w:r>
              <w:t>открытая</w:t>
            </w:r>
          </w:p>
        </w:tc>
        <w:tc>
          <w:tcPr>
            <w:tcW w:w="0" w:type="auto"/>
          </w:tcPr>
          <w:p w14:paraId="204D3F3A" w14:textId="77777777" w:rsidR="00AD64D8" w:rsidRDefault="004F5CC8">
            <w:pPr>
              <w:jc w:val="center"/>
            </w:pPr>
            <w:r>
              <w:t>217 064</w:t>
            </w:r>
          </w:p>
        </w:tc>
        <w:tc>
          <w:tcPr>
            <w:tcW w:w="0" w:type="auto"/>
          </w:tcPr>
          <w:p w14:paraId="4E7F53E9" w14:textId="77777777" w:rsidR="00AD64D8" w:rsidRDefault="004F5CC8">
            <w:pPr>
              <w:jc w:val="center"/>
            </w:pPr>
            <w:r>
              <w:t>3,0650</w:t>
            </w:r>
          </w:p>
        </w:tc>
      </w:tr>
      <w:tr w:rsidR="00AD64D8" w14:paraId="248FB434" w14:textId="77777777">
        <w:trPr>
          <w:cantSplit/>
          <w:jc w:val="center"/>
        </w:trPr>
        <w:tc>
          <w:tcPr>
            <w:tcW w:w="0" w:type="auto"/>
          </w:tcPr>
          <w:p w14:paraId="206C55C2" w14:textId="77777777" w:rsidR="00AD64D8" w:rsidRDefault="004F5CC8">
            <w:r>
              <w:t>УПК № 6 Старый Шерегеш</w:t>
            </w:r>
          </w:p>
        </w:tc>
        <w:tc>
          <w:tcPr>
            <w:tcW w:w="0" w:type="auto"/>
          </w:tcPr>
          <w:p w14:paraId="7722B2CA" w14:textId="77777777" w:rsidR="00AD64D8" w:rsidRDefault="004F5CC8">
            <w:pPr>
              <w:jc w:val="center"/>
            </w:pPr>
            <w:r>
              <w:t>пгт Шерегеш</w:t>
            </w:r>
          </w:p>
        </w:tc>
        <w:tc>
          <w:tcPr>
            <w:tcW w:w="0" w:type="auto"/>
          </w:tcPr>
          <w:p w14:paraId="0931DBE2" w14:textId="77777777" w:rsidR="00AD64D8" w:rsidRDefault="004F5CC8">
            <w:pPr>
              <w:jc w:val="center"/>
            </w:pPr>
            <w:r>
              <w:t>открытая</w:t>
            </w:r>
          </w:p>
        </w:tc>
        <w:tc>
          <w:tcPr>
            <w:tcW w:w="0" w:type="auto"/>
          </w:tcPr>
          <w:p w14:paraId="58CD212D" w14:textId="77777777" w:rsidR="00AD64D8" w:rsidRDefault="004F5CC8">
            <w:pPr>
              <w:jc w:val="center"/>
            </w:pPr>
            <w:r>
              <w:t>22 390</w:t>
            </w:r>
          </w:p>
        </w:tc>
        <w:tc>
          <w:tcPr>
            <w:tcW w:w="0" w:type="auto"/>
          </w:tcPr>
          <w:p w14:paraId="507E9E67" w14:textId="77777777" w:rsidR="00AD64D8" w:rsidRDefault="004F5CC8">
            <w:pPr>
              <w:jc w:val="center"/>
            </w:pPr>
            <w:r>
              <w:t>0,2640</w:t>
            </w:r>
          </w:p>
        </w:tc>
      </w:tr>
      <w:tr w:rsidR="00AD64D8" w14:paraId="5CE44FE2" w14:textId="77777777">
        <w:trPr>
          <w:cantSplit/>
          <w:jc w:val="center"/>
        </w:trPr>
        <w:tc>
          <w:tcPr>
            <w:tcW w:w="0" w:type="auto"/>
          </w:tcPr>
          <w:p w14:paraId="3801001D" w14:textId="77777777" w:rsidR="00AD64D8" w:rsidRDefault="004F5CC8">
            <w:r>
              <w:t>УПК № 7 Каз</w:t>
            </w:r>
          </w:p>
        </w:tc>
        <w:tc>
          <w:tcPr>
            <w:tcW w:w="0" w:type="auto"/>
          </w:tcPr>
          <w:p w14:paraId="196E2E7B" w14:textId="77777777" w:rsidR="00AD64D8" w:rsidRDefault="004F5CC8">
            <w:pPr>
              <w:jc w:val="center"/>
            </w:pPr>
            <w:r>
              <w:t>пгт Каз</w:t>
            </w:r>
          </w:p>
        </w:tc>
        <w:tc>
          <w:tcPr>
            <w:tcW w:w="0" w:type="auto"/>
          </w:tcPr>
          <w:p w14:paraId="32F9E546" w14:textId="77777777" w:rsidR="00AD64D8" w:rsidRDefault="004F5CC8">
            <w:pPr>
              <w:jc w:val="center"/>
            </w:pPr>
            <w:r>
              <w:t>открытая</w:t>
            </w:r>
          </w:p>
        </w:tc>
        <w:tc>
          <w:tcPr>
            <w:tcW w:w="0" w:type="auto"/>
          </w:tcPr>
          <w:p w14:paraId="37DD77EF" w14:textId="77777777" w:rsidR="00AD64D8" w:rsidRDefault="004F5CC8">
            <w:pPr>
              <w:jc w:val="center"/>
            </w:pPr>
            <w:r>
              <w:t>76 238</w:t>
            </w:r>
          </w:p>
        </w:tc>
        <w:tc>
          <w:tcPr>
            <w:tcW w:w="0" w:type="auto"/>
          </w:tcPr>
          <w:p w14:paraId="464EECEE" w14:textId="77777777" w:rsidR="00AD64D8" w:rsidRDefault="004F5CC8">
            <w:pPr>
              <w:jc w:val="center"/>
            </w:pPr>
            <w:r>
              <w:t>1,0530</w:t>
            </w:r>
          </w:p>
        </w:tc>
      </w:tr>
      <w:tr w:rsidR="00AD64D8" w14:paraId="7738FFE4" w14:textId="77777777">
        <w:trPr>
          <w:cantSplit/>
          <w:jc w:val="center"/>
        </w:trPr>
        <w:tc>
          <w:tcPr>
            <w:tcW w:w="0" w:type="auto"/>
          </w:tcPr>
          <w:p w14:paraId="3DD980BF" w14:textId="77777777" w:rsidR="00AD64D8" w:rsidRDefault="004F5CC8">
            <w:r>
              <w:t>УПК № 8 Мундыбаш</w:t>
            </w:r>
          </w:p>
        </w:tc>
        <w:tc>
          <w:tcPr>
            <w:tcW w:w="0" w:type="auto"/>
          </w:tcPr>
          <w:p w14:paraId="5C2CEB96" w14:textId="77777777" w:rsidR="00AD64D8" w:rsidRDefault="004F5CC8">
            <w:pPr>
              <w:jc w:val="center"/>
            </w:pPr>
            <w:r>
              <w:t>пгт Мундыбаш</w:t>
            </w:r>
          </w:p>
        </w:tc>
        <w:tc>
          <w:tcPr>
            <w:tcW w:w="0" w:type="auto"/>
          </w:tcPr>
          <w:p w14:paraId="4256CF48" w14:textId="77777777" w:rsidR="00AD64D8" w:rsidRDefault="004F5CC8">
            <w:pPr>
              <w:jc w:val="center"/>
            </w:pPr>
            <w:r>
              <w:t>смешанная</w:t>
            </w:r>
          </w:p>
        </w:tc>
        <w:tc>
          <w:tcPr>
            <w:tcW w:w="0" w:type="auto"/>
          </w:tcPr>
          <w:p w14:paraId="175AC551" w14:textId="77777777" w:rsidR="00AD64D8" w:rsidRDefault="004F5CC8">
            <w:pPr>
              <w:jc w:val="center"/>
            </w:pPr>
            <w:r>
              <w:t>62 183</w:t>
            </w:r>
          </w:p>
        </w:tc>
        <w:tc>
          <w:tcPr>
            <w:tcW w:w="0" w:type="auto"/>
          </w:tcPr>
          <w:p w14:paraId="105064D5" w14:textId="77777777" w:rsidR="00AD64D8" w:rsidRDefault="004F5CC8">
            <w:pPr>
              <w:jc w:val="center"/>
            </w:pPr>
            <w:r>
              <w:t>0,8190</w:t>
            </w:r>
          </w:p>
        </w:tc>
      </w:tr>
      <w:tr w:rsidR="00AD64D8" w14:paraId="6D964A81" w14:textId="77777777">
        <w:trPr>
          <w:cantSplit/>
          <w:jc w:val="center"/>
        </w:trPr>
        <w:tc>
          <w:tcPr>
            <w:tcW w:w="0" w:type="auto"/>
          </w:tcPr>
          <w:p w14:paraId="60BDB6BA" w14:textId="77777777" w:rsidR="00AD64D8" w:rsidRDefault="004F5CC8">
            <w:r>
              <w:t>УПК № 10 Темир-Тау</w:t>
            </w:r>
          </w:p>
        </w:tc>
        <w:tc>
          <w:tcPr>
            <w:tcW w:w="0" w:type="auto"/>
          </w:tcPr>
          <w:p w14:paraId="6917E2CC" w14:textId="77777777" w:rsidR="00AD64D8" w:rsidRDefault="004F5CC8">
            <w:pPr>
              <w:jc w:val="center"/>
            </w:pPr>
            <w:r>
              <w:t>пгт Темиртау</w:t>
            </w:r>
          </w:p>
        </w:tc>
        <w:tc>
          <w:tcPr>
            <w:tcW w:w="0" w:type="auto"/>
          </w:tcPr>
          <w:p w14:paraId="54649528" w14:textId="77777777" w:rsidR="00AD64D8" w:rsidRDefault="004F5CC8">
            <w:pPr>
              <w:jc w:val="center"/>
            </w:pPr>
            <w:r>
              <w:t>открытая</w:t>
            </w:r>
          </w:p>
        </w:tc>
        <w:tc>
          <w:tcPr>
            <w:tcW w:w="0" w:type="auto"/>
          </w:tcPr>
          <w:p w14:paraId="31BB12B2" w14:textId="77777777" w:rsidR="00AD64D8" w:rsidRDefault="004F5CC8">
            <w:pPr>
              <w:jc w:val="center"/>
            </w:pPr>
            <w:r>
              <w:t>29 079</w:t>
            </w:r>
          </w:p>
        </w:tc>
        <w:tc>
          <w:tcPr>
            <w:tcW w:w="0" w:type="auto"/>
          </w:tcPr>
          <w:p w14:paraId="70C91778" w14:textId="77777777" w:rsidR="00AD64D8" w:rsidRDefault="004F5CC8">
            <w:pPr>
              <w:jc w:val="center"/>
            </w:pPr>
            <w:r>
              <w:t>0,2569</w:t>
            </w:r>
          </w:p>
        </w:tc>
      </w:tr>
      <w:tr w:rsidR="00AD64D8" w14:paraId="004C16E6" w14:textId="77777777">
        <w:trPr>
          <w:cantSplit/>
          <w:jc w:val="center"/>
        </w:trPr>
        <w:tc>
          <w:tcPr>
            <w:tcW w:w="0" w:type="auto"/>
          </w:tcPr>
          <w:p w14:paraId="39B53711" w14:textId="77777777" w:rsidR="00AD64D8" w:rsidRDefault="004F5CC8">
            <w:r>
              <w:t>УПК № 3 Спасск</w:t>
            </w:r>
          </w:p>
        </w:tc>
        <w:tc>
          <w:tcPr>
            <w:tcW w:w="0" w:type="auto"/>
          </w:tcPr>
          <w:p w14:paraId="780E58EB" w14:textId="77777777" w:rsidR="00AD64D8" w:rsidRDefault="004F5CC8">
            <w:pPr>
              <w:jc w:val="center"/>
            </w:pPr>
            <w:r>
              <w:t>пгт Спасск</w:t>
            </w:r>
          </w:p>
        </w:tc>
        <w:tc>
          <w:tcPr>
            <w:tcW w:w="0" w:type="auto"/>
          </w:tcPr>
          <w:p w14:paraId="59763617" w14:textId="77777777" w:rsidR="00AD64D8" w:rsidRDefault="004F5CC8">
            <w:pPr>
              <w:jc w:val="center"/>
            </w:pPr>
            <w:r>
              <w:t>открытая</w:t>
            </w:r>
          </w:p>
        </w:tc>
        <w:tc>
          <w:tcPr>
            <w:tcW w:w="0" w:type="auto"/>
          </w:tcPr>
          <w:p w14:paraId="270600F9" w14:textId="77777777" w:rsidR="00AD64D8" w:rsidRDefault="004F5CC8">
            <w:pPr>
              <w:jc w:val="center"/>
            </w:pPr>
            <w:r>
              <w:t>2 932</w:t>
            </w:r>
          </w:p>
        </w:tc>
        <w:tc>
          <w:tcPr>
            <w:tcW w:w="0" w:type="auto"/>
          </w:tcPr>
          <w:p w14:paraId="2C602A86" w14:textId="77777777" w:rsidR="00AD64D8" w:rsidRDefault="004F5CC8">
            <w:pPr>
              <w:jc w:val="center"/>
            </w:pPr>
            <w:r>
              <w:t>0,0400</w:t>
            </w:r>
          </w:p>
        </w:tc>
      </w:tr>
      <w:tr w:rsidR="00AD64D8" w14:paraId="1F175940" w14:textId="77777777">
        <w:trPr>
          <w:cantSplit/>
          <w:jc w:val="center"/>
        </w:trPr>
        <w:tc>
          <w:tcPr>
            <w:tcW w:w="0" w:type="auto"/>
            <w:shd w:val="clear" w:color="auto" w:fill="DBE5F1"/>
          </w:tcPr>
          <w:p w14:paraId="02171C39" w14:textId="77777777" w:rsidR="00AD64D8" w:rsidRDefault="004F5CC8">
            <w:r>
              <w:rPr>
                <w:b/>
              </w:rPr>
              <w:t>Итого</w:t>
            </w:r>
          </w:p>
        </w:tc>
        <w:tc>
          <w:tcPr>
            <w:tcW w:w="0" w:type="auto"/>
            <w:shd w:val="clear" w:color="auto" w:fill="DBE5F1"/>
          </w:tcPr>
          <w:p w14:paraId="4BA25FB2" w14:textId="77777777" w:rsidR="00AD64D8" w:rsidRDefault="004F5CC8">
            <w:pPr>
              <w:jc w:val="center"/>
            </w:pPr>
            <w:r>
              <w:rPr>
                <w:b/>
              </w:rPr>
              <w:t>—</w:t>
            </w:r>
          </w:p>
        </w:tc>
        <w:tc>
          <w:tcPr>
            <w:tcW w:w="0" w:type="auto"/>
            <w:shd w:val="clear" w:color="auto" w:fill="DBE5F1"/>
          </w:tcPr>
          <w:p w14:paraId="2F3DFF3A" w14:textId="77777777" w:rsidR="00AD64D8" w:rsidRDefault="004F5CC8">
            <w:pPr>
              <w:jc w:val="center"/>
            </w:pPr>
            <w:r>
              <w:rPr>
                <w:b/>
              </w:rPr>
              <w:t>—</w:t>
            </w:r>
          </w:p>
        </w:tc>
        <w:tc>
          <w:tcPr>
            <w:tcW w:w="0" w:type="auto"/>
            <w:shd w:val="clear" w:color="auto" w:fill="DBE5F1"/>
          </w:tcPr>
          <w:p w14:paraId="78752A3C" w14:textId="77777777" w:rsidR="00AD64D8" w:rsidRDefault="004F5CC8">
            <w:pPr>
              <w:jc w:val="center"/>
            </w:pPr>
            <w:r>
              <w:rPr>
                <w:b/>
              </w:rPr>
              <w:t>782 784</w:t>
            </w:r>
          </w:p>
        </w:tc>
        <w:tc>
          <w:tcPr>
            <w:tcW w:w="0" w:type="auto"/>
            <w:shd w:val="clear" w:color="auto" w:fill="DBE5F1"/>
          </w:tcPr>
          <w:p w14:paraId="41E23BA7" w14:textId="77777777" w:rsidR="00AD64D8" w:rsidRDefault="004F5CC8">
            <w:pPr>
              <w:jc w:val="center"/>
            </w:pPr>
            <w:r>
              <w:rPr>
                <w:b/>
              </w:rPr>
              <w:t>11,3909</w:t>
            </w:r>
          </w:p>
        </w:tc>
      </w:tr>
    </w:tbl>
    <w:p w14:paraId="5DC7AF16" w14:textId="77777777" w:rsidR="00AD64D8" w:rsidRDefault="00AD64D8">
      <w:pPr>
        <w:spacing w:after="40"/>
      </w:pPr>
    </w:p>
    <w:p w14:paraId="5094B9BB" w14:textId="77777777" w:rsidR="00AD64D8" w:rsidRPr="00844B84" w:rsidRDefault="004F5CC8">
      <w:pPr>
        <w:spacing w:after="80"/>
        <w:jc w:val="both"/>
        <w:rPr>
          <w:lang w:val="ru-RU"/>
        </w:rPr>
      </w:pPr>
      <w:r w:rsidRPr="00844B84">
        <w:rPr>
          <w:lang w:val="ru-RU"/>
        </w:rPr>
        <w:t>Решение затрагивает все шесть централизованных территорий округа. В городе Таштаголе решения принимаются по четырём системам раздельно: единого решения «по Таштаголу» не существует.</w:t>
      </w:r>
    </w:p>
    <w:p w14:paraId="74A6137F" w14:textId="77777777" w:rsidR="00AD64D8" w:rsidRPr="000C24CF" w:rsidRDefault="004F5CC8">
      <w:pPr>
        <w:pStyle w:val="21"/>
        <w:rPr>
          <w:lang w:val="ru-RU"/>
        </w:rPr>
      </w:pPr>
      <w:bookmarkStart w:id="74" w:name="_Toc238017273"/>
      <w:r w:rsidRPr="000C24CF">
        <w:rPr>
          <w:lang w:val="ru-RU"/>
        </w:rPr>
        <w:t>7.2. Принимаемые решения</w:t>
      </w:r>
      <w:bookmarkEnd w:id="74"/>
    </w:p>
    <w:p w14:paraId="2246E3CD" w14:textId="77777777" w:rsidR="00AD64D8" w:rsidRPr="00844B84" w:rsidRDefault="004F5CC8">
      <w:pPr>
        <w:spacing w:after="80"/>
        <w:jc w:val="both"/>
        <w:rPr>
          <w:lang w:val="ru-RU"/>
        </w:rPr>
      </w:pPr>
      <w:r w:rsidRPr="00844B84">
        <w:rPr>
          <w:lang w:val="ru-RU"/>
        </w:rPr>
        <w:t>По всем системам с открытым водоразбором принимается перевод на закрытую схему приготовления горячей воды путём реконструкции и монтажа индивидуальных тепловых пунктов потребителей с установкой теплообменников на нужды горячего водоснабжения, при сохранении существующих схем присоединения систем отопления и вентиляции.</w:t>
      </w:r>
    </w:p>
    <w:p w14:paraId="149E0245" w14:textId="77777777" w:rsidR="00D2184C" w:rsidRPr="00844B84" w:rsidRDefault="00D2184C">
      <w:pPr>
        <w:rPr>
          <w:lang w:val="ru-RU"/>
        </w:rPr>
        <w:sectPr w:rsidR="00D2184C" w:rsidRPr="00844B84" w:rsidSect="00034616">
          <w:footerReference w:type="default" r:id="rId26"/>
          <w:pgSz w:w="11906" w:h="16838"/>
          <w:pgMar w:top="850" w:right="567" w:bottom="850" w:left="85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14:paraId="0CC9DFE5" w14:textId="77777777" w:rsidR="00AD64D8" w:rsidRDefault="004F5CC8">
      <w:pPr>
        <w:keepNext/>
        <w:spacing w:before="160"/>
      </w:pPr>
      <w:r>
        <w:rPr>
          <w:b/>
        </w:rPr>
        <w:t>Таблица 7.2 — Решения по системам</w:t>
      </w: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36"/>
        <w:gridCol w:w="2491"/>
        <w:gridCol w:w="2937"/>
        <w:gridCol w:w="1514"/>
        <w:gridCol w:w="1773"/>
        <w:gridCol w:w="1604"/>
        <w:gridCol w:w="3356"/>
      </w:tblGrid>
      <w:tr w:rsidR="00AD64D8" w14:paraId="267873A0" w14:textId="77777777">
        <w:trPr>
          <w:cantSplit/>
          <w:tblHeader/>
          <w:jc w:val="center"/>
        </w:trPr>
        <w:tc>
          <w:tcPr>
            <w:tcW w:w="0" w:type="auto"/>
            <w:shd w:val="clear" w:color="auto" w:fill="E2F0D9"/>
          </w:tcPr>
          <w:p w14:paraId="379F0AF7" w14:textId="77777777" w:rsidR="00AD64D8" w:rsidRDefault="004F5CC8">
            <w:pPr>
              <w:jc w:val="center"/>
            </w:pPr>
            <w:r>
              <w:rPr>
                <w:b/>
              </w:rPr>
              <w:t>Источник</w:t>
            </w:r>
          </w:p>
        </w:tc>
        <w:tc>
          <w:tcPr>
            <w:tcW w:w="0" w:type="auto"/>
            <w:shd w:val="clear" w:color="auto" w:fill="E2F0D9"/>
          </w:tcPr>
          <w:p w14:paraId="6B74771A" w14:textId="77777777" w:rsidR="00AD64D8" w:rsidRDefault="004F5CC8">
            <w:pPr>
              <w:jc w:val="center"/>
            </w:pPr>
            <w:r>
              <w:rPr>
                <w:b/>
              </w:rPr>
              <w:t>Целевая схема</w:t>
            </w:r>
          </w:p>
        </w:tc>
        <w:tc>
          <w:tcPr>
            <w:tcW w:w="0" w:type="auto"/>
            <w:shd w:val="clear" w:color="auto" w:fill="E2F0D9"/>
          </w:tcPr>
          <w:p w14:paraId="6E0A0452" w14:textId="77777777" w:rsidR="00AD64D8" w:rsidRDefault="004F5CC8">
            <w:pPr>
              <w:jc w:val="center"/>
            </w:pPr>
            <w:r>
              <w:rPr>
                <w:b/>
              </w:rPr>
              <w:t>Техническое решение</w:t>
            </w:r>
          </w:p>
        </w:tc>
        <w:tc>
          <w:tcPr>
            <w:tcW w:w="0" w:type="auto"/>
            <w:shd w:val="clear" w:color="auto" w:fill="E2F0D9"/>
          </w:tcPr>
          <w:p w14:paraId="1154C2F1" w14:textId="77777777" w:rsidR="00AD64D8" w:rsidRDefault="004F5CC8">
            <w:pPr>
              <w:jc w:val="center"/>
            </w:pPr>
            <w:r>
              <w:rPr>
                <w:b/>
              </w:rPr>
              <w:t>Очерёдность</w:t>
            </w:r>
          </w:p>
        </w:tc>
        <w:tc>
          <w:tcPr>
            <w:tcW w:w="0" w:type="auto"/>
            <w:shd w:val="clear" w:color="auto" w:fill="E2F0D9"/>
          </w:tcPr>
          <w:p w14:paraId="7BC7427B" w14:textId="77777777" w:rsidR="00AD64D8" w:rsidRDefault="004F5CC8">
            <w:pPr>
              <w:jc w:val="center"/>
            </w:pPr>
            <w:r>
              <w:rPr>
                <w:b/>
              </w:rPr>
              <w:t>Период</w:t>
            </w:r>
          </w:p>
        </w:tc>
        <w:tc>
          <w:tcPr>
            <w:tcW w:w="0" w:type="auto"/>
            <w:shd w:val="clear" w:color="auto" w:fill="E2F0D9"/>
          </w:tcPr>
          <w:p w14:paraId="264E6BF6" w14:textId="77777777" w:rsidR="00AD64D8" w:rsidRDefault="004F5CC8">
            <w:pPr>
              <w:jc w:val="center"/>
            </w:pPr>
            <w:r>
              <w:rPr>
                <w:b/>
              </w:rPr>
              <w:t>Мероприятие</w:t>
            </w:r>
          </w:p>
        </w:tc>
        <w:tc>
          <w:tcPr>
            <w:tcW w:w="0" w:type="auto"/>
            <w:shd w:val="clear" w:color="auto" w:fill="E2F0D9"/>
          </w:tcPr>
          <w:p w14:paraId="299078D6" w14:textId="77777777" w:rsidR="00AD64D8" w:rsidRDefault="004F5CC8">
            <w:pPr>
              <w:jc w:val="center"/>
            </w:pPr>
            <w:r>
              <w:rPr>
                <w:b/>
              </w:rPr>
              <w:t>Состояние решения</w:t>
            </w:r>
          </w:p>
        </w:tc>
      </w:tr>
      <w:tr w:rsidR="00AD64D8" w14:paraId="59F5C197" w14:textId="77777777">
        <w:trPr>
          <w:cantSplit/>
          <w:jc w:val="center"/>
        </w:trPr>
        <w:tc>
          <w:tcPr>
            <w:tcW w:w="0" w:type="auto"/>
          </w:tcPr>
          <w:p w14:paraId="75F87858" w14:textId="77777777" w:rsidR="00AD64D8" w:rsidRDefault="004F5CC8">
            <w:r>
              <w:t>УПК № 1 Таштагол</w:t>
            </w:r>
          </w:p>
        </w:tc>
        <w:tc>
          <w:tcPr>
            <w:tcW w:w="0" w:type="auto"/>
          </w:tcPr>
          <w:p w14:paraId="582DC326" w14:textId="77777777" w:rsidR="00AD64D8" w:rsidRPr="00844B84" w:rsidRDefault="004F5CC8">
            <w:pPr>
              <w:jc w:val="center"/>
              <w:rPr>
                <w:lang w:val="ru-RU"/>
              </w:rPr>
            </w:pPr>
            <w:r w:rsidRPr="00844B84">
              <w:rPr>
                <w:lang w:val="ru-RU"/>
              </w:rPr>
              <w:t>закрытая схема приготовления горячей воды</w:t>
            </w:r>
          </w:p>
        </w:tc>
        <w:tc>
          <w:tcPr>
            <w:tcW w:w="0" w:type="auto"/>
          </w:tcPr>
          <w:p w14:paraId="6EA47A52" w14:textId="77777777" w:rsidR="00AD64D8" w:rsidRPr="00844B84" w:rsidRDefault="004F5CC8">
            <w:pPr>
              <w:jc w:val="center"/>
              <w:rPr>
                <w:lang w:val="ru-RU"/>
              </w:rPr>
            </w:pPr>
            <w:r w:rsidRPr="00844B84">
              <w:rPr>
                <w:lang w:val="ru-RU"/>
              </w:rPr>
              <w:t>реконструкция и монтаж тепловых пунктов потребителей</w:t>
            </w:r>
          </w:p>
        </w:tc>
        <w:tc>
          <w:tcPr>
            <w:tcW w:w="0" w:type="auto"/>
          </w:tcPr>
          <w:p w14:paraId="36F57CBF" w14:textId="77777777" w:rsidR="00AD64D8" w:rsidRDefault="004F5CC8">
            <w:pPr>
              <w:jc w:val="center"/>
            </w:pPr>
            <w:r>
              <w:t>P0</w:t>
            </w:r>
          </w:p>
        </w:tc>
        <w:tc>
          <w:tcPr>
            <w:tcW w:w="0" w:type="auto"/>
          </w:tcPr>
          <w:p w14:paraId="02BF8707" w14:textId="77777777" w:rsidR="00AD64D8" w:rsidRDefault="004F5CC8">
            <w:pPr>
              <w:jc w:val="center"/>
            </w:pPr>
            <w:r>
              <w:t>2027–2031</w:t>
            </w:r>
          </w:p>
        </w:tc>
        <w:tc>
          <w:tcPr>
            <w:tcW w:w="0" w:type="auto"/>
          </w:tcPr>
          <w:p w14:paraId="08ABD0A4" w14:textId="77777777" w:rsidR="00AD64D8" w:rsidRDefault="004F5CC8">
            <w:pPr>
              <w:jc w:val="center"/>
            </w:pPr>
            <w:r>
              <w:t>MS-DHW-01</w:t>
            </w:r>
          </w:p>
        </w:tc>
        <w:tc>
          <w:tcPr>
            <w:tcW w:w="0" w:type="auto"/>
          </w:tcPr>
          <w:p w14:paraId="426FE6CB" w14:textId="77777777" w:rsidR="00AD64D8" w:rsidRDefault="004F5CC8">
            <w:pPr>
              <w:jc w:val="center"/>
            </w:pPr>
            <w:r>
              <w:t>подлежит уточнению при проектировании</w:t>
            </w:r>
          </w:p>
        </w:tc>
      </w:tr>
      <w:tr w:rsidR="00AD64D8" w14:paraId="271DC20F" w14:textId="77777777">
        <w:trPr>
          <w:cantSplit/>
          <w:jc w:val="center"/>
        </w:trPr>
        <w:tc>
          <w:tcPr>
            <w:tcW w:w="0" w:type="auto"/>
          </w:tcPr>
          <w:p w14:paraId="4410B631" w14:textId="77777777" w:rsidR="00AD64D8" w:rsidRDefault="004F5CC8">
            <w:r>
              <w:t>УПК № 2 Шалым</w:t>
            </w:r>
          </w:p>
        </w:tc>
        <w:tc>
          <w:tcPr>
            <w:tcW w:w="0" w:type="auto"/>
          </w:tcPr>
          <w:p w14:paraId="502A44B3" w14:textId="77777777" w:rsidR="00AD64D8" w:rsidRPr="00844B84" w:rsidRDefault="004F5CC8">
            <w:pPr>
              <w:jc w:val="center"/>
              <w:rPr>
                <w:lang w:val="ru-RU"/>
              </w:rPr>
            </w:pPr>
            <w:r w:rsidRPr="00844B84">
              <w:rPr>
                <w:lang w:val="ru-RU"/>
              </w:rPr>
              <w:t>закрытая схема приготовления горячей воды</w:t>
            </w:r>
          </w:p>
        </w:tc>
        <w:tc>
          <w:tcPr>
            <w:tcW w:w="0" w:type="auto"/>
          </w:tcPr>
          <w:p w14:paraId="009A6B23" w14:textId="77777777" w:rsidR="00AD64D8" w:rsidRPr="00844B84" w:rsidRDefault="004F5CC8">
            <w:pPr>
              <w:jc w:val="center"/>
              <w:rPr>
                <w:lang w:val="ru-RU"/>
              </w:rPr>
            </w:pPr>
            <w:r w:rsidRPr="00844B84">
              <w:rPr>
                <w:lang w:val="ru-RU"/>
              </w:rPr>
              <w:t>реконструкция и монтаж тепловых пунктов потребителей</w:t>
            </w:r>
          </w:p>
        </w:tc>
        <w:tc>
          <w:tcPr>
            <w:tcW w:w="0" w:type="auto"/>
          </w:tcPr>
          <w:p w14:paraId="3F0CC49A" w14:textId="77777777" w:rsidR="00AD64D8" w:rsidRDefault="004F5CC8">
            <w:pPr>
              <w:jc w:val="center"/>
            </w:pPr>
            <w:r>
              <w:t>P2</w:t>
            </w:r>
          </w:p>
        </w:tc>
        <w:tc>
          <w:tcPr>
            <w:tcW w:w="0" w:type="auto"/>
          </w:tcPr>
          <w:p w14:paraId="67DF2C33" w14:textId="77777777" w:rsidR="00AD64D8" w:rsidRDefault="004F5CC8">
            <w:pPr>
              <w:jc w:val="center"/>
            </w:pPr>
            <w:r>
              <w:t>2031–2036</w:t>
            </w:r>
          </w:p>
        </w:tc>
        <w:tc>
          <w:tcPr>
            <w:tcW w:w="0" w:type="auto"/>
          </w:tcPr>
          <w:p w14:paraId="77AF872D" w14:textId="77777777" w:rsidR="00AD64D8" w:rsidRDefault="004F5CC8">
            <w:pPr>
              <w:jc w:val="center"/>
            </w:pPr>
            <w:r>
              <w:t>MS-DHW-02</w:t>
            </w:r>
          </w:p>
        </w:tc>
        <w:tc>
          <w:tcPr>
            <w:tcW w:w="0" w:type="auto"/>
          </w:tcPr>
          <w:p w14:paraId="23E1C3B5" w14:textId="77777777" w:rsidR="00AD64D8" w:rsidRDefault="004F5CC8">
            <w:pPr>
              <w:jc w:val="center"/>
            </w:pPr>
            <w:r>
              <w:t>подлежит уточнению при проектировании</w:t>
            </w:r>
          </w:p>
        </w:tc>
      </w:tr>
      <w:tr w:rsidR="00AD64D8" w14:paraId="29895F85" w14:textId="77777777">
        <w:trPr>
          <w:cantSplit/>
          <w:jc w:val="center"/>
        </w:trPr>
        <w:tc>
          <w:tcPr>
            <w:tcW w:w="0" w:type="auto"/>
          </w:tcPr>
          <w:p w14:paraId="3BAA81FB" w14:textId="77777777" w:rsidR="00AD64D8" w:rsidRDefault="004F5CC8">
            <w:r>
              <w:t>УПК № 2 ЦМК</w:t>
            </w:r>
          </w:p>
        </w:tc>
        <w:tc>
          <w:tcPr>
            <w:tcW w:w="0" w:type="auto"/>
          </w:tcPr>
          <w:p w14:paraId="17494D6F" w14:textId="77777777" w:rsidR="00AD64D8" w:rsidRPr="00844B84" w:rsidRDefault="004F5CC8">
            <w:pPr>
              <w:jc w:val="center"/>
              <w:rPr>
                <w:lang w:val="ru-RU"/>
              </w:rPr>
            </w:pPr>
            <w:r w:rsidRPr="00844B84">
              <w:rPr>
                <w:lang w:val="ru-RU"/>
              </w:rPr>
              <w:t>закрытая схема приготовления горячей воды</w:t>
            </w:r>
          </w:p>
        </w:tc>
        <w:tc>
          <w:tcPr>
            <w:tcW w:w="0" w:type="auto"/>
          </w:tcPr>
          <w:p w14:paraId="722C473B" w14:textId="77777777" w:rsidR="00AD64D8" w:rsidRPr="00844B84" w:rsidRDefault="004F5CC8">
            <w:pPr>
              <w:jc w:val="center"/>
              <w:rPr>
                <w:lang w:val="ru-RU"/>
              </w:rPr>
            </w:pPr>
            <w:r w:rsidRPr="00844B84">
              <w:rPr>
                <w:lang w:val="ru-RU"/>
              </w:rPr>
              <w:t>реконструкция и монтаж тепловых пунктов потребителей</w:t>
            </w:r>
          </w:p>
        </w:tc>
        <w:tc>
          <w:tcPr>
            <w:tcW w:w="0" w:type="auto"/>
          </w:tcPr>
          <w:p w14:paraId="27B58D35" w14:textId="77777777" w:rsidR="00AD64D8" w:rsidRDefault="004F5CC8">
            <w:pPr>
              <w:jc w:val="center"/>
            </w:pPr>
            <w:r>
              <w:t>P2</w:t>
            </w:r>
          </w:p>
        </w:tc>
        <w:tc>
          <w:tcPr>
            <w:tcW w:w="0" w:type="auto"/>
          </w:tcPr>
          <w:p w14:paraId="7AF6FDF2" w14:textId="77777777" w:rsidR="00AD64D8" w:rsidRDefault="004F5CC8">
            <w:pPr>
              <w:jc w:val="center"/>
            </w:pPr>
            <w:r>
              <w:t>2031–2036</w:t>
            </w:r>
          </w:p>
        </w:tc>
        <w:tc>
          <w:tcPr>
            <w:tcW w:w="0" w:type="auto"/>
          </w:tcPr>
          <w:p w14:paraId="707928FE" w14:textId="77777777" w:rsidR="00AD64D8" w:rsidRDefault="004F5CC8">
            <w:pPr>
              <w:jc w:val="center"/>
            </w:pPr>
            <w:r>
              <w:t>MS-DHW-03</w:t>
            </w:r>
          </w:p>
        </w:tc>
        <w:tc>
          <w:tcPr>
            <w:tcW w:w="0" w:type="auto"/>
          </w:tcPr>
          <w:p w14:paraId="732690AE" w14:textId="77777777" w:rsidR="00AD64D8" w:rsidRDefault="004F5CC8">
            <w:pPr>
              <w:jc w:val="center"/>
            </w:pPr>
            <w:r>
              <w:t>подлежит уточнению при проектировании</w:t>
            </w:r>
          </w:p>
        </w:tc>
      </w:tr>
      <w:tr w:rsidR="00AD64D8" w:rsidRPr="004D1FEB" w14:paraId="375EB986" w14:textId="77777777">
        <w:trPr>
          <w:cantSplit/>
          <w:jc w:val="center"/>
        </w:trPr>
        <w:tc>
          <w:tcPr>
            <w:tcW w:w="0" w:type="auto"/>
          </w:tcPr>
          <w:p w14:paraId="162231FB" w14:textId="77777777" w:rsidR="00AD64D8" w:rsidRDefault="004F5CC8">
            <w:r>
              <w:t>УПК № 9 ГРЭ</w:t>
            </w:r>
          </w:p>
        </w:tc>
        <w:tc>
          <w:tcPr>
            <w:tcW w:w="0" w:type="auto"/>
          </w:tcPr>
          <w:p w14:paraId="38E43AA8" w14:textId="77777777" w:rsidR="00AD64D8" w:rsidRPr="00844B84" w:rsidRDefault="004F5CC8">
            <w:pPr>
              <w:jc w:val="center"/>
              <w:rPr>
                <w:lang w:val="ru-RU"/>
              </w:rPr>
            </w:pPr>
            <w:r w:rsidRPr="00844B84">
              <w:rPr>
                <w:lang w:val="ru-RU"/>
              </w:rPr>
              <w:t>закрытая схема приготовления горячей воды</w:t>
            </w:r>
          </w:p>
        </w:tc>
        <w:tc>
          <w:tcPr>
            <w:tcW w:w="0" w:type="auto"/>
          </w:tcPr>
          <w:p w14:paraId="26AB1C05" w14:textId="77777777" w:rsidR="00AD64D8" w:rsidRDefault="004F5CC8">
            <w:pPr>
              <w:jc w:val="center"/>
            </w:pPr>
            <w:r>
              <w:t>то же, предварительно</w:t>
            </w:r>
          </w:p>
        </w:tc>
        <w:tc>
          <w:tcPr>
            <w:tcW w:w="0" w:type="auto"/>
          </w:tcPr>
          <w:p w14:paraId="0D5EAF41" w14:textId="77777777" w:rsidR="00AD64D8" w:rsidRDefault="004F5CC8">
            <w:pPr>
              <w:jc w:val="center"/>
            </w:pPr>
            <w:r>
              <w:t>P3</w:t>
            </w:r>
          </w:p>
        </w:tc>
        <w:tc>
          <w:tcPr>
            <w:tcW w:w="0" w:type="auto"/>
          </w:tcPr>
          <w:p w14:paraId="04761660" w14:textId="77777777" w:rsidR="00AD64D8" w:rsidRDefault="004F5CC8">
            <w:pPr>
              <w:jc w:val="center"/>
            </w:pPr>
            <w:r>
              <w:t>подлежит определению</w:t>
            </w:r>
          </w:p>
        </w:tc>
        <w:tc>
          <w:tcPr>
            <w:tcW w:w="0" w:type="auto"/>
          </w:tcPr>
          <w:p w14:paraId="41451879" w14:textId="77777777" w:rsidR="00AD64D8" w:rsidRDefault="004F5CC8">
            <w:pPr>
              <w:jc w:val="center"/>
            </w:pPr>
            <w:r>
              <w:t>MS-DHW-04</w:t>
            </w:r>
          </w:p>
        </w:tc>
        <w:tc>
          <w:tcPr>
            <w:tcW w:w="0" w:type="auto"/>
          </w:tcPr>
          <w:p w14:paraId="12C8AB42" w14:textId="77777777" w:rsidR="00AD64D8" w:rsidRPr="00844B84" w:rsidRDefault="004F5CC8">
            <w:pPr>
              <w:jc w:val="center"/>
              <w:rPr>
                <w:lang w:val="ru-RU"/>
              </w:rPr>
            </w:pPr>
            <w:r w:rsidRPr="00844B84">
              <w:rPr>
                <w:lang w:val="ru-RU"/>
              </w:rPr>
              <w:t>подлежит уточнению по результатам раскрытия баланса теплоносителя</w:t>
            </w:r>
          </w:p>
        </w:tc>
      </w:tr>
      <w:tr w:rsidR="00AD64D8" w14:paraId="0BC2312B" w14:textId="77777777">
        <w:trPr>
          <w:cantSplit/>
          <w:jc w:val="center"/>
        </w:trPr>
        <w:tc>
          <w:tcPr>
            <w:tcW w:w="0" w:type="auto"/>
          </w:tcPr>
          <w:p w14:paraId="48002C83" w14:textId="77777777" w:rsidR="00AD64D8" w:rsidRDefault="004F5CC8">
            <w:r>
              <w:t>УПК № 5 Новый Шерегеш</w:t>
            </w:r>
          </w:p>
        </w:tc>
        <w:tc>
          <w:tcPr>
            <w:tcW w:w="0" w:type="auto"/>
          </w:tcPr>
          <w:p w14:paraId="49B86778" w14:textId="77777777" w:rsidR="00AD64D8" w:rsidRPr="00844B84" w:rsidRDefault="004F5CC8">
            <w:pPr>
              <w:jc w:val="center"/>
              <w:rPr>
                <w:lang w:val="ru-RU"/>
              </w:rPr>
            </w:pPr>
            <w:r w:rsidRPr="00844B84">
              <w:rPr>
                <w:lang w:val="ru-RU"/>
              </w:rPr>
              <w:t>закрытая схема приготовления горячей воды</w:t>
            </w:r>
          </w:p>
        </w:tc>
        <w:tc>
          <w:tcPr>
            <w:tcW w:w="0" w:type="auto"/>
          </w:tcPr>
          <w:p w14:paraId="4266442E" w14:textId="77777777" w:rsidR="00AD64D8" w:rsidRPr="00844B84" w:rsidRDefault="004F5CC8">
            <w:pPr>
              <w:jc w:val="center"/>
              <w:rPr>
                <w:lang w:val="ru-RU"/>
              </w:rPr>
            </w:pPr>
            <w:r w:rsidRPr="00844B84">
              <w:rPr>
                <w:lang w:val="ru-RU"/>
              </w:rPr>
              <w:t>реконструкция и монтаж тепловых пунктов потребителей</w:t>
            </w:r>
          </w:p>
        </w:tc>
        <w:tc>
          <w:tcPr>
            <w:tcW w:w="0" w:type="auto"/>
          </w:tcPr>
          <w:p w14:paraId="68526D87" w14:textId="77777777" w:rsidR="00AD64D8" w:rsidRDefault="004F5CC8">
            <w:pPr>
              <w:jc w:val="center"/>
            </w:pPr>
            <w:r>
              <w:t>P0</w:t>
            </w:r>
          </w:p>
        </w:tc>
        <w:tc>
          <w:tcPr>
            <w:tcW w:w="0" w:type="auto"/>
          </w:tcPr>
          <w:p w14:paraId="3D40C58F" w14:textId="77777777" w:rsidR="00AD64D8" w:rsidRDefault="004F5CC8">
            <w:pPr>
              <w:jc w:val="center"/>
            </w:pPr>
            <w:r>
              <w:t>2027–2031</w:t>
            </w:r>
          </w:p>
        </w:tc>
        <w:tc>
          <w:tcPr>
            <w:tcW w:w="0" w:type="auto"/>
          </w:tcPr>
          <w:p w14:paraId="78E7DFE7" w14:textId="77777777" w:rsidR="00AD64D8" w:rsidRDefault="004F5CC8">
            <w:pPr>
              <w:jc w:val="center"/>
            </w:pPr>
            <w:r>
              <w:t>MS-DHW-05</w:t>
            </w:r>
          </w:p>
        </w:tc>
        <w:tc>
          <w:tcPr>
            <w:tcW w:w="0" w:type="auto"/>
          </w:tcPr>
          <w:p w14:paraId="7285A2C4" w14:textId="77777777" w:rsidR="00AD64D8" w:rsidRDefault="004F5CC8">
            <w:pPr>
              <w:jc w:val="center"/>
            </w:pPr>
            <w:r>
              <w:t>подлежит уточнению при проектировании</w:t>
            </w:r>
          </w:p>
        </w:tc>
      </w:tr>
      <w:tr w:rsidR="00AD64D8" w14:paraId="58FF61CB" w14:textId="77777777">
        <w:trPr>
          <w:cantSplit/>
          <w:jc w:val="center"/>
        </w:trPr>
        <w:tc>
          <w:tcPr>
            <w:tcW w:w="0" w:type="auto"/>
          </w:tcPr>
          <w:p w14:paraId="33E4EAC1" w14:textId="77777777" w:rsidR="00AD64D8" w:rsidRDefault="004F5CC8">
            <w:r>
              <w:t>УПК № 6 Старый Шерегеш</w:t>
            </w:r>
          </w:p>
        </w:tc>
        <w:tc>
          <w:tcPr>
            <w:tcW w:w="0" w:type="auto"/>
          </w:tcPr>
          <w:p w14:paraId="700EC76D" w14:textId="77777777" w:rsidR="00AD64D8" w:rsidRPr="00844B84" w:rsidRDefault="004F5CC8">
            <w:pPr>
              <w:jc w:val="center"/>
              <w:rPr>
                <w:lang w:val="ru-RU"/>
              </w:rPr>
            </w:pPr>
            <w:r w:rsidRPr="00844B84">
              <w:rPr>
                <w:lang w:val="ru-RU"/>
              </w:rPr>
              <w:t>закрытая схема приготовления горячей воды</w:t>
            </w:r>
          </w:p>
        </w:tc>
        <w:tc>
          <w:tcPr>
            <w:tcW w:w="0" w:type="auto"/>
          </w:tcPr>
          <w:p w14:paraId="02058E39" w14:textId="77777777" w:rsidR="00AD64D8" w:rsidRPr="00844B84" w:rsidRDefault="004F5CC8">
            <w:pPr>
              <w:jc w:val="center"/>
              <w:rPr>
                <w:lang w:val="ru-RU"/>
              </w:rPr>
            </w:pPr>
            <w:r w:rsidRPr="00844B84">
              <w:rPr>
                <w:lang w:val="ru-RU"/>
              </w:rPr>
              <w:t>реконструкция и монтаж тепловых пунктов потребителей</w:t>
            </w:r>
          </w:p>
        </w:tc>
        <w:tc>
          <w:tcPr>
            <w:tcW w:w="0" w:type="auto"/>
          </w:tcPr>
          <w:p w14:paraId="2A2DCA4B" w14:textId="77777777" w:rsidR="00AD64D8" w:rsidRDefault="004F5CC8">
            <w:pPr>
              <w:jc w:val="center"/>
            </w:pPr>
            <w:r>
              <w:t>P2</w:t>
            </w:r>
          </w:p>
        </w:tc>
        <w:tc>
          <w:tcPr>
            <w:tcW w:w="0" w:type="auto"/>
          </w:tcPr>
          <w:p w14:paraId="39B671D2" w14:textId="77777777" w:rsidR="00AD64D8" w:rsidRDefault="004F5CC8">
            <w:pPr>
              <w:jc w:val="center"/>
            </w:pPr>
            <w:r>
              <w:t>2031–2036</w:t>
            </w:r>
          </w:p>
        </w:tc>
        <w:tc>
          <w:tcPr>
            <w:tcW w:w="0" w:type="auto"/>
          </w:tcPr>
          <w:p w14:paraId="27395637" w14:textId="77777777" w:rsidR="00AD64D8" w:rsidRDefault="004F5CC8">
            <w:pPr>
              <w:jc w:val="center"/>
            </w:pPr>
            <w:r>
              <w:t>MS-DHW-06</w:t>
            </w:r>
          </w:p>
        </w:tc>
        <w:tc>
          <w:tcPr>
            <w:tcW w:w="0" w:type="auto"/>
          </w:tcPr>
          <w:p w14:paraId="5DAD360C" w14:textId="77777777" w:rsidR="00AD64D8" w:rsidRDefault="004F5CC8">
            <w:pPr>
              <w:jc w:val="center"/>
            </w:pPr>
            <w:r>
              <w:t>подлежит уточнению при проектировании</w:t>
            </w:r>
          </w:p>
        </w:tc>
      </w:tr>
      <w:tr w:rsidR="00AD64D8" w14:paraId="423142A4" w14:textId="77777777">
        <w:trPr>
          <w:cantSplit/>
          <w:jc w:val="center"/>
        </w:trPr>
        <w:tc>
          <w:tcPr>
            <w:tcW w:w="0" w:type="auto"/>
          </w:tcPr>
          <w:p w14:paraId="5857971D" w14:textId="77777777" w:rsidR="00AD64D8" w:rsidRDefault="004F5CC8">
            <w:r>
              <w:t>УПК № 7 Каз</w:t>
            </w:r>
          </w:p>
        </w:tc>
        <w:tc>
          <w:tcPr>
            <w:tcW w:w="0" w:type="auto"/>
          </w:tcPr>
          <w:p w14:paraId="334D22BB" w14:textId="77777777" w:rsidR="00AD64D8" w:rsidRPr="00844B84" w:rsidRDefault="004F5CC8">
            <w:pPr>
              <w:jc w:val="center"/>
              <w:rPr>
                <w:lang w:val="ru-RU"/>
              </w:rPr>
            </w:pPr>
            <w:r w:rsidRPr="00844B84">
              <w:rPr>
                <w:lang w:val="ru-RU"/>
              </w:rPr>
              <w:t>закрытая схема приготовления горячей воды</w:t>
            </w:r>
          </w:p>
        </w:tc>
        <w:tc>
          <w:tcPr>
            <w:tcW w:w="0" w:type="auto"/>
          </w:tcPr>
          <w:p w14:paraId="313A28B1" w14:textId="77777777" w:rsidR="00AD64D8" w:rsidRPr="00844B84" w:rsidRDefault="004F5CC8">
            <w:pPr>
              <w:jc w:val="center"/>
              <w:rPr>
                <w:lang w:val="ru-RU"/>
              </w:rPr>
            </w:pPr>
            <w:r w:rsidRPr="00844B84">
              <w:rPr>
                <w:lang w:val="ru-RU"/>
              </w:rPr>
              <w:t>реконструкция и монтаж тепловых пунктов потребителей</w:t>
            </w:r>
          </w:p>
        </w:tc>
        <w:tc>
          <w:tcPr>
            <w:tcW w:w="0" w:type="auto"/>
          </w:tcPr>
          <w:p w14:paraId="1F37D017" w14:textId="77777777" w:rsidR="00AD64D8" w:rsidRDefault="004F5CC8">
            <w:pPr>
              <w:jc w:val="center"/>
            </w:pPr>
            <w:r>
              <w:t>P1</w:t>
            </w:r>
          </w:p>
        </w:tc>
        <w:tc>
          <w:tcPr>
            <w:tcW w:w="0" w:type="auto"/>
          </w:tcPr>
          <w:p w14:paraId="3B36C844" w14:textId="77777777" w:rsidR="00AD64D8" w:rsidRDefault="004F5CC8">
            <w:pPr>
              <w:jc w:val="center"/>
            </w:pPr>
            <w:r>
              <w:t>2027–2031</w:t>
            </w:r>
          </w:p>
        </w:tc>
        <w:tc>
          <w:tcPr>
            <w:tcW w:w="0" w:type="auto"/>
          </w:tcPr>
          <w:p w14:paraId="3FAD9E3D" w14:textId="77777777" w:rsidR="00AD64D8" w:rsidRDefault="004F5CC8">
            <w:pPr>
              <w:jc w:val="center"/>
            </w:pPr>
            <w:r>
              <w:t>MS-DHW-07</w:t>
            </w:r>
          </w:p>
        </w:tc>
        <w:tc>
          <w:tcPr>
            <w:tcW w:w="0" w:type="auto"/>
          </w:tcPr>
          <w:p w14:paraId="029C5338" w14:textId="77777777" w:rsidR="00AD64D8" w:rsidRDefault="004F5CC8">
            <w:pPr>
              <w:jc w:val="center"/>
            </w:pPr>
            <w:r>
              <w:t>подлежит уточнению при проектировании</w:t>
            </w:r>
          </w:p>
        </w:tc>
      </w:tr>
      <w:tr w:rsidR="00AD64D8" w14:paraId="0C175A67" w14:textId="77777777">
        <w:trPr>
          <w:cantSplit/>
          <w:jc w:val="center"/>
        </w:trPr>
        <w:tc>
          <w:tcPr>
            <w:tcW w:w="0" w:type="auto"/>
          </w:tcPr>
          <w:p w14:paraId="76D6695D" w14:textId="77777777" w:rsidR="00AD64D8" w:rsidRDefault="004F5CC8">
            <w:r>
              <w:t>УПК № 8 Мундыбаш</w:t>
            </w:r>
          </w:p>
        </w:tc>
        <w:tc>
          <w:tcPr>
            <w:tcW w:w="0" w:type="auto"/>
          </w:tcPr>
          <w:p w14:paraId="1A951930" w14:textId="77777777" w:rsidR="00AD64D8" w:rsidRPr="00844B84" w:rsidRDefault="004F5CC8">
            <w:pPr>
              <w:jc w:val="center"/>
              <w:rPr>
                <w:lang w:val="ru-RU"/>
              </w:rPr>
            </w:pPr>
            <w:r w:rsidRPr="00844B84">
              <w:rPr>
                <w:lang w:val="ru-RU"/>
              </w:rPr>
              <w:t>закрытая схема приготовления горячей воды</w:t>
            </w:r>
          </w:p>
        </w:tc>
        <w:tc>
          <w:tcPr>
            <w:tcW w:w="0" w:type="auto"/>
          </w:tcPr>
          <w:p w14:paraId="64F3F86A" w14:textId="77777777" w:rsidR="00AD64D8" w:rsidRPr="00844B84" w:rsidRDefault="004F5CC8">
            <w:pPr>
              <w:jc w:val="center"/>
              <w:rPr>
                <w:lang w:val="ru-RU"/>
              </w:rPr>
            </w:pPr>
            <w:r w:rsidRPr="00844B84">
              <w:rPr>
                <w:lang w:val="ru-RU"/>
              </w:rPr>
              <w:t>реконструкция и монтаж тепловых пунктов потребителей</w:t>
            </w:r>
          </w:p>
        </w:tc>
        <w:tc>
          <w:tcPr>
            <w:tcW w:w="0" w:type="auto"/>
          </w:tcPr>
          <w:p w14:paraId="7E8DDA43" w14:textId="77777777" w:rsidR="00AD64D8" w:rsidRDefault="004F5CC8">
            <w:pPr>
              <w:jc w:val="center"/>
            </w:pPr>
            <w:r>
              <w:t>P1</w:t>
            </w:r>
          </w:p>
        </w:tc>
        <w:tc>
          <w:tcPr>
            <w:tcW w:w="0" w:type="auto"/>
          </w:tcPr>
          <w:p w14:paraId="22FB41CA" w14:textId="77777777" w:rsidR="00AD64D8" w:rsidRDefault="004F5CC8">
            <w:pPr>
              <w:jc w:val="center"/>
            </w:pPr>
            <w:r>
              <w:t>2031–2036</w:t>
            </w:r>
          </w:p>
        </w:tc>
        <w:tc>
          <w:tcPr>
            <w:tcW w:w="0" w:type="auto"/>
          </w:tcPr>
          <w:p w14:paraId="1C17A931" w14:textId="77777777" w:rsidR="00AD64D8" w:rsidRDefault="004F5CC8">
            <w:pPr>
              <w:jc w:val="center"/>
            </w:pPr>
            <w:r>
              <w:t>MS-DHW-08</w:t>
            </w:r>
          </w:p>
        </w:tc>
        <w:tc>
          <w:tcPr>
            <w:tcW w:w="0" w:type="auto"/>
          </w:tcPr>
          <w:p w14:paraId="52C2893A" w14:textId="77777777" w:rsidR="00AD64D8" w:rsidRDefault="004F5CC8">
            <w:pPr>
              <w:jc w:val="center"/>
            </w:pPr>
            <w:r>
              <w:t>подлежит уточнению при проектировании</w:t>
            </w:r>
          </w:p>
        </w:tc>
      </w:tr>
      <w:tr w:rsidR="00AD64D8" w14:paraId="4E558C90" w14:textId="77777777">
        <w:trPr>
          <w:cantSplit/>
          <w:jc w:val="center"/>
        </w:trPr>
        <w:tc>
          <w:tcPr>
            <w:tcW w:w="0" w:type="auto"/>
          </w:tcPr>
          <w:p w14:paraId="76F3DD35" w14:textId="77777777" w:rsidR="00AD64D8" w:rsidRDefault="004F5CC8">
            <w:r>
              <w:t>УПК № 10 Темир-Тау</w:t>
            </w:r>
          </w:p>
        </w:tc>
        <w:tc>
          <w:tcPr>
            <w:tcW w:w="0" w:type="auto"/>
          </w:tcPr>
          <w:p w14:paraId="047A3883" w14:textId="77777777" w:rsidR="00AD64D8" w:rsidRPr="00844B84" w:rsidRDefault="004F5CC8">
            <w:pPr>
              <w:jc w:val="center"/>
              <w:rPr>
                <w:lang w:val="ru-RU"/>
              </w:rPr>
            </w:pPr>
            <w:r w:rsidRPr="00844B84">
              <w:rPr>
                <w:lang w:val="ru-RU"/>
              </w:rPr>
              <w:t>закрытая схема приготовления горячей воды</w:t>
            </w:r>
          </w:p>
        </w:tc>
        <w:tc>
          <w:tcPr>
            <w:tcW w:w="0" w:type="auto"/>
          </w:tcPr>
          <w:p w14:paraId="5FD6AF9D" w14:textId="77777777" w:rsidR="00AD64D8" w:rsidRPr="00844B84" w:rsidRDefault="004F5CC8">
            <w:pPr>
              <w:jc w:val="center"/>
              <w:rPr>
                <w:lang w:val="ru-RU"/>
              </w:rPr>
            </w:pPr>
            <w:r w:rsidRPr="00844B84">
              <w:rPr>
                <w:lang w:val="ru-RU"/>
              </w:rPr>
              <w:t>реконструкция и монтаж тепловых пунктов потребителей</w:t>
            </w:r>
          </w:p>
        </w:tc>
        <w:tc>
          <w:tcPr>
            <w:tcW w:w="0" w:type="auto"/>
          </w:tcPr>
          <w:p w14:paraId="4A1BF273" w14:textId="77777777" w:rsidR="00AD64D8" w:rsidRDefault="004F5CC8">
            <w:pPr>
              <w:jc w:val="center"/>
            </w:pPr>
            <w:r>
              <w:t>P1</w:t>
            </w:r>
          </w:p>
        </w:tc>
        <w:tc>
          <w:tcPr>
            <w:tcW w:w="0" w:type="auto"/>
          </w:tcPr>
          <w:p w14:paraId="2D310C81" w14:textId="77777777" w:rsidR="00AD64D8" w:rsidRDefault="004F5CC8">
            <w:pPr>
              <w:jc w:val="center"/>
            </w:pPr>
            <w:r>
              <w:t>2027–2031</w:t>
            </w:r>
          </w:p>
        </w:tc>
        <w:tc>
          <w:tcPr>
            <w:tcW w:w="0" w:type="auto"/>
          </w:tcPr>
          <w:p w14:paraId="4DB98BD3" w14:textId="77777777" w:rsidR="00AD64D8" w:rsidRDefault="004F5CC8">
            <w:pPr>
              <w:jc w:val="center"/>
            </w:pPr>
            <w:r>
              <w:t>MS-DHW-09</w:t>
            </w:r>
          </w:p>
        </w:tc>
        <w:tc>
          <w:tcPr>
            <w:tcW w:w="0" w:type="auto"/>
          </w:tcPr>
          <w:p w14:paraId="62360B1F" w14:textId="77777777" w:rsidR="00AD64D8" w:rsidRDefault="004F5CC8">
            <w:pPr>
              <w:jc w:val="center"/>
            </w:pPr>
            <w:r>
              <w:t>подлежит уточнению при проектировании</w:t>
            </w:r>
          </w:p>
        </w:tc>
      </w:tr>
      <w:tr w:rsidR="00AD64D8" w14:paraId="2F4841C2" w14:textId="77777777">
        <w:trPr>
          <w:cantSplit/>
          <w:jc w:val="center"/>
        </w:trPr>
        <w:tc>
          <w:tcPr>
            <w:tcW w:w="0" w:type="auto"/>
          </w:tcPr>
          <w:p w14:paraId="42FE4428" w14:textId="77777777" w:rsidR="00AD64D8" w:rsidRDefault="004F5CC8">
            <w:r>
              <w:t>УПК № 3 Спасск</w:t>
            </w:r>
          </w:p>
        </w:tc>
        <w:tc>
          <w:tcPr>
            <w:tcW w:w="0" w:type="auto"/>
          </w:tcPr>
          <w:p w14:paraId="2F899630" w14:textId="77777777" w:rsidR="00AD64D8" w:rsidRPr="00844B84" w:rsidRDefault="004F5CC8">
            <w:pPr>
              <w:jc w:val="center"/>
              <w:rPr>
                <w:lang w:val="ru-RU"/>
              </w:rPr>
            </w:pPr>
            <w:r w:rsidRPr="00844B84">
              <w:rPr>
                <w:lang w:val="ru-RU"/>
              </w:rPr>
              <w:t>закрытая схема приготовления горячей воды</w:t>
            </w:r>
          </w:p>
        </w:tc>
        <w:tc>
          <w:tcPr>
            <w:tcW w:w="0" w:type="auto"/>
          </w:tcPr>
          <w:p w14:paraId="4C53793E" w14:textId="77777777" w:rsidR="00AD64D8" w:rsidRPr="00844B84" w:rsidRDefault="004F5CC8">
            <w:pPr>
              <w:jc w:val="center"/>
              <w:rPr>
                <w:lang w:val="ru-RU"/>
              </w:rPr>
            </w:pPr>
            <w:r w:rsidRPr="00844B84">
              <w:rPr>
                <w:lang w:val="ru-RU"/>
              </w:rPr>
              <w:t>реконструкция и монтаж тепловых пунктов потребителей</w:t>
            </w:r>
          </w:p>
        </w:tc>
        <w:tc>
          <w:tcPr>
            <w:tcW w:w="0" w:type="auto"/>
          </w:tcPr>
          <w:p w14:paraId="395F1624" w14:textId="77777777" w:rsidR="00AD64D8" w:rsidRDefault="004F5CC8">
            <w:pPr>
              <w:jc w:val="center"/>
            </w:pPr>
            <w:r>
              <w:t>P3</w:t>
            </w:r>
          </w:p>
        </w:tc>
        <w:tc>
          <w:tcPr>
            <w:tcW w:w="0" w:type="auto"/>
          </w:tcPr>
          <w:p w14:paraId="0FE13C05" w14:textId="77777777" w:rsidR="00AD64D8" w:rsidRDefault="004F5CC8">
            <w:pPr>
              <w:jc w:val="center"/>
            </w:pPr>
            <w:r>
              <w:t>2031–2036</w:t>
            </w:r>
          </w:p>
        </w:tc>
        <w:tc>
          <w:tcPr>
            <w:tcW w:w="0" w:type="auto"/>
          </w:tcPr>
          <w:p w14:paraId="4EC85698" w14:textId="77777777" w:rsidR="00AD64D8" w:rsidRDefault="004F5CC8">
            <w:pPr>
              <w:jc w:val="center"/>
            </w:pPr>
            <w:r>
              <w:t>MS-DHW-10</w:t>
            </w:r>
          </w:p>
        </w:tc>
        <w:tc>
          <w:tcPr>
            <w:tcW w:w="0" w:type="auto"/>
          </w:tcPr>
          <w:p w14:paraId="76AEE9B2" w14:textId="77777777" w:rsidR="00AD64D8" w:rsidRDefault="004F5CC8">
            <w:pPr>
              <w:jc w:val="center"/>
            </w:pPr>
            <w:r>
              <w:t>подлежит уточнению при проектировании</w:t>
            </w:r>
          </w:p>
        </w:tc>
      </w:tr>
    </w:tbl>
    <w:p w14:paraId="020F7F21" w14:textId="77777777" w:rsidR="00D2184C" w:rsidRDefault="00D2184C">
      <w:pPr>
        <w:sectPr w:rsidR="00D2184C" w:rsidSect="00034616">
          <w:footerReference w:type="default" r:id="rId27"/>
          <w:pgSz w:w="16838" w:h="11906" w:orient="landscape"/>
          <w:pgMar w:top="850" w:right="567" w:bottom="850" w:left="85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14:paraId="278CCBB0" w14:textId="77777777" w:rsidR="00AD64D8" w:rsidRDefault="00AD64D8">
      <w:pPr>
        <w:spacing w:after="40"/>
      </w:pPr>
    </w:p>
    <w:p w14:paraId="5F6EE958" w14:textId="77777777" w:rsidR="00AD64D8" w:rsidRDefault="004F5CC8">
      <w:pPr>
        <w:spacing w:after="80"/>
        <w:jc w:val="both"/>
      </w:pPr>
      <w:r w:rsidRPr="00844B84">
        <w:rPr>
          <w:lang w:val="ru-RU"/>
        </w:rPr>
        <w:t xml:space="preserve">Сохранение существующей открытой схемы на расчётный период не утверждается ни по одной системе: с 1 января 2022 года использование централизованных открытых систем для нужд горячего водоснабжения путём отбора теплоносителя не допускается частью </w:t>
      </w:r>
      <w:r>
        <w:t>9 статьи 29 Федерального закона от 27.07.2010 № 190-ФЗ.</w:t>
      </w:r>
    </w:p>
    <w:p w14:paraId="3CFAAD9C" w14:textId="77777777" w:rsidR="00AD64D8" w:rsidRPr="00844B84" w:rsidRDefault="004F5CC8">
      <w:pPr>
        <w:spacing w:after="80"/>
        <w:jc w:val="both"/>
        <w:rPr>
          <w:lang w:val="ru-RU"/>
        </w:rPr>
      </w:pPr>
      <w:r w:rsidRPr="00844B84">
        <w:rPr>
          <w:lang w:val="ru-RU"/>
        </w:rPr>
        <w:t>Групповое приготовление горячей воды в центральных тепловых пунктах настоящим разделом не утверждается. По системам УПК № 1 и УПК № 5 оно рассматривалось как альтернатива и подлежит сопоставлению при разработке инвестиционной программы.</w:t>
      </w:r>
    </w:p>
    <w:p w14:paraId="77E30EF0" w14:textId="77777777" w:rsidR="00AD64D8" w:rsidRPr="000C24CF" w:rsidRDefault="004F5CC8">
      <w:pPr>
        <w:pStyle w:val="21"/>
        <w:rPr>
          <w:lang w:val="ru-RU"/>
        </w:rPr>
      </w:pPr>
      <w:bookmarkStart w:id="75" w:name="_Toc238017274"/>
      <w:r w:rsidRPr="000C24CF">
        <w:rPr>
          <w:lang w:val="ru-RU"/>
        </w:rPr>
        <w:t>7.3. Этапность</w:t>
      </w:r>
      <w:bookmarkEnd w:id="75"/>
    </w:p>
    <w:p w14:paraId="5CC10226" w14:textId="77777777" w:rsidR="00AD64D8" w:rsidRPr="00844B84" w:rsidRDefault="004F5CC8">
      <w:pPr>
        <w:spacing w:after="80"/>
        <w:jc w:val="both"/>
        <w:rPr>
          <w:lang w:val="ru-RU"/>
        </w:rPr>
      </w:pPr>
      <w:r w:rsidRPr="00844B84">
        <w:rPr>
          <w:lang w:val="ru-RU"/>
        </w:rPr>
        <w:t>Одновременный перевод всех систем не утверждается. Очерёдность определена по масштабу водоразбора и наличию дефицита производительности водоподготовительных установок.</w:t>
      </w:r>
    </w:p>
    <w:p w14:paraId="737C5A79" w14:textId="77777777" w:rsidR="00AD64D8" w:rsidRDefault="004F5CC8">
      <w:pPr>
        <w:keepNext/>
        <w:spacing w:before="160"/>
      </w:pPr>
      <w:r>
        <w:rPr>
          <w:b/>
        </w:rPr>
        <w:t>Таблица 7.3 — Очерёдность перевода</w:t>
      </w: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56"/>
        <w:gridCol w:w="7205"/>
        <w:gridCol w:w="2518"/>
      </w:tblGrid>
      <w:tr w:rsidR="00AD64D8" w14:paraId="1A986DFD" w14:textId="77777777">
        <w:trPr>
          <w:cantSplit/>
          <w:tblHeader/>
          <w:jc w:val="center"/>
        </w:trPr>
        <w:tc>
          <w:tcPr>
            <w:tcW w:w="0" w:type="auto"/>
            <w:shd w:val="clear" w:color="auto" w:fill="E2F0D9"/>
          </w:tcPr>
          <w:p w14:paraId="04A7B8AA" w14:textId="77777777" w:rsidR="00AD64D8" w:rsidRDefault="004F5CC8">
            <w:pPr>
              <w:jc w:val="center"/>
            </w:pPr>
            <w:r>
              <w:rPr>
                <w:b/>
              </w:rPr>
              <w:t>Класс</w:t>
            </w:r>
          </w:p>
        </w:tc>
        <w:tc>
          <w:tcPr>
            <w:tcW w:w="0" w:type="auto"/>
            <w:shd w:val="clear" w:color="auto" w:fill="E2F0D9"/>
          </w:tcPr>
          <w:p w14:paraId="31640A08" w14:textId="77777777" w:rsidR="00AD64D8" w:rsidRDefault="004F5CC8">
            <w:pPr>
              <w:jc w:val="center"/>
            </w:pPr>
            <w:r>
              <w:rPr>
                <w:b/>
              </w:rPr>
              <w:t>Системы</w:t>
            </w:r>
          </w:p>
        </w:tc>
        <w:tc>
          <w:tcPr>
            <w:tcW w:w="0" w:type="auto"/>
            <w:shd w:val="clear" w:color="auto" w:fill="E2F0D9"/>
          </w:tcPr>
          <w:p w14:paraId="65E19831" w14:textId="77777777" w:rsidR="00AD64D8" w:rsidRDefault="004F5CC8">
            <w:pPr>
              <w:jc w:val="center"/>
            </w:pPr>
            <w:r>
              <w:rPr>
                <w:b/>
              </w:rPr>
              <w:t>Период</w:t>
            </w:r>
          </w:p>
        </w:tc>
      </w:tr>
      <w:tr w:rsidR="00AD64D8" w14:paraId="103454FE" w14:textId="77777777">
        <w:trPr>
          <w:cantSplit/>
          <w:jc w:val="center"/>
        </w:trPr>
        <w:tc>
          <w:tcPr>
            <w:tcW w:w="0" w:type="auto"/>
          </w:tcPr>
          <w:p w14:paraId="64C042BF" w14:textId="77777777" w:rsidR="00AD64D8" w:rsidRDefault="004F5CC8">
            <w:r>
              <w:t>P0</w:t>
            </w:r>
          </w:p>
        </w:tc>
        <w:tc>
          <w:tcPr>
            <w:tcW w:w="0" w:type="auto"/>
          </w:tcPr>
          <w:p w14:paraId="3ECD904C" w14:textId="77777777" w:rsidR="00AD64D8" w:rsidRPr="00844B84" w:rsidRDefault="004F5CC8">
            <w:pPr>
              <w:jc w:val="center"/>
              <w:rPr>
                <w:lang w:val="ru-RU"/>
              </w:rPr>
            </w:pPr>
            <w:r w:rsidRPr="00844B84">
              <w:rPr>
                <w:lang w:val="ru-RU"/>
              </w:rPr>
              <w:t>УПК № 1 «Таштагол», УПК № 5 «Новый Шерегеш»</w:t>
            </w:r>
          </w:p>
        </w:tc>
        <w:tc>
          <w:tcPr>
            <w:tcW w:w="0" w:type="auto"/>
          </w:tcPr>
          <w:p w14:paraId="6F259790" w14:textId="77777777" w:rsidR="00AD64D8" w:rsidRDefault="004F5CC8">
            <w:pPr>
              <w:jc w:val="center"/>
            </w:pPr>
            <w:r>
              <w:t>2027–2031</w:t>
            </w:r>
          </w:p>
        </w:tc>
      </w:tr>
      <w:tr w:rsidR="00AD64D8" w14:paraId="5F63F50A" w14:textId="77777777">
        <w:trPr>
          <w:cantSplit/>
          <w:jc w:val="center"/>
        </w:trPr>
        <w:tc>
          <w:tcPr>
            <w:tcW w:w="0" w:type="auto"/>
          </w:tcPr>
          <w:p w14:paraId="42AD5A7B" w14:textId="77777777" w:rsidR="00AD64D8" w:rsidRDefault="004F5CC8">
            <w:r>
              <w:t>P1</w:t>
            </w:r>
          </w:p>
        </w:tc>
        <w:tc>
          <w:tcPr>
            <w:tcW w:w="0" w:type="auto"/>
          </w:tcPr>
          <w:p w14:paraId="0F750218" w14:textId="77777777" w:rsidR="00AD64D8" w:rsidRPr="00844B84" w:rsidRDefault="004F5CC8">
            <w:pPr>
              <w:jc w:val="center"/>
              <w:rPr>
                <w:lang w:val="ru-RU"/>
              </w:rPr>
            </w:pPr>
            <w:r w:rsidRPr="00844B84">
              <w:rPr>
                <w:lang w:val="ru-RU"/>
              </w:rPr>
              <w:t>УПК № 7 «Каз», УПК № 10 «Темир-Тау»</w:t>
            </w:r>
          </w:p>
        </w:tc>
        <w:tc>
          <w:tcPr>
            <w:tcW w:w="0" w:type="auto"/>
          </w:tcPr>
          <w:p w14:paraId="16DE0B4B" w14:textId="77777777" w:rsidR="00AD64D8" w:rsidRDefault="004F5CC8">
            <w:pPr>
              <w:jc w:val="center"/>
            </w:pPr>
            <w:r>
              <w:t>2027–2031</w:t>
            </w:r>
          </w:p>
        </w:tc>
      </w:tr>
      <w:tr w:rsidR="00AD64D8" w14:paraId="389A2EEF" w14:textId="77777777">
        <w:trPr>
          <w:cantSplit/>
          <w:jc w:val="center"/>
        </w:trPr>
        <w:tc>
          <w:tcPr>
            <w:tcW w:w="0" w:type="auto"/>
          </w:tcPr>
          <w:p w14:paraId="18BC74B3" w14:textId="77777777" w:rsidR="00AD64D8" w:rsidRDefault="004F5CC8">
            <w:r>
              <w:t>P1</w:t>
            </w:r>
          </w:p>
        </w:tc>
        <w:tc>
          <w:tcPr>
            <w:tcW w:w="0" w:type="auto"/>
          </w:tcPr>
          <w:p w14:paraId="10D5B85E" w14:textId="77777777" w:rsidR="00AD64D8" w:rsidRDefault="004F5CC8">
            <w:pPr>
              <w:jc w:val="center"/>
            </w:pPr>
            <w:r>
              <w:t>УПК № 8 «Мундыбаш»</w:t>
            </w:r>
          </w:p>
        </w:tc>
        <w:tc>
          <w:tcPr>
            <w:tcW w:w="0" w:type="auto"/>
          </w:tcPr>
          <w:p w14:paraId="720EB09B" w14:textId="77777777" w:rsidR="00AD64D8" w:rsidRDefault="004F5CC8">
            <w:pPr>
              <w:jc w:val="center"/>
            </w:pPr>
            <w:r>
              <w:t>2031–2036</w:t>
            </w:r>
          </w:p>
        </w:tc>
      </w:tr>
      <w:tr w:rsidR="00AD64D8" w14:paraId="44D5FBD3" w14:textId="77777777">
        <w:trPr>
          <w:cantSplit/>
          <w:jc w:val="center"/>
        </w:trPr>
        <w:tc>
          <w:tcPr>
            <w:tcW w:w="0" w:type="auto"/>
          </w:tcPr>
          <w:p w14:paraId="0E074DC9" w14:textId="77777777" w:rsidR="00AD64D8" w:rsidRDefault="004F5CC8">
            <w:r>
              <w:t>P2</w:t>
            </w:r>
          </w:p>
        </w:tc>
        <w:tc>
          <w:tcPr>
            <w:tcW w:w="0" w:type="auto"/>
          </w:tcPr>
          <w:p w14:paraId="493FCC05" w14:textId="77777777" w:rsidR="00AD64D8" w:rsidRPr="00844B84" w:rsidRDefault="004F5CC8">
            <w:pPr>
              <w:jc w:val="center"/>
              <w:rPr>
                <w:lang w:val="ru-RU"/>
              </w:rPr>
            </w:pPr>
            <w:r w:rsidRPr="00844B84">
              <w:rPr>
                <w:lang w:val="ru-RU"/>
              </w:rPr>
              <w:t>УПК № 2 «Шалым», УПК № 2 «ЦМК», УПК № 6 «Старый Шерегеш»</w:t>
            </w:r>
          </w:p>
        </w:tc>
        <w:tc>
          <w:tcPr>
            <w:tcW w:w="0" w:type="auto"/>
          </w:tcPr>
          <w:p w14:paraId="2F82B7E8" w14:textId="77777777" w:rsidR="00AD64D8" w:rsidRDefault="004F5CC8">
            <w:pPr>
              <w:jc w:val="center"/>
            </w:pPr>
            <w:r>
              <w:t>2031–2036</w:t>
            </w:r>
          </w:p>
        </w:tc>
      </w:tr>
      <w:tr w:rsidR="00AD64D8" w14:paraId="72F158BA" w14:textId="77777777">
        <w:trPr>
          <w:cantSplit/>
          <w:jc w:val="center"/>
        </w:trPr>
        <w:tc>
          <w:tcPr>
            <w:tcW w:w="0" w:type="auto"/>
          </w:tcPr>
          <w:p w14:paraId="602A9E80" w14:textId="77777777" w:rsidR="00AD64D8" w:rsidRDefault="004F5CC8">
            <w:r>
              <w:t>P3</w:t>
            </w:r>
          </w:p>
        </w:tc>
        <w:tc>
          <w:tcPr>
            <w:tcW w:w="0" w:type="auto"/>
          </w:tcPr>
          <w:p w14:paraId="5E0F6DF6" w14:textId="77777777" w:rsidR="00AD64D8" w:rsidRDefault="004F5CC8">
            <w:pPr>
              <w:jc w:val="center"/>
            </w:pPr>
            <w:r>
              <w:t>УПК № 3 «Спасск»</w:t>
            </w:r>
          </w:p>
        </w:tc>
        <w:tc>
          <w:tcPr>
            <w:tcW w:w="0" w:type="auto"/>
          </w:tcPr>
          <w:p w14:paraId="10FA71ED" w14:textId="77777777" w:rsidR="00AD64D8" w:rsidRDefault="004F5CC8">
            <w:pPr>
              <w:jc w:val="center"/>
            </w:pPr>
            <w:r>
              <w:t>2031–2036</w:t>
            </w:r>
          </w:p>
        </w:tc>
      </w:tr>
      <w:tr w:rsidR="00AD64D8" w14:paraId="130D27DD" w14:textId="77777777">
        <w:trPr>
          <w:cantSplit/>
          <w:jc w:val="center"/>
        </w:trPr>
        <w:tc>
          <w:tcPr>
            <w:tcW w:w="0" w:type="auto"/>
          </w:tcPr>
          <w:p w14:paraId="2FE5CA49" w14:textId="77777777" w:rsidR="00AD64D8" w:rsidRDefault="004F5CC8">
            <w:r>
              <w:t>P3</w:t>
            </w:r>
          </w:p>
        </w:tc>
        <w:tc>
          <w:tcPr>
            <w:tcW w:w="0" w:type="auto"/>
          </w:tcPr>
          <w:p w14:paraId="1D8E2FF5" w14:textId="77777777" w:rsidR="00AD64D8" w:rsidRDefault="004F5CC8">
            <w:pPr>
              <w:jc w:val="center"/>
            </w:pPr>
            <w:r>
              <w:t>УПК № 9 «ГРЭ»</w:t>
            </w:r>
          </w:p>
        </w:tc>
        <w:tc>
          <w:tcPr>
            <w:tcW w:w="0" w:type="auto"/>
          </w:tcPr>
          <w:p w14:paraId="72D290E2" w14:textId="77777777" w:rsidR="00AD64D8" w:rsidRDefault="004F5CC8">
            <w:pPr>
              <w:jc w:val="center"/>
            </w:pPr>
            <w:r>
              <w:t>подлежит определению</w:t>
            </w:r>
          </w:p>
        </w:tc>
      </w:tr>
    </w:tbl>
    <w:p w14:paraId="7ABF0334" w14:textId="77777777" w:rsidR="00AD64D8" w:rsidRDefault="00AD64D8">
      <w:pPr>
        <w:spacing w:after="40"/>
      </w:pPr>
    </w:p>
    <w:p w14:paraId="0CEACB65" w14:textId="77777777" w:rsidR="00AD64D8" w:rsidRPr="00844B84" w:rsidRDefault="004F5CC8">
      <w:pPr>
        <w:spacing w:after="80"/>
        <w:jc w:val="both"/>
        <w:rPr>
          <w:lang w:val="ru-RU"/>
        </w:rPr>
      </w:pPr>
      <w:r w:rsidRPr="00844B84">
        <w:rPr>
          <w:lang w:val="ru-RU"/>
        </w:rPr>
        <w:t>Перевод на закрытую схему и газификация источников — независимые мероприятия: первое выполняется на стороне потребителя, второе на источнике. Единый год им не назначается, и очерёдность перевода к календарю газификации не привязывается.</w:t>
      </w:r>
    </w:p>
    <w:p w14:paraId="26898B94" w14:textId="77777777" w:rsidR="00AD64D8" w:rsidRPr="000C24CF" w:rsidRDefault="004F5CC8">
      <w:pPr>
        <w:pStyle w:val="21"/>
        <w:rPr>
          <w:lang w:val="ru-RU"/>
        </w:rPr>
      </w:pPr>
      <w:bookmarkStart w:id="76" w:name="_Toc238017275"/>
      <w:r w:rsidRPr="000C24CF">
        <w:rPr>
          <w:lang w:val="ru-RU"/>
        </w:rPr>
        <w:t>7.4. Следствия для балансов теплоносителя</w:t>
      </w:r>
      <w:bookmarkEnd w:id="76"/>
    </w:p>
    <w:p w14:paraId="05BC74DA" w14:textId="77777777" w:rsidR="00AD64D8" w:rsidRPr="00844B84" w:rsidRDefault="004F5CC8">
      <w:pPr>
        <w:spacing w:after="80"/>
        <w:jc w:val="both"/>
        <w:rPr>
          <w:lang w:val="ru-RU"/>
        </w:rPr>
      </w:pPr>
      <w:r w:rsidRPr="00844B84">
        <w:rPr>
          <w:lang w:val="ru-RU"/>
        </w:rPr>
        <w:t>Перевод закрывает составляющую отпуска теплоносителя на нужды горячего водоснабжения. Нормативные утечки, отпуск на производственные нужды и аварийная подпитка сохраняются; подпитка тепловых сетей нулевой не становится.</w:t>
      </w:r>
    </w:p>
    <w:p w14:paraId="29DB78A2" w14:textId="77777777" w:rsidR="00AD64D8" w:rsidRPr="00844B84" w:rsidRDefault="004F5CC8">
      <w:pPr>
        <w:keepNext/>
        <w:spacing w:before="160"/>
        <w:rPr>
          <w:lang w:val="ru-RU"/>
        </w:rPr>
      </w:pPr>
      <w:r w:rsidRPr="00844B84">
        <w:rPr>
          <w:b/>
          <w:lang w:val="ru-RU"/>
        </w:rPr>
        <w:t>Таблица 7.4 — Подпитка тепловых сетей после перевода, т/ч</w:t>
      </w: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484"/>
        <w:gridCol w:w="2158"/>
        <w:gridCol w:w="2444"/>
        <w:gridCol w:w="1565"/>
        <w:gridCol w:w="1828"/>
      </w:tblGrid>
      <w:tr w:rsidR="00AD64D8" w14:paraId="22EDF659" w14:textId="77777777">
        <w:trPr>
          <w:cantSplit/>
          <w:tblHeader/>
          <w:jc w:val="center"/>
        </w:trPr>
        <w:tc>
          <w:tcPr>
            <w:tcW w:w="0" w:type="auto"/>
            <w:shd w:val="clear" w:color="auto" w:fill="E2F0D9"/>
          </w:tcPr>
          <w:p w14:paraId="63AFA37C" w14:textId="77777777" w:rsidR="00AD64D8" w:rsidRDefault="004F5CC8">
            <w:pPr>
              <w:jc w:val="center"/>
            </w:pPr>
            <w:r>
              <w:rPr>
                <w:b/>
              </w:rPr>
              <w:t>Источник</w:t>
            </w:r>
          </w:p>
        </w:tc>
        <w:tc>
          <w:tcPr>
            <w:tcW w:w="0" w:type="auto"/>
            <w:shd w:val="clear" w:color="auto" w:fill="E2F0D9"/>
          </w:tcPr>
          <w:p w14:paraId="641FB492" w14:textId="77777777" w:rsidR="00AD64D8" w:rsidRDefault="004F5CC8">
            <w:pPr>
              <w:jc w:val="center"/>
            </w:pPr>
            <w:r>
              <w:rPr>
                <w:b/>
              </w:rPr>
              <w:t>Подпитка до перевода</w:t>
            </w:r>
          </w:p>
        </w:tc>
        <w:tc>
          <w:tcPr>
            <w:tcW w:w="0" w:type="auto"/>
            <w:shd w:val="clear" w:color="auto" w:fill="E2F0D9"/>
          </w:tcPr>
          <w:p w14:paraId="2F5F2DCA" w14:textId="77777777" w:rsidR="00AD64D8" w:rsidRDefault="004F5CC8">
            <w:pPr>
              <w:jc w:val="center"/>
            </w:pPr>
            <w:r>
              <w:rPr>
                <w:b/>
              </w:rPr>
              <w:t>Подпитка после перевода</w:t>
            </w:r>
          </w:p>
        </w:tc>
        <w:tc>
          <w:tcPr>
            <w:tcW w:w="0" w:type="auto"/>
            <w:shd w:val="clear" w:color="auto" w:fill="E2F0D9"/>
          </w:tcPr>
          <w:p w14:paraId="716C75AC" w14:textId="77777777" w:rsidR="00AD64D8" w:rsidRDefault="004F5CC8">
            <w:pPr>
              <w:jc w:val="center"/>
            </w:pPr>
            <w:r>
              <w:rPr>
                <w:b/>
              </w:rPr>
              <w:t>Резерв ВПУ до</w:t>
            </w:r>
          </w:p>
        </w:tc>
        <w:tc>
          <w:tcPr>
            <w:tcW w:w="0" w:type="auto"/>
            <w:shd w:val="clear" w:color="auto" w:fill="E2F0D9"/>
          </w:tcPr>
          <w:p w14:paraId="68EB38C6" w14:textId="77777777" w:rsidR="00AD64D8" w:rsidRDefault="004F5CC8">
            <w:pPr>
              <w:jc w:val="center"/>
            </w:pPr>
            <w:r>
              <w:rPr>
                <w:b/>
              </w:rPr>
              <w:t>Резерв ВПУ после</w:t>
            </w:r>
          </w:p>
        </w:tc>
      </w:tr>
      <w:tr w:rsidR="00AD64D8" w14:paraId="3F2CF325" w14:textId="77777777">
        <w:trPr>
          <w:cantSplit/>
          <w:jc w:val="center"/>
        </w:trPr>
        <w:tc>
          <w:tcPr>
            <w:tcW w:w="0" w:type="auto"/>
          </w:tcPr>
          <w:p w14:paraId="1E1075D2" w14:textId="77777777" w:rsidR="00AD64D8" w:rsidRDefault="004F5CC8">
            <w:r>
              <w:t>УПК № 1 Таштагол</w:t>
            </w:r>
          </w:p>
        </w:tc>
        <w:tc>
          <w:tcPr>
            <w:tcW w:w="0" w:type="auto"/>
          </w:tcPr>
          <w:p w14:paraId="7884C9AF" w14:textId="77777777" w:rsidR="00AD64D8" w:rsidRDefault="004F5CC8">
            <w:pPr>
              <w:jc w:val="center"/>
            </w:pPr>
            <w:r>
              <w:t>45,586</w:t>
            </w:r>
          </w:p>
        </w:tc>
        <w:tc>
          <w:tcPr>
            <w:tcW w:w="0" w:type="auto"/>
          </w:tcPr>
          <w:p w14:paraId="193A3AF5" w14:textId="77777777" w:rsidR="00AD64D8" w:rsidRDefault="004F5CC8">
            <w:pPr>
              <w:jc w:val="center"/>
            </w:pPr>
            <w:r>
              <w:t>6,605</w:t>
            </w:r>
          </w:p>
        </w:tc>
        <w:tc>
          <w:tcPr>
            <w:tcW w:w="0" w:type="auto"/>
          </w:tcPr>
          <w:p w14:paraId="69F4908F" w14:textId="77777777" w:rsidR="00AD64D8" w:rsidRDefault="004F5CC8">
            <w:pPr>
              <w:jc w:val="center"/>
            </w:pPr>
            <w:r>
              <w:t>74,414</w:t>
            </w:r>
          </w:p>
        </w:tc>
        <w:tc>
          <w:tcPr>
            <w:tcW w:w="0" w:type="auto"/>
          </w:tcPr>
          <w:p w14:paraId="665AA9B2" w14:textId="77777777" w:rsidR="00AD64D8" w:rsidRDefault="004F5CC8">
            <w:pPr>
              <w:jc w:val="center"/>
            </w:pPr>
            <w:r>
              <w:t>113,395</w:t>
            </w:r>
          </w:p>
        </w:tc>
      </w:tr>
      <w:tr w:rsidR="00AD64D8" w14:paraId="06D8679A" w14:textId="77777777">
        <w:trPr>
          <w:cantSplit/>
          <w:jc w:val="center"/>
        </w:trPr>
        <w:tc>
          <w:tcPr>
            <w:tcW w:w="0" w:type="auto"/>
          </w:tcPr>
          <w:p w14:paraId="3A78B858" w14:textId="77777777" w:rsidR="00AD64D8" w:rsidRDefault="004F5CC8">
            <w:r>
              <w:t>УПК № 2 Шалым</w:t>
            </w:r>
          </w:p>
        </w:tc>
        <w:tc>
          <w:tcPr>
            <w:tcW w:w="0" w:type="auto"/>
          </w:tcPr>
          <w:p w14:paraId="4444E302" w14:textId="77777777" w:rsidR="00AD64D8" w:rsidRDefault="004F5CC8">
            <w:pPr>
              <w:jc w:val="center"/>
            </w:pPr>
            <w:r>
              <w:t>2,282</w:t>
            </w:r>
          </w:p>
        </w:tc>
        <w:tc>
          <w:tcPr>
            <w:tcW w:w="0" w:type="auto"/>
          </w:tcPr>
          <w:p w14:paraId="21C591CE" w14:textId="77777777" w:rsidR="00AD64D8" w:rsidRDefault="004F5CC8">
            <w:pPr>
              <w:jc w:val="center"/>
            </w:pPr>
            <w:r>
              <w:t>0,209</w:t>
            </w:r>
          </w:p>
        </w:tc>
        <w:tc>
          <w:tcPr>
            <w:tcW w:w="0" w:type="auto"/>
          </w:tcPr>
          <w:p w14:paraId="337749A7" w14:textId="77777777" w:rsidR="00AD64D8" w:rsidRDefault="004F5CC8">
            <w:pPr>
              <w:jc w:val="center"/>
            </w:pPr>
            <w:r>
              <w:t>−2,282</w:t>
            </w:r>
          </w:p>
        </w:tc>
        <w:tc>
          <w:tcPr>
            <w:tcW w:w="0" w:type="auto"/>
          </w:tcPr>
          <w:p w14:paraId="02515FE4" w14:textId="77777777" w:rsidR="00AD64D8" w:rsidRDefault="004F5CC8">
            <w:pPr>
              <w:jc w:val="center"/>
            </w:pPr>
            <w:r>
              <w:t>−0,209</w:t>
            </w:r>
          </w:p>
        </w:tc>
      </w:tr>
      <w:tr w:rsidR="00AD64D8" w14:paraId="5F3042DD" w14:textId="77777777">
        <w:trPr>
          <w:cantSplit/>
          <w:jc w:val="center"/>
        </w:trPr>
        <w:tc>
          <w:tcPr>
            <w:tcW w:w="0" w:type="auto"/>
          </w:tcPr>
          <w:p w14:paraId="370B3426" w14:textId="77777777" w:rsidR="00AD64D8" w:rsidRDefault="004F5CC8">
            <w:r>
              <w:t>УПК № 2 ЦМК</w:t>
            </w:r>
          </w:p>
        </w:tc>
        <w:tc>
          <w:tcPr>
            <w:tcW w:w="0" w:type="auto"/>
          </w:tcPr>
          <w:p w14:paraId="43DC5EED" w14:textId="77777777" w:rsidR="00AD64D8" w:rsidRDefault="004F5CC8">
            <w:pPr>
              <w:jc w:val="center"/>
            </w:pPr>
            <w:r>
              <w:t>1,713</w:t>
            </w:r>
          </w:p>
        </w:tc>
        <w:tc>
          <w:tcPr>
            <w:tcW w:w="0" w:type="auto"/>
          </w:tcPr>
          <w:p w14:paraId="78327F70" w14:textId="77777777" w:rsidR="00AD64D8" w:rsidRDefault="004F5CC8">
            <w:pPr>
              <w:jc w:val="center"/>
            </w:pPr>
            <w:r>
              <w:t>0,199</w:t>
            </w:r>
          </w:p>
        </w:tc>
        <w:tc>
          <w:tcPr>
            <w:tcW w:w="0" w:type="auto"/>
          </w:tcPr>
          <w:p w14:paraId="444FE79E" w14:textId="77777777" w:rsidR="00AD64D8" w:rsidRDefault="004F5CC8">
            <w:pPr>
              <w:jc w:val="center"/>
            </w:pPr>
            <w:r>
              <w:t>18,287</w:t>
            </w:r>
          </w:p>
        </w:tc>
        <w:tc>
          <w:tcPr>
            <w:tcW w:w="0" w:type="auto"/>
          </w:tcPr>
          <w:p w14:paraId="48758305" w14:textId="77777777" w:rsidR="00AD64D8" w:rsidRDefault="004F5CC8">
            <w:pPr>
              <w:jc w:val="center"/>
            </w:pPr>
            <w:r>
              <w:t>19,801</w:t>
            </w:r>
          </w:p>
        </w:tc>
      </w:tr>
      <w:tr w:rsidR="00AD64D8" w14:paraId="1B106DEE" w14:textId="77777777">
        <w:trPr>
          <w:cantSplit/>
          <w:jc w:val="center"/>
        </w:trPr>
        <w:tc>
          <w:tcPr>
            <w:tcW w:w="0" w:type="auto"/>
          </w:tcPr>
          <w:p w14:paraId="5981EF47" w14:textId="77777777" w:rsidR="00AD64D8" w:rsidRDefault="004F5CC8">
            <w:r>
              <w:t>УПК № 9 ГРЭ</w:t>
            </w:r>
          </w:p>
        </w:tc>
        <w:tc>
          <w:tcPr>
            <w:tcW w:w="0" w:type="auto"/>
          </w:tcPr>
          <w:p w14:paraId="68C54C36" w14:textId="77777777" w:rsidR="00AD64D8" w:rsidRDefault="004F5CC8">
            <w:pPr>
              <w:jc w:val="center"/>
            </w:pPr>
            <w:r>
              <w:t>не раскрыта</w:t>
            </w:r>
          </w:p>
        </w:tc>
        <w:tc>
          <w:tcPr>
            <w:tcW w:w="0" w:type="auto"/>
          </w:tcPr>
          <w:p w14:paraId="74099027" w14:textId="77777777" w:rsidR="00AD64D8" w:rsidRDefault="004F5CC8">
            <w:pPr>
              <w:jc w:val="center"/>
            </w:pPr>
            <w:r>
              <w:t>не определена</w:t>
            </w:r>
          </w:p>
        </w:tc>
        <w:tc>
          <w:tcPr>
            <w:tcW w:w="0" w:type="auto"/>
          </w:tcPr>
          <w:p w14:paraId="2DEC0E85" w14:textId="77777777" w:rsidR="00AD64D8" w:rsidRDefault="004F5CC8">
            <w:pPr>
              <w:jc w:val="center"/>
            </w:pPr>
            <w:r>
              <w:t>не определён</w:t>
            </w:r>
          </w:p>
        </w:tc>
        <w:tc>
          <w:tcPr>
            <w:tcW w:w="0" w:type="auto"/>
          </w:tcPr>
          <w:p w14:paraId="53F5E2F3" w14:textId="77777777" w:rsidR="00AD64D8" w:rsidRDefault="004F5CC8">
            <w:pPr>
              <w:jc w:val="center"/>
            </w:pPr>
            <w:r>
              <w:t>не определён</w:t>
            </w:r>
          </w:p>
        </w:tc>
      </w:tr>
      <w:tr w:rsidR="00AD64D8" w14:paraId="5C94F9C4" w14:textId="77777777">
        <w:trPr>
          <w:cantSplit/>
          <w:jc w:val="center"/>
        </w:trPr>
        <w:tc>
          <w:tcPr>
            <w:tcW w:w="0" w:type="auto"/>
          </w:tcPr>
          <w:p w14:paraId="6055FB48" w14:textId="77777777" w:rsidR="00AD64D8" w:rsidRDefault="004F5CC8">
            <w:r>
              <w:t>УПК № 5 Новый Шерегеш</w:t>
            </w:r>
          </w:p>
        </w:tc>
        <w:tc>
          <w:tcPr>
            <w:tcW w:w="0" w:type="auto"/>
          </w:tcPr>
          <w:p w14:paraId="5D95DF5B" w14:textId="77777777" w:rsidR="00AD64D8" w:rsidRDefault="004F5CC8">
            <w:pPr>
              <w:jc w:val="center"/>
            </w:pPr>
            <w:r>
              <w:t>26,890</w:t>
            </w:r>
          </w:p>
        </w:tc>
        <w:tc>
          <w:tcPr>
            <w:tcW w:w="0" w:type="auto"/>
          </w:tcPr>
          <w:p w14:paraId="59A69CF8" w14:textId="77777777" w:rsidR="00AD64D8" w:rsidRDefault="004F5CC8">
            <w:pPr>
              <w:jc w:val="center"/>
            </w:pPr>
            <w:r>
              <w:t>2,111</w:t>
            </w:r>
          </w:p>
        </w:tc>
        <w:tc>
          <w:tcPr>
            <w:tcW w:w="0" w:type="auto"/>
          </w:tcPr>
          <w:p w14:paraId="67E0BA0C" w14:textId="77777777" w:rsidR="00AD64D8" w:rsidRDefault="004F5CC8">
            <w:pPr>
              <w:jc w:val="center"/>
            </w:pPr>
            <w:r>
              <w:t>−0,490</w:t>
            </w:r>
          </w:p>
        </w:tc>
        <w:tc>
          <w:tcPr>
            <w:tcW w:w="0" w:type="auto"/>
          </w:tcPr>
          <w:p w14:paraId="334E440A" w14:textId="77777777" w:rsidR="00AD64D8" w:rsidRDefault="004F5CC8">
            <w:pPr>
              <w:jc w:val="center"/>
            </w:pPr>
            <w:r>
              <w:t>24,289</w:t>
            </w:r>
          </w:p>
        </w:tc>
      </w:tr>
      <w:tr w:rsidR="00AD64D8" w14:paraId="4ADF4070" w14:textId="77777777">
        <w:trPr>
          <w:cantSplit/>
          <w:jc w:val="center"/>
        </w:trPr>
        <w:tc>
          <w:tcPr>
            <w:tcW w:w="0" w:type="auto"/>
          </w:tcPr>
          <w:p w14:paraId="5A3EAEA4" w14:textId="77777777" w:rsidR="00AD64D8" w:rsidRDefault="004F5CC8">
            <w:r>
              <w:t>УПК № 6 Старый Шерегеш</w:t>
            </w:r>
          </w:p>
        </w:tc>
        <w:tc>
          <w:tcPr>
            <w:tcW w:w="0" w:type="auto"/>
          </w:tcPr>
          <w:p w14:paraId="31BEACA2" w14:textId="77777777" w:rsidR="00AD64D8" w:rsidRDefault="004F5CC8">
            <w:pPr>
              <w:jc w:val="center"/>
            </w:pPr>
            <w:r>
              <w:t>2,658</w:t>
            </w:r>
          </w:p>
        </w:tc>
        <w:tc>
          <w:tcPr>
            <w:tcW w:w="0" w:type="auto"/>
          </w:tcPr>
          <w:p w14:paraId="7AF1A1A2" w14:textId="77777777" w:rsidR="00AD64D8" w:rsidRDefault="004F5CC8">
            <w:pPr>
              <w:jc w:val="center"/>
            </w:pPr>
            <w:r>
              <w:t>0,102</w:t>
            </w:r>
          </w:p>
        </w:tc>
        <w:tc>
          <w:tcPr>
            <w:tcW w:w="0" w:type="auto"/>
          </w:tcPr>
          <w:p w14:paraId="22D2BB70" w14:textId="77777777" w:rsidR="00AD64D8" w:rsidRDefault="004F5CC8">
            <w:pPr>
              <w:jc w:val="center"/>
            </w:pPr>
            <w:r>
              <w:t>2,342</w:t>
            </w:r>
          </w:p>
        </w:tc>
        <w:tc>
          <w:tcPr>
            <w:tcW w:w="0" w:type="auto"/>
          </w:tcPr>
          <w:p w14:paraId="096D8DA2" w14:textId="77777777" w:rsidR="00AD64D8" w:rsidRDefault="004F5CC8">
            <w:pPr>
              <w:jc w:val="center"/>
            </w:pPr>
            <w:r>
              <w:t>4,898</w:t>
            </w:r>
          </w:p>
        </w:tc>
      </w:tr>
      <w:tr w:rsidR="00AD64D8" w14:paraId="1326A67B" w14:textId="77777777">
        <w:trPr>
          <w:cantSplit/>
          <w:jc w:val="center"/>
        </w:trPr>
        <w:tc>
          <w:tcPr>
            <w:tcW w:w="0" w:type="auto"/>
          </w:tcPr>
          <w:p w14:paraId="71B7F88D" w14:textId="77777777" w:rsidR="00AD64D8" w:rsidRDefault="004F5CC8">
            <w:r>
              <w:t>УПК № 7 Каз</w:t>
            </w:r>
          </w:p>
        </w:tc>
        <w:tc>
          <w:tcPr>
            <w:tcW w:w="0" w:type="auto"/>
          </w:tcPr>
          <w:p w14:paraId="39C740B2" w14:textId="77777777" w:rsidR="00AD64D8" w:rsidRDefault="004F5CC8">
            <w:pPr>
              <w:jc w:val="center"/>
            </w:pPr>
            <w:r>
              <w:t>12,917</w:t>
            </w:r>
          </w:p>
        </w:tc>
        <w:tc>
          <w:tcPr>
            <w:tcW w:w="0" w:type="auto"/>
          </w:tcPr>
          <w:p w14:paraId="2C09AFBA" w14:textId="77777777" w:rsidR="00AD64D8" w:rsidRDefault="004F5CC8">
            <w:pPr>
              <w:jc w:val="center"/>
            </w:pPr>
            <w:r>
              <w:t>4,214</w:t>
            </w:r>
          </w:p>
        </w:tc>
        <w:tc>
          <w:tcPr>
            <w:tcW w:w="0" w:type="auto"/>
          </w:tcPr>
          <w:p w14:paraId="0AA73BDB" w14:textId="77777777" w:rsidR="00AD64D8" w:rsidRDefault="004F5CC8">
            <w:pPr>
              <w:jc w:val="center"/>
            </w:pPr>
            <w:r>
              <w:t>27,083</w:t>
            </w:r>
          </w:p>
        </w:tc>
        <w:tc>
          <w:tcPr>
            <w:tcW w:w="0" w:type="auto"/>
          </w:tcPr>
          <w:p w14:paraId="4CAFE666" w14:textId="77777777" w:rsidR="00AD64D8" w:rsidRDefault="004F5CC8">
            <w:pPr>
              <w:jc w:val="center"/>
            </w:pPr>
            <w:r>
              <w:t>35,786</w:t>
            </w:r>
          </w:p>
        </w:tc>
      </w:tr>
      <w:tr w:rsidR="00AD64D8" w14:paraId="09090925" w14:textId="77777777">
        <w:trPr>
          <w:cantSplit/>
          <w:jc w:val="center"/>
        </w:trPr>
        <w:tc>
          <w:tcPr>
            <w:tcW w:w="0" w:type="auto"/>
          </w:tcPr>
          <w:p w14:paraId="4CCD84D7" w14:textId="77777777" w:rsidR="00AD64D8" w:rsidRDefault="004F5CC8">
            <w:r>
              <w:t>УПК № 8 Мундыбаш</w:t>
            </w:r>
          </w:p>
        </w:tc>
        <w:tc>
          <w:tcPr>
            <w:tcW w:w="0" w:type="auto"/>
          </w:tcPr>
          <w:p w14:paraId="036E02E0" w14:textId="77777777" w:rsidR="00AD64D8" w:rsidRDefault="004F5CC8">
            <w:pPr>
              <w:jc w:val="center"/>
            </w:pPr>
            <w:r>
              <w:t>7,925</w:t>
            </w:r>
          </w:p>
        </w:tc>
        <w:tc>
          <w:tcPr>
            <w:tcW w:w="0" w:type="auto"/>
          </w:tcPr>
          <w:p w14:paraId="2E710BE4" w14:textId="77777777" w:rsidR="00AD64D8" w:rsidRDefault="004F5CC8">
            <w:pPr>
              <w:jc w:val="center"/>
            </w:pPr>
            <w:r>
              <w:t>0,826</w:t>
            </w:r>
          </w:p>
        </w:tc>
        <w:tc>
          <w:tcPr>
            <w:tcW w:w="0" w:type="auto"/>
          </w:tcPr>
          <w:p w14:paraId="41E1EC5D" w14:textId="77777777" w:rsidR="00AD64D8" w:rsidRDefault="004F5CC8">
            <w:pPr>
              <w:jc w:val="center"/>
            </w:pPr>
            <w:r>
              <w:t>52,075</w:t>
            </w:r>
          </w:p>
        </w:tc>
        <w:tc>
          <w:tcPr>
            <w:tcW w:w="0" w:type="auto"/>
          </w:tcPr>
          <w:p w14:paraId="13359104" w14:textId="77777777" w:rsidR="00AD64D8" w:rsidRDefault="004F5CC8">
            <w:pPr>
              <w:jc w:val="center"/>
            </w:pPr>
            <w:r>
              <w:t>59,174</w:t>
            </w:r>
          </w:p>
        </w:tc>
      </w:tr>
      <w:tr w:rsidR="00AD64D8" w14:paraId="72DF2FD7" w14:textId="77777777">
        <w:trPr>
          <w:cantSplit/>
          <w:jc w:val="center"/>
        </w:trPr>
        <w:tc>
          <w:tcPr>
            <w:tcW w:w="0" w:type="auto"/>
          </w:tcPr>
          <w:p w14:paraId="3AB076E1" w14:textId="77777777" w:rsidR="00AD64D8" w:rsidRDefault="004F5CC8">
            <w:r>
              <w:t>УПК № 10 Темир-Тау</w:t>
            </w:r>
          </w:p>
        </w:tc>
        <w:tc>
          <w:tcPr>
            <w:tcW w:w="0" w:type="auto"/>
          </w:tcPr>
          <w:p w14:paraId="1ECD768C" w14:textId="77777777" w:rsidR="00AD64D8" w:rsidRDefault="004F5CC8">
            <w:pPr>
              <w:jc w:val="center"/>
            </w:pPr>
            <w:r>
              <w:t>4,052</w:t>
            </w:r>
          </w:p>
        </w:tc>
        <w:tc>
          <w:tcPr>
            <w:tcW w:w="0" w:type="auto"/>
          </w:tcPr>
          <w:p w14:paraId="4B49A669" w14:textId="77777777" w:rsidR="00AD64D8" w:rsidRDefault="004F5CC8">
            <w:pPr>
              <w:jc w:val="center"/>
            </w:pPr>
            <w:r>
              <w:t>0,733</w:t>
            </w:r>
          </w:p>
        </w:tc>
        <w:tc>
          <w:tcPr>
            <w:tcW w:w="0" w:type="auto"/>
          </w:tcPr>
          <w:p w14:paraId="6381E3E8" w14:textId="77777777" w:rsidR="00AD64D8" w:rsidRDefault="004F5CC8">
            <w:pPr>
              <w:jc w:val="center"/>
            </w:pPr>
            <w:r>
              <w:t>−4,052</w:t>
            </w:r>
          </w:p>
        </w:tc>
        <w:tc>
          <w:tcPr>
            <w:tcW w:w="0" w:type="auto"/>
          </w:tcPr>
          <w:p w14:paraId="09112C5A" w14:textId="77777777" w:rsidR="00AD64D8" w:rsidRDefault="004F5CC8">
            <w:pPr>
              <w:jc w:val="center"/>
            </w:pPr>
            <w:r>
              <w:t>−0,733</w:t>
            </w:r>
          </w:p>
        </w:tc>
      </w:tr>
      <w:tr w:rsidR="00AD64D8" w14:paraId="534407AF" w14:textId="77777777">
        <w:trPr>
          <w:cantSplit/>
          <w:jc w:val="center"/>
        </w:trPr>
        <w:tc>
          <w:tcPr>
            <w:tcW w:w="0" w:type="auto"/>
          </w:tcPr>
          <w:p w14:paraId="773B3F51" w14:textId="77777777" w:rsidR="00AD64D8" w:rsidRDefault="004F5CC8">
            <w:r>
              <w:t>УПК № 3 Спасск</w:t>
            </w:r>
          </w:p>
        </w:tc>
        <w:tc>
          <w:tcPr>
            <w:tcW w:w="0" w:type="auto"/>
          </w:tcPr>
          <w:p w14:paraId="36F8FC24" w14:textId="77777777" w:rsidR="00AD64D8" w:rsidRDefault="004F5CC8">
            <w:pPr>
              <w:jc w:val="center"/>
            </w:pPr>
            <w:r>
              <w:t>0,428</w:t>
            </w:r>
          </w:p>
        </w:tc>
        <w:tc>
          <w:tcPr>
            <w:tcW w:w="0" w:type="auto"/>
          </w:tcPr>
          <w:p w14:paraId="08EDB258" w14:textId="77777777" w:rsidR="00AD64D8" w:rsidRDefault="004F5CC8">
            <w:pPr>
              <w:jc w:val="center"/>
            </w:pPr>
            <w:r>
              <w:t>0,093</w:t>
            </w:r>
          </w:p>
        </w:tc>
        <w:tc>
          <w:tcPr>
            <w:tcW w:w="0" w:type="auto"/>
          </w:tcPr>
          <w:p w14:paraId="21DF9577" w14:textId="77777777" w:rsidR="00AD64D8" w:rsidRDefault="004F5CC8">
            <w:pPr>
              <w:jc w:val="center"/>
            </w:pPr>
            <w:r>
              <w:t>−0,428</w:t>
            </w:r>
          </w:p>
        </w:tc>
        <w:tc>
          <w:tcPr>
            <w:tcW w:w="0" w:type="auto"/>
          </w:tcPr>
          <w:p w14:paraId="1975B240" w14:textId="77777777" w:rsidR="00AD64D8" w:rsidRDefault="004F5CC8">
            <w:pPr>
              <w:jc w:val="center"/>
            </w:pPr>
            <w:r>
              <w:t>−0,093</w:t>
            </w:r>
          </w:p>
        </w:tc>
      </w:tr>
    </w:tbl>
    <w:p w14:paraId="73E79485" w14:textId="77777777" w:rsidR="00AD64D8" w:rsidRDefault="00AD64D8">
      <w:pPr>
        <w:spacing w:after="40"/>
      </w:pPr>
    </w:p>
    <w:p w14:paraId="1639AB41" w14:textId="77777777" w:rsidR="00AD64D8" w:rsidRPr="00844B84" w:rsidRDefault="004F5CC8">
      <w:pPr>
        <w:spacing w:after="80"/>
        <w:jc w:val="both"/>
        <w:rPr>
          <w:lang w:val="ru-RU"/>
        </w:rPr>
      </w:pPr>
      <w:r w:rsidRPr="00844B84">
        <w:rPr>
          <w:lang w:val="ru-RU"/>
        </w:rPr>
        <w:t>Дефицит производительности водоподготовительных установок закрывается переводом только по системе УПК № 5 «Новый Шерегеш». По системам УПК № 2 «Шалым», УПК № 10 «Темир-Тау» и УПК № 3 «Спасск» дефицит уменьшается, но сохраняется, поскольку заявленная производительность установок на этих источниках нулевая. Утверждение о том, что перевод решает вопрос водоподготовки этих систем, не принимается.</w:t>
      </w:r>
    </w:p>
    <w:p w14:paraId="3D6B96AF" w14:textId="77777777" w:rsidR="00AD64D8" w:rsidRPr="00844B84" w:rsidRDefault="004F5CC8">
      <w:pPr>
        <w:spacing w:after="80"/>
        <w:jc w:val="both"/>
        <w:rPr>
          <w:lang w:val="ru-RU"/>
        </w:rPr>
      </w:pPr>
      <w:r w:rsidRPr="00844B84">
        <w:rPr>
          <w:lang w:val="ru-RU"/>
        </w:rPr>
        <w:t>Дефицит подпитки в аварийном режиме переводом не устраняется ни по одной системе и остаётся предметом мероприятий по надёжности.</w:t>
      </w:r>
    </w:p>
    <w:p w14:paraId="638088A5" w14:textId="77777777" w:rsidR="00AD64D8" w:rsidRPr="000C24CF" w:rsidRDefault="004F5CC8">
      <w:pPr>
        <w:pStyle w:val="21"/>
        <w:rPr>
          <w:lang w:val="ru-RU"/>
        </w:rPr>
      </w:pPr>
      <w:bookmarkStart w:id="77" w:name="_Toc238017276"/>
      <w:r w:rsidRPr="000C24CF">
        <w:rPr>
          <w:lang w:val="ru-RU"/>
        </w:rPr>
        <w:t>7.5. Капитальные вложения</w:t>
      </w:r>
      <w:bookmarkEnd w:id="77"/>
    </w:p>
    <w:p w14:paraId="5507104F" w14:textId="77777777" w:rsidR="00AD64D8" w:rsidRPr="00844B84" w:rsidRDefault="004F5CC8">
      <w:pPr>
        <w:spacing w:after="80"/>
        <w:jc w:val="both"/>
        <w:rPr>
          <w:lang w:val="ru-RU"/>
        </w:rPr>
      </w:pPr>
      <w:r w:rsidRPr="00844B84">
        <w:rPr>
          <w:lang w:val="ru-RU"/>
        </w:rPr>
        <w:t>Величина капитальных вложений в перевод настоящим разделом не утверждается: текущая потребность в капитальных вложениях не определена. Она подлежит определению при разработке инвестиционной программы теплоснабжающей организации на основании актуального числа потребителей и проектных решений.</w:t>
      </w:r>
    </w:p>
    <w:p w14:paraId="0B0995E5" w14:textId="77777777" w:rsidR="00AD64D8" w:rsidRPr="00844B84" w:rsidRDefault="004F5CC8">
      <w:pPr>
        <w:spacing w:after="80"/>
        <w:jc w:val="both"/>
        <w:rPr>
          <w:lang w:val="ru-RU"/>
        </w:rPr>
      </w:pPr>
      <w:r w:rsidRPr="00844B84">
        <w:rPr>
          <w:lang w:val="ru-RU"/>
        </w:rPr>
        <w:t>Историческая оценка схем поселений редакций 2021 и 2023 годов составляет 434 441 тыс. руб. без налога на добавленную стоимость в ценах 2021 года по девяти источникам. Она приводится как ранее принятая величина и текущей потребностью в капитальных вложениях не является; индексация не выполнялась.</w:t>
      </w:r>
    </w:p>
    <w:p w14:paraId="09C83AF3" w14:textId="77777777" w:rsidR="00AD64D8" w:rsidRPr="00844B84" w:rsidRDefault="004F5CC8">
      <w:pPr>
        <w:spacing w:after="80"/>
        <w:jc w:val="both"/>
        <w:rPr>
          <w:lang w:val="ru-RU"/>
        </w:rPr>
      </w:pPr>
      <w:r w:rsidRPr="00844B84">
        <w:rPr>
          <w:lang w:val="ru-RU"/>
        </w:rPr>
        <w:t>Источники финансирования не утверждаются. Правовая рамка задана частью 8 статьи 40 Федерального закона от 07.12.2011 № 416-ФЗ: программы финансирования мероприятий по прекращению горячего водоснабжения с использованием открытых систем включаются в инвестиционные программы теплоснабжающих организаций.</w:t>
      </w:r>
    </w:p>
    <w:p w14:paraId="618A3E10" w14:textId="77777777" w:rsidR="00AD64D8" w:rsidRPr="000C24CF" w:rsidRDefault="004F5CC8">
      <w:pPr>
        <w:pStyle w:val="21"/>
        <w:rPr>
          <w:lang w:val="ru-RU"/>
        </w:rPr>
      </w:pPr>
      <w:bookmarkStart w:id="78" w:name="_Toc238017277"/>
      <w:r w:rsidRPr="000C24CF">
        <w:rPr>
          <w:lang w:val="ru-RU"/>
        </w:rPr>
        <w:t>7.6. Нерешённые зависимости</w:t>
      </w:r>
      <w:bookmarkEnd w:id="78"/>
    </w:p>
    <w:p w14:paraId="0F7BD816" w14:textId="77777777" w:rsidR="00AD64D8" w:rsidRPr="00844B84" w:rsidRDefault="004F5CC8">
      <w:pPr>
        <w:keepNext/>
        <w:spacing w:before="160"/>
        <w:rPr>
          <w:lang w:val="ru-RU"/>
        </w:rPr>
      </w:pPr>
      <w:r w:rsidRPr="00844B84">
        <w:rPr>
          <w:b/>
          <w:lang w:val="ru-RU"/>
        </w:rPr>
        <w:t>Таблица 7.5 — Зависимости, подлежащие закрытию</w:t>
      </w: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601"/>
        <w:gridCol w:w="2999"/>
        <w:gridCol w:w="3879"/>
      </w:tblGrid>
      <w:tr w:rsidR="00AD64D8" w14:paraId="1FD5D1D0" w14:textId="77777777">
        <w:trPr>
          <w:cantSplit/>
          <w:tblHeader/>
          <w:jc w:val="center"/>
        </w:trPr>
        <w:tc>
          <w:tcPr>
            <w:tcW w:w="0" w:type="auto"/>
            <w:shd w:val="clear" w:color="auto" w:fill="E2F0D9"/>
          </w:tcPr>
          <w:p w14:paraId="1D1D8987" w14:textId="77777777" w:rsidR="00AD64D8" w:rsidRDefault="004F5CC8">
            <w:pPr>
              <w:jc w:val="center"/>
            </w:pPr>
            <w:r>
              <w:rPr>
                <w:b/>
              </w:rPr>
              <w:t>Зависимость</w:t>
            </w:r>
          </w:p>
        </w:tc>
        <w:tc>
          <w:tcPr>
            <w:tcW w:w="0" w:type="auto"/>
            <w:shd w:val="clear" w:color="auto" w:fill="E2F0D9"/>
          </w:tcPr>
          <w:p w14:paraId="1131C91A" w14:textId="77777777" w:rsidR="00AD64D8" w:rsidRDefault="004F5CC8">
            <w:pPr>
              <w:jc w:val="center"/>
            </w:pPr>
            <w:r>
              <w:rPr>
                <w:b/>
              </w:rPr>
              <w:t>Система</w:t>
            </w:r>
          </w:p>
        </w:tc>
        <w:tc>
          <w:tcPr>
            <w:tcW w:w="0" w:type="auto"/>
            <w:shd w:val="clear" w:color="auto" w:fill="E2F0D9"/>
          </w:tcPr>
          <w:p w14:paraId="3DFCA1BE" w14:textId="77777777" w:rsidR="00AD64D8" w:rsidRDefault="004F5CC8">
            <w:pPr>
              <w:jc w:val="center"/>
            </w:pPr>
            <w:r>
              <w:rPr>
                <w:b/>
              </w:rPr>
              <w:t>Влияние</w:t>
            </w:r>
          </w:p>
        </w:tc>
      </w:tr>
      <w:tr w:rsidR="00AD64D8" w:rsidRPr="004D1FEB" w14:paraId="72FACCB7" w14:textId="77777777">
        <w:trPr>
          <w:cantSplit/>
          <w:jc w:val="center"/>
        </w:trPr>
        <w:tc>
          <w:tcPr>
            <w:tcW w:w="0" w:type="auto"/>
          </w:tcPr>
          <w:p w14:paraId="68DEDF98" w14:textId="77777777" w:rsidR="00AD64D8" w:rsidRDefault="004F5CC8">
            <w:r>
              <w:t>Баланс теплоносителя не раскрыт</w:t>
            </w:r>
          </w:p>
        </w:tc>
        <w:tc>
          <w:tcPr>
            <w:tcW w:w="0" w:type="auto"/>
          </w:tcPr>
          <w:p w14:paraId="4934AB8D" w14:textId="77777777" w:rsidR="00AD64D8" w:rsidRDefault="004F5CC8">
            <w:pPr>
              <w:jc w:val="center"/>
            </w:pPr>
            <w:r>
              <w:t>УПК № 9 «ГРЭ»</w:t>
            </w:r>
          </w:p>
        </w:tc>
        <w:tc>
          <w:tcPr>
            <w:tcW w:w="0" w:type="auto"/>
          </w:tcPr>
          <w:p w14:paraId="04A61831" w14:textId="77777777" w:rsidR="00AD64D8" w:rsidRPr="00844B84" w:rsidRDefault="004F5CC8">
            <w:pPr>
              <w:jc w:val="center"/>
              <w:rPr>
                <w:lang w:val="ru-RU"/>
              </w:rPr>
            </w:pPr>
            <w:r w:rsidRPr="00844B84">
              <w:rPr>
                <w:lang w:val="ru-RU"/>
              </w:rPr>
              <w:t>решение предварительное; очерёдность не определена</w:t>
            </w:r>
          </w:p>
        </w:tc>
      </w:tr>
      <w:tr w:rsidR="00AD64D8" w:rsidRPr="004D1FEB" w14:paraId="5B294D28" w14:textId="77777777">
        <w:trPr>
          <w:cantSplit/>
          <w:jc w:val="center"/>
        </w:trPr>
        <w:tc>
          <w:tcPr>
            <w:tcW w:w="0" w:type="auto"/>
          </w:tcPr>
          <w:p w14:paraId="1A8C7C2C" w14:textId="77777777" w:rsidR="00AD64D8" w:rsidRDefault="004F5CC8">
            <w:r>
              <w:t>Технология и производительность водоподготовки</w:t>
            </w:r>
          </w:p>
        </w:tc>
        <w:tc>
          <w:tcPr>
            <w:tcW w:w="0" w:type="auto"/>
          </w:tcPr>
          <w:p w14:paraId="1A8468D9" w14:textId="77777777" w:rsidR="00AD64D8" w:rsidRPr="00844B84" w:rsidRDefault="004F5CC8">
            <w:pPr>
              <w:jc w:val="center"/>
              <w:rPr>
                <w:lang w:val="ru-RU"/>
              </w:rPr>
            </w:pPr>
            <w:r w:rsidRPr="00844B84">
              <w:rPr>
                <w:lang w:val="ru-RU"/>
              </w:rPr>
              <w:t>УПК № 2 «Шалым», УПК № 10 «Темир-Тау», УПК № 3 «Спасск»</w:t>
            </w:r>
          </w:p>
        </w:tc>
        <w:tc>
          <w:tcPr>
            <w:tcW w:w="0" w:type="auto"/>
          </w:tcPr>
          <w:p w14:paraId="64B6FD89" w14:textId="77777777" w:rsidR="00AD64D8" w:rsidRPr="00844B84" w:rsidRDefault="004F5CC8">
            <w:pPr>
              <w:jc w:val="center"/>
              <w:rPr>
                <w:lang w:val="ru-RU"/>
              </w:rPr>
            </w:pPr>
            <w:r w:rsidRPr="00844B84">
              <w:rPr>
                <w:lang w:val="ru-RU"/>
              </w:rPr>
              <w:t>остаточный дефицит подпитки после перевода не оценён окончательно</w:t>
            </w:r>
          </w:p>
        </w:tc>
      </w:tr>
      <w:tr w:rsidR="00AD64D8" w14:paraId="4CEB969A" w14:textId="77777777">
        <w:trPr>
          <w:cantSplit/>
          <w:jc w:val="center"/>
        </w:trPr>
        <w:tc>
          <w:tcPr>
            <w:tcW w:w="0" w:type="auto"/>
          </w:tcPr>
          <w:p w14:paraId="5A81CFF2" w14:textId="77777777" w:rsidR="00AD64D8" w:rsidRPr="00844B84" w:rsidRDefault="004F5CC8">
            <w:pPr>
              <w:rPr>
                <w:lang w:val="ru-RU"/>
              </w:rPr>
            </w:pPr>
            <w:r w:rsidRPr="00844B84">
              <w:rPr>
                <w:lang w:val="ru-RU"/>
              </w:rPr>
              <w:t>Актуальное число потребителей с нагрузкой горячего водоснабжения</w:t>
            </w:r>
          </w:p>
        </w:tc>
        <w:tc>
          <w:tcPr>
            <w:tcW w:w="0" w:type="auto"/>
          </w:tcPr>
          <w:p w14:paraId="41135DA4" w14:textId="77777777" w:rsidR="00AD64D8" w:rsidRDefault="004F5CC8">
            <w:pPr>
              <w:jc w:val="center"/>
            </w:pPr>
            <w:r>
              <w:t>все системы</w:t>
            </w:r>
          </w:p>
        </w:tc>
        <w:tc>
          <w:tcPr>
            <w:tcW w:w="0" w:type="auto"/>
          </w:tcPr>
          <w:p w14:paraId="1EFC378B" w14:textId="77777777" w:rsidR="00AD64D8" w:rsidRDefault="004F5CC8">
            <w:pPr>
              <w:jc w:val="center"/>
            </w:pPr>
            <w:r>
              <w:t>стоимость перевода не определена</w:t>
            </w:r>
          </w:p>
        </w:tc>
      </w:tr>
      <w:tr w:rsidR="00AD64D8" w:rsidRPr="004D1FEB" w14:paraId="2A88D5A9" w14:textId="77777777">
        <w:trPr>
          <w:cantSplit/>
          <w:jc w:val="center"/>
        </w:trPr>
        <w:tc>
          <w:tcPr>
            <w:tcW w:w="0" w:type="auto"/>
          </w:tcPr>
          <w:p w14:paraId="04FD7A40" w14:textId="77777777" w:rsidR="00AD64D8" w:rsidRPr="00844B84" w:rsidRDefault="004F5CC8">
            <w:pPr>
              <w:rPr>
                <w:lang w:val="ru-RU"/>
              </w:rPr>
            </w:pPr>
            <w:r w:rsidRPr="00844B84">
              <w:rPr>
                <w:lang w:val="ru-RU"/>
              </w:rPr>
              <w:t>Гидравлическая проверка сетей на 2026 год</w:t>
            </w:r>
          </w:p>
        </w:tc>
        <w:tc>
          <w:tcPr>
            <w:tcW w:w="0" w:type="auto"/>
          </w:tcPr>
          <w:p w14:paraId="0B4796BC" w14:textId="77777777" w:rsidR="00AD64D8" w:rsidRDefault="004F5CC8">
            <w:pPr>
              <w:jc w:val="center"/>
            </w:pPr>
            <w:r>
              <w:t>все системы</w:t>
            </w:r>
          </w:p>
        </w:tc>
        <w:tc>
          <w:tcPr>
            <w:tcW w:w="0" w:type="auto"/>
          </w:tcPr>
          <w:p w14:paraId="546E6796" w14:textId="77777777" w:rsidR="00AD64D8" w:rsidRPr="00844B84" w:rsidRDefault="004F5CC8">
            <w:pPr>
              <w:jc w:val="center"/>
              <w:rPr>
                <w:lang w:val="ru-RU"/>
              </w:rPr>
            </w:pPr>
            <w:r w:rsidRPr="00844B84">
              <w:rPr>
                <w:lang w:val="ru-RU"/>
              </w:rPr>
              <w:t>вывод об отсутствии необходимости увеличения диаметров подлежит подтверждению</w:t>
            </w:r>
          </w:p>
        </w:tc>
      </w:tr>
      <w:tr w:rsidR="00AD64D8" w:rsidRPr="004D1FEB" w14:paraId="234E6A34" w14:textId="77777777">
        <w:trPr>
          <w:cantSplit/>
          <w:jc w:val="center"/>
        </w:trPr>
        <w:tc>
          <w:tcPr>
            <w:tcW w:w="0" w:type="auto"/>
          </w:tcPr>
          <w:p w14:paraId="5E798B03" w14:textId="77777777" w:rsidR="00AD64D8" w:rsidRPr="00844B84" w:rsidRDefault="004F5CC8">
            <w:pPr>
              <w:rPr>
                <w:lang w:val="ru-RU"/>
              </w:rPr>
            </w:pPr>
            <w:r w:rsidRPr="00844B84">
              <w:rPr>
                <w:lang w:val="ru-RU"/>
              </w:rPr>
              <w:t>Разделение нагрузки между открытой и закрытой составляющими</w:t>
            </w:r>
          </w:p>
        </w:tc>
        <w:tc>
          <w:tcPr>
            <w:tcW w:w="0" w:type="auto"/>
          </w:tcPr>
          <w:p w14:paraId="77D6CB07" w14:textId="77777777" w:rsidR="00AD64D8" w:rsidRDefault="004F5CC8">
            <w:pPr>
              <w:jc w:val="center"/>
            </w:pPr>
            <w:r>
              <w:t>УПК № 8 «Мундыбаш»</w:t>
            </w:r>
          </w:p>
        </w:tc>
        <w:tc>
          <w:tcPr>
            <w:tcW w:w="0" w:type="auto"/>
          </w:tcPr>
          <w:p w14:paraId="0637BCB0" w14:textId="77777777" w:rsidR="00AD64D8" w:rsidRPr="00844B84" w:rsidRDefault="004F5CC8">
            <w:pPr>
              <w:jc w:val="center"/>
              <w:rPr>
                <w:lang w:val="ru-RU"/>
              </w:rPr>
            </w:pPr>
            <w:r w:rsidRPr="00844B84">
              <w:rPr>
                <w:lang w:val="ru-RU"/>
              </w:rPr>
              <w:t>объём перевода в тепловых единицах не определён</w:t>
            </w:r>
          </w:p>
        </w:tc>
      </w:tr>
      <w:tr w:rsidR="00AD64D8" w:rsidRPr="004D1FEB" w14:paraId="486CFF5F" w14:textId="77777777">
        <w:trPr>
          <w:cantSplit/>
          <w:jc w:val="center"/>
        </w:trPr>
        <w:tc>
          <w:tcPr>
            <w:tcW w:w="0" w:type="auto"/>
          </w:tcPr>
          <w:p w14:paraId="124D248F" w14:textId="77777777" w:rsidR="00AD64D8" w:rsidRDefault="004F5CC8">
            <w:r>
              <w:t>Режим регулирования после перевода</w:t>
            </w:r>
          </w:p>
        </w:tc>
        <w:tc>
          <w:tcPr>
            <w:tcW w:w="0" w:type="auto"/>
          </w:tcPr>
          <w:p w14:paraId="3480495B" w14:textId="77777777" w:rsidR="00AD64D8" w:rsidRDefault="004F5CC8">
            <w:pPr>
              <w:jc w:val="center"/>
            </w:pPr>
            <w:r>
              <w:t>УПК № 1 «Таштагол»</w:t>
            </w:r>
          </w:p>
        </w:tc>
        <w:tc>
          <w:tcPr>
            <w:tcW w:w="0" w:type="auto"/>
          </w:tcPr>
          <w:p w14:paraId="388B05DF" w14:textId="77777777" w:rsidR="00AD64D8" w:rsidRPr="00844B84" w:rsidRDefault="004F5CC8">
            <w:pPr>
              <w:jc w:val="center"/>
              <w:rPr>
                <w:lang w:val="ru-RU"/>
              </w:rPr>
            </w:pPr>
            <w:r w:rsidRPr="00844B84">
              <w:rPr>
                <w:lang w:val="ru-RU"/>
              </w:rPr>
              <w:t>условие преобладания отопительной нагрузки не выполняется</w:t>
            </w:r>
          </w:p>
        </w:tc>
      </w:tr>
    </w:tbl>
    <w:p w14:paraId="188DC4AB" w14:textId="77777777" w:rsidR="00AD64D8" w:rsidRPr="00844B84" w:rsidRDefault="00AD64D8">
      <w:pPr>
        <w:spacing w:after="40"/>
        <w:rPr>
          <w:lang w:val="ru-RU"/>
        </w:rPr>
      </w:pPr>
    </w:p>
    <w:p w14:paraId="11BE8FD8" w14:textId="77777777" w:rsidR="00AD64D8" w:rsidRPr="000C24CF" w:rsidRDefault="004F5CC8">
      <w:pPr>
        <w:pStyle w:val="21"/>
        <w:rPr>
          <w:lang w:val="ru-RU"/>
        </w:rPr>
      </w:pPr>
      <w:bookmarkStart w:id="79" w:name="_Toc238017278"/>
      <w:r w:rsidRPr="000C24CF">
        <w:rPr>
          <w:lang w:val="ru-RU"/>
        </w:rPr>
        <w:t>7.7. Конфигурация на 2031 и 2036 годы</w:t>
      </w:r>
      <w:bookmarkEnd w:id="79"/>
    </w:p>
    <w:p w14:paraId="56A0FC07" w14:textId="77777777" w:rsidR="00AD64D8" w:rsidRPr="00844B84" w:rsidRDefault="004F5CC8">
      <w:pPr>
        <w:keepNext/>
        <w:spacing w:before="160"/>
        <w:rPr>
          <w:lang w:val="ru-RU"/>
        </w:rPr>
      </w:pPr>
      <w:r w:rsidRPr="00844B84">
        <w:rPr>
          <w:b/>
          <w:lang w:val="ru-RU"/>
        </w:rPr>
        <w:t>Таблица 7.6 — Утверждаемое состояние систем по этапам</w:t>
      </w: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977"/>
        <w:gridCol w:w="1820"/>
        <w:gridCol w:w="3124"/>
        <w:gridCol w:w="2558"/>
      </w:tblGrid>
      <w:tr w:rsidR="00AD64D8" w14:paraId="538EFAF5" w14:textId="77777777">
        <w:trPr>
          <w:cantSplit/>
          <w:tblHeader/>
          <w:jc w:val="center"/>
        </w:trPr>
        <w:tc>
          <w:tcPr>
            <w:tcW w:w="0" w:type="auto"/>
            <w:shd w:val="clear" w:color="auto" w:fill="E2F0D9"/>
          </w:tcPr>
          <w:p w14:paraId="78F178F9" w14:textId="77777777" w:rsidR="00AD64D8" w:rsidRDefault="004F5CC8">
            <w:pPr>
              <w:jc w:val="center"/>
            </w:pPr>
            <w:r>
              <w:rPr>
                <w:b/>
              </w:rPr>
              <w:t>Источник</w:t>
            </w:r>
          </w:p>
        </w:tc>
        <w:tc>
          <w:tcPr>
            <w:tcW w:w="0" w:type="auto"/>
            <w:shd w:val="clear" w:color="auto" w:fill="E2F0D9"/>
          </w:tcPr>
          <w:p w14:paraId="62BADFE4" w14:textId="77777777" w:rsidR="00AD64D8" w:rsidRDefault="004F5CC8">
            <w:pPr>
              <w:jc w:val="center"/>
            </w:pPr>
            <w:r>
              <w:rPr>
                <w:b/>
              </w:rPr>
              <w:t>Состояние 2026</w:t>
            </w:r>
          </w:p>
        </w:tc>
        <w:tc>
          <w:tcPr>
            <w:tcW w:w="0" w:type="auto"/>
            <w:shd w:val="clear" w:color="auto" w:fill="E2F0D9"/>
          </w:tcPr>
          <w:p w14:paraId="362C1C59" w14:textId="77777777" w:rsidR="00AD64D8" w:rsidRDefault="004F5CC8">
            <w:pPr>
              <w:jc w:val="center"/>
            </w:pPr>
            <w:r>
              <w:rPr>
                <w:b/>
              </w:rPr>
              <w:t>Состояние 2031</w:t>
            </w:r>
          </w:p>
        </w:tc>
        <w:tc>
          <w:tcPr>
            <w:tcW w:w="0" w:type="auto"/>
            <w:shd w:val="clear" w:color="auto" w:fill="E2F0D9"/>
          </w:tcPr>
          <w:p w14:paraId="55485919" w14:textId="77777777" w:rsidR="00AD64D8" w:rsidRDefault="004F5CC8">
            <w:pPr>
              <w:jc w:val="center"/>
            </w:pPr>
            <w:r>
              <w:rPr>
                <w:b/>
              </w:rPr>
              <w:t>Состояние 2036</w:t>
            </w:r>
          </w:p>
        </w:tc>
      </w:tr>
      <w:tr w:rsidR="00AD64D8" w14:paraId="07510237" w14:textId="77777777">
        <w:trPr>
          <w:cantSplit/>
          <w:jc w:val="center"/>
        </w:trPr>
        <w:tc>
          <w:tcPr>
            <w:tcW w:w="0" w:type="auto"/>
          </w:tcPr>
          <w:p w14:paraId="2F3E71E8" w14:textId="77777777" w:rsidR="00AD64D8" w:rsidRDefault="004F5CC8">
            <w:r>
              <w:t>УПК № 1 Таштагол</w:t>
            </w:r>
          </w:p>
        </w:tc>
        <w:tc>
          <w:tcPr>
            <w:tcW w:w="0" w:type="auto"/>
          </w:tcPr>
          <w:p w14:paraId="09A49026" w14:textId="77777777" w:rsidR="00AD64D8" w:rsidRDefault="004F5CC8">
            <w:pPr>
              <w:jc w:val="center"/>
            </w:pPr>
            <w:r>
              <w:t>открытая</w:t>
            </w:r>
          </w:p>
        </w:tc>
        <w:tc>
          <w:tcPr>
            <w:tcW w:w="0" w:type="auto"/>
          </w:tcPr>
          <w:p w14:paraId="093AC47F" w14:textId="77777777" w:rsidR="00AD64D8" w:rsidRDefault="004F5CC8">
            <w:pPr>
              <w:jc w:val="center"/>
            </w:pPr>
            <w:r>
              <w:t>закрытая</w:t>
            </w:r>
          </w:p>
        </w:tc>
        <w:tc>
          <w:tcPr>
            <w:tcW w:w="0" w:type="auto"/>
          </w:tcPr>
          <w:p w14:paraId="2E90E294" w14:textId="77777777" w:rsidR="00AD64D8" w:rsidRDefault="004F5CC8">
            <w:pPr>
              <w:jc w:val="center"/>
            </w:pPr>
            <w:r>
              <w:t>закрытая</w:t>
            </w:r>
          </w:p>
        </w:tc>
      </w:tr>
      <w:tr w:rsidR="00AD64D8" w14:paraId="6B2063B3" w14:textId="77777777">
        <w:trPr>
          <w:cantSplit/>
          <w:jc w:val="center"/>
        </w:trPr>
        <w:tc>
          <w:tcPr>
            <w:tcW w:w="0" w:type="auto"/>
          </w:tcPr>
          <w:p w14:paraId="49CE9F2B" w14:textId="77777777" w:rsidR="00AD64D8" w:rsidRDefault="004F5CC8">
            <w:r>
              <w:t>УПК № 2 Шалым</w:t>
            </w:r>
          </w:p>
        </w:tc>
        <w:tc>
          <w:tcPr>
            <w:tcW w:w="0" w:type="auto"/>
          </w:tcPr>
          <w:p w14:paraId="16BD0E63" w14:textId="77777777" w:rsidR="00AD64D8" w:rsidRDefault="004F5CC8">
            <w:pPr>
              <w:jc w:val="center"/>
            </w:pPr>
            <w:r>
              <w:t>открытая</w:t>
            </w:r>
          </w:p>
        </w:tc>
        <w:tc>
          <w:tcPr>
            <w:tcW w:w="0" w:type="auto"/>
          </w:tcPr>
          <w:p w14:paraId="6DDDB6AA" w14:textId="77777777" w:rsidR="00AD64D8" w:rsidRDefault="004F5CC8">
            <w:pPr>
              <w:jc w:val="center"/>
            </w:pPr>
            <w:r>
              <w:t>открытая, перевод предстоит</w:t>
            </w:r>
          </w:p>
        </w:tc>
        <w:tc>
          <w:tcPr>
            <w:tcW w:w="0" w:type="auto"/>
          </w:tcPr>
          <w:p w14:paraId="6DB59BA1" w14:textId="77777777" w:rsidR="00AD64D8" w:rsidRDefault="004F5CC8">
            <w:pPr>
              <w:jc w:val="center"/>
            </w:pPr>
            <w:r>
              <w:t>закрытая</w:t>
            </w:r>
          </w:p>
        </w:tc>
      </w:tr>
      <w:tr w:rsidR="00AD64D8" w14:paraId="01BAAE7D" w14:textId="77777777">
        <w:trPr>
          <w:cantSplit/>
          <w:jc w:val="center"/>
        </w:trPr>
        <w:tc>
          <w:tcPr>
            <w:tcW w:w="0" w:type="auto"/>
          </w:tcPr>
          <w:p w14:paraId="549DBFBD" w14:textId="77777777" w:rsidR="00AD64D8" w:rsidRDefault="004F5CC8">
            <w:r>
              <w:t>УПК № 2 ЦМК</w:t>
            </w:r>
          </w:p>
        </w:tc>
        <w:tc>
          <w:tcPr>
            <w:tcW w:w="0" w:type="auto"/>
          </w:tcPr>
          <w:p w14:paraId="42D19D49" w14:textId="77777777" w:rsidR="00AD64D8" w:rsidRDefault="004F5CC8">
            <w:pPr>
              <w:jc w:val="center"/>
            </w:pPr>
            <w:r>
              <w:t>открытая</w:t>
            </w:r>
          </w:p>
        </w:tc>
        <w:tc>
          <w:tcPr>
            <w:tcW w:w="0" w:type="auto"/>
          </w:tcPr>
          <w:p w14:paraId="7E8BDB5F" w14:textId="77777777" w:rsidR="00AD64D8" w:rsidRDefault="004F5CC8">
            <w:pPr>
              <w:jc w:val="center"/>
            </w:pPr>
            <w:r>
              <w:t>открытая, перевод предстоит</w:t>
            </w:r>
          </w:p>
        </w:tc>
        <w:tc>
          <w:tcPr>
            <w:tcW w:w="0" w:type="auto"/>
          </w:tcPr>
          <w:p w14:paraId="566BD441" w14:textId="77777777" w:rsidR="00AD64D8" w:rsidRDefault="004F5CC8">
            <w:pPr>
              <w:jc w:val="center"/>
            </w:pPr>
            <w:r>
              <w:t>закрытая</w:t>
            </w:r>
          </w:p>
        </w:tc>
      </w:tr>
      <w:tr w:rsidR="00AD64D8" w14:paraId="32066E11" w14:textId="77777777">
        <w:trPr>
          <w:cantSplit/>
          <w:jc w:val="center"/>
        </w:trPr>
        <w:tc>
          <w:tcPr>
            <w:tcW w:w="0" w:type="auto"/>
          </w:tcPr>
          <w:p w14:paraId="71C4A1F6" w14:textId="77777777" w:rsidR="00AD64D8" w:rsidRDefault="004F5CC8">
            <w:r>
              <w:t>УПК № 9 ГРЭ</w:t>
            </w:r>
          </w:p>
        </w:tc>
        <w:tc>
          <w:tcPr>
            <w:tcW w:w="0" w:type="auto"/>
          </w:tcPr>
          <w:p w14:paraId="1F864F2F" w14:textId="77777777" w:rsidR="00AD64D8" w:rsidRDefault="004F5CC8">
            <w:pPr>
              <w:jc w:val="center"/>
            </w:pPr>
            <w:r>
              <w:t>открытая</w:t>
            </w:r>
          </w:p>
        </w:tc>
        <w:tc>
          <w:tcPr>
            <w:tcW w:w="0" w:type="auto"/>
          </w:tcPr>
          <w:p w14:paraId="7E988F5E" w14:textId="77777777" w:rsidR="00AD64D8" w:rsidRDefault="004F5CC8">
            <w:pPr>
              <w:jc w:val="center"/>
            </w:pPr>
            <w:r>
              <w:t>подлежит определению</w:t>
            </w:r>
          </w:p>
        </w:tc>
        <w:tc>
          <w:tcPr>
            <w:tcW w:w="0" w:type="auto"/>
          </w:tcPr>
          <w:p w14:paraId="3DC10C6C" w14:textId="77777777" w:rsidR="00AD64D8" w:rsidRDefault="004F5CC8">
            <w:pPr>
              <w:jc w:val="center"/>
            </w:pPr>
            <w:r>
              <w:t>подлежит определению</w:t>
            </w:r>
          </w:p>
        </w:tc>
      </w:tr>
      <w:tr w:rsidR="00AD64D8" w14:paraId="555AD85E" w14:textId="77777777">
        <w:trPr>
          <w:cantSplit/>
          <w:jc w:val="center"/>
        </w:trPr>
        <w:tc>
          <w:tcPr>
            <w:tcW w:w="0" w:type="auto"/>
          </w:tcPr>
          <w:p w14:paraId="3BB94C0E" w14:textId="77777777" w:rsidR="00AD64D8" w:rsidRDefault="004F5CC8">
            <w:r>
              <w:t>УПК № 5 Новый Шерегеш</w:t>
            </w:r>
          </w:p>
        </w:tc>
        <w:tc>
          <w:tcPr>
            <w:tcW w:w="0" w:type="auto"/>
          </w:tcPr>
          <w:p w14:paraId="4EA792AC" w14:textId="77777777" w:rsidR="00AD64D8" w:rsidRDefault="004F5CC8">
            <w:pPr>
              <w:jc w:val="center"/>
            </w:pPr>
            <w:r>
              <w:t>открытая</w:t>
            </w:r>
          </w:p>
        </w:tc>
        <w:tc>
          <w:tcPr>
            <w:tcW w:w="0" w:type="auto"/>
          </w:tcPr>
          <w:p w14:paraId="0DB2A54E" w14:textId="77777777" w:rsidR="00AD64D8" w:rsidRDefault="004F5CC8">
            <w:pPr>
              <w:jc w:val="center"/>
            </w:pPr>
            <w:r>
              <w:t>закрытая</w:t>
            </w:r>
          </w:p>
        </w:tc>
        <w:tc>
          <w:tcPr>
            <w:tcW w:w="0" w:type="auto"/>
          </w:tcPr>
          <w:p w14:paraId="197C6C7E" w14:textId="77777777" w:rsidR="00AD64D8" w:rsidRDefault="004F5CC8">
            <w:pPr>
              <w:jc w:val="center"/>
            </w:pPr>
            <w:r>
              <w:t>закрытая</w:t>
            </w:r>
          </w:p>
        </w:tc>
      </w:tr>
      <w:tr w:rsidR="00AD64D8" w14:paraId="6B8D815D" w14:textId="77777777">
        <w:trPr>
          <w:cantSplit/>
          <w:jc w:val="center"/>
        </w:trPr>
        <w:tc>
          <w:tcPr>
            <w:tcW w:w="0" w:type="auto"/>
          </w:tcPr>
          <w:p w14:paraId="192B69A3" w14:textId="77777777" w:rsidR="00AD64D8" w:rsidRDefault="004F5CC8">
            <w:r>
              <w:t>УПК № 6 Старый Шерегеш</w:t>
            </w:r>
          </w:p>
        </w:tc>
        <w:tc>
          <w:tcPr>
            <w:tcW w:w="0" w:type="auto"/>
          </w:tcPr>
          <w:p w14:paraId="318063BD" w14:textId="77777777" w:rsidR="00AD64D8" w:rsidRDefault="004F5CC8">
            <w:pPr>
              <w:jc w:val="center"/>
            </w:pPr>
            <w:r>
              <w:t>открытая</w:t>
            </w:r>
          </w:p>
        </w:tc>
        <w:tc>
          <w:tcPr>
            <w:tcW w:w="0" w:type="auto"/>
          </w:tcPr>
          <w:p w14:paraId="257F151D" w14:textId="77777777" w:rsidR="00AD64D8" w:rsidRDefault="004F5CC8">
            <w:pPr>
              <w:jc w:val="center"/>
            </w:pPr>
            <w:r>
              <w:t>открытая, перевод предстоит</w:t>
            </w:r>
          </w:p>
        </w:tc>
        <w:tc>
          <w:tcPr>
            <w:tcW w:w="0" w:type="auto"/>
          </w:tcPr>
          <w:p w14:paraId="1759D001" w14:textId="77777777" w:rsidR="00AD64D8" w:rsidRDefault="004F5CC8">
            <w:pPr>
              <w:jc w:val="center"/>
            </w:pPr>
            <w:r>
              <w:t>закрытая</w:t>
            </w:r>
          </w:p>
        </w:tc>
      </w:tr>
      <w:tr w:rsidR="00AD64D8" w14:paraId="1D90E5AC" w14:textId="77777777">
        <w:trPr>
          <w:cantSplit/>
          <w:jc w:val="center"/>
        </w:trPr>
        <w:tc>
          <w:tcPr>
            <w:tcW w:w="0" w:type="auto"/>
          </w:tcPr>
          <w:p w14:paraId="2EA8C62C" w14:textId="77777777" w:rsidR="00AD64D8" w:rsidRDefault="004F5CC8">
            <w:r>
              <w:t>УПК № 7 Каз</w:t>
            </w:r>
          </w:p>
        </w:tc>
        <w:tc>
          <w:tcPr>
            <w:tcW w:w="0" w:type="auto"/>
          </w:tcPr>
          <w:p w14:paraId="1BC7435A" w14:textId="77777777" w:rsidR="00AD64D8" w:rsidRDefault="004F5CC8">
            <w:pPr>
              <w:jc w:val="center"/>
            </w:pPr>
            <w:r>
              <w:t>открытая</w:t>
            </w:r>
          </w:p>
        </w:tc>
        <w:tc>
          <w:tcPr>
            <w:tcW w:w="0" w:type="auto"/>
          </w:tcPr>
          <w:p w14:paraId="466FA478" w14:textId="77777777" w:rsidR="00AD64D8" w:rsidRDefault="004F5CC8">
            <w:pPr>
              <w:jc w:val="center"/>
            </w:pPr>
            <w:r>
              <w:t>закрытая</w:t>
            </w:r>
          </w:p>
        </w:tc>
        <w:tc>
          <w:tcPr>
            <w:tcW w:w="0" w:type="auto"/>
          </w:tcPr>
          <w:p w14:paraId="44056217" w14:textId="77777777" w:rsidR="00AD64D8" w:rsidRDefault="004F5CC8">
            <w:pPr>
              <w:jc w:val="center"/>
            </w:pPr>
            <w:r>
              <w:t>закрытая</w:t>
            </w:r>
          </w:p>
        </w:tc>
      </w:tr>
      <w:tr w:rsidR="00AD64D8" w14:paraId="52BDF4F3" w14:textId="77777777">
        <w:trPr>
          <w:cantSplit/>
          <w:jc w:val="center"/>
        </w:trPr>
        <w:tc>
          <w:tcPr>
            <w:tcW w:w="0" w:type="auto"/>
          </w:tcPr>
          <w:p w14:paraId="5AC7BEBD" w14:textId="77777777" w:rsidR="00AD64D8" w:rsidRDefault="004F5CC8">
            <w:r>
              <w:t>УПК № 8 Мундыбаш</w:t>
            </w:r>
          </w:p>
        </w:tc>
        <w:tc>
          <w:tcPr>
            <w:tcW w:w="0" w:type="auto"/>
          </w:tcPr>
          <w:p w14:paraId="3BED4EE6" w14:textId="77777777" w:rsidR="00AD64D8" w:rsidRDefault="004F5CC8">
            <w:pPr>
              <w:jc w:val="center"/>
            </w:pPr>
            <w:r>
              <w:t>смешанная</w:t>
            </w:r>
          </w:p>
        </w:tc>
        <w:tc>
          <w:tcPr>
            <w:tcW w:w="0" w:type="auto"/>
          </w:tcPr>
          <w:p w14:paraId="19F89929" w14:textId="77777777" w:rsidR="00AD64D8" w:rsidRDefault="004F5CC8">
            <w:pPr>
              <w:jc w:val="center"/>
            </w:pPr>
            <w:r>
              <w:t>открытая, перевод предстоит</w:t>
            </w:r>
          </w:p>
        </w:tc>
        <w:tc>
          <w:tcPr>
            <w:tcW w:w="0" w:type="auto"/>
          </w:tcPr>
          <w:p w14:paraId="711877EF" w14:textId="77777777" w:rsidR="00AD64D8" w:rsidRDefault="004F5CC8">
            <w:pPr>
              <w:jc w:val="center"/>
            </w:pPr>
            <w:r>
              <w:t>закрытая</w:t>
            </w:r>
          </w:p>
        </w:tc>
      </w:tr>
      <w:tr w:rsidR="00AD64D8" w14:paraId="677C93AB" w14:textId="77777777">
        <w:trPr>
          <w:cantSplit/>
          <w:jc w:val="center"/>
        </w:trPr>
        <w:tc>
          <w:tcPr>
            <w:tcW w:w="0" w:type="auto"/>
          </w:tcPr>
          <w:p w14:paraId="5C6AE21F" w14:textId="77777777" w:rsidR="00AD64D8" w:rsidRDefault="004F5CC8">
            <w:r>
              <w:t>УПК № 10 Темир-Тау</w:t>
            </w:r>
          </w:p>
        </w:tc>
        <w:tc>
          <w:tcPr>
            <w:tcW w:w="0" w:type="auto"/>
          </w:tcPr>
          <w:p w14:paraId="0B71A2EB" w14:textId="77777777" w:rsidR="00AD64D8" w:rsidRDefault="004F5CC8">
            <w:pPr>
              <w:jc w:val="center"/>
            </w:pPr>
            <w:r>
              <w:t>открытая</w:t>
            </w:r>
          </w:p>
        </w:tc>
        <w:tc>
          <w:tcPr>
            <w:tcW w:w="0" w:type="auto"/>
          </w:tcPr>
          <w:p w14:paraId="2183DB2D" w14:textId="77777777" w:rsidR="00AD64D8" w:rsidRDefault="004F5CC8">
            <w:pPr>
              <w:jc w:val="center"/>
            </w:pPr>
            <w:r>
              <w:t>закрытая</w:t>
            </w:r>
          </w:p>
        </w:tc>
        <w:tc>
          <w:tcPr>
            <w:tcW w:w="0" w:type="auto"/>
          </w:tcPr>
          <w:p w14:paraId="5A7C23F7" w14:textId="77777777" w:rsidR="00AD64D8" w:rsidRDefault="004F5CC8">
            <w:pPr>
              <w:jc w:val="center"/>
            </w:pPr>
            <w:r>
              <w:t>закрытая</w:t>
            </w:r>
          </w:p>
        </w:tc>
      </w:tr>
      <w:tr w:rsidR="00AD64D8" w14:paraId="513D954A" w14:textId="77777777">
        <w:trPr>
          <w:cantSplit/>
          <w:jc w:val="center"/>
        </w:trPr>
        <w:tc>
          <w:tcPr>
            <w:tcW w:w="0" w:type="auto"/>
          </w:tcPr>
          <w:p w14:paraId="3139F844" w14:textId="77777777" w:rsidR="00AD64D8" w:rsidRDefault="004F5CC8">
            <w:r>
              <w:t>УПК № 3 Спасск</w:t>
            </w:r>
          </w:p>
        </w:tc>
        <w:tc>
          <w:tcPr>
            <w:tcW w:w="0" w:type="auto"/>
          </w:tcPr>
          <w:p w14:paraId="17F606D2" w14:textId="77777777" w:rsidR="00AD64D8" w:rsidRDefault="004F5CC8">
            <w:pPr>
              <w:jc w:val="center"/>
            </w:pPr>
            <w:r>
              <w:t>открытая</w:t>
            </w:r>
          </w:p>
        </w:tc>
        <w:tc>
          <w:tcPr>
            <w:tcW w:w="0" w:type="auto"/>
          </w:tcPr>
          <w:p w14:paraId="54707005" w14:textId="77777777" w:rsidR="00AD64D8" w:rsidRDefault="004F5CC8">
            <w:pPr>
              <w:jc w:val="center"/>
            </w:pPr>
            <w:r>
              <w:t>открытая, перевод предстоит</w:t>
            </w:r>
          </w:p>
        </w:tc>
        <w:tc>
          <w:tcPr>
            <w:tcW w:w="0" w:type="auto"/>
          </w:tcPr>
          <w:p w14:paraId="78863F76" w14:textId="77777777" w:rsidR="00AD64D8" w:rsidRDefault="004F5CC8">
            <w:pPr>
              <w:jc w:val="center"/>
            </w:pPr>
            <w:r>
              <w:t>закрытая</w:t>
            </w:r>
          </w:p>
        </w:tc>
      </w:tr>
    </w:tbl>
    <w:p w14:paraId="429528CD" w14:textId="77777777" w:rsidR="00AD64D8" w:rsidRDefault="00AD64D8">
      <w:pPr>
        <w:spacing w:after="40"/>
      </w:pPr>
    </w:p>
    <w:p w14:paraId="6F4B100B" w14:textId="77777777" w:rsidR="00AD64D8" w:rsidRPr="00844B84" w:rsidRDefault="004F5CC8">
      <w:pPr>
        <w:spacing w:after="80"/>
        <w:jc w:val="both"/>
        <w:rPr>
          <w:lang w:val="ru-RU"/>
        </w:rPr>
      </w:pPr>
      <w:r w:rsidRPr="00844B84">
        <w:rPr>
          <w:lang w:val="ru-RU"/>
        </w:rPr>
        <w:t>Закрытая схема к 2036 году автоматически не назначается: по системе УПК № 9 «ГРЭ» состояние подлежит определению после раскрытия балансов теплоносителя.</w:t>
      </w:r>
    </w:p>
    <w:p w14:paraId="2DB37274" w14:textId="77777777" w:rsidR="00194F39" w:rsidRPr="00844B84" w:rsidRDefault="003D0394">
      <w:pPr>
        <w:pStyle w:val="21"/>
        <w:rPr>
          <w:lang w:val="ru-RU"/>
        </w:rPr>
      </w:pPr>
      <w:bookmarkStart w:id="80" w:name="_Toc238017279"/>
      <w:r w:rsidRPr="00844B84">
        <w:rPr>
          <w:lang w:val="ru-RU"/>
        </w:rPr>
        <w:t>7.8. Утверждаемые характеристики систем горячего водоснабжения</w:t>
      </w:r>
      <w:bookmarkEnd w:id="80"/>
    </w:p>
    <w:p w14:paraId="583A9ABD" w14:textId="77777777" w:rsidR="00194F39" w:rsidRPr="000C24CF" w:rsidRDefault="003D0394">
      <w:pPr>
        <w:rPr>
          <w:b/>
          <w:bCs/>
          <w:lang w:val="ru-RU"/>
        </w:rPr>
      </w:pPr>
      <w:r w:rsidRPr="000C24CF">
        <w:rPr>
          <w:b/>
          <w:bCs/>
          <w:lang w:val="ru-RU"/>
        </w:rPr>
        <w:t>Таблица 7.7 — Системы горячего водоснабжения по источникам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46"/>
        <w:gridCol w:w="1999"/>
        <w:gridCol w:w="1251"/>
        <w:gridCol w:w="1901"/>
        <w:gridCol w:w="1901"/>
        <w:gridCol w:w="1791"/>
      </w:tblGrid>
      <w:tr w:rsidR="00194F39" w14:paraId="6548ED87" w14:textId="77777777">
        <w:trPr>
          <w:cantSplit/>
          <w:tblHeader/>
        </w:trPr>
        <w:tc>
          <w:tcPr>
            <w:tcW w:w="0" w:type="auto"/>
            <w:shd w:val="clear" w:color="auto" w:fill="E2F0D9"/>
          </w:tcPr>
          <w:p w14:paraId="5B4F3341" w14:textId="77777777" w:rsidR="00194F39" w:rsidRDefault="003D0394">
            <w:pPr>
              <w:jc w:val="center"/>
            </w:pPr>
            <w:r>
              <w:rPr>
                <w:b/>
              </w:rPr>
              <w:t>Источник</w:t>
            </w:r>
          </w:p>
        </w:tc>
        <w:tc>
          <w:tcPr>
            <w:tcW w:w="0" w:type="auto"/>
            <w:shd w:val="clear" w:color="auto" w:fill="E2F0D9"/>
          </w:tcPr>
          <w:p w14:paraId="086E225A" w14:textId="77777777" w:rsidR="00194F39" w:rsidRDefault="003D0394">
            <w:pPr>
              <w:jc w:val="center"/>
            </w:pPr>
            <w:r>
              <w:rPr>
                <w:b/>
              </w:rPr>
              <w:t>Схема приготовления</w:t>
            </w:r>
          </w:p>
        </w:tc>
        <w:tc>
          <w:tcPr>
            <w:tcW w:w="0" w:type="auto"/>
            <w:shd w:val="clear" w:color="auto" w:fill="E2F0D9"/>
          </w:tcPr>
          <w:p w14:paraId="04289317" w14:textId="77777777" w:rsidR="00194F39" w:rsidRDefault="003D0394">
            <w:pPr>
              <w:jc w:val="center"/>
            </w:pPr>
            <w:r>
              <w:rPr>
                <w:b/>
              </w:rPr>
              <w:t>Нагрузка ГВС, Гкал/ч</w:t>
            </w:r>
          </w:p>
        </w:tc>
        <w:tc>
          <w:tcPr>
            <w:tcW w:w="0" w:type="auto"/>
            <w:shd w:val="clear" w:color="auto" w:fill="E2F0D9"/>
          </w:tcPr>
          <w:p w14:paraId="239F9C45" w14:textId="77777777" w:rsidR="00194F39" w:rsidRDefault="003D0394">
            <w:pPr>
              <w:jc w:val="center"/>
            </w:pPr>
            <w:r>
              <w:rPr>
                <w:b/>
              </w:rPr>
              <w:t>Отпуск теплоносителя, т/год</w:t>
            </w:r>
          </w:p>
        </w:tc>
        <w:tc>
          <w:tcPr>
            <w:tcW w:w="0" w:type="auto"/>
            <w:shd w:val="clear" w:color="auto" w:fill="E2F0D9"/>
          </w:tcPr>
          <w:p w14:paraId="3D3ABE69" w14:textId="77777777" w:rsidR="00194F39" w:rsidRDefault="003D0394">
            <w:pPr>
              <w:jc w:val="center"/>
            </w:pPr>
            <w:r>
              <w:rPr>
                <w:b/>
              </w:rPr>
              <w:t>Среднечасовой водоразбор, т/ч</w:t>
            </w:r>
          </w:p>
        </w:tc>
        <w:tc>
          <w:tcPr>
            <w:tcW w:w="0" w:type="auto"/>
            <w:shd w:val="clear" w:color="auto" w:fill="E2F0D9"/>
          </w:tcPr>
          <w:p w14:paraId="11A79698" w14:textId="77777777" w:rsidR="00194F39" w:rsidRDefault="003D0394">
            <w:pPr>
              <w:jc w:val="center"/>
            </w:pPr>
            <w:r>
              <w:rPr>
                <w:b/>
              </w:rPr>
              <w:t>Утверждаемое решение</w:t>
            </w:r>
          </w:p>
        </w:tc>
      </w:tr>
      <w:tr w:rsidR="00194F39" w14:paraId="588EBC56" w14:textId="77777777">
        <w:trPr>
          <w:cantSplit/>
        </w:trPr>
        <w:tc>
          <w:tcPr>
            <w:tcW w:w="0" w:type="auto"/>
            <w:shd w:val="clear" w:color="auto" w:fill="F2F2F2"/>
          </w:tcPr>
          <w:p w14:paraId="39CD499B" w14:textId="77777777" w:rsidR="00194F39" w:rsidRDefault="003D0394">
            <w:r>
              <w:t>УПК № 1 «Таштагол»</w:t>
            </w:r>
          </w:p>
        </w:tc>
        <w:tc>
          <w:tcPr>
            <w:tcW w:w="0" w:type="auto"/>
            <w:shd w:val="clear" w:color="auto" w:fill="FFFFFF"/>
          </w:tcPr>
          <w:p w14:paraId="138D98ED" w14:textId="77777777" w:rsidR="00194F39" w:rsidRDefault="003D0394">
            <w:r>
              <w:t>Открытая, двухтрубная</w:t>
            </w:r>
          </w:p>
        </w:tc>
        <w:tc>
          <w:tcPr>
            <w:tcW w:w="0" w:type="auto"/>
            <w:shd w:val="clear" w:color="auto" w:fill="FFFFFF"/>
          </w:tcPr>
          <w:p w14:paraId="3A3078DD" w14:textId="77777777" w:rsidR="00194F39" w:rsidRDefault="003D0394">
            <w:r>
              <w:t>5,3810</w:t>
            </w:r>
          </w:p>
        </w:tc>
        <w:tc>
          <w:tcPr>
            <w:tcW w:w="0" w:type="auto"/>
            <w:shd w:val="clear" w:color="auto" w:fill="FFFFFF"/>
          </w:tcPr>
          <w:p w14:paraId="70999C09" w14:textId="77777777" w:rsidR="00194F39" w:rsidRDefault="003D0394">
            <w:r>
              <w:t>341 475</w:t>
            </w:r>
          </w:p>
        </w:tc>
        <w:tc>
          <w:tcPr>
            <w:tcW w:w="0" w:type="auto"/>
            <w:shd w:val="clear" w:color="auto" w:fill="FFFFFF"/>
          </w:tcPr>
          <w:p w14:paraId="5003F8BC" w14:textId="77777777" w:rsidR="00194F39" w:rsidRDefault="003D0394">
            <w:r>
              <w:t>38,981</w:t>
            </w:r>
          </w:p>
        </w:tc>
        <w:tc>
          <w:tcPr>
            <w:tcW w:w="0" w:type="auto"/>
            <w:shd w:val="clear" w:color="auto" w:fill="FFFFFF"/>
          </w:tcPr>
          <w:p w14:paraId="436A1AB0" w14:textId="77777777" w:rsidR="00194F39" w:rsidRDefault="003D0394">
            <w:r>
              <w:t>перевод на закрытую схему</w:t>
            </w:r>
          </w:p>
        </w:tc>
      </w:tr>
      <w:tr w:rsidR="00194F39" w14:paraId="443CF4AD" w14:textId="77777777">
        <w:trPr>
          <w:cantSplit/>
        </w:trPr>
        <w:tc>
          <w:tcPr>
            <w:tcW w:w="0" w:type="auto"/>
            <w:shd w:val="clear" w:color="auto" w:fill="F2F2F2"/>
          </w:tcPr>
          <w:p w14:paraId="76DC0661" w14:textId="77777777" w:rsidR="00194F39" w:rsidRDefault="003D0394">
            <w:r>
              <w:t>УПК № 2 «Шалым»</w:t>
            </w:r>
          </w:p>
        </w:tc>
        <w:tc>
          <w:tcPr>
            <w:tcW w:w="0" w:type="auto"/>
            <w:shd w:val="clear" w:color="auto" w:fill="FFFFFF"/>
          </w:tcPr>
          <w:p w14:paraId="71EDC0F4" w14:textId="77777777" w:rsidR="00194F39" w:rsidRDefault="003D0394">
            <w:r>
              <w:t>Открытая, двухтрубная</w:t>
            </w:r>
          </w:p>
        </w:tc>
        <w:tc>
          <w:tcPr>
            <w:tcW w:w="0" w:type="auto"/>
            <w:shd w:val="clear" w:color="auto" w:fill="FFFFFF"/>
          </w:tcPr>
          <w:p w14:paraId="49104B73" w14:textId="77777777" w:rsidR="00194F39" w:rsidRDefault="003D0394">
            <w:r>
              <w:t>0,3820</w:t>
            </w:r>
          </w:p>
        </w:tc>
        <w:tc>
          <w:tcPr>
            <w:tcW w:w="0" w:type="auto"/>
            <w:shd w:val="clear" w:color="auto" w:fill="FFFFFF"/>
          </w:tcPr>
          <w:p w14:paraId="112B4988" w14:textId="77777777" w:rsidR="00194F39" w:rsidRDefault="003D0394">
            <w:r>
              <w:t>18 157</w:t>
            </w:r>
          </w:p>
        </w:tc>
        <w:tc>
          <w:tcPr>
            <w:tcW w:w="0" w:type="auto"/>
            <w:shd w:val="clear" w:color="auto" w:fill="FFFFFF"/>
          </w:tcPr>
          <w:p w14:paraId="44B09636" w14:textId="77777777" w:rsidR="00194F39" w:rsidRDefault="003D0394">
            <w:r>
              <w:t>2,073</w:t>
            </w:r>
          </w:p>
        </w:tc>
        <w:tc>
          <w:tcPr>
            <w:tcW w:w="0" w:type="auto"/>
            <w:shd w:val="clear" w:color="auto" w:fill="FFFFFF"/>
          </w:tcPr>
          <w:p w14:paraId="457F6B1C" w14:textId="77777777" w:rsidR="00194F39" w:rsidRDefault="003D0394">
            <w:r>
              <w:t>перевод на закрытую схему</w:t>
            </w:r>
          </w:p>
        </w:tc>
      </w:tr>
      <w:tr w:rsidR="00194F39" w14:paraId="1C1D3379" w14:textId="77777777">
        <w:trPr>
          <w:cantSplit/>
        </w:trPr>
        <w:tc>
          <w:tcPr>
            <w:tcW w:w="0" w:type="auto"/>
            <w:shd w:val="clear" w:color="auto" w:fill="F2F2F2"/>
          </w:tcPr>
          <w:p w14:paraId="71837313" w14:textId="77777777" w:rsidR="00194F39" w:rsidRDefault="003D0394">
            <w:r>
              <w:t>УПК № 2 «ЦМК»</w:t>
            </w:r>
          </w:p>
        </w:tc>
        <w:tc>
          <w:tcPr>
            <w:tcW w:w="0" w:type="auto"/>
            <w:shd w:val="clear" w:color="auto" w:fill="FFFFFF"/>
          </w:tcPr>
          <w:p w14:paraId="5AE2A520" w14:textId="77777777" w:rsidR="00194F39" w:rsidRDefault="003D0394">
            <w:r>
              <w:t>Открытая, двухтрубная</w:t>
            </w:r>
          </w:p>
        </w:tc>
        <w:tc>
          <w:tcPr>
            <w:tcW w:w="0" w:type="auto"/>
            <w:shd w:val="clear" w:color="auto" w:fill="FFFFFF"/>
          </w:tcPr>
          <w:p w14:paraId="43E594F7" w14:textId="77777777" w:rsidR="00194F39" w:rsidRDefault="003D0394">
            <w:r>
              <w:t>0,1280</w:t>
            </w:r>
          </w:p>
        </w:tc>
        <w:tc>
          <w:tcPr>
            <w:tcW w:w="0" w:type="auto"/>
            <w:shd w:val="clear" w:color="auto" w:fill="FFFFFF"/>
          </w:tcPr>
          <w:p w14:paraId="5990A77D" w14:textId="77777777" w:rsidR="00194F39" w:rsidRDefault="003D0394">
            <w:r>
              <w:t>13 266</w:t>
            </w:r>
          </w:p>
        </w:tc>
        <w:tc>
          <w:tcPr>
            <w:tcW w:w="0" w:type="auto"/>
            <w:shd w:val="clear" w:color="auto" w:fill="FFFFFF"/>
          </w:tcPr>
          <w:p w14:paraId="1D76457F" w14:textId="77777777" w:rsidR="00194F39" w:rsidRDefault="003D0394">
            <w:r>
              <w:t>1,514</w:t>
            </w:r>
          </w:p>
        </w:tc>
        <w:tc>
          <w:tcPr>
            <w:tcW w:w="0" w:type="auto"/>
            <w:shd w:val="clear" w:color="auto" w:fill="FFFFFF"/>
          </w:tcPr>
          <w:p w14:paraId="5D54DFDE" w14:textId="77777777" w:rsidR="00194F39" w:rsidRDefault="003D0394">
            <w:r>
              <w:t>перевод на закрытую схему</w:t>
            </w:r>
          </w:p>
        </w:tc>
      </w:tr>
      <w:tr w:rsidR="00194F39" w14:paraId="47DB9D34" w14:textId="77777777">
        <w:trPr>
          <w:cantSplit/>
        </w:trPr>
        <w:tc>
          <w:tcPr>
            <w:tcW w:w="0" w:type="auto"/>
            <w:shd w:val="clear" w:color="auto" w:fill="F2F2F2"/>
          </w:tcPr>
          <w:p w14:paraId="274C6B0C" w14:textId="77777777" w:rsidR="00194F39" w:rsidRDefault="003D0394">
            <w:r>
              <w:t>УПК № 9 «ГРЭ»</w:t>
            </w:r>
          </w:p>
        </w:tc>
        <w:tc>
          <w:tcPr>
            <w:tcW w:w="0" w:type="auto"/>
            <w:shd w:val="clear" w:color="auto" w:fill="FFFFFF"/>
          </w:tcPr>
          <w:p w14:paraId="39B366C7" w14:textId="77777777" w:rsidR="00194F39" w:rsidRDefault="003D0394">
            <w:r>
              <w:t>Открытая, двухтрубная</w:t>
            </w:r>
          </w:p>
        </w:tc>
        <w:tc>
          <w:tcPr>
            <w:tcW w:w="0" w:type="auto"/>
            <w:shd w:val="clear" w:color="auto" w:fill="FFFFFF"/>
          </w:tcPr>
          <w:p w14:paraId="327ABBB5" w14:textId="77777777" w:rsidR="00194F39" w:rsidRDefault="003D0394">
            <w:r>
              <w:t>0,0020</w:t>
            </w:r>
          </w:p>
        </w:tc>
        <w:tc>
          <w:tcPr>
            <w:tcW w:w="0" w:type="auto"/>
            <w:shd w:val="clear" w:color="auto" w:fill="FFFFFF"/>
          </w:tcPr>
          <w:p w14:paraId="297FD94F" w14:textId="77777777" w:rsidR="00194F39" w:rsidRDefault="003D0394">
            <w:r>
              <w:t>не раскрыт</w:t>
            </w:r>
          </w:p>
        </w:tc>
        <w:tc>
          <w:tcPr>
            <w:tcW w:w="0" w:type="auto"/>
            <w:shd w:val="clear" w:color="auto" w:fill="FFFFFF"/>
          </w:tcPr>
          <w:p w14:paraId="28C07B46" w14:textId="77777777" w:rsidR="00194F39" w:rsidRDefault="003D0394">
            <w:r>
              <w:t>—</w:t>
            </w:r>
          </w:p>
        </w:tc>
        <w:tc>
          <w:tcPr>
            <w:tcW w:w="0" w:type="auto"/>
            <w:shd w:val="clear" w:color="auto" w:fill="FFFFFF"/>
          </w:tcPr>
          <w:p w14:paraId="7B460285" w14:textId="77777777" w:rsidR="00194F39" w:rsidRDefault="003D0394">
            <w:r>
              <w:t>перевод на закрытую схему</w:t>
            </w:r>
          </w:p>
        </w:tc>
      </w:tr>
      <w:tr w:rsidR="00194F39" w14:paraId="51370BED" w14:textId="77777777">
        <w:trPr>
          <w:cantSplit/>
        </w:trPr>
        <w:tc>
          <w:tcPr>
            <w:tcW w:w="0" w:type="auto"/>
            <w:shd w:val="clear" w:color="auto" w:fill="F2F2F2"/>
          </w:tcPr>
          <w:p w14:paraId="4F2ABB84" w14:textId="77777777" w:rsidR="00194F39" w:rsidRDefault="003D0394">
            <w:r>
              <w:t>УПК № 5 «Новый Шерегеш»</w:t>
            </w:r>
          </w:p>
        </w:tc>
        <w:tc>
          <w:tcPr>
            <w:tcW w:w="0" w:type="auto"/>
            <w:shd w:val="clear" w:color="auto" w:fill="FFFFFF"/>
          </w:tcPr>
          <w:p w14:paraId="356898CF" w14:textId="77777777" w:rsidR="00194F39" w:rsidRDefault="003D0394">
            <w:r>
              <w:t>Открытая, двухтрубная</w:t>
            </w:r>
          </w:p>
        </w:tc>
        <w:tc>
          <w:tcPr>
            <w:tcW w:w="0" w:type="auto"/>
            <w:shd w:val="clear" w:color="auto" w:fill="FFFFFF"/>
          </w:tcPr>
          <w:p w14:paraId="08BB1F95" w14:textId="77777777" w:rsidR="00194F39" w:rsidRDefault="003D0394">
            <w:r>
              <w:t>3,0650</w:t>
            </w:r>
          </w:p>
        </w:tc>
        <w:tc>
          <w:tcPr>
            <w:tcW w:w="0" w:type="auto"/>
            <w:shd w:val="clear" w:color="auto" w:fill="FFFFFF"/>
          </w:tcPr>
          <w:p w14:paraId="0DB75D91" w14:textId="77777777" w:rsidR="00194F39" w:rsidRDefault="003D0394">
            <w:r>
              <w:t>217 064</w:t>
            </w:r>
          </w:p>
        </w:tc>
        <w:tc>
          <w:tcPr>
            <w:tcW w:w="0" w:type="auto"/>
            <w:shd w:val="clear" w:color="auto" w:fill="FFFFFF"/>
          </w:tcPr>
          <w:p w14:paraId="4E8D2D43" w14:textId="77777777" w:rsidR="00194F39" w:rsidRDefault="003D0394">
            <w:r>
              <w:t>24,779</w:t>
            </w:r>
          </w:p>
        </w:tc>
        <w:tc>
          <w:tcPr>
            <w:tcW w:w="0" w:type="auto"/>
            <w:shd w:val="clear" w:color="auto" w:fill="FFFFFF"/>
          </w:tcPr>
          <w:p w14:paraId="190E35EA" w14:textId="77777777" w:rsidR="00194F39" w:rsidRDefault="003D0394">
            <w:r>
              <w:t>перевод на закрытую схему</w:t>
            </w:r>
          </w:p>
        </w:tc>
      </w:tr>
      <w:tr w:rsidR="00194F39" w14:paraId="4F68FC0A" w14:textId="77777777">
        <w:trPr>
          <w:cantSplit/>
        </w:trPr>
        <w:tc>
          <w:tcPr>
            <w:tcW w:w="0" w:type="auto"/>
            <w:shd w:val="clear" w:color="auto" w:fill="F2F2F2"/>
          </w:tcPr>
          <w:p w14:paraId="47D16C99" w14:textId="77777777" w:rsidR="00194F39" w:rsidRDefault="003D0394">
            <w:r>
              <w:t>УПК № 6 «Старый Шерегеш»</w:t>
            </w:r>
          </w:p>
        </w:tc>
        <w:tc>
          <w:tcPr>
            <w:tcW w:w="0" w:type="auto"/>
            <w:shd w:val="clear" w:color="auto" w:fill="FFFFFF"/>
          </w:tcPr>
          <w:p w14:paraId="483FF9D4" w14:textId="77777777" w:rsidR="00194F39" w:rsidRDefault="003D0394">
            <w:r>
              <w:t>Открытая, двухтрубная</w:t>
            </w:r>
          </w:p>
        </w:tc>
        <w:tc>
          <w:tcPr>
            <w:tcW w:w="0" w:type="auto"/>
            <w:shd w:val="clear" w:color="auto" w:fill="FFFFFF"/>
          </w:tcPr>
          <w:p w14:paraId="59602875" w14:textId="77777777" w:rsidR="00194F39" w:rsidRDefault="003D0394">
            <w:r>
              <w:t>0,2640</w:t>
            </w:r>
          </w:p>
        </w:tc>
        <w:tc>
          <w:tcPr>
            <w:tcW w:w="0" w:type="auto"/>
            <w:shd w:val="clear" w:color="auto" w:fill="FFFFFF"/>
          </w:tcPr>
          <w:p w14:paraId="58FD06AA" w14:textId="77777777" w:rsidR="00194F39" w:rsidRDefault="003D0394">
            <w:r>
              <w:t>22 390</w:t>
            </w:r>
          </w:p>
        </w:tc>
        <w:tc>
          <w:tcPr>
            <w:tcW w:w="0" w:type="auto"/>
            <w:shd w:val="clear" w:color="auto" w:fill="FFFFFF"/>
          </w:tcPr>
          <w:p w14:paraId="7DF592C1" w14:textId="77777777" w:rsidR="00194F39" w:rsidRDefault="003D0394">
            <w:r>
              <w:t>2,556</w:t>
            </w:r>
          </w:p>
        </w:tc>
        <w:tc>
          <w:tcPr>
            <w:tcW w:w="0" w:type="auto"/>
            <w:shd w:val="clear" w:color="auto" w:fill="FFFFFF"/>
          </w:tcPr>
          <w:p w14:paraId="510BDEA3" w14:textId="77777777" w:rsidR="00194F39" w:rsidRDefault="003D0394">
            <w:r>
              <w:t>перевод на закрытую схему</w:t>
            </w:r>
          </w:p>
        </w:tc>
      </w:tr>
      <w:tr w:rsidR="00194F39" w14:paraId="16387412" w14:textId="77777777">
        <w:trPr>
          <w:cantSplit/>
        </w:trPr>
        <w:tc>
          <w:tcPr>
            <w:tcW w:w="0" w:type="auto"/>
            <w:shd w:val="clear" w:color="auto" w:fill="F2F2F2"/>
          </w:tcPr>
          <w:p w14:paraId="0999E9E5" w14:textId="77777777" w:rsidR="00194F39" w:rsidRDefault="003D0394">
            <w:r>
              <w:t>УПК № 7 «Каз»</w:t>
            </w:r>
          </w:p>
        </w:tc>
        <w:tc>
          <w:tcPr>
            <w:tcW w:w="0" w:type="auto"/>
            <w:shd w:val="clear" w:color="auto" w:fill="FFFFFF"/>
          </w:tcPr>
          <w:p w14:paraId="70AEBCFF" w14:textId="77777777" w:rsidR="00194F39" w:rsidRDefault="003D0394">
            <w:r>
              <w:t>Открытая, двухтрубная</w:t>
            </w:r>
          </w:p>
        </w:tc>
        <w:tc>
          <w:tcPr>
            <w:tcW w:w="0" w:type="auto"/>
            <w:shd w:val="clear" w:color="auto" w:fill="FFFFFF"/>
          </w:tcPr>
          <w:p w14:paraId="7A95756C" w14:textId="77777777" w:rsidR="00194F39" w:rsidRDefault="003D0394">
            <w:r>
              <w:t>1,0530</w:t>
            </w:r>
          </w:p>
        </w:tc>
        <w:tc>
          <w:tcPr>
            <w:tcW w:w="0" w:type="auto"/>
            <w:shd w:val="clear" w:color="auto" w:fill="FFFFFF"/>
          </w:tcPr>
          <w:p w14:paraId="52C6BAED" w14:textId="77777777" w:rsidR="00194F39" w:rsidRDefault="003D0394">
            <w:r>
              <w:t>76 238</w:t>
            </w:r>
          </w:p>
        </w:tc>
        <w:tc>
          <w:tcPr>
            <w:tcW w:w="0" w:type="auto"/>
            <w:shd w:val="clear" w:color="auto" w:fill="FFFFFF"/>
          </w:tcPr>
          <w:p w14:paraId="2CFDF855" w14:textId="77777777" w:rsidR="00194F39" w:rsidRDefault="003D0394">
            <w:r>
              <w:t>8,703</w:t>
            </w:r>
          </w:p>
        </w:tc>
        <w:tc>
          <w:tcPr>
            <w:tcW w:w="0" w:type="auto"/>
            <w:shd w:val="clear" w:color="auto" w:fill="FFFFFF"/>
          </w:tcPr>
          <w:p w14:paraId="262C8D60" w14:textId="77777777" w:rsidR="00194F39" w:rsidRDefault="003D0394">
            <w:r>
              <w:t>перевод на закрытую схему</w:t>
            </w:r>
          </w:p>
        </w:tc>
      </w:tr>
      <w:tr w:rsidR="00194F39" w14:paraId="500C721C" w14:textId="77777777">
        <w:trPr>
          <w:cantSplit/>
        </w:trPr>
        <w:tc>
          <w:tcPr>
            <w:tcW w:w="0" w:type="auto"/>
            <w:shd w:val="clear" w:color="auto" w:fill="F2F2F2"/>
          </w:tcPr>
          <w:p w14:paraId="0EC98200" w14:textId="77777777" w:rsidR="00194F39" w:rsidRDefault="003D0394">
            <w:r>
              <w:t>УПК № 8 «Мундыбаш»</w:t>
            </w:r>
          </w:p>
        </w:tc>
        <w:tc>
          <w:tcPr>
            <w:tcW w:w="0" w:type="auto"/>
            <w:shd w:val="clear" w:color="auto" w:fill="FFFFFF"/>
          </w:tcPr>
          <w:p w14:paraId="638CFAF6" w14:textId="77777777" w:rsidR="00194F39" w:rsidRPr="00844B84" w:rsidRDefault="003D0394">
            <w:pPr>
              <w:rPr>
                <w:lang w:val="ru-RU"/>
              </w:rPr>
            </w:pPr>
            <w:r w:rsidRPr="00844B84">
              <w:rPr>
                <w:lang w:val="ru-RU"/>
              </w:rPr>
              <w:t>Смешанная по способу ГВС (открытая и зак</w:t>
            </w:r>
          </w:p>
        </w:tc>
        <w:tc>
          <w:tcPr>
            <w:tcW w:w="0" w:type="auto"/>
            <w:shd w:val="clear" w:color="auto" w:fill="FFFFFF"/>
          </w:tcPr>
          <w:p w14:paraId="32849BB7" w14:textId="77777777" w:rsidR="00194F39" w:rsidRDefault="003D0394">
            <w:r>
              <w:t>0,8190</w:t>
            </w:r>
          </w:p>
        </w:tc>
        <w:tc>
          <w:tcPr>
            <w:tcW w:w="0" w:type="auto"/>
            <w:shd w:val="clear" w:color="auto" w:fill="FFFFFF"/>
          </w:tcPr>
          <w:p w14:paraId="245687FC" w14:textId="77777777" w:rsidR="00194F39" w:rsidRDefault="003D0394">
            <w:r>
              <w:t>62 183</w:t>
            </w:r>
          </w:p>
        </w:tc>
        <w:tc>
          <w:tcPr>
            <w:tcW w:w="0" w:type="auto"/>
            <w:shd w:val="clear" w:color="auto" w:fill="FFFFFF"/>
          </w:tcPr>
          <w:p w14:paraId="26AB937C" w14:textId="77777777" w:rsidR="00194F39" w:rsidRDefault="003D0394">
            <w:r>
              <w:t>7,099</w:t>
            </w:r>
          </w:p>
        </w:tc>
        <w:tc>
          <w:tcPr>
            <w:tcW w:w="0" w:type="auto"/>
            <w:shd w:val="clear" w:color="auto" w:fill="FFFFFF"/>
          </w:tcPr>
          <w:p w14:paraId="1F45B3B9" w14:textId="77777777" w:rsidR="00194F39" w:rsidRDefault="003D0394">
            <w:r>
              <w:t>перевод на закрытую схему</w:t>
            </w:r>
          </w:p>
        </w:tc>
      </w:tr>
      <w:tr w:rsidR="00194F39" w14:paraId="78DF7C5F" w14:textId="77777777">
        <w:trPr>
          <w:cantSplit/>
        </w:trPr>
        <w:tc>
          <w:tcPr>
            <w:tcW w:w="0" w:type="auto"/>
            <w:shd w:val="clear" w:color="auto" w:fill="F2F2F2"/>
          </w:tcPr>
          <w:p w14:paraId="088274F7" w14:textId="77777777" w:rsidR="00194F39" w:rsidRDefault="003D0394">
            <w:r>
              <w:t>УПК № 10 «Темир-Тау»</w:t>
            </w:r>
          </w:p>
        </w:tc>
        <w:tc>
          <w:tcPr>
            <w:tcW w:w="0" w:type="auto"/>
            <w:shd w:val="clear" w:color="auto" w:fill="FFFFFF"/>
          </w:tcPr>
          <w:p w14:paraId="0FCDE493" w14:textId="77777777" w:rsidR="00194F39" w:rsidRDefault="003D0394">
            <w:r>
              <w:t>Открытая, двухтрубная</w:t>
            </w:r>
          </w:p>
        </w:tc>
        <w:tc>
          <w:tcPr>
            <w:tcW w:w="0" w:type="auto"/>
            <w:shd w:val="clear" w:color="auto" w:fill="FFFFFF"/>
          </w:tcPr>
          <w:p w14:paraId="68C6A1C2" w14:textId="77777777" w:rsidR="00194F39" w:rsidRDefault="003D0394">
            <w:r>
              <w:t>0,2569</w:t>
            </w:r>
          </w:p>
        </w:tc>
        <w:tc>
          <w:tcPr>
            <w:tcW w:w="0" w:type="auto"/>
            <w:shd w:val="clear" w:color="auto" w:fill="FFFFFF"/>
          </w:tcPr>
          <w:p w14:paraId="27387ED2" w14:textId="77777777" w:rsidR="00194F39" w:rsidRDefault="003D0394">
            <w:r>
              <w:t>29 079</w:t>
            </w:r>
          </w:p>
        </w:tc>
        <w:tc>
          <w:tcPr>
            <w:tcW w:w="0" w:type="auto"/>
            <w:shd w:val="clear" w:color="auto" w:fill="FFFFFF"/>
          </w:tcPr>
          <w:p w14:paraId="3D6614FB" w14:textId="77777777" w:rsidR="00194F39" w:rsidRDefault="003D0394">
            <w:r>
              <w:t>3,320</w:t>
            </w:r>
          </w:p>
        </w:tc>
        <w:tc>
          <w:tcPr>
            <w:tcW w:w="0" w:type="auto"/>
            <w:shd w:val="clear" w:color="auto" w:fill="FFFFFF"/>
          </w:tcPr>
          <w:p w14:paraId="103FC118" w14:textId="77777777" w:rsidR="00194F39" w:rsidRDefault="003D0394">
            <w:r>
              <w:t>перевод на закрытую схему</w:t>
            </w:r>
          </w:p>
        </w:tc>
      </w:tr>
      <w:tr w:rsidR="00194F39" w14:paraId="7133AEB5" w14:textId="77777777">
        <w:trPr>
          <w:cantSplit/>
        </w:trPr>
        <w:tc>
          <w:tcPr>
            <w:tcW w:w="0" w:type="auto"/>
            <w:shd w:val="clear" w:color="auto" w:fill="F2F2F2"/>
          </w:tcPr>
          <w:p w14:paraId="30B353BB" w14:textId="77777777" w:rsidR="00194F39" w:rsidRDefault="003D0394">
            <w:r>
              <w:t>УПК № 3 «Спасск»</w:t>
            </w:r>
          </w:p>
        </w:tc>
        <w:tc>
          <w:tcPr>
            <w:tcW w:w="0" w:type="auto"/>
            <w:shd w:val="clear" w:color="auto" w:fill="FFFFFF"/>
          </w:tcPr>
          <w:p w14:paraId="6A9FF34A" w14:textId="77777777" w:rsidR="00194F39" w:rsidRDefault="003D0394">
            <w:r>
              <w:t>Открытая, двухтрубная</w:t>
            </w:r>
          </w:p>
        </w:tc>
        <w:tc>
          <w:tcPr>
            <w:tcW w:w="0" w:type="auto"/>
            <w:shd w:val="clear" w:color="auto" w:fill="FFFFFF"/>
          </w:tcPr>
          <w:p w14:paraId="15454D3B" w14:textId="77777777" w:rsidR="00194F39" w:rsidRDefault="003D0394">
            <w:r>
              <w:t>0,0400</w:t>
            </w:r>
          </w:p>
        </w:tc>
        <w:tc>
          <w:tcPr>
            <w:tcW w:w="0" w:type="auto"/>
            <w:shd w:val="clear" w:color="auto" w:fill="FFFFFF"/>
          </w:tcPr>
          <w:p w14:paraId="1EB080C4" w14:textId="77777777" w:rsidR="00194F39" w:rsidRDefault="003D0394">
            <w:r>
              <w:t>2 932</w:t>
            </w:r>
          </w:p>
        </w:tc>
        <w:tc>
          <w:tcPr>
            <w:tcW w:w="0" w:type="auto"/>
            <w:shd w:val="clear" w:color="auto" w:fill="FFFFFF"/>
          </w:tcPr>
          <w:p w14:paraId="744898BF" w14:textId="77777777" w:rsidR="00194F39" w:rsidRDefault="003D0394">
            <w:r>
              <w:t>0,335</w:t>
            </w:r>
          </w:p>
        </w:tc>
        <w:tc>
          <w:tcPr>
            <w:tcW w:w="0" w:type="auto"/>
            <w:shd w:val="clear" w:color="auto" w:fill="FFFFFF"/>
          </w:tcPr>
          <w:p w14:paraId="2018C469" w14:textId="77777777" w:rsidR="00194F39" w:rsidRDefault="003D0394">
            <w:r>
              <w:t>перевод на закрытую схему</w:t>
            </w:r>
          </w:p>
        </w:tc>
      </w:tr>
      <w:tr w:rsidR="00194F39" w14:paraId="4F0728E1" w14:textId="77777777">
        <w:trPr>
          <w:cantSplit/>
        </w:trPr>
        <w:tc>
          <w:tcPr>
            <w:tcW w:w="0" w:type="auto"/>
            <w:shd w:val="clear" w:color="auto" w:fill="DBE5F1"/>
          </w:tcPr>
          <w:p w14:paraId="66C2494B" w14:textId="77777777" w:rsidR="00194F39" w:rsidRDefault="003D0394">
            <w:r>
              <w:rPr>
                <w:b/>
              </w:rPr>
              <w:t>Итого</w:t>
            </w:r>
          </w:p>
        </w:tc>
        <w:tc>
          <w:tcPr>
            <w:tcW w:w="0" w:type="auto"/>
            <w:shd w:val="clear" w:color="auto" w:fill="DBE5F1"/>
          </w:tcPr>
          <w:p w14:paraId="46829FAE" w14:textId="77777777" w:rsidR="00194F39" w:rsidRDefault="003D0394">
            <w:r>
              <w:rPr>
                <w:b/>
              </w:rPr>
              <w:t>—</w:t>
            </w:r>
          </w:p>
        </w:tc>
        <w:tc>
          <w:tcPr>
            <w:tcW w:w="0" w:type="auto"/>
            <w:shd w:val="clear" w:color="auto" w:fill="DBE5F1"/>
          </w:tcPr>
          <w:p w14:paraId="1C34C375" w14:textId="77777777" w:rsidR="00194F39" w:rsidRDefault="003D0394">
            <w:r>
              <w:rPr>
                <w:b/>
              </w:rPr>
              <w:t>11,3909</w:t>
            </w:r>
          </w:p>
        </w:tc>
        <w:tc>
          <w:tcPr>
            <w:tcW w:w="0" w:type="auto"/>
            <w:shd w:val="clear" w:color="auto" w:fill="DBE5F1"/>
          </w:tcPr>
          <w:p w14:paraId="2F3B32E7" w14:textId="77777777" w:rsidR="00194F39" w:rsidRDefault="003D0394">
            <w:r>
              <w:rPr>
                <w:b/>
              </w:rPr>
              <w:t>782 784</w:t>
            </w:r>
          </w:p>
        </w:tc>
        <w:tc>
          <w:tcPr>
            <w:tcW w:w="0" w:type="auto"/>
            <w:shd w:val="clear" w:color="auto" w:fill="DBE5F1"/>
          </w:tcPr>
          <w:p w14:paraId="0D1C81C4" w14:textId="77777777" w:rsidR="00194F39" w:rsidRDefault="003D0394">
            <w:r>
              <w:rPr>
                <w:b/>
              </w:rPr>
              <w:t>89,359</w:t>
            </w:r>
          </w:p>
        </w:tc>
        <w:tc>
          <w:tcPr>
            <w:tcW w:w="0" w:type="auto"/>
            <w:shd w:val="clear" w:color="auto" w:fill="DBE5F1"/>
          </w:tcPr>
          <w:p w14:paraId="19AAF860" w14:textId="77777777" w:rsidR="00194F39" w:rsidRDefault="003D0394">
            <w:r>
              <w:rPr>
                <w:b/>
              </w:rPr>
              <w:t>—</w:t>
            </w:r>
          </w:p>
        </w:tc>
      </w:tr>
    </w:tbl>
    <w:p w14:paraId="60B82DCE" w14:textId="77777777" w:rsidR="00194F39" w:rsidRPr="00844B84" w:rsidRDefault="003D0394">
      <w:pPr>
        <w:rPr>
          <w:lang w:val="ru-RU"/>
        </w:rPr>
      </w:pPr>
      <w:r w:rsidRPr="00844B84">
        <w:rPr>
          <w:lang w:val="ru-RU"/>
        </w:rPr>
        <w:t>Открытый водоразбор подтверждён численно по девяти системам из десяти и составляет 782 784 т/год. По системе УПК № 8 «Мундыбаш» приготовление горячей воды смешанное при двухтрубной тепловой сети. По системе УПК № 9 «ГРЭ» тип системы установлен как открытый и определена нагрузка горячего водоснабжения, однако численный баланс теплоносителя не раскрыт.</w:t>
      </w:r>
    </w:p>
    <w:p w14:paraId="14C23186" w14:textId="77777777" w:rsidR="00194F39" w:rsidRPr="000C24CF" w:rsidRDefault="003D0394">
      <w:pPr>
        <w:rPr>
          <w:b/>
          <w:bCs/>
          <w:lang w:val="ru-RU"/>
        </w:rPr>
      </w:pPr>
      <w:r w:rsidRPr="000C24CF">
        <w:rPr>
          <w:b/>
          <w:bCs/>
          <w:lang w:val="ru-RU"/>
        </w:rPr>
        <w:t>Таблица 7.8 — Влияние перевода на баланс подпитки, т/ч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393"/>
        <w:gridCol w:w="1896"/>
        <w:gridCol w:w="2086"/>
        <w:gridCol w:w="1962"/>
        <w:gridCol w:w="2152"/>
      </w:tblGrid>
      <w:tr w:rsidR="00194F39" w14:paraId="48100B31" w14:textId="77777777">
        <w:trPr>
          <w:cantSplit/>
          <w:tblHeader/>
        </w:trPr>
        <w:tc>
          <w:tcPr>
            <w:tcW w:w="0" w:type="auto"/>
            <w:shd w:val="clear" w:color="auto" w:fill="E2F0D9"/>
          </w:tcPr>
          <w:p w14:paraId="78F2948E" w14:textId="77777777" w:rsidR="00194F39" w:rsidRDefault="003D0394">
            <w:pPr>
              <w:jc w:val="center"/>
            </w:pPr>
            <w:r>
              <w:rPr>
                <w:b/>
              </w:rPr>
              <w:t>Источник</w:t>
            </w:r>
          </w:p>
        </w:tc>
        <w:tc>
          <w:tcPr>
            <w:tcW w:w="0" w:type="auto"/>
            <w:shd w:val="clear" w:color="auto" w:fill="E2F0D9"/>
          </w:tcPr>
          <w:p w14:paraId="0D39F23E" w14:textId="77777777" w:rsidR="00194F39" w:rsidRDefault="003D0394">
            <w:pPr>
              <w:jc w:val="center"/>
            </w:pPr>
            <w:r>
              <w:rPr>
                <w:b/>
              </w:rPr>
              <w:t>Подпитка до перевода</w:t>
            </w:r>
          </w:p>
        </w:tc>
        <w:tc>
          <w:tcPr>
            <w:tcW w:w="0" w:type="auto"/>
            <w:shd w:val="clear" w:color="auto" w:fill="E2F0D9"/>
          </w:tcPr>
          <w:p w14:paraId="030EE24F" w14:textId="77777777" w:rsidR="00194F39" w:rsidRDefault="003D0394">
            <w:pPr>
              <w:jc w:val="center"/>
            </w:pPr>
            <w:r>
              <w:rPr>
                <w:b/>
              </w:rPr>
              <w:t>Подпитка после перевода</w:t>
            </w:r>
          </w:p>
        </w:tc>
        <w:tc>
          <w:tcPr>
            <w:tcW w:w="0" w:type="auto"/>
            <w:shd w:val="clear" w:color="auto" w:fill="E2F0D9"/>
          </w:tcPr>
          <w:p w14:paraId="6D0CA380" w14:textId="77777777" w:rsidR="00194F39" w:rsidRDefault="003D0394">
            <w:pPr>
              <w:jc w:val="center"/>
            </w:pPr>
            <w:r>
              <w:rPr>
                <w:b/>
              </w:rPr>
              <w:t>Резерв ВПУ до перевода</w:t>
            </w:r>
          </w:p>
        </w:tc>
        <w:tc>
          <w:tcPr>
            <w:tcW w:w="0" w:type="auto"/>
            <w:shd w:val="clear" w:color="auto" w:fill="E2F0D9"/>
          </w:tcPr>
          <w:p w14:paraId="18E94530" w14:textId="77777777" w:rsidR="00194F39" w:rsidRDefault="003D0394">
            <w:pPr>
              <w:jc w:val="center"/>
            </w:pPr>
            <w:r>
              <w:rPr>
                <w:b/>
              </w:rPr>
              <w:t>Резерв ВПУ после перевода</w:t>
            </w:r>
          </w:p>
        </w:tc>
      </w:tr>
      <w:tr w:rsidR="00194F39" w14:paraId="72C757F6" w14:textId="77777777">
        <w:trPr>
          <w:cantSplit/>
        </w:trPr>
        <w:tc>
          <w:tcPr>
            <w:tcW w:w="0" w:type="auto"/>
            <w:shd w:val="clear" w:color="auto" w:fill="F2F2F2"/>
          </w:tcPr>
          <w:p w14:paraId="2A8A3EF4" w14:textId="77777777" w:rsidR="00194F39" w:rsidRDefault="003D0394">
            <w:r>
              <w:t>УПК № 1 «Таштагол»</w:t>
            </w:r>
          </w:p>
        </w:tc>
        <w:tc>
          <w:tcPr>
            <w:tcW w:w="0" w:type="auto"/>
            <w:shd w:val="clear" w:color="auto" w:fill="FFFFFF"/>
          </w:tcPr>
          <w:p w14:paraId="149DDC8D" w14:textId="77777777" w:rsidR="00194F39" w:rsidRDefault="003D0394">
            <w:r>
              <w:t>45,586</w:t>
            </w:r>
          </w:p>
        </w:tc>
        <w:tc>
          <w:tcPr>
            <w:tcW w:w="0" w:type="auto"/>
            <w:shd w:val="clear" w:color="auto" w:fill="FFFFFF"/>
          </w:tcPr>
          <w:p w14:paraId="0722D2C3" w14:textId="77777777" w:rsidR="00194F39" w:rsidRDefault="003D0394">
            <w:r>
              <w:t>6,605</w:t>
            </w:r>
          </w:p>
        </w:tc>
        <w:tc>
          <w:tcPr>
            <w:tcW w:w="0" w:type="auto"/>
            <w:shd w:val="clear" w:color="auto" w:fill="FFFFFF"/>
          </w:tcPr>
          <w:p w14:paraId="5DFC2588" w14:textId="77777777" w:rsidR="00194F39" w:rsidRDefault="003D0394">
            <w:r>
              <w:t>74,414</w:t>
            </w:r>
          </w:p>
        </w:tc>
        <w:tc>
          <w:tcPr>
            <w:tcW w:w="0" w:type="auto"/>
            <w:shd w:val="clear" w:color="auto" w:fill="FFFFFF"/>
          </w:tcPr>
          <w:p w14:paraId="2D38B011" w14:textId="77777777" w:rsidR="00194F39" w:rsidRDefault="003D0394">
            <w:r>
              <w:t>113,395</w:t>
            </w:r>
          </w:p>
        </w:tc>
      </w:tr>
      <w:tr w:rsidR="00194F39" w14:paraId="375D32A7" w14:textId="77777777">
        <w:trPr>
          <w:cantSplit/>
        </w:trPr>
        <w:tc>
          <w:tcPr>
            <w:tcW w:w="0" w:type="auto"/>
            <w:shd w:val="clear" w:color="auto" w:fill="F2F2F2"/>
          </w:tcPr>
          <w:p w14:paraId="648665C3" w14:textId="77777777" w:rsidR="00194F39" w:rsidRDefault="003D0394">
            <w:r>
              <w:t>УПК № 2 «Шалым»</w:t>
            </w:r>
          </w:p>
        </w:tc>
        <w:tc>
          <w:tcPr>
            <w:tcW w:w="0" w:type="auto"/>
            <w:shd w:val="clear" w:color="auto" w:fill="FFFFFF"/>
          </w:tcPr>
          <w:p w14:paraId="12FACB2D" w14:textId="77777777" w:rsidR="00194F39" w:rsidRDefault="003D0394">
            <w:r>
              <w:t>2,282</w:t>
            </w:r>
          </w:p>
        </w:tc>
        <w:tc>
          <w:tcPr>
            <w:tcW w:w="0" w:type="auto"/>
            <w:shd w:val="clear" w:color="auto" w:fill="FFFFFF"/>
          </w:tcPr>
          <w:p w14:paraId="3A512EF3" w14:textId="77777777" w:rsidR="00194F39" w:rsidRDefault="003D0394">
            <w:r>
              <w:t>0,209</w:t>
            </w:r>
          </w:p>
        </w:tc>
        <w:tc>
          <w:tcPr>
            <w:tcW w:w="0" w:type="auto"/>
            <w:shd w:val="clear" w:color="auto" w:fill="FFFFFF"/>
          </w:tcPr>
          <w:p w14:paraId="5783038E" w14:textId="77777777" w:rsidR="00194F39" w:rsidRDefault="003D0394">
            <w:r>
              <w:t>−2,282</w:t>
            </w:r>
          </w:p>
        </w:tc>
        <w:tc>
          <w:tcPr>
            <w:tcW w:w="0" w:type="auto"/>
            <w:shd w:val="clear" w:color="auto" w:fill="FFFFFF"/>
          </w:tcPr>
          <w:p w14:paraId="582C5246" w14:textId="77777777" w:rsidR="00194F39" w:rsidRDefault="003D0394">
            <w:r>
              <w:t>−0,209</w:t>
            </w:r>
          </w:p>
        </w:tc>
      </w:tr>
      <w:tr w:rsidR="00194F39" w14:paraId="0E9A7BD2" w14:textId="77777777">
        <w:trPr>
          <w:cantSplit/>
        </w:trPr>
        <w:tc>
          <w:tcPr>
            <w:tcW w:w="0" w:type="auto"/>
            <w:shd w:val="clear" w:color="auto" w:fill="F2F2F2"/>
          </w:tcPr>
          <w:p w14:paraId="0D6D07BD" w14:textId="77777777" w:rsidR="00194F39" w:rsidRDefault="003D0394">
            <w:r>
              <w:t>УПК № 2 «ЦМК»</w:t>
            </w:r>
          </w:p>
        </w:tc>
        <w:tc>
          <w:tcPr>
            <w:tcW w:w="0" w:type="auto"/>
            <w:shd w:val="clear" w:color="auto" w:fill="FFFFFF"/>
          </w:tcPr>
          <w:p w14:paraId="2ACE93AF" w14:textId="77777777" w:rsidR="00194F39" w:rsidRDefault="003D0394">
            <w:r>
              <w:t>1,713</w:t>
            </w:r>
          </w:p>
        </w:tc>
        <w:tc>
          <w:tcPr>
            <w:tcW w:w="0" w:type="auto"/>
            <w:shd w:val="clear" w:color="auto" w:fill="FFFFFF"/>
          </w:tcPr>
          <w:p w14:paraId="520478FD" w14:textId="77777777" w:rsidR="00194F39" w:rsidRDefault="003D0394">
            <w:r>
              <w:t>0,199</w:t>
            </w:r>
          </w:p>
        </w:tc>
        <w:tc>
          <w:tcPr>
            <w:tcW w:w="0" w:type="auto"/>
            <w:shd w:val="clear" w:color="auto" w:fill="FFFFFF"/>
          </w:tcPr>
          <w:p w14:paraId="10A268A4" w14:textId="77777777" w:rsidR="00194F39" w:rsidRDefault="003D0394">
            <w:r>
              <w:t>18,287</w:t>
            </w:r>
          </w:p>
        </w:tc>
        <w:tc>
          <w:tcPr>
            <w:tcW w:w="0" w:type="auto"/>
            <w:shd w:val="clear" w:color="auto" w:fill="FFFFFF"/>
          </w:tcPr>
          <w:p w14:paraId="4195102E" w14:textId="77777777" w:rsidR="00194F39" w:rsidRDefault="003D0394">
            <w:r>
              <w:t>19,801</w:t>
            </w:r>
          </w:p>
        </w:tc>
      </w:tr>
      <w:tr w:rsidR="00194F39" w14:paraId="65BADD66" w14:textId="77777777">
        <w:trPr>
          <w:cantSplit/>
        </w:trPr>
        <w:tc>
          <w:tcPr>
            <w:tcW w:w="0" w:type="auto"/>
            <w:shd w:val="clear" w:color="auto" w:fill="F2F2F2"/>
          </w:tcPr>
          <w:p w14:paraId="578CE93A" w14:textId="77777777" w:rsidR="00194F39" w:rsidRDefault="003D0394">
            <w:r>
              <w:t>УПК № 9 «ГРЭ»</w:t>
            </w:r>
          </w:p>
        </w:tc>
        <w:tc>
          <w:tcPr>
            <w:tcW w:w="0" w:type="auto"/>
            <w:shd w:val="clear" w:color="auto" w:fill="FFFFFF"/>
          </w:tcPr>
          <w:p w14:paraId="53DC29EA" w14:textId="77777777" w:rsidR="00194F39" w:rsidRDefault="003D0394">
            <w:r>
              <w:t>0,000</w:t>
            </w:r>
          </w:p>
        </w:tc>
        <w:tc>
          <w:tcPr>
            <w:tcW w:w="0" w:type="auto"/>
            <w:shd w:val="clear" w:color="auto" w:fill="FFFFFF"/>
          </w:tcPr>
          <w:p w14:paraId="4040D9AA" w14:textId="77777777" w:rsidR="00194F39" w:rsidRDefault="003D0394">
            <w:r>
              <w:t>0,000</w:t>
            </w:r>
          </w:p>
        </w:tc>
        <w:tc>
          <w:tcPr>
            <w:tcW w:w="0" w:type="auto"/>
            <w:shd w:val="clear" w:color="auto" w:fill="FFFFFF"/>
          </w:tcPr>
          <w:p w14:paraId="12EB1891" w14:textId="77777777" w:rsidR="00194F39" w:rsidRDefault="003D0394">
            <w:r>
              <w:t>0,000</w:t>
            </w:r>
          </w:p>
        </w:tc>
        <w:tc>
          <w:tcPr>
            <w:tcW w:w="0" w:type="auto"/>
            <w:shd w:val="clear" w:color="auto" w:fill="FFFFFF"/>
          </w:tcPr>
          <w:p w14:paraId="601A22EE" w14:textId="77777777" w:rsidR="00194F39" w:rsidRDefault="003D0394">
            <w:r>
              <w:t>0,000</w:t>
            </w:r>
          </w:p>
        </w:tc>
      </w:tr>
      <w:tr w:rsidR="00194F39" w14:paraId="04BC2BC9" w14:textId="77777777">
        <w:trPr>
          <w:cantSplit/>
        </w:trPr>
        <w:tc>
          <w:tcPr>
            <w:tcW w:w="0" w:type="auto"/>
            <w:shd w:val="clear" w:color="auto" w:fill="F2F2F2"/>
          </w:tcPr>
          <w:p w14:paraId="4CCC8332" w14:textId="77777777" w:rsidR="00194F39" w:rsidRDefault="003D0394">
            <w:r>
              <w:t>УПК № 5 «Новый Шерегеш»</w:t>
            </w:r>
          </w:p>
        </w:tc>
        <w:tc>
          <w:tcPr>
            <w:tcW w:w="0" w:type="auto"/>
            <w:shd w:val="clear" w:color="auto" w:fill="FFFFFF"/>
          </w:tcPr>
          <w:p w14:paraId="5CD1F9A4" w14:textId="77777777" w:rsidR="00194F39" w:rsidRDefault="003D0394">
            <w:r>
              <w:t>26,890</w:t>
            </w:r>
          </w:p>
        </w:tc>
        <w:tc>
          <w:tcPr>
            <w:tcW w:w="0" w:type="auto"/>
            <w:shd w:val="clear" w:color="auto" w:fill="FFFFFF"/>
          </w:tcPr>
          <w:p w14:paraId="7E62F8AB" w14:textId="77777777" w:rsidR="00194F39" w:rsidRDefault="003D0394">
            <w:r>
              <w:t>2,111</w:t>
            </w:r>
          </w:p>
        </w:tc>
        <w:tc>
          <w:tcPr>
            <w:tcW w:w="0" w:type="auto"/>
            <w:shd w:val="clear" w:color="auto" w:fill="FFFFFF"/>
          </w:tcPr>
          <w:p w14:paraId="35EAAE22" w14:textId="77777777" w:rsidR="00194F39" w:rsidRDefault="003D0394">
            <w:r>
              <w:t>−0,490</w:t>
            </w:r>
          </w:p>
        </w:tc>
        <w:tc>
          <w:tcPr>
            <w:tcW w:w="0" w:type="auto"/>
            <w:shd w:val="clear" w:color="auto" w:fill="FFFFFF"/>
          </w:tcPr>
          <w:p w14:paraId="07272B7E" w14:textId="77777777" w:rsidR="00194F39" w:rsidRDefault="003D0394">
            <w:r>
              <w:t>24,289</w:t>
            </w:r>
          </w:p>
        </w:tc>
      </w:tr>
      <w:tr w:rsidR="00194F39" w14:paraId="5DBF511E" w14:textId="77777777">
        <w:trPr>
          <w:cantSplit/>
        </w:trPr>
        <w:tc>
          <w:tcPr>
            <w:tcW w:w="0" w:type="auto"/>
            <w:shd w:val="clear" w:color="auto" w:fill="F2F2F2"/>
          </w:tcPr>
          <w:p w14:paraId="41E87B89" w14:textId="77777777" w:rsidR="00194F39" w:rsidRDefault="003D0394">
            <w:r>
              <w:t>УПК № 6 «Старый Шерегеш»</w:t>
            </w:r>
          </w:p>
        </w:tc>
        <w:tc>
          <w:tcPr>
            <w:tcW w:w="0" w:type="auto"/>
            <w:shd w:val="clear" w:color="auto" w:fill="FFFFFF"/>
          </w:tcPr>
          <w:p w14:paraId="0ED8157B" w14:textId="77777777" w:rsidR="00194F39" w:rsidRDefault="003D0394">
            <w:r>
              <w:t>2,658</w:t>
            </w:r>
          </w:p>
        </w:tc>
        <w:tc>
          <w:tcPr>
            <w:tcW w:w="0" w:type="auto"/>
            <w:shd w:val="clear" w:color="auto" w:fill="FFFFFF"/>
          </w:tcPr>
          <w:p w14:paraId="12BCD9F1" w14:textId="77777777" w:rsidR="00194F39" w:rsidRDefault="003D0394">
            <w:r>
              <w:t>0,102</w:t>
            </w:r>
          </w:p>
        </w:tc>
        <w:tc>
          <w:tcPr>
            <w:tcW w:w="0" w:type="auto"/>
            <w:shd w:val="clear" w:color="auto" w:fill="FFFFFF"/>
          </w:tcPr>
          <w:p w14:paraId="7201A640" w14:textId="77777777" w:rsidR="00194F39" w:rsidRDefault="003D0394">
            <w:r>
              <w:t>2,342</w:t>
            </w:r>
          </w:p>
        </w:tc>
        <w:tc>
          <w:tcPr>
            <w:tcW w:w="0" w:type="auto"/>
            <w:shd w:val="clear" w:color="auto" w:fill="FFFFFF"/>
          </w:tcPr>
          <w:p w14:paraId="4453CBD4" w14:textId="77777777" w:rsidR="00194F39" w:rsidRDefault="003D0394">
            <w:r>
              <w:t>4,898</w:t>
            </w:r>
          </w:p>
        </w:tc>
      </w:tr>
      <w:tr w:rsidR="00194F39" w14:paraId="5AC48860" w14:textId="77777777">
        <w:trPr>
          <w:cantSplit/>
        </w:trPr>
        <w:tc>
          <w:tcPr>
            <w:tcW w:w="0" w:type="auto"/>
            <w:shd w:val="clear" w:color="auto" w:fill="F2F2F2"/>
          </w:tcPr>
          <w:p w14:paraId="0F97C238" w14:textId="77777777" w:rsidR="00194F39" w:rsidRDefault="003D0394">
            <w:r>
              <w:t>УПК № 7 «Каз»</w:t>
            </w:r>
          </w:p>
        </w:tc>
        <w:tc>
          <w:tcPr>
            <w:tcW w:w="0" w:type="auto"/>
            <w:shd w:val="clear" w:color="auto" w:fill="FFFFFF"/>
          </w:tcPr>
          <w:p w14:paraId="4C029B69" w14:textId="77777777" w:rsidR="00194F39" w:rsidRDefault="003D0394">
            <w:r>
              <w:t>12,917</w:t>
            </w:r>
          </w:p>
        </w:tc>
        <w:tc>
          <w:tcPr>
            <w:tcW w:w="0" w:type="auto"/>
            <w:shd w:val="clear" w:color="auto" w:fill="FFFFFF"/>
          </w:tcPr>
          <w:p w14:paraId="1B10E669" w14:textId="77777777" w:rsidR="00194F39" w:rsidRDefault="003D0394">
            <w:r>
              <w:t>4,214</w:t>
            </w:r>
          </w:p>
        </w:tc>
        <w:tc>
          <w:tcPr>
            <w:tcW w:w="0" w:type="auto"/>
            <w:shd w:val="clear" w:color="auto" w:fill="FFFFFF"/>
          </w:tcPr>
          <w:p w14:paraId="726406C2" w14:textId="77777777" w:rsidR="00194F39" w:rsidRDefault="003D0394">
            <w:r>
              <w:t>27,083</w:t>
            </w:r>
          </w:p>
        </w:tc>
        <w:tc>
          <w:tcPr>
            <w:tcW w:w="0" w:type="auto"/>
            <w:shd w:val="clear" w:color="auto" w:fill="FFFFFF"/>
          </w:tcPr>
          <w:p w14:paraId="02643EA9" w14:textId="77777777" w:rsidR="00194F39" w:rsidRDefault="003D0394">
            <w:r>
              <w:t>35,786</w:t>
            </w:r>
          </w:p>
        </w:tc>
      </w:tr>
      <w:tr w:rsidR="00194F39" w14:paraId="395FF6DB" w14:textId="77777777">
        <w:trPr>
          <w:cantSplit/>
        </w:trPr>
        <w:tc>
          <w:tcPr>
            <w:tcW w:w="0" w:type="auto"/>
            <w:shd w:val="clear" w:color="auto" w:fill="F2F2F2"/>
          </w:tcPr>
          <w:p w14:paraId="40B0A072" w14:textId="77777777" w:rsidR="00194F39" w:rsidRDefault="003D0394">
            <w:r>
              <w:t>УПК № 8 «Мундыбаш»</w:t>
            </w:r>
          </w:p>
        </w:tc>
        <w:tc>
          <w:tcPr>
            <w:tcW w:w="0" w:type="auto"/>
            <w:shd w:val="clear" w:color="auto" w:fill="FFFFFF"/>
          </w:tcPr>
          <w:p w14:paraId="53081087" w14:textId="77777777" w:rsidR="00194F39" w:rsidRDefault="003D0394">
            <w:r>
              <w:t>7,925</w:t>
            </w:r>
          </w:p>
        </w:tc>
        <w:tc>
          <w:tcPr>
            <w:tcW w:w="0" w:type="auto"/>
            <w:shd w:val="clear" w:color="auto" w:fill="FFFFFF"/>
          </w:tcPr>
          <w:p w14:paraId="776EE015" w14:textId="77777777" w:rsidR="00194F39" w:rsidRDefault="003D0394">
            <w:r>
              <w:t>0,826</w:t>
            </w:r>
          </w:p>
        </w:tc>
        <w:tc>
          <w:tcPr>
            <w:tcW w:w="0" w:type="auto"/>
            <w:shd w:val="clear" w:color="auto" w:fill="FFFFFF"/>
          </w:tcPr>
          <w:p w14:paraId="73978C0C" w14:textId="77777777" w:rsidR="00194F39" w:rsidRDefault="003D0394">
            <w:r>
              <w:t>52,075</w:t>
            </w:r>
          </w:p>
        </w:tc>
        <w:tc>
          <w:tcPr>
            <w:tcW w:w="0" w:type="auto"/>
            <w:shd w:val="clear" w:color="auto" w:fill="FFFFFF"/>
          </w:tcPr>
          <w:p w14:paraId="17E4A378" w14:textId="77777777" w:rsidR="00194F39" w:rsidRDefault="003D0394">
            <w:r>
              <w:t>59,174</w:t>
            </w:r>
          </w:p>
        </w:tc>
      </w:tr>
      <w:tr w:rsidR="00194F39" w14:paraId="42A1429A" w14:textId="77777777">
        <w:trPr>
          <w:cantSplit/>
        </w:trPr>
        <w:tc>
          <w:tcPr>
            <w:tcW w:w="0" w:type="auto"/>
            <w:shd w:val="clear" w:color="auto" w:fill="F2F2F2"/>
          </w:tcPr>
          <w:p w14:paraId="318DF53E" w14:textId="77777777" w:rsidR="00194F39" w:rsidRDefault="003D0394">
            <w:r>
              <w:t>УПК № 10 «Темир-Тау»</w:t>
            </w:r>
          </w:p>
        </w:tc>
        <w:tc>
          <w:tcPr>
            <w:tcW w:w="0" w:type="auto"/>
            <w:shd w:val="clear" w:color="auto" w:fill="FFFFFF"/>
          </w:tcPr>
          <w:p w14:paraId="2E062284" w14:textId="77777777" w:rsidR="00194F39" w:rsidRDefault="003D0394">
            <w:r>
              <w:t>4,052</w:t>
            </w:r>
          </w:p>
        </w:tc>
        <w:tc>
          <w:tcPr>
            <w:tcW w:w="0" w:type="auto"/>
            <w:shd w:val="clear" w:color="auto" w:fill="FFFFFF"/>
          </w:tcPr>
          <w:p w14:paraId="3C66F75F" w14:textId="77777777" w:rsidR="00194F39" w:rsidRDefault="003D0394">
            <w:r>
              <w:t>0,733</w:t>
            </w:r>
          </w:p>
        </w:tc>
        <w:tc>
          <w:tcPr>
            <w:tcW w:w="0" w:type="auto"/>
            <w:shd w:val="clear" w:color="auto" w:fill="FFFFFF"/>
          </w:tcPr>
          <w:p w14:paraId="552CD40C" w14:textId="77777777" w:rsidR="00194F39" w:rsidRDefault="003D0394">
            <w:r>
              <w:t>−4,052</w:t>
            </w:r>
          </w:p>
        </w:tc>
        <w:tc>
          <w:tcPr>
            <w:tcW w:w="0" w:type="auto"/>
            <w:shd w:val="clear" w:color="auto" w:fill="FFFFFF"/>
          </w:tcPr>
          <w:p w14:paraId="33CFB6B6" w14:textId="77777777" w:rsidR="00194F39" w:rsidRDefault="003D0394">
            <w:r>
              <w:t>−0,733</w:t>
            </w:r>
          </w:p>
        </w:tc>
      </w:tr>
      <w:tr w:rsidR="00194F39" w14:paraId="6B3B8E9E" w14:textId="77777777">
        <w:trPr>
          <w:cantSplit/>
        </w:trPr>
        <w:tc>
          <w:tcPr>
            <w:tcW w:w="0" w:type="auto"/>
            <w:shd w:val="clear" w:color="auto" w:fill="F2F2F2"/>
          </w:tcPr>
          <w:p w14:paraId="3F84E9A8" w14:textId="77777777" w:rsidR="00194F39" w:rsidRDefault="003D0394">
            <w:r>
              <w:t>УПК № 3 «Спасск»</w:t>
            </w:r>
          </w:p>
        </w:tc>
        <w:tc>
          <w:tcPr>
            <w:tcW w:w="0" w:type="auto"/>
            <w:shd w:val="clear" w:color="auto" w:fill="FFFFFF"/>
          </w:tcPr>
          <w:p w14:paraId="6904B875" w14:textId="77777777" w:rsidR="00194F39" w:rsidRDefault="003D0394">
            <w:r>
              <w:t>0,428</w:t>
            </w:r>
          </w:p>
        </w:tc>
        <w:tc>
          <w:tcPr>
            <w:tcW w:w="0" w:type="auto"/>
            <w:shd w:val="clear" w:color="auto" w:fill="FFFFFF"/>
          </w:tcPr>
          <w:p w14:paraId="752545F4" w14:textId="77777777" w:rsidR="00194F39" w:rsidRDefault="003D0394">
            <w:r>
              <w:t>0,093</w:t>
            </w:r>
          </w:p>
        </w:tc>
        <w:tc>
          <w:tcPr>
            <w:tcW w:w="0" w:type="auto"/>
            <w:shd w:val="clear" w:color="auto" w:fill="FFFFFF"/>
          </w:tcPr>
          <w:p w14:paraId="31F99F99" w14:textId="77777777" w:rsidR="00194F39" w:rsidRDefault="003D0394">
            <w:r>
              <w:t>−0,428</w:t>
            </w:r>
          </w:p>
        </w:tc>
        <w:tc>
          <w:tcPr>
            <w:tcW w:w="0" w:type="auto"/>
            <w:shd w:val="clear" w:color="auto" w:fill="FFFFFF"/>
          </w:tcPr>
          <w:p w14:paraId="506C7118" w14:textId="77777777" w:rsidR="00194F39" w:rsidRDefault="003D0394">
            <w:r>
              <w:t>−0,093</w:t>
            </w:r>
          </w:p>
        </w:tc>
      </w:tr>
    </w:tbl>
    <w:p w14:paraId="66DB28A0" w14:textId="77777777" w:rsidR="00194F39" w:rsidRPr="00844B84" w:rsidRDefault="003D0394">
      <w:pPr>
        <w:rPr>
          <w:lang w:val="ru-RU"/>
        </w:rPr>
      </w:pPr>
      <w:r w:rsidRPr="00844B84">
        <w:rPr>
          <w:lang w:val="ru-RU"/>
        </w:rPr>
        <w:t>Перевод на закрытую схему закрывает дефицит производительности водоподготовки только по системе УПК № 5 «Новый Шерегеш». По системам УПК № 2 «Шалым», УПК № 10 «Темир-Тау» и УПК № 3 «Спасск» дефицит уменьшается, но сохраняется, поскольку заявленная производительность установок на этих источниках нулевая.</w:t>
      </w:r>
    </w:p>
    <w:p w14:paraId="00B26B41" w14:textId="77777777" w:rsidR="00056677" w:rsidRPr="00844B84" w:rsidRDefault="0092657D">
      <w:pPr>
        <w:pStyle w:val="21"/>
        <w:rPr>
          <w:lang w:val="ru-RU"/>
        </w:rPr>
      </w:pPr>
      <w:bookmarkStart w:id="81" w:name="_Toc238017280"/>
      <w:r w:rsidRPr="00844B84">
        <w:rPr>
          <w:lang w:val="ru-RU"/>
        </w:rPr>
        <w:t>7.9. Характеристики систем горячего водоснабжения по объектам</w:t>
      </w:r>
      <w:bookmarkEnd w:id="81"/>
    </w:p>
    <w:p w14:paraId="57C94A05" w14:textId="77777777" w:rsidR="00056677" w:rsidRPr="000C24CF" w:rsidRDefault="0092657D">
      <w:pPr>
        <w:pStyle w:val="31"/>
        <w:rPr>
          <w:sz w:val="28"/>
          <w:szCs w:val="28"/>
        </w:rPr>
      </w:pPr>
      <w:r w:rsidRPr="000C24CF">
        <w:rPr>
          <w:sz w:val="28"/>
          <w:szCs w:val="28"/>
        </w:rPr>
        <w:t>7.9.1. УПК № 1 «Таштагол»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362"/>
        <w:gridCol w:w="5127"/>
      </w:tblGrid>
      <w:tr w:rsidR="00056677" w14:paraId="61352FD6" w14:textId="77777777">
        <w:trPr>
          <w:cantSplit/>
          <w:tblHeader/>
        </w:trPr>
        <w:tc>
          <w:tcPr>
            <w:tcW w:w="0" w:type="auto"/>
            <w:shd w:val="clear" w:color="auto" w:fill="E2F0D9"/>
          </w:tcPr>
          <w:p w14:paraId="60297E81" w14:textId="77777777" w:rsidR="00056677" w:rsidRDefault="0092657D">
            <w:pPr>
              <w:jc w:val="center"/>
            </w:pPr>
            <w:r>
              <w:rPr>
                <w:b/>
              </w:rPr>
              <w:t>Характеристика</w:t>
            </w:r>
          </w:p>
        </w:tc>
        <w:tc>
          <w:tcPr>
            <w:tcW w:w="0" w:type="auto"/>
            <w:shd w:val="clear" w:color="auto" w:fill="E2F0D9"/>
          </w:tcPr>
          <w:p w14:paraId="32E6F441" w14:textId="77777777" w:rsidR="00056677" w:rsidRDefault="0092657D">
            <w:pPr>
              <w:jc w:val="center"/>
            </w:pPr>
            <w:r>
              <w:rPr>
                <w:b/>
              </w:rPr>
              <w:t>Значение</w:t>
            </w:r>
          </w:p>
        </w:tc>
      </w:tr>
      <w:tr w:rsidR="00056677" w14:paraId="44117570" w14:textId="77777777">
        <w:trPr>
          <w:cantSplit/>
        </w:trPr>
        <w:tc>
          <w:tcPr>
            <w:tcW w:w="0" w:type="auto"/>
            <w:shd w:val="clear" w:color="auto" w:fill="F2F2F2"/>
          </w:tcPr>
          <w:p w14:paraId="507916DB" w14:textId="77777777" w:rsidR="00056677" w:rsidRDefault="0092657D">
            <w:r>
              <w:t>Схема приготовления горячей воды</w:t>
            </w:r>
          </w:p>
        </w:tc>
        <w:tc>
          <w:tcPr>
            <w:tcW w:w="0" w:type="auto"/>
            <w:shd w:val="clear" w:color="auto" w:fill="FFFFFF"/>
          </w:tcPr>
          <w:p w14:paraId="506EC1E6" w14:textId="77777777" w:rsidR="00056677" w:rsidRDefault="0092657D">
            <w:r>
              <w:t>Открытая, двухтрубная</w:t>
            </w:r>
          </w:p>
        </w:tc>
      </w:tr>
      <w:tr w:rsidR="00056677" w14:paraId="3807BEB5" w14:textId="77777777">
        <w:trPr>
          <w:cantSplit/>
        </w:trPr>
        <w:tc>
          <w:tcPr>
            <w:tcW w:w="0" w:type="auto"/>
            <w:shd w:val="clear" w:color="auto" w:fill="F2F2F2"/>
          </w:tcPr>
          <w:p w14:paraId="6CD31E34" w14:textId="77777777" w:rsidR="00056677" w:rsidRDefault="0092657D">
            <w:r>
              <w:t>Тепловая сеть</w:t>
            </w:r>
          </w:p>
        </w:tc>
        <w:tc>
          <w:tcPr>
            <w:tcW w:w="0" w:type="auto"/>
            <w:shd w:val="clear" w:color="auto" w:fill="FFFFFF"/>
          </w:tcPr>
          <w:p w14:paraId="7A3AACE5" w14:textId="77777777" w:rsidR="00056677" w:rsidRDefault="0092657D">
            <w:r>
              <w:t>двухтрубная</w:t>
            </w:r>
          </w:p>
        </w:tc>
      </w:tr>
      <w:tr w:rsidR="00056677" w14:paraId="74E328B8" w14:textId="77777777">
        <w:trPr>
          <w:cantSplit/>
        </w:trPr>
        <w:tc>
          <w:tcPr>
            <w:tcW w:w="0" w:type="auto"/>
            <w:shd w:val="clear" w:color="auto" w:fill="F2F2F2"/>
          </w:tcPr>
          <w:p w14:paraId="1C2C06CA" w14:textId="77777777" w:rsidR="00056677" w:rsidRDefault="0092657D">
            <w:r>
              <w:t>Температурный график</w:t>
            </w:r>
          </w:p>
        </w:tc>
        <w:tc>
          <w:tcPr>
            <w:tcW w:w="0" w:type="auto"/>
            <w:shd w:val="clear" w:color="auto" w:fill="FFFFFF"/>
          </w:tcPr>
          <w:p w14:paraId="600D2F79" w14:textId="77777777" w:rsidR="00056677" w:rsidRDefault="0092657D">
            <w:r>
              <w:t>95/70 °C</w:t>
            </w:r>
          </w:p>
        </w:tc>
      </w:tr>
      <w:tr w:rsidR="00056677" w14:paraId="39744BBE" w14:textId="77777777">
        <w:trPr>
          <w:cantSplit/>
        </w:trPr>
        <w:tc>
          <w:tcPr>
            <w:tcW w:w="0" w:type="auto"/>
            <w:shd w:val="clear" w:color="auto" w:fill="F2F2F2"/>
          </w:tcPr>
          <w:p w14:paraId="499E0D09" w14:textId="77777777" w:rsidR="00056677" w:rsidRPr="00844B84" w:rsidRDefault="0092657D">
            <w:pPr>
              <w:rPr>
                <w:lang w:val="ru-RU"/>
              </w:rPr>
            </w:pPr>
            <w:r w:rsidRPr="00844B84">
              <w:rPr>
                <w:lang w:val="ru-RU"/>
              </w:rPr>
              <w:t>Нагрузка горячего водоснабжения на 2026 год</w:t>
            </w:r>
          </w:p>
        </w:tc>
        <w:tc>
          <w:tcPr>
            <w:tcW w:w="0" w:type="auto"/>
            <w:shd w:val="clear" w:color="auto" w:fill="FFFFFF"/>
          </w:tcPr>
          <w:p w14:paraId="4F66E537" w14:textId="77777777" w:rsidR="00056677" w:rsidRDefault="0092657D">
            <w:r>
              <w:t>5,3810 Гкал/ч</w:t>
            </w:r>
          </w:p>
        </w:tc>
      </w:tr>
      <w:tr w:rsidR="00056677" w14:paraId="2C0CEF9C" w14:textId="77777777">
        <w:trPr>
          <w:cantSplit/>
        </w:trPr>
        <w:tc>
          <w:tcPr>
            <w:tcW w:w="0" w:type="auto"/>
            <w:shd w:val="clear" w:color="auto" w:fill="F2F2F2"/>
          </w:tcPr>
          <w:p w14:paraId="3D8A8CEB" w14:textId="77777777" w:rsidR="00056677" w:rsidRPr="00844B84" w:rsidRDefault="0092657D">
            <w:pPr>
              <w:rPr>
                <w:lang w:val="ru-RU"/>
              </w:rPr>
            </w:pPr>
            <w:r w:rsidRPr="00844B84">
              <w:rPr>
                <w:lang w:val="ru-RU"/>
              </w:rPr>
              <w:t>Нагрузка горячего водоснабжения на расчётный срок</w:t>
            </w:r>
          </w:p>
        </w:tc>
        <w:tc>
          <w:tcPr>
            <w:tcW w:w="0" w:type="auto"/>
            <w:shd w:val="clear" w:color="auto" w:fill="FFFFFF"/>
          </w:tcPr>
          <w:p w14:paraId="074CE57F" w14:textId="77777777" w:rsidR="00056677" w:rsidRDefault="0092657D">
            <w:r>
              <w:t>5,3810 Гкал/ч</w:t>
            </w:r>
          </w:p>
        </w:tc>
      </w:tr>
      <w:tr w:rsidR="00056677" w14:paraId="309C0AC7" w14:textId="77777777">
        <w:trPr>
          <w:cantSplit/>
        </w:trPr>
        <w:tc>
          <w:tcPr>
            <w:tcW w:w="0" w:type="auto"/>
            <w:shd w:val="clear" w:color="auto" w:fill="F2F2F2"/>
          </w:tcPr>
          <w:p w14:paraId="07510F8A" w14:textId="77777777" w:rsidR="00056677" w:rsidRPr="00844B84" w:rsidRDefault="0092657D">
            <w:pPr>
              <w:rPr>
                <w:lang w:val="ru-RU"/>
              </w:rPr>
            </w:pPr>
            <w:r w:rsidRPr="00844B84">
              <w:rPr>
                <w:lang w:val="ru-RU"/>
              </w:rPr>
              <w:t>Отпуск теплоносителя на нужды горячего водоснабжения</w:t>
            </w:r>
          </w:p>
        </w:tc>
        <w:tc>
          <w:tcPr>
            <w:tcW w:w="0" w:type="auto"/>
            <w:shd w:val="clear" w:color="auto" w:fill="FFFFFF"/>
          </w:tcPr>
          <w:p w14:paraId="4BCDC8C5" w14:textId="77777777" w:rsidR="00056677" w:rsidRDefault="0092657D">
            <w:r>
              <w:t>341 475 т/год</w:t>
            </w:r>
          </w:p>
        </w:tc>
      </w:tr>
      <w:tr w:rsidR="00056677" w14:paraId="3E24B9E8" w14:textId="77777777">
        <w:trPr>
          <w:cantSplit/>
        </w:trPr>
        <w:tc>
          <w:tcPr>
            <w:tcW w:w="0" w:type="auto"/>
            <w:shd w:val="clear" w:color="auto" w:fill="F2F2F2"/>
          </w:tcPr>
          <w:p w14:paraId="6D564CA2" w14:textId="77777777" w:rsidR="00056677" w:rsidRPr="00844B84" w:rsidRDefault="0092657D">
            <w:pPr>
              <w:rPr>
                <w:lang w:val="ru-RU"/>
              </w:rPr>
            </w:pPr>
            <w:r w:rsidRPr="00844B84">
              <w:rPr>
                <w:lang w:val="ru-RU"/>
              </w:rPr>
              <w:t>Подпитка тепловой сети на 2026 год</w:t>
            </w:r>
          </w:p>
        </w:tc>
        <w:tc>
          <w:tcPr>
            <w:tcW w:w="0" w:type="auto"/>
            <w:shd w:val="clear" w:color="auto" w:fill="FFFFFF"/>
          </w:tcPr>
          <w:p w14:paraId="22C6C29D" w14:textId="77777777" w:rsidR="00056677" w:rsidRDefault="0092657D">
            <w:r>
              <w:t>45,586 т/ч</w:t>
            </w:r>
          </w:p>
        </w:tc>
      </w:tr>
      <w:tr w:rsidR="00056677" w14:paraId="135AA8C3" w14:textId="77777777">
        <w:trPr>
          <w:cantSplit/>
        </w:trPr>
        <w:tc>
          <w:tcPr>
            <w:tcW w:w="0" w:type="auto"/>
            <w:shd w:val="clear" w:color="auto" w:fill="F2F2F2"/>
          </w:tcPr>
          <w:p w14:paraId="21FCCDF4" w14:textId="77777777" w:rsidR="00056677" w:rsidRDefault="0092657D">
            <w:r>
              <w:t>Производительность водоподготовительной установки</w:t>
            </w:r>
          </w:p>
        </w:tc>
        <w:tc>
          <w:tcPr>
            <w:tcW w:w="0" w:type="auto"/>
            <w:shd w:val="clear" w:color="auto" w:fill="FFFFFF"/>
          </w:tcPr>
          <w:p w14:paraId="7A75C6DB" w14:textId="77777777" w:rsidR="00056677" w:rsidRDefault="0092657D">
            <w:r>
              <w:t>120,0 т/ч</w:t>
            </w:r>
          </w:p>
        </w:tc>
      </w:tr>
      <w:tr w:rsidR="00056677" w14:paraId="59F82428" w14:textId="77777777">
        <w:trPr>
          <w:cantSplit/>
        </w:trPr>
        <w:tc>
          <w:tcPr>
            <w:tcW w:w="0" w:type="auto"/>
            <w:shd w:val="clear" w:color="auto" w:fill="F2F2F2"/>
          </w:tcPr>
          <w:p w14:paraId="1808F538" w14:textId="77777777" w:rsidR="00056677" w:rsidRPr="00844B84" w:rsidRDefault="0092657D">
            <w:pPr>
              <w:rPr>
                <w:lang w:val="ru-RU"/>
              </w:rPr>
            </w:pPr>
            <w:r w:rsidRPr="00844B84">
              <w:rPr>
                <w:lang w:val="ru-RU"/>
              </w:rPr>
              <w:t>Резерв или дефицит подпитки в нормальном режиме</w:t>
            </w:r>
          </w:p>
        </w:tc>
        <w:tc>
          <w:tcPr>
            <w:tcW w:w="0" w:type="auto"/>
            <w:shd w:val="clear" w:color="auto" w:fill="FFFFFF"/>
          </w:tcPr>
          <w:p w14:paraId="2AB4178C" w14:textId="77777777" w:rsidR="00056677" w:rsidRDefault="0092657D">
            <w:r>
              <w:t>74,414 т/ч</w:t>
            </w:r>
          </w:p>
        </w:tc>
      </w:tr>
      <w:tr w:rsidR="00056677" w14:paraId="35EAC2DF" w14:textId="77777777">
        <w:trPr>
          <w:cantSplit/>
        </w:trPr>
        <w:tc>
          <w:tcPr>
            <w:tcW w:w="0" w:type="auto"/>
            <w:shd w:val="clear" w:color="auto" w:fill="F2F2F2"/>
          </w:tcPr>
          <w:p w14:paraId="1F900B9E" w14:textId="77777777" w:rsidR="00056677" w:rsidRDefault="0092657D">
            <w:r>
              <w:t>Нормируемая аварийная подпитка</w:t>
            </w:r>
          </w:p>
        </w:tc>
        <w:tc>
          <w:tcPr>
            <w:tcW w:w="0" w:type="auto"/>
            <w:shd w:val="clear" w:color="auto" w:fill="FFFFFF"/>
          </w:tcPr>
          <w:p w14:paraId="741A7440" w14:textId="77777777" w:rsidR="00056677" w:rsidRDefault="0092657D">
            <w:r>
              <w:t>55,0 т/ч</w:t>
            </w:r>
          </w:p>
        </w:tc>
      </w:tr>
      <w:tr w:rsidR="00056677" w14:paraId="59E15CB8" w14:textId="77777777">
        <w:trPr>
          <w:cantSplit/>
        </w:trPr>
        <w:tc>
          <w:tcPr>
            <w:tcW w:w="0" w:type="auto"/>
            <w:shd w:val="clear" w:color="auto" w:fill="F2F2F2"/>
          </w:tcPr>
          <w:p w14:paraId="0A42B62A" w14:textId="77777777" w:rsidR="00056677" w:rsidRPr="00844B84" w:rsidRDefault="0092657D">
            <w:pPr>
              <w:rPr>
                <w:lang w:val="ru-RU"/>
              </w:rPr>
            </w:pPr>
            <w:r w:rsidRPr="00844B84">
              <w:rPr>
                <w:lang w:val="ru-RU"/>
              </w:rPr>
              <w:t>Резерв или дефицит подпитки в аварийном режиме</w:t>
            </w:r>
          </w:p>
        </w:tc>
        <w:tc>
          <w:tcPr>
            <w:tcW w:w="0" w:type="auto"/>
            <w:shd w:val="clear" w:color="auto" w:fill="FFFFFF"/>
          </w:tcPr>
          <w:p w14:paraId="3C5311DF" w14:textId="77777777" w:rsidR="00056677" w:rsidRDefault="0092657D">
            <w:r>
              <w:t>65,00 т/ч</w:t>
            </w:r>
          </w:p>
        </w:tc>
      </w:tr>
      <w:tr w:rsidR="00056677" w14:paraId="25246BAE" w14:textId="77777777">
        <w:trPr>
          <w:cantSplit/>
        </w:trPr>
        <w:tc>
          <w:tcPr>
            <w:tcW w:w="0" w:type="auto"/>
            <w:shd w:val="clear" w:color="auto" w:fill="F2F2F2"/>
          </w:tcPr>
          <w:p w14:paraId="35AEEE57" w14:textId="77777777" w:rsidR="00056677" w:rsidRDefault="0092657D">
            <w:r>
              <w:t>Баки-аккумуляторы</w:t>
            </w:r>
          </w:p>
        </w:tc>
        <w:tc>
          <w:tcPr>
            <w:tcW w:w="0" w:type="auto"/>
            <w:shd w:val="clear" w:color="auto" w:fill="FFFFFF"/>
          </w:tcPr>
          <w:p w14:paraId="12FA3DE0" w14:textId="77777777" w:rsidR="00056677" w:rsidRDefault="0092657D">
            <w:r>
              <w:t>отсутствуют</w:t>
            </w:r>
          </w:p>
        </w:tc>
      </w:tr>
      <w:tr w:rsidR="00056677" w14:paraId="68BE9AFA" w14:textId="77777777">
        <w:trPr>
          <w:cantSplit/>
        </w:trPr>
        <w:tc>
          <w:tcPr>
            <w:tcW w:w="0" w:type="auto"/>
            <w:shd w:val="clear" w:color="auto" w:fill="F2F2F2"/>
          </w:tcPr>
          <w:p w14:paraId="0143B99F" w14:textId="77777777" w:rsidR="00056677" w:rsidRPr="00844B84" w:rsidRDefault="0092657D">
            <w:pPr>
              <w:rPr>
                <w:lang w:val="ru-RU"/>
              </w:rPr>
            </w:pPr>
            <w:r w:rsidRPr="00844B84">
              <w:rPr>
                <w:lang w:val="ru-RU"/>
              </w:rPr>
              <w:t>Подпитка после перевода на закрытую схему</w:t>
            </w:r>
          </w:p>
        </w:tc>
        <w:tc>
          <w:tcPr>
            <w:tcW w:w="0" w:type="auto"/>
            <w:shd w:val="clear" w:color="auto" w:fill="FFFFFF"/>
          </w:tcPr>
          <w:p w14:paraId="1E34C036" w14:textId="77777777" w:rsidR="00056677" w:rsidRDefault="0092657D">
            <w:r>
              <w:t>6,605 т/ч</w:t>
            </w:r>
          </w:p>
        </w:tc>
      </w:tr>
      <w:tr w:rsidR="00056677" w14:paraId="5DC22C56" w14:textId="77777777">
        <w:trPr>
          <w:cantSplit/>
        </w:trPr>
        <w:tc>
          <w:tcPr>
            <w:tcW w:w="0" w:type="auto"/>
            <w:shd w:val="clear" w:color="auto" w:fill="F2F2F2"/>
          </w:tcPr>
          <w:p w14:paraId="734C5979" w14:textId="77777777" w:rsidR="00056677" w:rsidRDefault="0092657D">
            <w:r>
              <w:t>Резерв подпитки после перевода</w:t>
            </w:r>
          </w:p>
        </w:tc>
        <w:tc>
          <w:tcPr>
            <w:tcW w:w="0" w:type="auto"/>
            <w:shd w:val="clear" w:color="auto" w:fill="FFFFFF"/>
          </w:tcPr>
          <w:p w14:paraId="531167A6" w14:textId="77777777" w:rsidR="00056677" w:rsidRDefault="0092657D">
            <w:r>
              <w:t>113,395 т/ч</w:t>
            </w:r>
          </w:p>
        </w:tc>
      </w:tr>
      <w:tr w:rsidR="00056677" w:rsidRPr="004D1FEB" w14:paraId="6E19F0DC" w14:textId="77777777">
        <w:trPr>
          <w:cantSplit/>
        </w:trPr>
        <w:tc>
          <w:tcPr>
            <w:tcW w:w="0" w:type="auto"/>
            <w:shd w:val="clear" w:color="auto" w:fill="F2F2F2"/>
          </w:tcPr>
          <w:p w14:paraId="7D2BC1B2" w14:textId="77777777" w:rsidR="00056677" w:rsidRDefault="0092657D">
            <w:r>
              <w:t>Утверждаемое решение</w:t>
            </w:r>
          </w:p>
        </w:tc>
        <w:tc>
          <w:tcPr>
            <w:tcW w:w="0" w:type="auto"/>
            <w:shd w:val="clear" w:color="auto" w:fill="FFFFFF"/>
          </w:tcPr>
          <w:p w14:paraId="12B2BD6E" w14:textId="77777777" w:rsidR="00056677" w:rsidRPr="00844B84" w:rsidRDefault="0092657D">
            <w:pPr>
              <w:rPr>
                <w:lang w:val="ru-RU"/>
              </w:rPr>
            </w:pPr>
            <w:r w:rsidRPr="00844B84">
              <w:rPr>
                <w:lang w:val="ru-RU"/>
              </w:rPr>
              <w:t>перевод на закрытую схему приготовления горячей воды</w:t>
            </w:r>
          </w:p>
        </w:tc>
      </w:tr>
    </w:tbl>
    <w:p w14:paraId="743A2832" w14:textId="77777777" w:rsidR="00056677" w:rsidRPr="000C24CF" w:rsidRDefault="0092657D">
      <w:pPr>
        <w:pStyle w:val="31"/>
        <w:rPr>
          <w:sz w:val="28"/>
          <w:szCs w:val="28"/>
        </w:rPr>
      </w:pPr>
      <w:r w:rsidRPr="000C24CF">
        <w:rPr>
          <w:sz w:val="28"/>
          <w:szCs w:val="28"/>
        </w:rPr>
        <w:t>7.9.2. УПК № 2 «Шалым»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741"/>
        <w:gridCol w:w="5748"/>
      </w:tblGrid>
      <w:tr w:rsidR="00056677" w14:paraId="20583460" w14:textId="77777777">
        <w:trPr>
          <w:cantSplit/>
          <w:tblHeader/>
        </w:trPr>
        <w:tc>
          <w:tcPr>
            <w:tcW w:w="0" w:type="auto"/>
            <w:shd w:val="clear" w:color="auto" w:fill="E2F0D9"/>
          </w:tcPr>
          <w:p w14:paraId="7625052A" w14:textId="77777777" w:rsidR="00056677" w:rsidRDefault="0092657D">
            <w:pPr>
              <w:jc w:val="center"/>
            </w:pPr>
            <w:r>
              <w:rPr>
                <w:b/>
              </w:rPr>
              <w:t>Характеристика</w:t>
            </w:r>
          </w:p>
        </w:tc>
        <w:tc>
          <w:tcPr>
            <w:tcW w:w="0" w:type="auto"/>
            <w:shd w:val="clear" w:color="auto" w:fill="E2F0D9"/>
          </w:tcPr>
          <w:p w14:paraId="054417F8" w14:textId="77777777" w:rsidR="00056677" w:rsidRDefault="0092657D">
            <w:pPr>
              <w:jc w:val="center"/>
            </w:pPr>
            <w:r>
              <w:rPr>
                <w:b/>
              </w:rPr>
              <w:t>Значение</w:t>
            </w:r>
          </w:p>
        </w:tc>
      </w:tr>
      <w:tr w:rsidR="00056677" w14:paraId="23BCDB2C" w14:textId="77777777">
        <w:trPr>
          <w:cantSplit/>
        </w:trPr>
        <w:tc>
          <w:tcPr>
            <w:tcW w:w="0" w:type="auto"/>
            <w:shd w:val="clear" w:color="auto" w:fill="F2F2F2"/>
          </w:tcPr>
          <w:p w14:paraId="72DE11F3" w14:textId="77777777" w:rsidR="00056677" w:rsidRDefault="0092657D">
            <w:r>
              <w:t>Схема приготовления горячей воды</w:t>
            </w:r>
          </w:p>
        </w:tc>
        <w:tc>
          <w:tcPr>
            <w:tcW w:w="0" w:type="auto"/>
            <w:shd w:val="clear" w:color="auto" w:fill="FFFFFF"/>
          </w:tcPr>
          <w:p w14:paraId="4C6397A1" w14:textId="77777777" w:rsidR="00056677" w:rsidRDefault="0092657D">
            <w:r>
              <w:t>Открытая, двухтрубная</w:t>
            </w:r>
          </w:p>
        </w:tc>
      </w:tr>
      <w:tr w:rsidR="00056677" w14:paraId="5503760E" w14:textId="77777777">
        <w:trPr>
          <w:cantSplit/>
        </w:trPr>
        <w:tc>
          <w:tcPr>
            <w:tcW w:w="0" w:type="auto"/>
            <w:shd w:val="clear" w:color="auto" w:fill="F2F2F2"/>
          </w:tcPr>
          <w:p w14:paraId="1F30FF1A" w14:textId="77777777" w:rsidR="00056677" w:rsidRDefault="0092657D">
            <w:r>
              <w:t>Тепловая сеть</w:t>
            </w:r>
          </w:p>
        </w:tc>
        <w:tc>
          <w:tcPr>
            <w:tcW w:w="0" w:type="auto"/>
            <w:shd w:val="clear" w:color="auto" w:fill="FFFFFF"/>
          </w:tcPr>
          <w:p w14:paraId="35B7534D" w14:textId="77777777" w:rsidR="00056677" w:rsidRDefault="0092657D">
            <w:r>
              <w:t>двухтрубная</w:t>
            </w:r>
          </w:p>
        </w:tc>
      </w:tr>
      <w:tr w:rsidR="00056677" w14:paraId="5B8EA97F" w14:textId="77777777">
        <w:trPr>
          <w:cantSplit/>
        </w:trPr>
        <w:tc>
          <w:tcPr>
            <w:tcW w:w="0" w:type="auto"/>
            <w:shd w:val="clear" w:color="auto" w:fill="F2F2F2"/>
          </w:tcPr>
          <w:p w14:paraId="00D4E310" w14:textId="77777777" w:rsidR="00056677" w:rsidRDefault="0092657D">
            <w:r>
              <w:t>Температурный график</w:t>
            </w:r>
          </w:p>
        </w:tc>
        <w:tc>
          <w:tcPr>
            <w:tcW w:w="0" w:type="auto"/>
            <w:shd w:val="clear" w:color="auto" w:fill="FFFFFF"/>
          </w:tcPr>
          <w:p w14:paraId="0217867A" w14:textId="77777777" w:rsidR="00056677" w:rsidRDefault="0092657D">
            <w:r>
              <w:t>95/70 °C</w:t>
            </w:r>
          </w:p>
        </w:tc>
      </w:tr>
      <w:tr w:rsidR="00056677" w14:paraId="265821A1" w14:textId="77777777">
        <w:trPr>
          <w:cantSplit/>
        </w:trPr>
        <w:tc>
          <w:tcPr>
            <w:tcW w:w="0" w:type="auto"/>
            <w:shd w:val="clear" w:color="auto" w:fill="F2F2F2"/>
          </w:tcPr>
          <w:p w14:paraId="0B0954CD" w14:textId="77777777" w:rsidR="00056677" w:rsidRPr="00844B84" w:rsidRDefault="0092657D">
            <w:pPr>
              <w:rPr>
                <w:lang w:val="ru-RU"/>
              </w:rPr>
            </w:pPr>
            <w:r w:rsidRPr="00844B84">
              <w:rPr>
                <w:lang w:val="ru-RU"/>
              </w:rPr>
              <w:t>Нагрузка горячего водоснабжения на 2026 год</w:t>
            </w:r>
          </w:p>
        </w:tc>
        <w:tc>
          <w:tcPr>
            <w:tcW w:w="0" w:type="auto"/>
            <w:shd w:val="clear" w:color="auto" w:fill="FFFFFF"/>
          </w:tcPr>
          <w:p w14:paraId="0006F7AC" w14:textId="77777777" w:rsidR="00056677" w:rsidRDefault="0092657D">
            <w:r>
              <w:t>0,3820 Гкал/ч</w:t>
            </w:r>
          </w:p>
        </w:tc>
      </w:tr>
      <w:tr w:rsidR="00056677" w14:paraId="5D2AC88D" w14:textId="77777777">
        <w:trPr>
          <w:cantSplit/>
        </w:trPr>
        <w:tc>
          <w:tcPr>
            <w:tcW w:w="0" w:type="auto"/>
            <w:shd w:val="clear" w:color="auto" w:fill="F2F2F2"/>
          </w:tcPr>
          <w:p w14:paraId="1E0EF469" w14:textId="77777777" w:rsidR="00056677" w:rsidRPr="00844B84" w:rsidRDefault="0092657D">
            <w:pPr>
              <w:rPr>
                <w:lang w:val="ru-RU"/>
              </w:rPr>
            </w:pPr>
            <w:r w:rsidRPr="00844B84">
              <w:rPr>
                <w:lang w:val="ru-RU"/>
              </w:rPr>
              <w:t>Нагрузка горячего водоснабжения на расчётный срок</w:t>
            </w:r>
          </w:p>
        </w:tc>
        <w:tc>
          <w:tcPr>
            <w:tcW w:w="0" w:type="auto"/>
            <w:shd w:val="clear" w:color="auto" w:fill="FFFFFF"/>
          </w:tcPr>
          <w:p w14:paraId="3EC315DE" w14:textId="77777777" w:rsidR="00056677" w:rsidRDefault="0092657D">
            <w:r>
              <w:t>0,3820 Гкал/ч</w:t>
            </w:r>
          </w:p>
        </w:tc>
      </w:tr>
      <w:tr w:rsidR="00056677" w14:paraId="4CB58993" w14:textId="77777777">
        <w:trPr>
          <w:cantSplit/>
        </w:trPr>
        <w:tc>
          <w:tcPr>
            <w:tcW w:w="0" w:type="auto"/>
            <w:shd w:val="clear" w:color="auto" w:fill="F2F2F2"/>
          </w:tcPr>
          <w:p w14:paraId="4D5CC06F" w14:textId="77777777" w:rsidR="00056677" w:rsidRPr="00844B84" w:rsidRDefault="0092657D">
            <w:pPr>
              <w:rPr>
                <w:lang w:val="ru-RU"/>
              </w:rPr>
            </w:pPr>
            <w:r w:rsidRPr="00844B84">
              <w:rPr>
                <w:lang w:val="ru-RU"/>
              </w:rPr>
              <w:t>Отпуск теплоносителя на нужды горячего водоснабжения</w:t>
            </w:r>
          </w:p>
        </w:tc>
        <w:tc>
          <w:tcPr>
            <w:tcW w:w="0" w:type="auto"/>
            <w:shd w:val="clear" w:color="auto" w:fill="FFFFFF"/>
          </w:tcPr>
          <w:p w14:paraId="7A4F3BC9" w14:textId="77777777" w:rsidR="00056677" w:rsidRDefault="0092657D">
            <w:r>
              <w:t>18 157 т/год</w:t>
            </w:r>
          </w:p>
        </w:tc>
      </w:tr>
      <w:tr w:rsidR="00056677" w14:paraId="339B8809" w14:textId="77777777">
        <w:trPr>
          <w:cantSplit/>
        </w:trPr>
        <w:tc>
          <w:tcPr>
            <w:tcW w:w="0" w:type="auto"/>
            <w:shd w:val="clear" w:color="auto" w:fill="F2F2F2"/>
          </w:tcPr>
          <w:p w14:paraId="6B6BBA78" w14:textId="77777777" w:rsidR="00056677" w:rsidRPr="00844B84" w:rsidRDefault="0092657D">
            <w:pPr>
              <w:rPr>
                <w:lang w:val="ru-RU"/>
              </w:rPr>
            </w:pPr>
            <w:r w:rsidRPr="00844B84">
              <w:rPr>
                <w:lang w:val="ru-RU"/>
              </w:rPr>
              <w:t>Подпитка тепловой сети на 2026 год</w:t>
            </w:r>
          </w:p>
        </w:tc>
        <w:tc>
          <w:tcPr>
            <w:tcW w:w="0" w:type="auto"/>
            <w:shd w:val="clear" w:color="auto" w:fill="FFFFFF"/>
          </w:tcPr>
          <w:p w14:paraId="1EDD8748" w14:textId="77777777" w:rsidR="00056677" w:rsidRDefault="0092657D">
            <w:r>
              <w:t>2,282 т/ч</w:t>
            </w:r>
          </w:p>
        </w:tc>
      </w:tr>
      <w:tr w:rsidR="00056677" w:rsidRPr="004D1FEB" w14:paraId="7618F537" w14:textId="77777777">
        <w:trPr>
          <w:cantSplit/>
        </w:trPr>
        <w:tc>
          <w:tcPr>
            <w:tcW w:w="0" w:type="auto"/>
            <w:shd w:val="clear" w:color="auto" w:fill="F2F2F2"/>
          </w:tcPr>
          <w:p w14:paraId="70BE818E" w14:textId="77777777" w:rsidR="00056677" w:rsidRDefault="0092657D">
            <w:r>
              <w:t>Производительность водоподготовительной установки</w:t>
            </w:r>
          </w:p>
        </w:tc>
        <w:tc>
          <w:tcPr>
            <w:tcW w:w="0" w:type="auto"/>
            <w:shd w:val="clear" w:color="auto" w:fill="FFFFFF"/>
          </w:tcPr>
          <w:p w14:paraId="577D1EF1" w14:textId="77777777" w:rsidR="00056677" w:rsidRPr="00844B84" w:rsidRDefault="0092657D">
            <w:pPr>
              <w:rPr>
                <w:lang w:val="ru-RU"/>
              </w:rPr>
            </w:pPr>
            <w:r w:rsidRPr="00844B84">
              <w:rPr>
                <w:lang w:val="ru-RU"/>
              </w:rPr>
              <w:t>нулевая заявленная производительность; технология подлежит уточнению</w:t>
            </w:r>
          </w:p>
        </w:tc>
      </w:tr>
      <w:tr w:rsidR="00056677" w14:paraId="53D74F08" w14:textId="77777777">
        <w:trPr>
          <w:cantSplit/>
        </w:trPr>
        <w:tc>
          <w:tcPr>
            <w:tcW w:w="0" w:type="auto"/>
            <w:shd w:val="clear" w:color="auto" w:fill="F2F2F2"/>
          </w:tcPr>
          <w:p w14:paraId="36842DE0" w14:textId="77777777" w:rsidR="00056677" w:rsidRPr="00844B84" w:rsidRDefault="0092657D">
            <w:pPr>
              <w:rPr>
                <w:lang w:val="ru-RU"/>
              </w:rPr>
            </w:pPr>
            <w:r w:rsidRPr="00844B84">
              <w:rPr>
                <w:lang w:val="ru-RU"/>
              </w:rPr>
              <w:t>Резерв или дефицит подпитки в нормальном режиме</w:t>
            </w:r>
          </w:p>
        </w:tc>
        <w:tc>
          <w:tcPr>
            <w:tcW w:w="0" w:type="auto"/>
            <w:shd w:val="clear" w:color="auto" w:fill="FFFFFF"/>
          </w:tcPr>
          <w:p w14:paraId="07E0BDA0" w14:textId="77777777" w:rsidR="00056677" w:rsidRDefault="0092657D">
            <w:r>
              <w:t>−2,282 т/ч</w:t>
            </w:r>
          </w:p>
        </w:tc>
      </w:tr>
      <w:tr w:rsidR="00056677" w14:paraId="00DC9822" w14:textId="77777777">
        <w:trPr>
          <w:cantSplit/>
        </w:trPr>
        <w:tc>
          <w:tcPr>
            <w:tcW w:w="0" w:type="auto"/>
            <w:shd w:val="clear" w:color="auto" w:fill="F2F2F2"/>
          </w:tcPr>
          <w:p w14:paraId="05FFD0AF" w14:textId="77777777" w:rsidR="00056677" w:rsidRDefault="0092657D">
            <w:r>
              <w:t>Нормируемая аварийная подпитка</w:t>
            </w:r>
          </w:p>
        </w:tc>
        <w:tc>
          <w:tcPr>
            <w:tcW w:w="0" w:type="auto"/>
            <w:shd w:val="clear" w:color="auto" w:fill="FFFFFF"/>
          </w:tcPr>
          <w:p w14:paraId="41F576D5" w14:textId="77777777" w:rsidR="00056677" w:rsidRDefault="0092657D">
            <w:r>
              <w:t>4,3 т/ч</w:t>
            </w:r>
          </w:p>
        </w:tc>
      </w:tr>
      <w:tr w:rsidR="00056677" w14:paraId="7909D92F" w14:textId="77777777">
        <w:trPr>
          <w:cantSplit/>
        </w:trPr>
        <w:tc>
          <w:tcPr>
            <w:tcW w:w="0" w:type="auto"/>
            <w:shd w:val="clear" w:color="auto" w:fill="F2F2F2"/>
          </w:tcPr>
          <w:p w14:paraId="29C50028" w14:textId="77777777" w:rsidR="00056677" w:rsidRPr="00844B84" w:rsidRDefault="0092657D">
            <w:pPr>
              <w:rPr>
                <w:lang w:val="ru-RU"/>
              </w:rPr>
            </w:pPr>
            <w:r w:rsidRPr="00844B84">
              <w:rPr>
                <w:lang w:val="ru-RU"/>
              </w:rPr>
              <w:t>Резерв или дефицит подпитки в аварийном режиме</w:t>
            </w:r>
          </w:p>
        </w:tc>
        <w:tc>
          <w:tcPr>
            <w:tcW w:w="0" w:type="auto"/>
            <w:shd w:val="clear" w:color="auto" w:fill="FFFFFF"/>
          </w:tcPr>
          <w:p w14:paraId="05A3D408" w14:textId="77777777" w:rsidR="00056677" w:rsidRDefault="0092657D">
            <w:r>
              <w:t>−4,30 т/ч</w:t>
            </w:r>
          </w:p>
        </w:tc>
      </w:tr>
      <w:tr w:rsidR="00056677" w14:paraId="045BC8CA" w14:textId="77777777">
        <w:trPr>
          <w:cantSplit/>
        </w:trPr>
        <w:tc>
          <w:tcPr>
            <w:tcW w:w="0" w:type="auto"/>
            <w:shd w:val="clear" w:color="auto" w:fill="F2F2F2"/>
          </w:tcPr>
          <w:p w14:paraId="09DDD0F5" w14:textId="77777777" w:rsidR="00056677" w:rsidRDefault="0092657D">
            <w:r>
              <w:t>Баки-аккумуляторы</w:t>
            </w:r>
          </w:p>
        </w:tc>
        <w:tc>
          <w:tcPr>
            <w:tcW w:w="0" w:type="auto"/>
            <w:shd w:val="clear" w:color="auto" w:fill="FFFFFF"/>
          </w:tcPr>
          <w:p w14:paraId="1DA60007" w14:textId="77777777" w:rsidR="00056677" w:rsidRDefault="0092657D">
            <w:r>
              <w:t>2 ед., 100 м³</w:t>
            </w:r>
          </w:p>
        </w:tc>
      </w:tr>
      <w:tr w:rsidR="00056677" w14:paraId="1BFB8B6D" w14:textId="77777777">
        <w:trPr>
          <w:cantSplit/>
        </w:trPr>
        <w:tc>
          <w:tcPr>
            <w:tcW w:w="0" w:type="auto"/>
            <w:shd w:val="clear" w:color="auto" w:fill="F2F2F2"/>
          </w:tcPr>
          <w:p w14:paraId="5032A25B" w14:textId="77777777" w:rsidR="00056677" w:rsidRPr="00844B84" w:rsidRDefault="0092657D">
            <w:pPr>
              <w:rPr>
                <w:lang w:val="ru-RU"/>
              </w:rPr>
            </w:pPr>
            <w:r w:rsidRPr="00844B84">
              <w:rPr>
                <w:lang w:val="ru-RU"/>
              </w:rPr>
              <w:t>Подпитка после перевода на закрытую схему</w:t>
            </w:r>
          </w:p>
        </w:tc>
        <w:tc>
          <w:tcPr>
            <w:tcW w:w="0" w:type="auto"/>
            <w:shd w:val="clear" w:color="auto" w:fill="FFFFFF"/>
          </w:tcPr>
          <w:p w14:paraId="418B6702" w14:textId="77777777" w:rsidR="00056677" w:rsidRDefault="0092657D">
            <w:r>
              <w:t>0,209 т/ч</w:t>
            </w:r>
          </w:p>
        </w:tc>
      </w:tr>
      <w:tr w:rsidR="00056677" w14:paraId="23E1AACF" w14:textId="77777777">
        <w:trPr>
          <w:cantSplit/>
        </w:trPr>
        <w:tc>
          <w:tcPr>
            <w:tcW w:w="0" w:type="auto"/>
            <w:shd w:val="clear" w:color="auto" w:fill="F2F2F2"/>
          </w:tcPr>
          <w:p w14:paraId="1C2083F4" w14:textId="77777777" w:rsidR="00056677" w:rsidRDefault="0092657D">
            <w:r>
              <w:t>Резерв подпитки после перевода</w:t>
            </w:r>
          </w:p>
        </w:tc>
        <w:tc>
          <w:tcPr>
            <w:tcW w:w="0" w:type="auto"/>
            <w:shd w:val="clear" w:color="auto" w:fill="FFFFFF"/>
          </w:tcPr>
          <w:p w14:paraId="2672F9B0" w14:textId="77777777" w:rsidR="00056677" w:rsidRDefault="0092657D">
            <w:r>
              <w:t>−0,209 т/ч</w:t>
            </w:r>
          </w:p>
        </w:tc>
      </w:tr>
      <w:tr w:rsidR="00056677" w:rsidRPr="004D1FEB" w14:paraId="0D5982BE" w14:textId="77777777">
        <w:trPr>
          <w:cantSplit/>
        </w:trPr>
        <w:tc>
          <w:tcPr>
            <w:tcW w:w="0" w:type="auto"/>
            <w:shd w:val="clear" w:color="auto" w:fill="F2F2F2"/>
          </w:tcPr>
          <w:p w14:paraId="236280D2" w14:textId="77777777" w:rsidR="00056677" w:rsidRDefault="0092657D">
            <w:r>
              <w:t>Утверждаемое решение</w:t>
            </w:r>
          </w:p>
        </w:tc>
        <w:tc>
          <w:tcPr>
            <w:tcW w:w="0" w:type="auto"/>
            <w:shd w:val="clear" w:color="auto" w:fill="FFFFFF"/>
          </w:tcPr>
          <w:p w14:paraId="14F4C5EB" w14:textId="77777777" w:rsidR="00056677" w:rsidRPr="00844B84" w:rsidRDefault="0092657D">
            <w:pPr>
              <w:rPr>
                <w:lang w:val="ru-RU"/>
              </w:rPr>
            </w:pPr>
            <w:r w:rsidRPr="00844B84">
              <w:rPr>
                <w:lang w:val="ru-RU"/>
              </w:rPr>
              <w:t>перевод на закрытую схему приготовления горячей воды</w:t>
            </w:r>
          </w:p>
        </w:tc>
      </w:tr>
    </w:tbl>
    <w:p w14:paraId="3DF9799B" w14:textId="77777777" w:rsidR="00056677" w:rsidRPr="000C24CF" w:rsidRDefault="0092657D">
      <w:pPr>
        <w:pStyle w:val="31"/>
        <w:rPr>
          <w:sz w:val="28"/>
          <w:szCs w:val="28"/>
        </w:rPr>
      </w:pPr>
      <w:r w:rsidRPr="000C24CF">
        <w:rPr>
          <w:sz w:val="28"/>
          <w:szCs w:val="28"/>
        </w:rPr>
        <w:t>7.9.3. УПК № 2 «ЦМК»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362"/>
        <w:gridCol w:w="5127"/>
      </w:tblGrid>
      <w:tr w:rsidR="00056677" w14:paraId="28A41FCF" w14:textId="77777777">
        <w:trPr>
          <w:cantSplit/>
          <w:tblHeader/>
        </w:trPr>
        <w:tc>
          <w:tcPr>
            <w:tcW w:w="0" w:type="auto"/>
            <w:shd w:val="clear" w:color="auto" w:fill="E2F0D9"/>
          </w:tcPr>
          <w:p w14:paraId="26BB0D32" w14:textId="77777777" w:rsidR="00056677" w:rsidRDefault="0092657D">
            <w:pPr>
              <w:jc w:val="center"/>
            </w:pPr>
            <w:r>
              <w:rPr>
                <w:b/>
              </w:rPr>
              <w:t>Характеристика</w:t>
            </w:r>
          </w:p>
        </w:tc>
        <w:tc>
          <w:tcPr>
            <w:tcW w:w="0" w:type="auto"/>
            <w:shd w:val="clear" w:color="auto" w:fill="E2F0D9"/>
          </w:tcPr>
          <w:p w14:paraId="70F6017E" w14:textId="77777777" w:rsidR="00056677" w:rsidRDefault="0092657D">
            <w:pPr>
              <w:jc w:val="center"/>
            </w:pPr>
            <w:r>
              <w:rPr>
                <w:b/>
              </w:rPr>
              <w:t>Значение</w:t>
            </w:r>
          </w:p>
        </w:tc>
      </w:tr>
      <w:tr w:rsidR="00056677" w14:paraId="24E7DC06" w14:textId="77777777">
        <w:trPr>
          <w:cantSplit/>
        </w:trPr>
        <w:tc>
          <w:tcPr>
            <w:tcW w:w="0" w:type="auto"/>
            <w:shd w:val="clear" w:color="auto" w:fill="F2F2F2"/>
          </w:tcPr>
          <w:p w14:paraId="3B65045E" w14:textId="77777777" w:rsidR="00056677" w:rsidRDefault="0092657D">
            <w:r>
              <w:t>Схема приготовления горячей воды</w:t>
            </w:r>
          </w:p>
        </w:tc>
        <w:tc>
          <w:tcPr>
            <w:tcW w:w="0" w:type="auto"/>
            <w:shd w:val="clear" w:color="auto" w:fill="FFFFFF"/>
          </w:tcPr>
          <w:p w14:paraId="2D655E85" w14:textId="77777777" w:rsidR="00056677" w:rsidRDefault="0092657D">
            <w:r>
              <w:t>Открытая, двухтрубная</w:t>
            </w:r>
          </w:p>
        </w:tc>
      </w:tr>
      <w:tr w:rsidR="00056677" w14:paraId="4D985163" w14:textId="77777777">
        <w:trPr>
          <w:cantSplit/>
        </w:trPr>
        <w:tc>
          <w:tcPr>
            <w:tcW w:w="0" w:type="auto"/>
            <w:shd w:val="clear" w:color="auto" w:fill="F2F2F2"/>
          </w:tcPr>
          <w:p w14:paraId="6DF0A57F" w14:textId="77777777" w:rsidR="00056677" w:rsidRDefault="0092657D">
            <w:r>
              <w:t>Тепловая сеть</w:t>
            </w:r>
          </w:p>
        </w:tc>
        <w:tc>
          <w:tcPr>
            <w:tcW w:w="0" w:type="auto"/>
            <w:shd w:val="clear" w:color="auto" w:fill="FFFFFF"/>
          </w:tcPr>
          <w:p w14:paraId="4409F8BD" w14:textId="77777777" w:rsidR="00056677" w:rsidRDefault="0092657D">
            <w:r>
              <w:t>двухтрубная</w:t>
            </w:r>
          </w:p>
        </w:tc>
      </w:tr>
      <w:tr w:rsidR="00056677" w14:paraId="7C7074F9" w14:textId="77777777">
        <w:trPr>
          <w:cantSplit/>
        </w:trPr>
        <w:tc>
          <w:tcPr>
            <w:tcW w:w="0" w:type="auto"/>
            <w:shd w:val="clear" w:color="auto" w:fill="F2F2F2"/>
          </w:tcPr>
          <w:p w14:paraId="67771DED" w14:textId="77777777" w:rsidR="00056677" w:rsidRDefault="0092657D">
            <w:r>
              <w:t>Температурный график</w:t>
            </w:r>
          </w:p>
        </w:tc>
        <w:tc>
          <w:tcPr>
            <w:tcW w:w="0" w:type="auto"/>
            <w:shd w:val="clear" w:color="auto" w:fill="FFFFFF"/>
          </w:tcPr>
          <w:p w14:paraId="5FC3FA91" w14:textId="77777777" w:rsidR="00056677" w:rsidRDefault="0092657D">
            <w:r>
              <w:t>95/70 °C</w:t>
            </w:r>
          </w:p>
        </w:tc>
      </w:tr>
      <w:tr w:rsidR="00056677" w14:paraId="3FCDB32F" w14:textId="77777777">
        <w:trPr>
          <w:cantSplit/>
        </w:trPr>
        <w:tc>
          <w:tcPr>
            <w:tcW w:w="0" w:type="auto"/>
            <w:shd w:val="clear" w:color="auto" w:fill="F2F2F2"/>
          </w:tcPr>
          <w:p w14:paraId="01446EAB" w14:textId="77777777" w:rsidR="00056677" w:rsidRPr="00844B84" w:rsidRDefault="0092657D">
            <w:pPr>
              <w:rPr>
                <w:lang w:val="ru-RU"/>
              </w:rPr>
            </w:pPr>
            <w:r w:rsidRPr="00844B84">
              <w:rPr>
                <w:lang w:val="ru-RU"/>
              </w:rPr>
              <w:t>Нагрузка горячего водоснабжения на 2026 год</w:t>
            </w:r>
          </w:p>
        </w:tc>
        <w:tc>
          <w:tcPr>
            <w:tcW w:w="0" w:type="auto"/>
            <w:shd w:val="clear" w:color="auto" w:fill="FFFFFF"/>
          </w:tcPr>
          <w:p w14:paraId="3956537D" w14:textId="77777777" w:rsidR="00056677" w:rsidRDefault="0092657D">
            <w:r>
              <w:t>0,1280 Гкал/ч</w:t>
            </w:r>
          </w:p>
        </w:tc>
      </w:tr>
      <w:tr w:rsidR="00056677" w14:paraId="52074996" w14:textId="77777777">
        <w:trPr>
          <w:cantSplit/>
        </w:trPr>
        <w:tc>
          <w:tcPr>
            <w:tcW w:w="0" w:type="auto"/>
            <w:shd w:val="clear" w:color="auto" w:fill="F2F2F2"/>
          </w:tcPr>
          <w:p w14:paraId="515FF009" w14:textId="77777777" w:rsidR="00056677" w:rsidRPr="00844B84" w:rsidRDefault="0092657D">
            <w:pPr>
              <w:rPr>
                <w:lang w:val="ru-RU"/>
              </w:rPr>
            </w:pPr>
            <w:r w:rsidRPr="00844B84">
              <w:rPr>
                <w:lang w:val="ru-RU"/>
              </w:rPr>
              <w:t>Нагрузка горячего водоснабжения на расчётный срок</w:t>
            </w:r>
          </w:p>
        </w:tc>
        <w:tc>
          <w:tcPr>
            <w:tcW w:w="0" w:type="auto"/>
            <w:shd w:val="clear" w:color="auto" w:fill="FFFFFF"/>
          </w:tcPr>
          <w:p w14:paraId="68885A91" w14:textId="77777777" w:rsidR="00056677" w:rsidRDefault="0092657D">
            <w:r>
              <w:t>0,1280 Гкал/ч</w:t>
            </w:r>
          </w:p>
        </w:tc>
      </w:tr>
      <w:tr w:rsidR="00056677" w14:paraId="756D94A3" w14:textId="77777777">
        <w:trPr>
          <w:cantSplit/>
        </w:trPr>
        <w:tc>
          <w:tcPr>
            <w:tcW w:w="0" w:type="auto"/>
            <w:shd w:val="clear" w:color="auto" w:fill="F2F2F2"/>
          </w:tcPr>
          <w:p w14:paraId="7C9EE252" w14:textId="77777777" w:rsidR="00056677" w:rsidRPr="00844B84" w:rsidRDefault="0092657D">
            <w:pPr>
              <w:rPr>
                <w:lang w:val="ru-RU"/>
              </w:rPr>
            </w:pPr>
            <w:r w:rsidRPr="00844B84">
              <w:rPr>
                <w:lang w:val="ru-RU"/>
              </w:rPr>
              <w:t>Отпуск теплоносителя на нужды горячего водоснабжения</w:t>
            </w:r>
          </w:p>
        </w:tc>
        <w:tc>
          <w:tcPr>
            <w:tcW w:w="0" w:type="auto"/>
            <w:shd w:val="clear" w:color="auto" w:fill="FFFFFF"/>
          </w:tcPr>
          <w:p w14:paraId="765D5407" w14:textId="77777777" w:rsidR="00056677" w:rsidRDefault="0092657D">
            <w:r>
              <w:t>13 266 т/год</w:t>
            </w:r>
          </w:p>
        </w:tc>
      </w:tr>
      <w:tr w:rsidR="00056677" w14:paraId="159CDBA4" w14:textId="77777777">
        <w:trPr>
          <w:cantSplit/>
        </w:trPr>
        <w:tc>
          <w:tcPr>
            <w:tcW w:w="0" w:type="auto"/>
            <w:shd w:val="clear" w:color="auto" w:fill="F2F2F2"/>
          </w:tcPr>
          <w:p w14:paraId="07EC3A6A" w14:textId="77777777" w:rsidR="00056677" w:rsidRPr="00844B84" w:rsidRDefault="0092657D">
            <w:pPr>
              <w:rPr>
                <w:lang w:val="ru-RU"/>
              </w:rPr>
            </w:pPr>
            <w:r w:rsidRPr="00844B84">
              <w:rPr>
                <w:lang w:val="ru-RU"/>
              </w:rPr>
              <w:t>Подпитка тепловой сети на 2026 год</w:t>
            </w:r>
          </w:p>
        </w:tc>
        <w:tc>
          <w:tcPr>
            <w:tcW w:w="0" w:type="auto"/>
            <w:shd w:val="clear" w:color="auto" w:fill="FFFFFF"/>
          </w:tcPr>
          <w:p w14:paraId="0C89981A" w14:textId="77777777" w:rsidR="00056677" w:rsidRDefault="0092657D">
            <w:r>
              <w:t>1,713 т/ч</w:t>
            </w:r>
          </w:p>
        </w:tc>
      </w:tr>
      <w:tr w:rsidR="00056677" w14:paraId="5F9A7D34" w14:textId="77777777">
        <w:trPr>
          <w:cantSplit/>
        </w:trPr>
        <w:tc>
          <w:tcPr>
            <w:tcW w:w="0" w:type="auto"/>
            <w:shd w:val="clear" w:color="auto" w:fill="F2F2F2"/>
          </w:tcPr>
          <w:p w14:paraId="3DA2CCEA" w14:textId="77777777" w:rsidR="00056677" w:rsidRDefault="0092657D">
            <w:r>
              <w:t>Производительность водоподготовительной установки</w:t>
            </w:r>
          </w:p>
        </w:tc>
        <w:tc>
          <w:tcPr>
            <w:tcW w:w="0" w:type="auto"/>
            <w:shd w:val="clear" w:color="auto" w:fill="FFFFFF"/>
          </w:tcPr>
          <w:p w14:paraId="299BF88A" w14:textId="77777777" w:rsidR="00056677" w:rsidRDefault="0092657D">
            <w:r>
              <w:t>20,0 т/ч</w:t>
            </w:r>
          </w:p>
        </w:tc>
      </w:tr>
      <w:tr w:rsidR="00056677" w14:paraId="0D168562" w14:textId="77777777">
        <w:trPr>
          <w:cantSplit/>
        </w:trPr>
        <w:tc>
          <w:tcPr>
            <w:tcW w:w="0" w:type="auto"/>
            <w:shd w:val="clear" w:color="auto" w:fill="F2F2F2"/>
          </w:tcPr>
          <w:p w14:paraId="44C22123" w14:textId="77777777" w:rsidR="00056677" w:rsidRPr="00844B84" w:rsidRDefault="0092657D">
            <w:pPr>
              <w:rPr>
                <w:lang w:val="ru-RU"/>
              </w:rPr>
            </w:pPr>
            <w:r w:rsidRPr="00844B84">
              <w:rPr>
                <w:lang w:val="ru-RU"/>
              </w:rPr>
              <w:t>Резерв или дефицит подпитки в нормальном режиме</w:t>
            </w:r>
          </w:p>
        </w:tc>
        <w:tc>
          <w:tcPr>
            <w:tcW w:w="0" w:type="auto"/>
            <w:shd w:val="clear" w:color="auto" w:fill="FFFFFF"/>
          </w:tcPr>
          <w:p w14:paraId="667E0F1C" w14:textId="77777777" w:rsidR="00056677" w:rsidRDefault="0092657D">
            <w:r>
              <w:t>18,287 т/ч</w:t>
            </w:r>
          </w:p>
        </w:tc>
      </w:tr>
      <w:tr w:rsidR="00056677" w14:paraId="16A7AFE6" w14:textId="77777777">
        <w:trPr>
          <w:cantSplit/>
        </w:trPr>
        <w:tc>
          <w:tcPr>
            <w:tcW w:w="0" w:type="auto"/>
            <w:shd w:val="clear" w:color="auto" w:fill="F2F2F2"/>
          </w:tcPr>
          <w:p w14:paraId="3407BCC5" w14:textId="77777777" w:rsidR="00056677" w:rsidRDefault="0092657D">
            <w:r>
              <w:t>Нормируемая аварийная подпитка</w:t>
            </w:r>
          </w:p>
        </w:tc>
        <w:tc>
          <w:tcPr>
            <w:tcW w:w="0" w:type="auto"/>
            <w:shd w:val="clear" w:color="auto" w:fill="FFFFFF"/>
          </w:tcPr>
          <w:p w14:paraId="27E1A5F0" w14:textId="77777777" w:rsidR="00056677" w:rsidRDefault="0092657D">
            <w:r>
              <w:t>1,4 т/ч</w:t>
            </w:r>
          </w:p>
        </w:tc>
      </w:tr>
      <w:tr w:rsidR="00056677" w14:paraId="78AAACAA" w14:textId="77777777">
        <w:trPr>
          <w:cantSplit/>
        </w:trPr>
        <w:tc>
          <w:tcPr>
            <w:tcW w:w="0" w:type="auto"/>
            <w:shd w:val="clear" w:color="auto" w:fill="F2F2F2"/>
          </w:tcPr>
          <w:p w14:paraId="3A13B783" w14:textId="77777777" w:rsidR="00056677" w:rsidRPr="00844B84" w:rsidRDefault="0092657D">
            <w:pPr>
              <w:rPr>
                <w:lang w:val="ru-RU"/>
              </w:rPr>
            </w:pPr>
            <w:r w:rsidRPr="00844B84">
              <w:rPr>
                <w:lang w:val="ru-RU"/>
              </w:rPr>
              <w:t>Резерв или дефицит подпитки в аварийном режиме</w:t>
            </w:r>
          </w:p>
        </w:tc>
        <w:tc>
          <w:tcPr>
            <w:tcW w:w="0" w:type="auto"/>
            <w:shd w:val="clear" w:color="auto" w:fill="FFFFFF"/>
          </w:tcPr>
          <w:p w14:paraId="2173F5D5" w14:textId="77777777" w:rsidR="00056677" w:rsidRDefault="0092657D">
            <w:r>
              <w:t>18,60 т/ч</w:t>
            </w:r>
          </w:p>
        </w:tc>
      </w:tr>
      <w:tr w:rsidR="00056677" w14:paraId="37E2E56C" w14:textId="77777777">
        <w:trPr>
          <w:cantSplit/>
        </w:trPr>
        <w:tc>
          <w:tcPr>
            <w:tcW w:w="0" w:type="auto"/>
            <w:shd w:val="clear" w:color="auto" w:fill="F2F2F2"/>
          </w:tcPr>
          <w:p w14:paraId="46AEF01E" w14:textId="77777777" w:rsidR="00056677" w:rsidRDefault="0092657D">
            <w:r>
              <w:t>Баки-аккумуляторы</w:t>
            </w:r>
          </w:p>
        </w:tc>
        <w:tc>
          <w:tcPr>
            <w:tcW w:w="0" w:type="auto"/>
            <w:shd w:val="clear" w:color="auto" w:fill="FFFFFF"/>
          </w:tcPr>
          <w:p w14:paraId="403E7A34" w14:textId="77777777" w:rsidR="00056677" w:rsidRDefault="0092657D">
            <w:r>
              <w:t>отсутствуют</w:t>
            </w:r>
          </w:p>
        </w:tc>
      </w:tr>
      <w:tr w:rsidR="00056677" w14:paraId="64A2C669" w14:textId="77777777">
        <w:trPr>
          <w:cantSplit/>
        </w:trPr>
        <w:tc>
          <w:tcPr>
            <w:tcW w:w="0" w:type="auto"/>
            <w:shd w:val="clear" w:color="auto" w:fill="F2F2F2"/>
          </w:tcPr>
          <w:p w14:paraId="1688337C" w14:textId="77777777" w:rsidR="00056677" w:rsidRPr="00844B84" w:rsidRDefault="0092657D">
            <w:pPr>
              <w:rPr>
                <w:lang w:val="ru-RU"/>
              </w:rPr>
            </w:pPr>
            <w:r w:rsidRPr="00844B84">
              <w:rPr>
                <w:lang w:val="ru-RU"/>
              </w:rPr>
              <w:t>Подпитка после перевода на закрытую схему</w:t>
            </w:r>
          </w:p>
        </w:tc>
        <w:tc>
          <w:tcPr>
            <w:tcW w:w="0" w:type="auto"/>
            <w:shd w:val="clear" w:color="auto" w:fill="FFFFFF"/>
          </w:tcPr>
          <w:p w14:paraId="022BC7F5" w14:textId="77777777" w:rsidR="00056677" w:rsidRDefault="0092657D">
            <w:r>
              <w:t>0,199 т/ч</w:t>
            </w:r>
          </w:p>
        </w:tc>
      </w:tr>
      <w:tr w:rsidR="00056677" w14:paraId="30552520" w14:textId="77777777">
        <w:trPr>
          <w:cantSplit/>
        </w:trPr>
        <w:tc>
          <w:tcPr>
            <w:tcW w:w="0" w:type="auto"/>
            <w:shd w:val="clear" w:color="auto" w:fill="F2F2F2"/>
          </w:tcPr>
          <w:p w14:paraId="53A2A421" w14:textId="77777777" w:rsidR="00056677" w:rsidRDefault="0092657D">
            <w:r>
              <w:t>Резерв подпитки после перевода</w:t>
            </w:r>
          </w:p>
        </w:tc>
        <w:tc>
          <w:tcPr>
            <w:tcW w:w="0" w:type="auto"/>
            <w:shd w:val="clear" w:color="auto" w:fill="FFFFFF"/>
          </w:tcPr>
          <w:p w14:paraId="217F6BBE" w14:textId="77777777" w:rsidR="00056677" w:rsidRDefault="0092657D">
            <w:r>
              <w:t>19,801 т/ч</w:t>
            </w:r>
          </w:p>
        </w:tc>
      </w:tr>
      <w:tr w:rsidR="00056677" w:rsidRPr="004D1FEB" w14:paraId="1B459A73" w14:textId="77777777">
        <w:trPr>
          <w:cantSplit/>
        </w:trPr>
        <w:tc>
          <w:tcPr>
            <w:tcW w:w="0" w:type="auto"/>
            <w:shd w:val="clear" w:color="auto" w:fill="F2F2F2"/>
          </w:tcPr>
          <w:p w14:paraId="4D7E12F1" w14:textId="77777777" w:rsidR="00056677" w:rsidRDefault="0092657D">
            <w:r>
              <w:t>Утверждаемое решение</w:t>
            </w:r>
          </w:p>
        </w:tc>
        <w:tc>
          <w:tcPr>
            <w:tcW w:w="0" w:type="auto"/>
            <w:shd w:val="clear" w:color="auto" w:fill="FFFFFF"/>
          </w:tcPr>
          <w:p w14:paraId="78A98AFA" w14:textId="77777777" w:rsidR="00056677" w:rsidRPr="00844B84" w:rsidRDefault="0092657D">
            <w:pPr>
              <w:rPr>
                <w:lang w:val="ru-RU"/>
              </w:rPr>
            </w:pPr>
            <w:r w:rsidRPr="00844B84">
              <w:rPr>
                <w:lang w:val="ru-RU"/>
              </w:rPr>
              <w:t>перевод на закрытую схему приготовления горячей воды</w:t>
            </w:r>
          </w:p>
        </w:tc>
      </w:tr>
    </w:tbl>
    <w:p w14:paraId="5842EA8B" w14:textId="77777777" w:rsidR="00056677" w:rsidRPr="000C24CF" w:rsidRDefault="0092657D">
      <w:pPr>
        <w:pStyle w:val="31"/>
        <w:rPr>
          <w:sz w:val="28"/>
          <w:szCs w:val="28"/>
        </w:rPr>
      </w:pPr>
      <w:r w:rsidRPr="000C24CF">
        <w:rPr>
          <w:sz w:val="28"/>
          <w:szCs w:val="28"/>
        </w:rPr>
        <w:t>7.9.4. УПК № 9 «ГРЭ»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741"/>
        <w:gridCol w:w="5748"/>
      </w:tblGrid>
      <w:tr w:rsidR="00056677" w14:paraId="1D004304" w14:textId="77777777">
        <w:trPr>
          <w:cantSplit/>
          <w:tblHeader/>
        </w:trPr>
        <w:tc>
          <w:tcPr>
            <w:tcW w:w="0" w:type="auto"/>
            <w:shd w:val="clear" w:color="auto" w:fill="E2F0D9"/>
          </w:tcPr>
          <w:p w14:paraId="1A2CBC40" w14:textId="77777777" w:rsidR="00056677" w:rsidRDefault="0092657D">
            <w:pPr>
              <w:jc w:val="center"/>
            </w:pPr>
            <w:r>
              <w:rPr>
                <w:b/>
              </w:rPr>
              <w:t>Характеристика</w:t>
            </w:r>
          </w:p>
        </w:tc>
        <w:tc>
          <w:tcPr>
            <w:tcW w:w="0" w:type="auto"/>
            <w:shd w:val="clear" w:color="auto" w:fill="E2F0D9"/>
          </w:tcPr>
          <w:p w14:paraId="413EB05A" w14:textId="77777777" w:rsidR="00056677" w:rsidRDefault="0092657D">
            <w:pPr>
              <w:jc w:val="center"/>
            </w:pPr>
            <w:r>
              <w:rPr>
                <w:b/>
              </w:rPr>
              <w:t>Значение</w:t>
            </w:r>
          </w:p>
        </w:tc>
      </w:tr>
      <w:tr w:rsidR="00056677" w14:paraId="1231EAC0" w14:textId="77777777">
        <w:trPr>
          <w:cantSplit/>
        </w:trPr>
        <w:tc>
          <w:tcPr>
            <w:tcW w:w="0" w:type="auto"/>
            <w:shd w:val="clear" w:color="auto" w:fill="F2F2F2"/>
          </w:tcPr>
          <w:p w14:paraId="2E17AD85" w14:textId="77777777" w:rsidR="00056677" w:rsidRDefault="0092657D">
            <w:r>
              <w:t>Схема приготовления горячей воды</w:t>
            </w:r>
          </w:p>
        </w:tc>
        <w:tc>
          <w:tcPr>
            <w:tcW w:w="0" w:type="auto"/>
            <w:shd w:val="clear" w:color="auto" w:fill="FFFFFF"/>
          </w:tcPr>
          <w:p w14:paraId="5D68A294" w14:textId="77777777" w:rsidR="00056677" w:rsidRDefault="0092657D">
            <w:r>
              <w:t>Открытая, двухтрубная</w:t>
            </w:r>
          </w:p>
        </w:tc>
      </w:tr>
      <w:tr w:rsidR="00056677" w14:paraId="7286F45D" w14:textId="77777777">
        <w:trPr>
          <w:cantSplit/>
        </w:trPr>
        <w:tc>
          <w:tcPr>
            <w:tcW w:w="0" w:type="auto"/>
            <w:shd w:val="clear" w:color="auto" w:fill="F2F2F2"/>
          </w:tcPr>
          <w:p w14:paraId="20077934" w14:textId="77777777" w:rsidR="00056677" w:rsidRDefault="0092657D">
            <w:r>
              <w:t>Тепловая сеть</w:t>
            </w:r>
          </w:p>
        </w:tc>
        <w:tc>
          <w:tcPr>
            <w:tcW w:w="0" w:type="auto"/>
            <w:shd w:val="clear" w:color="auto" w:fill="FFFFFF"/>
          </w:tcPr>
          <w:p w14:paraId="59C1953C" w14:textId="77777777" w:rsidR="00056677" w:rsidRDefault="0092657D">
            <w:r>
              <w:t>двухтрубная</w:t>
            </w:r>
          </w:p>
        </w:tc>
      </w:tr>
      <w:tr w:rsidR="00056677" w14:paraId="5B6D7318" w14:textId="77777777">
        <w:trPr>
          <w:cantSplit/>
        </w:trPr>
        <w:tc>
          <w:tcPr>
            <w:tcW w:w="0" w:type="auto"/>
            <w:shd w:val="clear" w:color="auto" w:fill="F2F2F2"/>
          </w:tcPr>
          <w:p w14:paraId="3E597E42" w14:textId="77777777" w:rsidR="00056677" w:rsidRDefault="0092657D">
            <w:r>
              <w:t>Температурный график</w:t>
            </w:r>
          </w:p>
        </w:tc>
        <w:tc>
          <w:tcPr>
            <w:tcW w:w="0" w:type="auto"/>
            <w:shd w:val="clear" w:color="auto" w:fill="FFFFFF"/>
          </w:tcPr>
          <w:p w14:paraId="0A4D882A" w14:textId="77777777" w:rsidR="00056677" w:rsidRDefault="0092657D">
            <w:r>
              <w:t>95/70 °C</w:t>
            </w:r>
          </w:p>
        </w:tc>
      </w:tr>
      <w:tr w:rsidR="00056677" w14:paraId="34B6CEBB" w14:textId="77777777">
        <w:trPr>
          <w:cantSplit/>
        </w:trPr>
        <w:tc>
          <w:tcPr>
            <w:tcW w:w="0" w:type="auto"/>
            <w:shd w:val="clear" w:color="auto" w:fill="F2F2F2"/>
          </w:tcPr>
          <w:p w14:paraId="10E556A2" w14:textId="77777777" w:rsidR="00056677" w:rsidRPr="00844B84" w:rsidRDefault="0092657D">
            <w:pPr>
              <w:rPr>
                <w:lang w:val="ru-RU"/>
              </w:rPr>
            </w:pPr>
            <w:r w:rsidRPr="00844B84">
              <w:rPr>
                <w:lang w:val="ru-RU"/>
              </w:rPr>
              <w:t>Нагрузка горячего водоснабжения на 2026 год</w:t>
            </w:r>
          </w:p>
        </w:tc>
        <w:tc>
          <w:tcPr>
            <w:tcW w:w="0" w:type="auto"/>
            <w:shd w:val="clear" w:color="auto" w:fill="FFFFFF"/>
          </w:tcPr>
          <w:p w14:paraId="49394271" w14:textId="77777777" w:rsidR="00056677" w:rsidRDefault="0092657D">
            <w:r>
              <w:t>0,0020 Гкал/ч</w:t>
            </w:r>
          </w:p>
        </w:tc>
      </w:tr>
      <w:tr w:rsidR="00056677" w14:paraId="0106AA18" w14:textId="77777777">
        <w:trPr>
          <w:cantSplit/>
        </w:trPr>
        <w:tc>
          <w:tcPr>
            <w:tcW w:w="0" w:type="auto"/>
            <w:shd w:val="clear" w:color="auto" w:fill="F2F2F2"/>
          </w:tcPr>
          <w:p w14:paraId="6425A211" w14:textId="77777777" w:rsidR="00056677" w:rsidRPr="00844B84" w:rsidRDefault="0092657D">
            <w:pPr>
              <w:rPr>
                <w:lang w:val="ru-RU"/>
              </w:rPr>
            </w:pPr>
            <w:r w:rsidRPr="00844B84">
              <w:rPr>
                <w:lang w:val="ru-RU"/>
              </w:rPr>
              <w:t>Нагрузка горячего водоснабжения на расчётный срок</w:t>
            </w:r>
          </w:p>
        </w:tc>
        <w:tc>
          <w:tcPr>
            <w:tcW w:w="0" w:type="auto"/>
            <w:shd w:val="clear" w:color="auto" w:fill="FFFFFF"/>
          </w:tcPr>
          <w:p w14:paraId="12C7409E" w14:textId="77777777" w:rsidR="00056677" w:rsidRDefault="0092657D">
            <w:r>
              <w:t>0,0020 Гкал/ч</w:t>
            </w:r>
          </w:p>
        </w:tc>
      </w:tr>
      <w:tr w:rsidR="00056677" w14:paraId="3747F475" w14:textId="77777777">
        <w:trPr>
          <w:cantSplit/>
        </w:trPr>
        <w:tc>
          <w:tcPr>
            <w:tcW w:w="0" w:type="auto"/>
            <w:shd w:val="clear" w:color="auto" w:fill="F2F2F2"/>
          </w:tcPr>
          <w:p w14:paraId="77B81323" w14:textId="77777777" w:rsidR="00056677" w:rsidRPr="00844B84" w:rsidRDefault="0092657D">
            <w:pPr>
              <w:rPr>
                <w:lang w:val="ru-RU"/>
              </w:rPr>
            </w:pPr>
            <w:r w:rsidRPr="00844B84">
              <w:rPr>
                <w:lang w:val="ru-RU"/>
              </w:rPr>
              <w:t>Отпуск теплоносителя на нужды горячего водоснабжения</w:t>
            </w:r>
          </w:p>
        </w:tc>
        <w:tc>
          <w:tcPr>
            <w:tcW w:w="0" w:type="auto"/>
            <w:shd w:val="clear" w:color="auto" w:fill="FFFFFF"/>
          </w:tcPr>
          <w:p w14:paraId="6BC31D4D" w14:textId="77777777" w:rsidR="00056677" w:rsidRDefault="0092657D">
            <w:r>
              <w:t>численно не раскрыт</w:t>
            </w:r>
          </w:p>
        </w:tc>
      </w:tr>
      <w:tr w:rsidR="00056677" w14:paraId="49B5BA3C" w14:textId="77777777">
        <w:trPr>
          <w:cantSplit/>
        </w:trPr>
        <w:tc>
          <w:tcPr>
            <w:tcW w:w="0" w:type="auto"/>
            <w:shd w:val="clear" w:color="auto" w:fill="F2F2F2"/>
          </w:tcPr>
          <w:p w14:paraId="5E79EC1E" w14:textId="77777777" w:rsidR="00056677" w:rsidRPr="00844B84" w:rsidRDefault="0092657D">
            <w:pPr>
              <w:rPr>
                <w:lang w:val="ru-RU"/>
              </w:rPr>
            </w:pPr>
            <w:r w:rsidRPr="00844B84">
              <w:rPr>
                <w:lang w:val="ru-RU"/>
              </w:rPr>
              <w:t>Подпитка тепловой сети на 2026 год</w:t>
            </w:r>
          </w:p>
        </w:tc>
        <w:tc>
          <w:tcPr>
            <w:tcW w:w="0" w:type="auto"/>
            <w:shd w:val="clear" w:color="auto" w:fill="FFFFFF"/>
          </w:tcPr>
          <w:p w14:paraId="06641CE9" w14:textId="77777777" w:rsidR="00056677" w:rsidRDefault="0092657D">
            <w:r>
              <w:t>0,000 т/ч</w:t>
            </w:r>
          </w:p>
        </w:tc>
      </w:tr>
      <w:tr w:rsidR="00056677" w:rsidRPr="004D1FEB" w14:paraId="1CFCFB39" w14:textId="77777777">
        <w:trPr>
          <w:cantSplit/>
        </w:trPr>
        <w:tc>
          <w:tcPr>
            <w:tcW w:w="0" w:type="auto"/>
            <w:shd w:val="clear" w:color="auto" w:fill="F2F2F2"/>
          </w:tcPr>
          <w:p w14:paraId="5BB67459" w14:textId="77777777" w:rsidR="00056677" w:rsidRDefault="0092657D">
            <w:r>
              <w:t>Производительность водоподготовительной установки</w:t>
            </w:r>
          </w:p>
        </w:tc>
        <w:tc>
          <w:tcPr>
            <w:tcW w:w="0" w:type="auto"/>
            <w:shd w:val="clear" w:color="auto" w:fill="FFFFFF"/>
          </w:tcPr>
          <w:p w14:paraId="019A7166" w14:textId="77777777" w:rsidR="00056677" w:rsidRPr="00844B84" w:rsidRDefault="0092657D">
            <w:pPr>
              <w:rPr>
                <w:lang w:val="ru-RU"/>
              </w:rPr>
            </w:pPr>
            <w:r w:rsidRPr="00844B84">
              <w:rPr>
                <w:lang w:val="ru-RU"/>
              </w:rPr>
              <w:t>нулевая заявленная производительность; технология подлежит уточнению</w:t>
            </w:r>
          </w:p>
        </w:tc>
      </w:tr>
      <w:tr w:rsidR="00056677" w14:paraId="5D7210AD" w14:textId="77777777">
        <w:trPr>
          <w:cantSplit/>
        </w:trPr>
        <w:tc>
          <w:tcPr>
            <w:tcW w:w="0" w:type="auto"/>
            <w:shd w:val="clear" w:color="auto" w:fill="F2F2F2"/>
          </w:tcPr>
          <w:p w14:paraId="303E70C8" w14:textId="77777777" w:rsidR="00056677" w:rsidRPr="00844B84" w:rsidRDefault="0092657D">
            <w:pPr>
              <w:rPr>
                <w:lang w:val="ru-RU"/>
              </w:rPr>
            </w:pPr>
            <w:r w:rsidRPr="00844B84">
              <w:rPr>
                <w:lang w:val="ru-RU"/>
              </w:rPr>
              <w:t>Резерв или дефицит подпитки в нормальном режиме</w:t>
            </w:r>
          </w:p>
        </w:tc>
        <w:tc>
          <w:tcPr>
            <w:tcW w:w="0" w:type="auto"/>
            <w:shd w:val="clear" w:color="auto" w:fill="FFFFFF"/>
          </w:tcPr>
          <w:p w14:paraId="66797B0A" w14:textId="77777777" w:rsidR="00056677" w:rsidRDefault="0092657D">
            <w:r>
              <w:t>0,000 т/ч</w:t>
            </w:r>
          </w:p>
        </w:tc>
      </w:tr>
      <w:tr w:rsidR="00056677" w14:paraId="48087130" w14:textId="77777777">
        <w:trPr>
          <w:cantSplit/>
        </w:trPr>
        <w:tc>
          <w:tcPr>
            <w:tcW w:w="0" w:type="auto"/>
            <w:shd w:val="clear" w:color="auto" w:fill="F2F2F2"/>
          </w:tcPr>
          <w:p w14:paraId="7BF69D80" w14:textId="77777777" w:rsidR="00056677" w:rsidRDefault="0092657D">
            <w:r>
              <w:t>Нормируемая аварийная подпитка</w:t>
            </w:r>
          </w:p>
        </w:tc>
        <w:tc>
          <w:tcPr>
            <w:tcW w:w="0" w:type="auto"/>
            <w:shd w:val="clear" w:color="auto" w:fill="FFFFFF"/>
          </w:tcPr>
          <w:p w14:paraId="3F0543D7" w14:textId="77777777" w:rsidR="00056677" w:rsidRDefault="0092657D">
            <w:r>
              <w:t>0,6 т/ч</w:t>
            </w:r>
          </w:p>
        </w:tc>
      </w:tr>
      <w:tr w:rsidR="00056677" w14:paraId="1294CEA2" w14:textId="77777777">
        <w:trPr>
          <w:cantSplit/>
        </w:trPr>
        <w:tc>
          <w:tcPr>
            <w:tcW w:w="0" w:type="auto"/>
            <w:shd w:val="clear" w:color="auto" w:fill="F2F2F2"/>
          </w:tcPr>
          <w:p w14:paraId="06EB0F5D" w14:textId="77777777" w:rsidR="00056677" w:rsidRPr="00844B84" w:rsidRDefault="0092657D">
            <w:pPr>
              <w:rPr>
                <w:lang w:val="ru-RU"/>
              </w:rPr>
            </w:pPr>
            <w:r w:rsidRPr="00844B84">
              <w:rPr>
                <w:lang w:val="ru-RU"/>
              </w:rPr>
              <w:t>Резерв или дефицит подпитки в аварийном режиме</w:t>
            </w:r>
          </w:p>
        </w:tc>
        <w:tc>
          <w:tcPr>
            <w:tcW w:w="0" w:type="auto"/>
            <w:shd w:val="clear" w:color="auto" w:fill="FFFFFF"/>
          </w:tcPr>
          <w:p w14:paraId="02B91CDC" w14:textId="77777777" w:rsidR="00056677" w:rsidRDefault="0092657D">
            <w:r>
              <w:t>−0,60 т/ч</w:t>
            </w:r>
          </w:p>
        </w:tc>
      </w:tr>
      <w:tr w:rsidR="00056677" w14:paraId="4E00F13D" w14:textId="77777777">
        <w:trPr>
          <w:cantSplit/>
        </w:trPr>
        <w:tc>
          <w:tcPr>
            <w:tcW w:w="0" w:type="auto"/>
            <w:shd w:val="clear" w:color="auto" w:fill="F2F2F2"/>
          </w:tcPr>
          <w:p w14:paraId="71C7E4DB" w14:textId="77777777" w:rsidR="00056677" w:rsidRDefault="0092657D">
            <w:r>
              <w:t>Баки-аккумуляторы</w:t>
            </w:r>
          </w:p>
        </w:tc>
        <w:tc>
          <w:tcPr>
            <w:tcW w:w="0" w:type="auto"/>
            <w:shd w:val="clear" w:color="auto" w:fill="FFFFFF"/>
          </w:tcPr>
          <w:p w14:paraId="1CA3ABC2" w14:textId="77777777" w:rsidR="00056677" w:rsidRDefault="0092657D">
            <w:r>
              <w:t>отсутствуют</w:t>
            </w:r>
          </w:p>
        </w:tc>
      </w:tr>
      <w:tr w:rsidR="00056677" w14:paraId="510FB59E" w14:textId="77777777">
        <w:trPr>
          <w:cantSplit/>
        </w:trPr>
        <w:tc>
          <w:tcPr>
            <w:tcW w:w="0" w:type="auto"/>
            <w:shd w:val="clear" w:color="auto" w:fill="F2F2F2"/>
          </w:tcPr>
          <w:p w14:paraId="1533A11B" w14:textId="77777777" w:rsidR="00056677" w:rsidRPr="00844B84" w:rsidRDefault="0092657D">
            <w:pPr>
              <w:rPr>
                <w:lang w:val="ru-RU"/>
              </w:rPr>
            </w:pPr>
            <w:r w:rsidRPr="00844B84">
              <w:rPr>
                <w:lang w:val="ru-RU"/>
              </w:rPr>
              <w:t>Подпитка после перевода на закрытую схему</w:t>
            </w:r>
          </w:p>
        </w:tc>
        <w:tc>
          <w:tcPr>
            <w:tcW w:w="0" w:type="auto"/>
            <w:shd w:val="clear" w:color="auto" w:fill="FFFFFF"/>
          </w:tcPr>
          <w:p w14:paraId="78B84A84" w14:textId="77777777" w:rsidR="00056677" w:rsidRDefault="0092657D">
            <w:r>
              <w:t>не определяется</w:t>
            </w:r>
          </w:p>
        </w:tc>
      </w:tr>
      <w:tr w:rsidR="00056677" w14:paraId="3FFEBD68" w14:textId="77777777">
        <w:trPr>
          <w:cantSplit/>
        </w:trPr>
        <w:tc>
          <w:tcPr>
            <w:tcW w:w="0" w:type="auto"/>
            <w:shd w:val="clear" w:color="auto" w:fill="F2F2F2"/>
          </w:tcPr>
          <w:p w14:paraId="62B75E6A" w14:textId="77777777" w:rsidR="00056677" w:rsidRDefault="0092657D">
            <w:r>
              <w:t>Резерв подпитки после перевода</w:t>
            </w:r>
          </w:p>
        </w:tc>
        <w:tc>
          <w:tcPr>
            <w:tcW w:w="0" w:type="auto"/>
            <w:shd w:val="clear" w:color="auto" w:fill="FFFFFF"/>
          </w:tcPr>
          <w:p w14:paraId="2FADF78E" w14:textId="77777777" w:rsidR="00056677" w:rsidRDefault="0092657D">
            <w:r>
              <w:t>не определяется</w:t>
            </w:r>
          </w:p>
        </w:tc>
      </w:tr>
      <w:tr w:rsidR="00056677" w:rsidRPr="004D1FEB" w14:paraId="26C9FDC9" w14:textId="77777777">
        <w:trPr>
          <w:cantSplit/>
        </w:trPr>
        <w:tc>
          <w:tcPr>
            <w:tcW w:w="0" w:type="auto"/>
            <w:shd w:val="clear" w:color="auto" w:fill="F2F2F2"/>
          </w:tcPr>
          <w:p w14:paraId="2AB508D0" w14:textId="77777777" w:rsidR="00056677" w:rsidRDefault="0092657D">
            <w:r>
              <w:t>Утверждаемое решение</w:t>
            </w:r>
          </w:p>
        </w:tc>
        <w:tc>
          <w:tcPr>
            <w:tcW w:w="0" w:type="auto"/>
            <w:shd w:val="clear" w:color="auto" w:fill="FFFFFF"/>
          </w:tcPr>
          <w:p w14:paraId="7E1FD8B8" w14:textId="77777777" w:rsidR="00056677" w:rsidRPr="00844B84" w:rsidRDefault="0092657D">
            <w:pPr>
              <w:rPr>
                <w:lang w:val="ru-RU"/>
              </w:rPr>
            </w:pPr>
            <w:r w:rsidRPr="00844B84">
              <w:rPr>
                <w:lang w:val="ru-RU"/>
              </w:rPr>
              <w:t>перевод на закрытую схему; решение предварительное</w:t>
            </w:r>
          </w:p>
        </w:tc>
      </w:tr>
    </w:tbl>
    <w:p w14:paraId="2E19D413" w14:textId="77777777" w:rsidR="00056677" w:rsidRPr="000C24CF" w:rsidRDefault="0092657D">
      <w:pPr>
        <w:pStyle w:val="31"/>
        <w:rPr>
          <w:sz w:val="28"/>
          <w:szCs w:val="28"/>
        </w:rPr>
      </w:pPr>
      <w:r w:rsidRPr="000C24CF">
        <w:rPr>
          <w:sz w:val="28"/>
          <w:szCs w:val="28"/>
        </w:rPr>
        <w:t>7.9.5. УПК № 5 «Новый Шерегеш»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362"/>
        <w:gridCol w:w="5127"/>
      </w:tblGrid>
      <w:tr w:rsidR="00056677" w14:paraId="0E9CDF97" w14:textId="77777777">
        <w:trPr>
          <w:cantSplit/>
          <w:tblHeader/>
        </w:trPr>
        <w:tc>
          <w:tcPr>
            <w:tcW w:w="0" w:type="auto"/>
            <w:shd w:val="clear" w:color="auto" w:fill="E2F0D9"/>
          </w:tcPr>
          <w:p w14:paraId="2FE99E64" w14:textId="77777777" w:rsidR="00056677" w:rsidRDefault="0092657D">
            <w:pPr>
              <w:jc w:val="center"/>
            </w:pPr>
            <w:r>
              <w:rPr>
                <w:b/>
              </w:rPr>
              <w:t>Характеристика</w:t>
            </w:r>
          </w:p>
        </w:tc>
        <w:tc>
          <w:tcPr>
            <w:tcW w:w="0" w:type="auto"/>
            <w:shd w:val="clear" w:color="auto" w:fill="E2F0D9"/>
          </w:tcPr>
          <w:p w14:paraId="306E32BA" w14:textId="77777777" w:rsidR="00056677" w:rsidRDefault="0092657D">
            <w:pPr>
              <w:jc w:val="center"/>
            </w:pPr>
            <w:r>
              <w:rPr>
                <w:b/>
              </w:rPr>
              <w:t>Значение</w:t>
            </w:r>
          </w:p>
        </w:tc>
      </w:tr>
      <w:tr w:rsidR="00056677" w14:paraId="643EBA4F" w14:textId="77777777">
        <w:trPr>
          <w:cantSplit/>
        </w:trPr>
        <w:tc>
          <w:tcPr>
            <w:tcW w:w="0" w:type="auto"/>
            <w:shd w:val="clear" w:color="auto" w:fill="F2F2F2"/>
          </w:tcPr>
          <w:p w14:paraId="333A6B6A" w14:textId="77777777" w:rsidR="00056677" w:rsidRDefault="0092657D">
            <w:r>
              <w:t>Схема приготовления горячей воды</w:t>
            </w:r>
          </w:p>
        </w:tc>
        <w:tc>
          <w:tcPr>
            <w:tcW w:w="0" w:type="auto"/>
            <w:shd w:val="clear" w:color="auto" w:fill="FFFFFF"/>
          </w:tcPr>
          <w:p w14:paraId="633786E4" w14:textId="77777777" w:rsidR="00056677" w:rsidRDefault="0092657D">
            <w:r>
              <w:t>Открытая, двухтрубная</w:t>
            </w:r>
          </w:p>
        </w:tc>
      </w:tr>
      <w:tr w:rsidR="00056677" w14:paraId="5E55459F" w14:textId="77777777">
        <w:trPr>
          <w:cantSplit/>
        </w:trPr>
        <w:tc>
          <w:tcPr>
            <w:tcW w:w="0" w:type="auto"/>
            <w:shd w:val="clear" w:color="auto" w:fill="F2F2F2"/>
          </w:tcPr>
          <w:p w14:paraId="557E4E9A" w14:textId="77777777" w:rsidR="00056677" w:rsidRDefault="0092657D">
            <w:r>
              <w:t>Тепловая сеть</w:t>
            </w:r>
          </w:p>
        </w:tc>
        <w:tc>
          <w:tcPr>
            <w:tcW w:w="0" w:type="auto"/>
            <w:shd w:val="clear" w:color="auto" w:fill="FFFFFF"/>
          </w:tcPr>
          <w:p w14:paraId="699A44FB" w14:textId="77777777" w:rsidR="00056677" w:rsidRDefault="0092657D">
            <w:r>
              <w:t>двухтрубная</w:t>
            </w:r>
          </w:p>
        </w:tc>
      </w:tr>
      <w:tr w:rsidR="00056677" w14:paraId="0838FAB4" w14:textId="77777777">
        <w:trPr>
          <w:cantSplit/>
        </w:trPr>
        <w:tc>
          <w:tcPr>
            <w:tcW w:w="0" w:type="auto"/>
            <w:shd w:val="clear" w:color="auto" w:fill="F2F2F2"/>
          </w:tcPr>
          <w:p w14:paraId="085CC8F2" w14:textId="77777777" w:rsidR="00056677" w:rsidRDefault="0092657D">
            <w:r>
              <w:t>Температурный график</w:t>
            </w:r>
          </w:p>
        </w:tc>
        <w:tc>
          <w:tcPr>
            <w:tcW w:w="0" w:type="auto"/>
            <w:shd w:val="clear" w:color="auto" w:fill="FFFFFF"/>
          </w:tcPr>
          <w:p w14:paraId="6A9599C5" w14:textId="77777777" w:rsidR="00056677" w:rsidRDefault="0092657D">
            <w:r>
              <w:t>95/70 °C</w:t>
            </w:r>
          </w:p>
        </w:tc>
      </w:tr>
      <w:tr w:rsidR="00056677" w14:paraId="64FD92A9" w14:textId="77777777">
        <w:trPr>
          <w:cantSplit/>
        </w:trPr>
        <w:tc>
          <w:tcPr>
            <w:tcW w:w="0" w:type="auto"/>
            <w:shd w:val="clear" w:color="auto" w:fill="F2F2F2"/>
          </w:tcPr>
          <w:p w14:paraId="0CF68098" w14:textId="77777777" w:rsidR="00056677" w:rsidRPr="00844B84" w:rsidRDefault="0092657D">
            <w:pPr>
              <w:rPr>
                <w:lang w:val="ru-RU"/>
              </w:rPr>
            </w:pPr>
            <w:r w:rsidRPr="00844B84">
              <w:rPr>
                <w:lang w:val="ru-RU"/>
              </w:rPr>
              <w:t>Нагрузка горячего водоснабжения на 2026 год</w:t>
            </w:r>
          </w:p>
        </w:tc>
        <w:tc>
          <w:tcPr>
            <w:tcW w:w="0" w:type="auto"/>
            <w:shd w:val="clear" w:color="auto" w:fill="FFFFFF"/>
          </w:tcPr>
          <w:p w14:paraId="67AFF958" w14:textId="77777777" w:rsidR="00056677" w:rsidRDefault="0092657D">
            <w:r>
              <w:t>3,0650 Гкал/ч</w:t>
            </w:r>
          </w:p>
        </w:tc>
      </w:tr>
      <w:tr w:rsidR="00056677" w14:paraId="7CCE7386" w14:textId="77777777">
        <w:trPr>
          <w:cantSplit/>
        </w:trPr>
        <w:tc>
          <w:tcPr>
            <w:tcW w:w="0" w:type="auto"/>
            <w:shd w:val="clear" w:color="auto" w:fill="F2F2F2"/>
          </w:tcPr>
          <w:p w14:paraId="6EF05A99" w14:textId="77777777" w:rsidR="00056677" w:rsidRPr="00844B84" w:rsidRDefault="0092657D">
            <w:pPr>
              <w:rPr>
                <w:lang w:val="ru-RU"/>
              </w:rPr>
            </w:pPr>
            <w:r w:rsidRPr="00844B84">
              <w:rPr>
                <w:lang w:val="ru-RU"/>
              </w:rPr>
              <w:t>Нагрузка горячего водоснабжения на расчётный срок</w:t>
            </w:r>
          </w:p>
        </w:tc>
        <w:tc>
          <w:tcPr>
            <w:tcW w:w="0" w:type="auto"/>
            <w:shd w:val="clear" w:color="auto" w:fill="FFFFFF"/>
          </w:tcPr>
          <w:p w14:paraId="15D08D6E" w14:textId="77777777" w:rsidR="00056677" w:rsidRDefault="0092657D">
            <w:r>
              <w:t>3,0650 Гкал/ч</w:t>
            </w:r>
          </w:p>
        </w:tc>
      </w:tr>
      <w:tr w:rsidR="00056677" w14:paraId="4440E38A" w14:textId="77777777">
        <w:trPr>
          <w:cantSplit/>
        </w:trPr>
        <w:tc>
          <w:tcPr>
            <w:tcW w:w="0" w:type="auto"/>
            <w:shd w:val="clear" w:color="auto" w:fill="F2F2F2"/>
          </w:tcPr>
          <w:p w14:paraId="1732CF39" w14:textId="77777777" w:rsidR="00056677" w:rsidRPr="00844B84" w:rsidRDefault="0092657D">
            <w:pPr>
              <w:rPr>
                <w:lang w:val="ru-RU"/>
              </w:rPr>
            </w:pPr>
            <w:r w:rsidRPr="00844B84">
              <w:rPr>
                <w:lang w:val="ru-RU"/>
              </w:rPr>
              <w:t>Отпуск теплоносителя на нужды горячего водоснабжения</w:t>
            </w:r>
          </w:p>
        </w:tc>
        <w:tc>
          <w:tcPr>
            <w:tcW w:w="0" w:type="auto"/>
            <w:shd w:val="clear" w:color="auto" w:fill="FFFFFF"/>
          </w:tcPr>
          <w:p w14:paraId="134474C8" w14:textId="77777777" w:rsidR="00056677" w:rsidRDefault="0092657D">
            <w:r>
              <w:t>217 064 т/год</w:t>
            </w:r>
          </w:p>
        </w:tc>
      </w:tr>
      <w:tr w:rsidR="00056677" w14:paraId="484700C8" w14:textId="77777777">
        <w:trPr>
          <w:cantSplit/>
        </w:trPr>
        <w:tc>
          <w:tcPr>
            <w:tcW w:w="0" w:type="auto"/>
            <w:shd w:val="clear" w:color="auto" w:fill="F2F2F2"/>
          </w:tcPr>
          <w:p w14:paraId="0865F888" w14:textId="77777777" w:rsidR="00056677" w:rsidRPr="00844B84" w:rsidRDefault="0092657D">
            <w:pPr>
              <w:rPr>
                <w:lang w:val="ru-RU"/>
              </w:rPr>
            </w:pPr>
            <w:r w:rsidRPr="00844B84">
              <w:rPr>
                <w:lang w:val="ru-RU"/>
              </w:rPr>
              <w:t>Подпитка тепловой сети на 2026 год</w:t>
            </w:r>
          </w:p>
        </w:tc>
        <w:tc>
          <w:tcPr>
            <w:tcW w:w="0" w:type="auto"/>
            <w:shd w:val="clear" w:color="auto" w:fill="FFFFFF"/>
          </w:tcPr>
          <w:p w14:paraId="4AFC3340" w14:textId="77777777" w:rsidR="00056677" w:rsidRDefault="0092657D">
            <w:r>
              <w:t>26,890 т/ч</w:t>
            </w:r>
          </w:p>
        </w:tc>
      </w:tr>
      <w:tr w:rsidR="00056677" w14:paraId="3EEB6392" w14:textId="77777777">
        <w:trPr>
          <w:cantSplit/>
        </w:trPr>
        <w:tc>
          <w:tcPr>
            <w:tcW w:w="0" w:type="auto"/>
            <w:shd w:val="clear" w:color="auto" w:fill="F2F2F2"/>
          </w:tcPr>
          <w:p w14:paraId="66F5CD06" w14:textId="77777777" w:rsidR="00056677" w:rsidRDefault="0092657D">
            <w:r>
              <w:t>Производительность водоподготовительной установки</w:t>
            </w:r>
          </w:p>
        </w:tc>
        <w:tc>
          <w:tcPr>
            <w:tcW w:w="0" w:type="auto"/>
            <w:shd w:val="clear" w:color="auto" w:fill="FFFFFF"/>
          </w:tcPr>
          <w:p w14:paraId="7EC74D3F" w14:textId="77777777" w:rsidR="00056677" w:rsidRDefault="0092657D">
            <w:r>
              <w:t>26,4 т/ч</w:t>
            </w:r>
          </w:p>
        </w:tc>
      </w:tr>
      <w:tr w:rsidR="00056677" w14:paraId="61AE0468" w14:textId="77777777">
        <w:trPr>
          <w:cantSplit/>
        </w:trPr>
        <w:tc>
          <w:tcPr>
            <w:tcW w:w="0" w:type="auto"/>
            <w:shd w:val="clear" w:color="auto" w:fill="F2F2F2"/>
          </w:tcPr>
          <w:p w14:paraId="6757B147" w14:textId="77777777" w:rsidR="00056677" w:rsidRPr="00844B84" w:rsidRDefault="0092657D">
            <w:pPr>
              <w:rPr>
                <w:lang w:val="ru-RU"/>
              </w:rPr>
            </w:pPr>
            <w:r w:rsidRPr="00844B84">
              <w:rPr>
                <w:lang w:val="ru-RU"/>
              </w:rPr>
              <w:t>Резерв или дефицит подпитки в нормальном режиме</w:t>
            </w:r>
          </w:p>
        </w:tc>
        <w:tc>
          <w:tcPr>
            <w:tcW w:w="0" w:type="auto"/>
            <w:shd w:val="clear" w:color="auto" w:fill="FFFFFF"/>
          </w:tcPr>
          <w:p w14:paraId="2A38D772" w14:textId="77777777" w:rsidR="00056677" w:rsidRDefault="0092657D">
            <w:r>
              <w:t>−0,490 т/ч</w:t>
            </w:r>
          </w:p>
        </w:tc>
      </w:tr>
      <w:tr w:rsidR="00056677" w14:paraId="34E8C721" w14:textId="77777777">
        <w:trPr>
          <w:cantSplit/>
        </w:trPr>
        <w:tc>
          <w:tcPr>
            <w:tcW w:w="0" w:type="auto"/>
            <w:shd w:val="clear" w:color="auto" w:fill="F2F2F2"/>
          </w:tcPr>
          <w:p w14:paraId="6BEBFB5F" w14:textId="77777777" w:rsidR="00056677" w:rsidRDefault="0092657D">
            <w:r>
              <w:t>Нормируемая аварийная подпитка</w:t>
            </w:r>
          </w:p>
        </w:tc>
        <w:tc>
          <w:tcPr>
            <w:tcW w:w="0" w:type="auto"/>
            <w:shd w:val="clear" w:color="auto" w:fill="FFFFFF"/>
          </w:tcPr>
          <w:p w14:paraId="57175370" w14:textId="77777777" w:rsidR="00056677" w:rsidRDefault="0092657D">
            <w:r>
              <w:t>101,8 т/ч</w:t>
            </w:r>
          </w:p>
        </w:tc>
      </w:tr>
      <w:tr w:rsidR="00056677" w14:paraId="40E59CC0" w14:textId="77777777">
        <w:trPr>
          <w:cantSplit/>
        </w:trPr>
        <w:tc>
          <w:tcPr>
            <w:tcW w:w="0" w:type="auto"/>
            <w:shd w:val="clear" w:color="auto" w:fill="F2F2F2"/>
          </w:tcPr>
          <w:p w14:paraId="612C15DA" w14:textId="77777777" w:rsidR="00056677" w:rsidRPr="00844B84" w:rsidRDefault="0092657D">
            <w:pPr>
              <w:rPr>
                <w:lang w:val="ru-RU"/>
              </w:rPr>
            </w:pPr>
            <w:r w:rsidRPr="00844B84">
              <w:rPr>
                <w:lang w:val="ru-RU"/>
              </w:rPr>
              <w:t>Резерв или дефицит подпитки в аварийном режиме</w:t>
            </w:r>
          </w:p>
        </w:tc>
        <w:tc>
          <w:tcPr>
            <w:tcW w:w="0" w:type="auto"/>
            <w:shd w:val="clear" w:color="auto" w:fill="FFFFFF"/>
          </w:tcPr>
          <w:p w14:paraId="734F365E" w14:textId="77777777" w:rsidR="00056677" w:rsidRDefault="0092657D">
            <w:r>
              <w:t>−75,40 т/ч</w:t>
            </w:r>
          </w:p>
        </w:tc>
      </w:tr>
      <w:tr w:rsidR="00056677" w14:paraId="5ED7617C" w14:textId="77777777">
        <w:trPr>
          <w:cantSplit/>
        </w:trPr>
        <w:tc>
          <w:tcPr>
            <w:tcW w:w="0" w:type="auto"/>
            <w:shd w:val="clear" w:color="auto" w:fill="F2F2F2"/>
          </w:tcPr>
          <w:p w14:paraId="43BB3B1B" w14:textId="77777777" w:rsidR="00056677" w:rsidRDefault="0092657D">
            <w:r>
              <w:t>Баки-аккумуляторы</w:t>
            </w:r>
          </w:p>
        </w:tc>
        <w:tc>
          <w:tcPr>
            <w:tcW w:w="0" w:type="auto"/>
            <w:shd w:val="clear" w:color="auto" w:fill="FFFFFF"/>
          </w:tcPr>
          <w:p w14:paraId="00D74DFC" w14:textId="77777777" w:rsidR="00056677" w:rsidRDefault="0092657D">
            <w:r>
              <w:t>отсутствуют</w:t>
            </w:r>
          </w:p>
        </w:tc>
      </w:tr>
      <w:tr w:rsidR="00056677" w14:paraId="1EBC2099" w14:textId="77777777">
        <w:trPr>
          <w:cantSplit/>
        </w:trPr>
        <w:tc>
          <w:tcPr>
            <w:tcW w:w="0" w:type="auto"/>
            <w:shd w:val="clear" w:color="auto" w:fill="F2F2F2"/>
          </w:tcPr>
          <w:p w14:paraId="07C3C0F2" w14:textId="77777777" w:rsidR="00056677" w:rsidRPr="00844B84" w:rsidRDefault="0092657D">
            <w:pPr>
              <w:rPr>
                <w:lang w:val="ru-RU"/>
              </w:rPr>
            </w:pPr>
            <w:r w:rsidRPr="00844B84">
              <w:rPr>
                <w:lang w:val="ru-RU"/>
              </w:rPr>
              <w:t>Подпитка после перевода на закрытую схему</w:t>
            </w:r>
          </w:p>
        </w:tc>
        <w:tc>
          <w:tcPr>
            <w:tcW w:w="0" w:type="auto"/>
            <w:shd w:val="clear" w:color="auto" w:fill="FFFFFF"/>
          </w:tcPr>
          <w:p w14:paraId="7BCDBC42" w14:textId="77777777" w:rsidR="00056677" w:rsidRDefault="0092657D">
            <w:r>
              <w:t>2,111 т/ч</w:t>
            </w:r>
          </w:p>
        </w:tc>
      </w:tr>
      <w:tr w:rsidR="00056677" w14:paraId="13AD5C38" w14:textId="77777777">
        <w:trPr>
          <w:cantSplit/>
        </w:trPr>
        <w:tc>
          <w:tcPr>
            <w:tcW w:w="0" w:type="auto"/>
            <w:shd w:val="clear" w:color="auto" w:fill="F2F2F2"/>
          </w:tcPr>
          <w:p w14:paraId="323B415C" w14:textId="77777777" w:rsidR="00056677" w:rsidRDefault="0092657D">
            <w:r>
              <w:t>Резерв подпитки после перевода</w:t>
            </w:r>
          </w:p>
        </w:tc>
        <w:tc>
          <w:tcPr>
            <w:tcW w:w="0" w:type="auto"/>
            <w:shd w:val="clear" w:color="auto" w:fill="FFFFFF"/>
          </w:tcPr>
          <w:p w14:paraId="26472D9B" w14:textId="77777777" w:rsidR="00056677" w:rsidRDefault="0092657D">
            <w:r>
              <w:t>24,289 т/ч</w:t>
            </w:r>
          </w:p>
        </w:tc>
      </w:tr>
      <w:tr w:rsidR="00056677" w:rsidRPr="004D1FEB" w14:paraId="0AC93F98" w14:textId="77777777">
        <w:trPr>
          <w:cantSplit/>
        </w:trPr>
        <w:tc>
          <w:tcPr>
            <w:tcW w:w="0" w:type="auto"/>
            <w:shd w:val="clear" w:color="auto" w:fill="F2F2F2"/>
          </w:tcPr>
          <w:p w14:paraId="7CB779B3" w14:textId="77777777" w:rsidR="00056677" w:rsidRDefault="0092657D">
            <w:r>
              <w:t>Утверждаемое решение</w:t>
            </w:r>
          </w:p>
        </w:tc>
        <w:tc>
          <w:tcPr>
            <w:tcW w:w="0" w:type="auto"/>
            <w:shd w:val="clear" w:color="auto" w:fill="FFFFFF"/>
          </w:tcPr>
          <w:p w14:paraId="25C4D26C" w14:textId="77777777" w:rsidR="00056677" w:rsidRPr="00844B84" w:rsidRDefault="0092657D">
            <w:pPr>
              <w:rPr>
                <w:lang w:val="ru-RU"/>
              </w:rPr>
            </w:pPr>
            <w:r w:rsidRPr="00844B84">
              <w:rPr>
                <w:lang w:val="ru-RU"/>
              </w:rPr>
              <w:t>перевод на закрытую схему приготовления горячей воды</w:t>
            </w:r>
          </w:p>
        </w:tc>
      </w:tr>
    </w:tbl>
    <w:p w14:paraId="65997332" w14:textId="77777777" w:rsidR="00056677" w:rsidRPr="000C24CF" w:rsidRDefault="0092657D">
      <w:pPr>
        <w:pStyle w:val="31"/>
        <w:rPr>
          <w:sz w:val="28"/>
          <w:szCs w:val="28"/>
        </w:rPr>
      </w:pPr>
      <w:r w:rsidRPr="000C24CF">
        <w:rPr>
          <w:sz w:val="28"/>
          <w:szCs w:val="28"/>
        </w:rPr>
        <w:t>7.9.6. УПК № 6 «Старый Шерегеш»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362"/>
        <w:gridCol w:w="5127"/>
      </w:tblGrid>
      <w:tr w:rsidR="00056677" w14:paraId="67A30A45" w14:textId="77777777">
        <w:trPr>
          <w:cantSplit/>
          <w:tblHeader/>
        </w:trPr>
        <w:tc>
          <w:tcPr>
            <w:tcW w:w="0" w:type="auto"/>
            <w:shd w:val="clear" w:color="auto" w:fill="E2F0D9"/>
          </w:tcPr>
          <w:p w14:paraId="4AE54238" w14:textId="77777777" w:rsidR="00056677" w:rsidRDefault="0092657D">
            <w:pPr>
              <w:jc w:val="center"/>
            </w:pPr>
            <w:r>
              <w:rPr>
                <w:b/>
              </w:rPr>
              <w:t>Характеристика</w:t>
            </w:r>
          </w:p>
        </w:tc>
        <w:tc>
          <w:tcPr>
            <w:tcW w:w="0" w:type="auto"/>
            <w:shd w:val="clear" w:color="auto" w:fill="E2F0D9"/>
          </w:tcPr>
          <w:p w14:paraId="582A3E40" w14:textId="77777777" w:rsidR="00056677" w:rsidRDefault="0092657D">
            <w:pPr>
              <w:jc w:val="center"/>
            </w:pPr>
            <w:r>
              <w:rPr>
                <w:b/>
              </w:rPr>
              <w:t>Значение</w:t>
            </w:r>
          </w:p>
        </w:tc>
      </w:tr>
      <w:tr w:rsidR="00056677" w14:paraId="35AB3B09" w14:textId="77777777">
        <w:trPr>
          <w:cantSplit/>
        </w:trPr>
        <w:tc>
          <w:tcPr>
            <w:tcW w:w="0" w:type="auto"/>
            <w:shd w:val="clear" w:color="auto" w:fill="F2F2F2"/>
          </w:tcPr>
          <w:p w14:paraId="74CDDDEB" w14:textId="77777777" w:rsidR="00056677" w:rsidRDefault="0092657D">
            <w:r>
              <w:t>Схема приготовления горячей воды</w:t>
            </w:r>
          </w:p>
        </w:tc>
        <w:tc>
          <w:tcPr>
            <w:tcW w:w="0" w:type="auto"/>
            <w:shd w:val="clear" w:color="auto" w:fill="FFFFFF"/>
          </w:tcPr>
          <w:p w14:paraId="18C76CF2" w14:textId="77777777" w:rsidR="00056677" w:rsidRDefault="0092657D">
            <w:r>
              <w:t>Открытая, двухтрубная</w:t>
            </w:r>
          </w:p>
        </w:tc>
      </w:tr>
      <w:tr w:rsidR="00056677" w14:paraId="7E7F513B" w14:textId="77777777">
        <w:trPr>
          <w:cantSplit/>
        </w:trPr>
        <w:tc>
          <w:tcPr>
            <w:tcW w:w="0" w:type="auto"/>
            <w:shd w:val="clear" w:color="auto" w:fill="F2F2F2"/>
          </w:tcPr>
          <w:p w14:paraId="050487D0" w14:textId="77777777" w:rsidR="00056677" w:rsidRDefault="0092657D">
            <w:r>
              <w:t>Тепловая сеть</w:t>
            </w:r>
          </w:p>
        </w:tc>
        <w:tc>
          <w:tcPr>
            <w:tcW w:w="0" w:type="auto"/>
            <w:shd w:val="clear" w:color="auto" w:fill="FFFFFF"/>
          </w:tcPr>
          <w:p w14:paraId="19DAEB3D" w14:textId="77777777" w:rsidR="00056677" w:rsidRDefault="0092657D">
            <w:r>
              <w:t>двухтрубная</w:t>
            </w:r>
          </w:p>
        </w:tc>
      </w:tr>
      <w:tr w:rsidR="00056677" w14:paraId="7087BCB5" w14:textId="77777777">
        <w:trPr>
          <w:cantSplit/>
        </w:trPr>
        <w:tc>
          <w:tcPr>
            <w:tcW w:w="0" w:type="auto"/>
            <w:shd w:val="clear" w:color="auto" w:fill="F2F2F2"/>
          </w:tcPr>
          <w:p w14:paraId="755C4EF9" w14:textId="77777777" w:rsidR="00056677" w:rsidRDefault="0092657D">
            <w:r>
              <w:t>Температурный график</w:t>
            </w:r>
          </w:p>
        </w:tc>
        <w:tc>
          <w:tcPr>
            <w:tcW w:w="0" w:type="auto"/>
            <w:shd w:val="clear" w:color="auto" w:fill="FFFFFF"/>
          </w:tcPr>
          <w:p w14:paraId="714EA11D" w14:textId="77777777" w:rsidR="00056677" w:rsidRDefault="0092657D">
            <w:r>
              <w:t>95/70 °C</w:t>
            </w:r>
          </w:p>
        </w:tc>
      </w:tr>
      <w:tr w:rsidR="00056677" w14:paraId="4F4FB654" w14:textId="77777777">
        <w:trPr>
          <w:cantSplit/>
        </w:trPr>
        <w:tc>
          <w:tcPr>
            <w:tcW w:w="0" w:type="auto"/>
            <w:shd w:val="clear" w:color="auto" w:fill="F2F2F2"/>
          </w:tcPr>
          <w:p w14:paraId="225F709B" w14:textId="77777777" w:rsidR="00056677" w:rsidRPr="00844B84" w:rsidRDefault="0092657D">
            <w:pPr>
              <w:rPr>
                <w:lang w:val="ru-RU"/>
              </w:rPr>
            </w:pPr>
            <w:r w:rsidRPr="00844B84">
              <w:rPr>
                <w:lang w:val="ru-RU"/>
              </w:rPr>
              <w:t>Нагрузка горячего водоснабжения на 2026 год</w:t>
            </w:r>
          </w:p>
        </w:tc>
        <w:tc>
          <w:tcPr>
            <w:tcW w:w="0" w:type="auto"/>
            <w:shd w:val="clear" w:color="auto" w:fill="FFFFFF"/>
          </w:tcPr>
          <w:p w14:paraId="426F9FBC" w14:textId="77777777" w:rsidR="00056677" w:rsidRDefault="0092657D">
            <w:r>
              <w:t>0,2640 Гкал/ч</w:t>
            </w:r>
          </w:p>
        </w:tc>
      </w:tr>
      <w:tr w:rsidR="00056677" w14:paraId="67E5DE63" w14:textId="77777777">
        <w:trPr>
          <w:cantSplit/>
        </w:trPr>
        <w:tc>
          <w:tcPr>
            <w:tcW w:w="0" w:type="auto"/>
            <w:shd w:val="clear" w:color="auto" w:fill="F2F2F2"/>
          </w:tcPr>
          <w:p w14:paraId="401295D9" w14:textId="77777777" w:rsidR="00056677" w:rsidRPr="00844B84" w:rsidRDefault="0092657D">
            <w:pPr>
              <w:rPr>
                <w:lang w:val="ru-RU"/>
              </w:rPr>
            </w:pPr>
            <w:r w:rsidRPr="00844B84">
              <w:rPr>
                <w:lang w:val="ru-RU"/>
              </w:rPr>
              <w:t>Нагрузка горячего водоснабжения на расчётный срок</w:t>
            </w:r>
          </w:p>
        </w:tc>
        <w:tc>
          <w:tcPr>
            <w:tcW w:w="0" w:type="auto"/>
            <w:shd w:val="clear" w:color="auto" w:fill="FFFFFF"/>
          </w:tcPr>
          <w:p w14:paraId="240B7DCD" w14:textId="77777777" w:rsidR="00056677" w:rsidRDefault="0092657D">
            <w:r>
              <w:t>0,2640 Гкал/ч</w:t>
            </w:r>
          </w:p>
        </w:tc>
      </w:tr>
      <w:tr w:rsidR="00056677" w14:paraId="73E0B5F8" w14:textId="77777777">
        <w:trPr>
          <w:cantSplit/>
        </w:trPr>
        <w:tc>
          <w:tcPr>
            <w:tcW w:w="0" w:type="auto"/>
            <w:shd w:val="clear" w:color="auto" w:fill="F2F2F2"/>
          </w:tcPr>
          <w:p w14:paraId="78916FA7" w14:textId="77777777" w:rsidR="00056677" w:rsidRPr="00844B84" w:rsidRDefault="0092657D">
            <w:pPr>
              <w:rPr>
                <w:lang w:val="ru-RU"/>
              </w:rPr>
            </w:pPr>
            <w:r w:rsidRPr="00844B84">
              <w:rPr>
                <w:lang w:val="ru-RU"/>
              </w:rPr>
              <w:t>Отпуск теплоносителя на нужды горячего водоснабжения</w:t>
            </w:r>
          </w:p>
        </w:tc>
        <w:tc>
          <w:tcPr>
            <w:tcW w:w="0" w:type="auto"/>
            <w:shd w:val="clear" w:color="auto" w:fill="FFFFFF"/>
          </w:tcPr>
          <w:p w14:paraId="7E7544E3" w14:textId="77777777" w:rsidR="00056677" w:rsidRDefault="0092657D">
            <w:r>
              <w:t>22 390 т/год</w:t>
            </w:r>
          </w:p>
        </w:tc>
      </w:tr>
      <w:tr w:rsidR="00056677" w14:paraId="5A557167" w14:textId="77777777">
        <w:trPr>
          <w:cantSplit/>
        </w:trPr>
        <w:tc>
          <w:tcPr>
            <w:tcW w:w="0" w:type="auto"/>
            <w:shd w:val="clear" w:color="auto" w:fill="F2F2F2"/>
          </w:tcPr>
          <w:p w14:paraId="0EB1CE87" w14:textId="77777777" w:rsidR="00056677" w:rsidRPr="00844B84" w:rsidRDefault="0092657D">
            <w:pPr>
              <w:rPr>
                <w:lang w:val="ru-RU"/>
              </w:rPr>
            </w:pPr>
            <w:r w:rsidRPr="00844B84">
              <w:rPr>
                <w:lang w:val="ru-RU"/>
              </w:rPr>
              <w:t>Подпитка тепловой сети на 2026 год</w:t>
            </w:r>
          </w:p>
        </w:tc>
        <w:tc>
          <w:tcPr>
            <w:tcW w:w="0" w:type="auto"/>
            <w:shd w:val="clear" w:color="auto" w:fill="FFFFFF"/>
          </w:tcPr>
          <w:p w14:paraId="564CC604" w14:textId="77777777" w:rsidR="00056677" w:rsidRDefault="0092657D">
            <w:r>
              <w:t>2,658 т/ч</w:t>
            </w:r>
          </w:p>
        </w:tc>
      </w:tr>
      <w:tr w:rsidR="00056677" w14:paraId="47C315A9" w14:textId="77777777">
        <w:trPr>
          <w:cantSplit/>
        </w:trPr>
        <w:tc>
          <w:tcPr>
            <w:tcW w:w="0" w:type="auto"/>
            <w:shd w:val="clear" w:color="auto" w:fill="F2F2F2"/>
          </w:tcPr>
          <w:p w14:paraId="1AEC501E" w14:textId="77777777" w:rsidR="00056677" w:rsidRDefault="0092657D">
            <w:r>
              <w:t>Производительность водоподготовительной установки</w:t>
            </w:r>
          </w:p>
        </w:tc>
        <w:tc>
          <w:tcPr>
            <w:tcW w:w="0" w:type="auto"/>
            <w:shd w:val="clear" w:color="auto" w:fill="FFFFFF"/>
          </w:tcPr>
          <w:p w14:paraId="76CA3E40" w14:textId="77777777" w:rsidR="00056677" w:rsidRDefault="0092657D">
            <w:r>
              <w:t>5,0 т/ч</w:t>
            </w:r>
          </w:p>
        </w:tc>
      </w:tr>
      <w:tr w:rsidR="00056677" w14:paraId="79E143AA" w14:textId="77777777">
        <w:trPr>
          <w:cantSplit/>
        </w:trPr>
        <w:tc>
          <w:tcPr>
            <w:tcW w:w="0" w:type="auto"/>
            <w:shd w:val="clear" w:color="auto" w:fill="F2F2F2"/>
          </w:tcPr>
          <w:p w14:paraId="2222CA57" w14:textId="77777777" w:rsidR="00056677" w:rsidRPr="00844B84" w:rsidRDefault="0092657D">
            <w:pPr>
              <w:rPr>
                <w:lang w:val="ru-RU"/>
              </w:rPr>
            </w:pPr>
            <w:r w:rsidRPr="00844B84">
              <w:rPr>
                <w:lang w:val="ru-RU"/>
              </w:rPr>
              <w:t>Резерв или дефицит подпитки в нормальном режиме</w:t>
            </w:r>
          </w:p>
        </w:tc>
        <w:tc>
          <w:tcPr>
            <w:tcW w:w="0" w:type="auto"/>
            <w:shd w:val="clear" w:color="auto" w:fill="FFFFFF"/>
          </w:tcPr>
          <w:p w14:paraId="2BB92C32" w14:textId="77777777" w:rsidR="00056677" w:rsidRDefault="0092657D">
            <w:r>
              <w:t>2,342 т/ч</w:t>
            </w:r>
          </w:p>
        </w:tc>
      </w:tr>
      <w:tr w:rsidR="00056677" w14:paraId="3B0B5B6B" w14:textId="77777777">
        <w:trPr>
          <w:cantSplit/>
        </w:trPr>
        <w:tc>
          <w:tcPr>
            <w:tcW w:w="0" w:type="auto"/>
            <w:shd w:val="clear" w:color="auto" w:fill="F2F2F2"/>
          </w:tcPr>
          <w:p w14:paraId="51EDD83A" w14:textId="77777777" w:rsidR="00056677" w:rsidRDefault="0092657D">
            <w:r>
              <w:t>Нормируемая аварийная подпитка</w:t>
            </w:r>
          </w:p>
        </w:tc>
        <w:tc>
          <w:tcPr>
            <w:tcW w:w="0" w:type="auto"/>
            <w:shd w:val="clear" w:color="auto" w:fill="FFFFFF"/>
          </w:tcPr>
          <w:p w14:paraId="2C8D127F" w14:textId="77777777" w:rsidR="00056677" w:rsidRDefault="0092657D">
            <w:r>
              <w:t>2,1 т/ч</w:t>
            </w:r>
          </w:p>
        </w:tc>
      </w:tr>
      <w:tr w:rsidR="00056677" w14:paraId="47EE6AAC" w14:textId="77777777">
        <w:trPr>
          <w:cantSplit/>
        </w:trPr>
        <w:tc>
          <w:tcPr>
            <w:tcW w:w="0" w:type="auto"/>
            <w:shd w:val="clear" w:color="auto" w:fill="F2F2F2"/>
          </w:tcPr>
          <w:p w14:paraId="3DBEE413" w14:textId="77777777" w:rsidR="00056677" w:rsidRPr="00844B84" w:rsidRDefault="0092657D">
            <w:pPr>
              <w:rPr>
                <w:lang w:val="ru-RU"/>
              </w:rPr>
            </w:pPr>
            <w:r w:rsidRPr="00844B84">
              <w:rPr>
                <w:lang w:val="ru-RU"/>
              </w:rPr>
              <w:t>Резерв или дефицит подпитки в аварийном режиме</w:t>
            </w:r>
          </w:p>
        </w:tc>
        <w:tc>
          <w:tcPr>
            <w:tcW w:w="0" w:type="auto"/>
            <w:shd w:val="clear" w:color="auto" w:fill="FFFFFF"/>
          </w:tcPr>
          <w:p w14:paraId="5F407C53" w14:textId="77777777" w:rsidR="00056677" w:rsidRDefault="0092657D">
            <w:r>
              <w:t>2,90 т/ч</w:t>
            </w:r>
          </w:p>
        </w:tc>
      </w:tr>
      <w:tr w:rsidR="00056677" w14:paraId="47A3D186" w14:textId="77777777">
        <w:trPr>
          <w:cantSplit/>
        </w:trPr>
        <w:tc>
          <w:tcPr>
            <w:tcW w:w="0" w:type="auto"/>
            <w:shd w:val="clear" w:color="auto" w:fill="F2F2F2"/>
          </w:tcPr>
          <w:p w14:paraId="207F1F41" w14:textId="77777777" w:rsidR="00056677" w:rsidRDefault="0092657D">
            <w:r>
              <w:t>Баки-аккумуляторы</w:t>
            </w:r>
          </w:p>
        </w:tc>
        <w:tc>
          <w:tcPr>
            <w:tcW w:w="0" w:type="auto"/>
            <w:shd w:val="clear" w:color="auto" w:fill="FFFFFF"/>
          </w:tcPr>
          <w:p w14:paraId="47DEC120" w14:textId="77777777" w:rsidR="00056677" w:rsidRDefault="0092657D">
            <w:r>
              <w:t>отсутствуют</w:t>
            </w:r>
          </w:p>
        </w:tc>
      </w:tr>
      <w:tr w:rsidR="00056677" w14:paraId="1F4CF8D5" w14:textId="77777777">
        <w:trPr>
          <w:cantSplit/>
        </w:trPr>
        <w:tc>
          <w:tcPr>
            <w:tcW w:w="0" w:type="auto"/>
            <w:shd w:val="clear" w:color="auto" w:fill="F2F2F2"/>
          </w:tcPr>
          <w:p w14:paraId="72A9E6E8" w14:textId="77777777" w:rsidR="00056677" w:rsidRPr="00844B84" w:rsidRDefault="0092657D">
            <w:pPr>
              <w:rPr>
                <w:lang w:val="ru-RU"/>
              </w:rPr>
            </w:pPr>
            <w:r w:rsidRPr="00844B84">
              <w:rPr>
                <w:lang w:val="ru-RU"/>
              </w:rPr>
              <w:t>Подпитка после перевода на закрытую схему</w:t>
            </w:r>
          </w:p>
        </w:tc>
        <w:tc>
          <w:tcPr>
            <w:tcW w:w="0" w:type="auto"/>
            <w:shd w:val="clear" w:color="auto" w:fill="FFFFFF"/>
          </w:tcPr>
          <w:p w14:paraId="7B0C3B54" w14:textId="77777777" w:rsidR="00056677" w:rsidRDefault="0092657D">
            <w:r>
              <w:t>0,102 т/ч</w:t>
            </w:r>
          </w:p>
        </w:tc>
      </w:tr>
      <w:tr w:rsidR="00056677" w14:paraId="2CCE9F36" w14:textId="77777777">
        <w:trPr>
          <w:cantSplit/>
        </w:trPr>
        <w:tc>
          <w:tcPr>
            <w:tcW w:w="0" w:type="auto"/>
            <w:shd w:val="clear" w:color="auto" w:fill="F2F2F2"/>
          </w:tcPr>
          <w:p w14:paraId="66F2CBD5" w14:textId="77777777" w:rsidR="00056677" w:rsidRDefault="0092657D">
            <w:r>
              <w:t>Резерв подпитки после перевода</w:t>
            </w:r>
          </w:p>
        </w:tc>
        <w:tc>
          <w:tcPr>
            <w:tcW w:w="0" w:type="auto"/>
            <w:shd w:val="clear" w:color="auto" w:fill="FFFFFF"/>
          </w:tcPr>
          <w:p w14:paraId="0B829D06" w14:textId="77777777" w:rsidR="00056677" w:rsidRDefault="0092657D">
            <w:r>
              <w:t>4,898 т/ч</w:t>
            </w:r>
          </w:p>
        </w:tc>
      </w:tr>
      <w:tr w:rsidR="00056677" w:rsidRPr="004D1FEB" w14:paraId="7E0B3F8D" w14:textId="77777777">
        <w:trPr>
          <w:cantSplit/>
        </w:trPr>
        <w:tc>
          <w:tcPr>
            <w:tcW w:w="0" w:type="auto"/>
            <w:shd w:val="clear" w:color="auto" w:fill="F2F2F2"/>
          </w:tcPr>
          <w:p w14:paraId="0DBE9EA8" w14:textId="77777777" w:rsidR="00056677" w:rsidRDefault="0092657D">
            <w:r>
              <w:t>Утверждаемое решение</w:t>
            </w:r>
          </w:p>
        </w:tc>
        <w:tc>
          <w:tcPr>
            <w:tcW w:w="0" w:type="auto"/>
            <w:shd w:val="clear" w:color="auto" w:fill="FFFFFF"/>
          </w:tcPr>
          <w:p w14:paraId="64D943CF" w14:textId="77777777" w:rsidR="00056677" w:rsidRPr="00844B84" w:rsidRDefault="0092657D">
            <w:pPr>
              <w:rPr>
                <w:lang w:val="ru-RU"/>
              </w:rPr>
            </w:pPr>
            <w:r w:rsidRPr="00844B84">
              <w:rPr>
                <w:lang w:val="ru-RU"/>
              </w:rPr>
              <w:t>перевод на закрытую схему приготовления горячей воды</w:t>
            </w:r>
          </w:p>
        </w:tc>
      </w:tr>
    </w:tbl>
    <w:p w14:paraId="1091FEE2" w14:textId="77777777" w:rsidR="00056677" w:rsidRPr="000C24CF" w:rsidRDefault="0092657D">
      <w:pPr>
        <w:pStyle w:val="31"/>
        <w:rPr>
          <w:sz w:val="28"/>
          <w:szCs w:val="28"/>
        </w:rPr>
      </w:pPr>
      <w:r w:rsidRPr="000C24CF">
        <w:rPr>
          <w:sz w:val="28"/>
          <w:szCs w:val="28"/>
        </w:rPr>
        <w:t>7.9.7. УПК № 7 «Каз»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362"/>
        <w:gridCol w:w="5127"/>
      </w:tblGrid>
      <w:tr w:rsidR="00056677" w14:paraId="788AB49D" w14:textId="77777777">
        <w:trPr>
          <w:cantSplit/>
          <w:tblHeader/>
        </w:trPr>
        <w:tc>
          <w:tcPr>
            <w:tcW w:w="0" w:type="auto"/>
            <w:shd w:val="clear" w:color="auto" w:fill="E2F0D9"/>
          </w:tcPr>
          <w:p w14:paraId="4BEBE4EA" w14:textId="77777777" w:rsidR="00056677" w:rsidRDefault="0092657D">
            <w:pPr>
              <w:jc w:val="center"/>
            </w:pPr>
            <w:r>
              <w:rPr>
                <w:b/>
              </w:rPr>
              <w:t>Характеристика</w:t>
            </w:r>
          </w:p>
        </w:tc>
        <w:tc>
          <w:tcPr>
            <w:tcW w:w="0" w:type="auto"/>
            <w:shd w:val="clear" w:color="auto" w:fill="E2F0D9"/>
          </w:tcPr>
          <w:p w14:paraId="33B9C36B" w14:textId="77777777" w:rsidR="00056677" w:rsidRDefault="0092657D">
            <w:pPr>
              <w:jc w:val="center"/>
            </w:pPr>
            <w:r>
              <w:rPr>
                <w:b/>
              </w:rPr>
              <w:t>Значение</w:t>
            </w:r>
          </w:p>
        </w:tc>
      </w:tr>
      <w:tr w:rsidR="00056677" w14:paraId="4ABB7E2F" w14:textId="77777777">
        <w:trPr>
          <w:cantSplit/>
        </w:trPr>
        <w:tc>
          <w:tcPr>
            <w:tcW w:w="0" w:type="auto"/>
            <w:shd w:val="clear" w:color="auto" w:fill="F2F2F2"/>
          </w:tcPr>
          <w:p w14:paraId="7C3FD594" w14:textId="77777777" w:rsidR="00056677" w:rsidRDefault="0092657D">
            <w:r>
              <w:t>Схема приготовления горячей воды</w:t>
            </w:r>
          </w:p>
        </w:tc>
        <w:tc>
          <w:tcPr>
            <w:tcW w:w="0" w:type="auto"/>
            <w:shd w:val="clear" w:color="auto" w:fill="FFFFFF"/>
          </w:tcPr>
          <w:p w14:paraId="37F19A5C" w14:textId="77777777" w:rsidR="00056677" w:rsidRDefault="0092657D">
            <w:r>
              <w:t>Открытая, двухтрубная</w:t>
            </w:r>
          </w:p>
        </w:tc>
      </w:tr>
      <w:tr w:rsidR="00056677" w14:paraId="0ADBFF76" w14:textId="77777777">
        <w:trPr>
          <w:cantSplit/>
        </w:trPr>
        <w:tc>
          <w:tcPr>
            <w:tcW w:w="0" w:type="auto"/>
            <w:shd w:val="clear" w:color="auto" w:fill="F2F2F2"/>
          </w:tcPr>
          <w:p w14:paraId="15E4A4D9" w14:textId="77777777" w:rsidR="00056677" w:rsidRDefault="0092657D">
            <w:r>
              <w:t>Тепловая сеть</w:t>
            </w:r>
          </w:p>
        </w:tc>
        <w:tc>
          <w:tcPr>
            <w:tcW w:w="0" w:type="auto"/>
            <w:shd w:val="clear" w:color="auto" w:fill="FFFFFF"/>
          </w:tcPr>
          <w:p w14:paraId="7F94CF27" w14:textId="77777777" w:rsidR="00056677" w:rsidRDefault="0092657D">
            <w:r>
              <w:t>двухтрубная</w:t>
            </w:r>
          </w:p>
        </w:tc>
      </w:tr>
      <w:tr w:rsidR="00056677" w14:paraId="3C42DC37" w14:textId="77777777">
        <w:trPr>
          <w:cantSplit/>
        </w:trPr>
        <w:tc>
          <w:tcPr>
            <w:tcW w:w="0" w:type="auto"/>
            <w:shd w:val="clear" w:color="auto" w:fill="F2F2F2"/>
          </w:tcPr>
          <w:p w14:paraId="34E401BF" w14:textId="77777777" w:rsidR="00056677" w:rsidRDefault="0092657D">
            <w:r>
              <w:t>Температурный график</w:t>
            </w:r>
          </w:p>
        </w:tc>
        <w:tc>
          <w:tcPr>
            <w:tcW w:w="0" w:type="auto"/>
            <w:shd w:val="clear" w:color="auto" w:fill="FFFFFF"/>
          </w:tcPr>
          <w:p w14:paraId="2A23D8DA" w14:textId="77777777" w:rsidR="00056677" w:rsidRDefault="0092657D">
            <w:r>
              <w:t>130/65 °C</w:t>
            </w:r>
          </w:p>
        </w:tc>
      </w:tr>
      <w:tr w:rsidR="00056677" w14:paraId="2F04FC0A" w14:textId="77777777">
        <w:trPr>
          <w:cantSplit/>
        </w:trPr>
        <w:tc>
          <w:tcPr>
            <w:tcW w:w="0" w:type="auto"/>
            <w:shd w:val="clear" w:color="auto" w:fill="F2F2F2"/>
          </w:tcPr>
          <w:p w14:paraId="6C070C95" w14:textId="77777777" w:rsidR="00056677" w:rsidRPr="00844B84" w:rsidRDefault="0092657D">
            <w:pPr>
              <w:rPr>
                <w:lang w:val="ru-RU"/>
              </w:rPr>
            </w:pPr>
            <w:r w:rsidRPr="00844B84">
              <w:rPr>
                <w:lang w:val="ru-RU"/>
              </w:rPr>
              <w:t>Нагрузка горячего водоснабжения на 2026 год</w:t>
            </w:r>
          </w:p>
        </w:tc>
        <w:tc>
          <w:tcPr>
            <w:tcW w:w="0" w:type="auto"/>
            <w:shd w:val="clear" w:color="auto" w:fill="FFFFFF"/>
          </w:tcPr>
          <w:p w14:paraId="657AB1D4" w14:textId="77777777" w:rsidR="00056677" w:rsidRDefault="0092657D">
            <w:r>
              <w:t>1,0530 Гкал/ч</w:t>
            </w:r>
          </w:p>
        </w:tc>
      </w:tr>
      <w:tr w:rsidR="00056677" w14:paraId="0B6D9AC1" w14:textId="77777777">
        <w:trPr>
          <w:cantSplit/>
        </w:trPr>
        <w:tc>
          <w:tcPr>
            <w:tcW w:w="0" w:type="auto"/>
            <w:shd w:val="clear" w:color="auto" w:fill="F2F2F2"/>
          </w:tcPr>
          <w:p w14:paraId="6D45E64B" w14:textId="77777777" w:rsidR="00056677" w:rsidRPr="00844B84" w:rsidRDefault="0092657D">
            <w:pPr>
              <w:rPr>
                <w:lang w:val="ru-RU"/>
              </w:rPr>
            </w:pPr>
            <w:r w:rsidRPr="00844B84">
              <w:rPr>
                <w:lang w:val="ru-RU"/>
              </w:rPr>
              <w:t>Нагрузка горячего водоснабжения на расчётный срок</w:t>
            </w:r>
          </w:p>
        </w:tc>
        <w:tc>
          <w:tcPr>
            <w:tcW w:w="0" w:type="auto"/>
            <w:shd w:val="clear" w:color="auto" w:fill="FFFFFF"/>
          </w:tcPr>
          <w:p w14:paraId="2DA0C335" w14:textId="77777777" w:rsidR="00056677" w:rsidRDefault="0092657D">
            <w:r>
              <w:t>1,0640 Гкал/ч</w:t>
            </w:r>
          </w:p>
        </w:tc>
      </w:tr>
      <w:tr w:rsidR="00056677" w14:paraId="2C857233" w14:textId="77777777">
        <w:trPr>
          <w:cantSplit/>
        </w:trPr>
        <w:tc>
          <w:tcPr>
            <w:tcW w:w="0" w:type="auto"/>
            <w:shd w:val="clear" w:color="auto" w:fill="F2F2F2"/>
          </w:tcPr>
          <w:p w14:paraId="06D69111" w14:textId="77777777" w:rsidR="00056677" w:rsidRPr="00844B84" w:rsidRDefault="0092657D">
            <w:pPr>
              <w:rPr>
                <w:lang w:val="ru-RU"/>
              </w:rPr>
            </w:pPr>
            <w:r w:rsidRPr="00844B84">
              <w:rPr>
                <w:lang w:val="ru-RU"/>
              </w:rPr>
              <w:t>Отпуск теплоносителя на нужды горячего водоснабжения</w:t>
            </w:r>
          </w:p>
        </w:tc>
        <w:tc>
          <w:tcPr>
            <w:tcW w:w="0" w:type="auto"/>
            <w:shd w:val="clear" w:color="auto" w:fill="FFFFFF"/>
          </w:tcPr>
          <w:p w14:paraId="7088006E" w14:textId="77777777" w:rsidR="00056677" w:rsidRDefault="0092657D">
            <w:r>
              <w:t>76 238 т/год</w:t>
            </w:r>
          </w:p>
        </w:tc>
      </w:tr>
      <w:tr w:rsidR="00056677" w14:paraId="724EA13B" w14:textId="77777777">
        <w:trPr>
          <w:cantSplit/>
        </w:trPr>
        <w:tc>
          <w:tcPr>
            <w:tcW w:w="0" w:type="auto"/>
            <w:shd w:val="clear" w:color="auto" w:fill="F2F2F2"/>
          </w:tcPr>
          <w:p w14:paraId="167ADA48" w14:textId="77777777" w:rsidR="00056677" w:rsidRPr="00844B84" w:rsidRDefault="0092657D">
            <w:pPr>
              <w:rPr>
                <w:lang w:val="ru-RU"/>
              </w:rPr>
            </w:pPr>
            <w:r w:rsidRPr="00844B84">
              <w:rPr>
                <w:lang w:val="ru-RU"/>
              </w:rPr>
              <w:t>Подпитка тепловой сети на 2026 год</w:t>
            </w:r>
          </w:p>
        </w:tc>
        <w:tc>
          <w:tcPr>
            <w:tcW w:w="0" w:type="auto"/>
            <w:shd w:val="clear" w:color="auto" w:fill="FFFFFF"/>
          </w:tcPr>
          <w:p w14:paraId="0214C823" w14:textId="77777777" w:rsidR="00056677" w:rsidRDefault="0092657D">
            <w:r>
              <w:t>12,917 т/ч</w:t>
            </w:r>
          </w:p>
        </w:tc>
      </w:tr>
      <w:tr w:rsidR="00056677" w14:paraId="160A51CA" w14:textId="77777777">
        <w:trPr>
          <w:cantSplit/>
        </w:trPr>
        <w:tc>
          <w:tcPr>
            <w:tcW w:w="0" w:type="auto"/>
            <w:shd w:val="clear" w:color="auto" w:fill="F2F2F2"/>
          </w:tcPr>
          <w:p w14:paraId="4D8C4F51" w14:textId="77777777" w:rsidR="00056677" w:rsidRDefault="0092657D">
            <w:r>
              <w:t>Производительность водоподготовительной установки</w:t>
            </w:r>
          </w:p>
        </w:tc>
        <w:tc>
          <w:tcPr>
            <w:tcW w:w="0" w:type="auto"/>
            <w:shd w:val="clear" w:color="auto" w:fill="FFFFFF"/>
          </w:tcPr>
          <w:p w14:paraId="1ACBC326" w14:textId="77777777" w:rsidR="00056677" w:rsidRDefault="0092657D">
            <w:r>
              <w:t>40,0 т/ч</w:t>
            </w:r>
          </w:p>
        </w:tc>
      </w:tr>
      <w:tr w:rsidR="00056677" w14:paraId="055E9334" w14:textId="77777777">
        <w:trPr>
          <w:cantSplit/>
        </w:trPr>
        <w:tc>
          <w:tcPr>
            <w:tcW w:w="0" w:type="auto"/>
            <w:shd w:val="clear" w:color="auto" w:fill="F2F2F2"/>
          </w:tcPr>
          <w:p w14:paraId="24F062B7" w14:textId="77777777" w:rsidR="00056677" w:rsidRPr="00844B84" w:rsidRDefault="0092657D">
            <w:pPr>
              <w:rPr>
                <w:lang w:val="ru-RU"/>
              </w:rPr>
            </w:pPr>
            <w:r w:rsidRPr="00844B84">
              <w:rPr>
                <w:lang w:val="ru-RU"/>
              </w:rPr>
              <w:t>Резерв или дефицит подпитки в нормальном режиме</w:t>
            </w:r>
          </w:p>
        </w:tc>
        <w:tc>
          <w:tcPr>
            <w:tcW w:w="0" w:type="auto"/>
            <w:shd w:val="clear" w:color="auto" w:fill="FFFFFF"/>
          </w:tcPr>
          <w:p w14:paraId="3507C007" w14:textId="77777777" w:rsidR="00056677" w:rsidRDefault="0092657D">
            <w:r>
              <w:t>27,083 т/ч</w:t>
            </w:r>
          </w:p>
        </w:tc>
      </w:tr>
      <w:tr w:rsidR="00056677" w14:paraId="5178D79B" w14:textId="77777777">
        <w:trPr>
          <w:cantSplit/>
        </w:trPr>
        <w:tc>
          <w:tcPr>
            <w:tcW w:w="0" w:type="auto"/>
            <w:shd w:val="clear" w:color="auto" w:fill="F2F2F2"/>
          </w:tcPr>
          <w:p w14:paraId="1841F062" w14:textId="77777777" w:rsidR="00056677" w:rsidRDefault="0092657D">
            <w:r>
              <w:t>Нормируемая аварийная подпитка</w:t>
            </w:r>
          </w:p>
        </w:tc>
        <w:tc>
          <w:tcPr>
            <w:tcW w:w="0" w:type="auto"/>
            <w:shd w:val="clear" w:color="auto" w:fill="FFFFFF"/>
          </w:tcPr>
          <w:p w14:paraId="34AFA5CF" w14:textId="77777777" w:rsidR="00056677" w:rsidRDefault="0092657D">
            <w:r>
              <w:t>19,4 т/ч</w:t>
            </w:r>
          </w:p>
        </w:tc>
      </w:tr>
      <w:tr w:rsidR="00056677" w14:paraId="0D6AC047" w14:textId="77777777">
        <w:trPr>
          <w:cantSplit/>
        </w:trPr>
        <w:tc>
          <w:tcPr>
            <w:tcW w:w="0" w:type="auto"/>
            <w:shd w:val="clear" w:color="auto" w:fill="F2F2F2"/>
          </w:tcPr>
          <w:p w14:paraId="23F4343F" w14:textId="77777777" w:rsidR="00056677" w:rsidRPr="00844B84" w:rsidRDefault="0092657D">
            <w:pPr>
              <w:rPr>
                <w:lang w:val="ru-RU"/>
              </w:rPr>
            </w:pPr>
            <w:r w:rsidRPr="00844B84">
              <w:rPr>
                <w:lang w:val="ru-RU"/>
              </w:rPr>
              <w:t>Резерв или дефицит подпитки в аварийном режиме</w:t>
            </w:r>
          </w:p>
        </w:tc>
        <w:tc>
          <w:tcPr>
            <w:tcW w:w="0" w:type="auto"/>
            <w:shd w:val="clear" w:color="auto" w:fill="FFFFFF"/>
          </w:tcPr>
          <w:p w14:paraId="6A850DAE" w14:textId="77777777" w:rsidR="00056677" w:rsidRDefault="0092657D">
            <w:r>
              <w:t>20,60 т/ч</w:t>
            </w:r>
          </w:p>
        </w:tc>
      </w:tr>
      <w:tr w:rsidR="00056677" w14:paraId="660948D2" w14:textId="77777777">
        <w:trPr>
          <w:cantSplit/>
        </w:trPr>
        <w:tc>
          <w:tcPr>
            <w:tcW w:w="0" w:type="auto"/>
            <w:shd w:val="clear" w:color="auto" w:fill="F2F2F2"/>
          </w:tcPr>
          <w:p w14:paraId="535F2521" w14:textId="77777777" w:rsidR="00056677" w:rsidRDefault="0092657D">
            <w:r>
              <w:t>Баки-аккумуляторы</w:t>
            </w:r>
          </w:p>
        </w:tc>
        <w:tc>
          <w:tcPr>
            <w:tcW w:w="0" w:type="auto"/>
            <w:shd w:val="clear" w:color="auto" w:fill="FFFFFF"/>
          </w:tcPr>
          <w:p w14:paraId="04204BD1" w14:textId="77777777" w:rsidR="00056677" w:rsidRDefault="0092657D">
            <w:r>
              <w:t>отсутствуют</w:t>
            </w:r>
          </w:p>
        </w:tc>
      </w:tr>
      <w:tr w:rsidR="00056677" w14:paraId="09478594" w14:textId="77777777">
        <w:trPr>
          <w:cantSplit/>
        </w:trPr>
        <w:tc>
          <w:tcPr>
            <w:tcW w:w="0" w:type="auto"/>
            <w:shd w:val="clear" w:color="auto" w:fill="F2F2F2"/>
          </w:tcPr>
          <w:p w14:paraId="0D3B8D77" w14:textId="77777777" w:rsidR="00056677" w:rsidRPr="00844B84" w:rsidRDefault="0092657D">
            <w:pPr>
              <w:rPr>
                <w:lang w:val="ru-RU"/>
              </w:rPr>
            </w:pPr>
            <w:r w:rsidRPr="00844B84">
              <w:rPr>
                <w:lang w:val="ru-RU"/>
              </w:rPr>
              <w:t>Подпитка после перевода на закрытую схему</w:t>
            </w:r>
          </w:p>
        </w:tc>
        <w:tc>
          <w:tcPr>
            <w:tcW w:w="0" w:type="auto"/>
            <w:shd w:val="clear" w:color="auto" w:fill="FFFFFF"/>
          </w:tcPr>
          <w:p w14:paraId="40AEB44B" w14:textId="77777777" w:rsidR="00056677" w:rsidRDefault="0092657D">
            <w:r>
              <w:t>4,214 т/ч</w:t>
            </w:r>
          </w:p>
        </w:tc>
      </w:tr>
      <w:tr w:rsidR="00056677" w14:paraId="2599AF6B" w14:textId="77777777">
        <w:trPr>
          <w:cantSplit/>
        </w:trPr>
        <w:tc>
          <w:tcPr>
            <w:tcW w:w="0" w:type="auto"/>
            <w:shd w:val="clear" w:color="auto" w:fill="F2F2F2"/>
          </w:tcPr>
          <w:p w14:paraId="17DC3A90" w14:textId="77777777" w:rsidR="00056677" w:rsidRDefault="0092657D">
            <w:r>
              <w:t>Резерв подпитки после перевода</w:t>
            </w:r>
          </w:p>
        </w:tc>
        <w:tc>
          <w:tcPr>
            <w:tcW w:w="0" w:type="auto"/>
            <w:shd w:val="clear" w:color="auto" w:fill="FFFFFF"/>
          </w:tcPr>
          <w:p w14:paraId="76BF57D6" w14:textId="77777777" w:rsidR="00056677" w:rsidRDefault="0092657D">
            <w:r>
              <w:t>35,786 т/ч</w:t>
            </w:r>
          </w:p>
        </w:tc>
      </w:tr>
      <w:tr w:rsidR="00056677" w:rsidRPr="004D1FEB" w14:paraId="71970304" w14:textId="77777777">
        <w:trPr>
          <w:cantSplit/>
        </w:trPr>
        <w:tc>
          <w:tcPr>
            <w:tcW w:w="0" w:type="auto"/>
            <w:shd w:val="clear" w:color="auto" w:fill="F2F2F2"/>
          </w:tcPr>
          <w:p w14:paraId="13EB6D52" w14:textId="77777777" w:rsidR="00056677" w:rsidRDefault="0092657D">
            <w:r>
              <w:t>Утверждаемое решение</w:t>
            </w:r>
          </w:p>
        </w:tc>
        <w:tc>
          <w:tcPr>
            <w:tcW w:w="0" w:type="auto"/>
            <w:shd w:val="clear" w:color="auto" w:fill="FFFFFF"/>
          </w:tcPr>
          <w:p w14:paraId="49CDA746" w14:textId="77777777" w:rsidR="00056677" w:rsidRPr="00844B84" w:rsidRDefault="0092657D">
            <w:pPr>
              <w:rPr>
                <w:lang w:val="ru-RU"/>
              </w:rPr>
            </w:pPr>
            <w:r w:rsidRPr="00844B84">
              <w:rPr>
                <w:lang w:val="ru-RU"/>
              </w:rPr>
              <w:t>перевод на закрытую схему приготовления горячей воды</w:t>
            </w:r>
          </w:p>
        </w:tc>
      </w:tr>
    </w:tbl>
    <w:p w14:paraId="495BA172" w14:textId="77777777" w:rsidR="00056677" w:rsidRPr="000C24CF" w:rsidRDefault="0092657D">
      <w:pPr>
        <w:pStyle w:val="31"/>
        <w:rPr>
          <w:sz w:val="28"/>
          <w:szCs w:val="28"/>
        </w:rPr>
      </w:pPr>
      <w:r w:rsidRPr="000C24CF">
        <w:rPr>
          <w:sz w:val="28"/>
          <w:szCs w:val="28"/>
        </w:rPr>
        <w:t>7.9.8. УПК № 8 «Мундыбаш»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548"/>
        <w:gridCol w:w="5941"/>
      </w:tblGrid>
      <w:tr w:rsidR="00056677" w14:paraId="43EF55B8" w14:textId="77777777">
        <w:trPr>
          <w:cantSplit/>
          <w:tblHeader/>
        </w:trPr>
        <w:tc>
          <w:tcPr>
            <w:tcW w:w="0" w:type="auto"/>
            <w:shd w:val="clear" w:color="auto" w:fill="E2F0D9"/>
          </w:tcPr>
          <w:p w14:paraId="5B4D68F4" w14:textId="77777777" w:rsidR="00056677" w:rsidRDefault="0092657D">
            <w:pPr>
              <w:jc w:val="center"/>
            </w:pPr>
            <w:r>
              <w:rPr>
                <w:b/>
              </w:rPr>
              <w:t>Характеристика</w:t>
            </w:r>
          </w:p>
        </w:tc>
        <w:tc>
          <w:tcPr>
            <w:tcW w:w="0" w:type="auto"/>
            <w:shd w:val="clear" w:color="auto" w:fill="E2F0D9"/>
          </w:tcPr>
          <w:p w14:paraId="43C050FA" w14:textId="77777777" w:rsidR="00056677" w:rsidRDefault="0092657D">
            <w:pPr>
              <w:jc w:val="center"/>
            </w:pPr>
            <w:r>
              <w:rPr>
                <w:b/>
              </w:rPr>
              <w:t>Значение</w:t>
            </w:r>
          </w:p>
        </w:tc>
      </w:tr>
      <w:tr w:rsidR="00056677" w:rsidRPr="004D1FEB" w14:paraId="6323694C" w14:textId="77777777">
        <w:trPr>
          <w:cantSplit/>
        </w:trPr>
        <w:tc>
          <w:tcPr>
            <w:tcW w:w="0" w:type="auto"/>
            <w:shd w:val="clear" w:color="auto" w:fill="F2F2F2"/>
          </w:tcPr>
          <w:p w14:paraId="4FB857F3" w14:textId="77777777" w:rsidR="00056677" w:rsidRDefault="0092657D">
            <w:r>
              <w:t>Схема приготовления горячей воды</w:t>
            </w:r>
          </w:p>
        </w:tc>
        <w:tc>
          <w:tcPr>
            <w:tcW w:w="0" w:type="auto"/>
            <w:shd w:val="clear" w:color="auto" w:fill="FFFFFF"/>
          </w:tcPr>
          <w:p w14:paraId="6E12D287" w14:textId="77777777" w:rsidR="00056677" w:rsidRPr="00844B84" w:rsidRDefault="0092657D">
            <w:pPr>
              <w:rPr>
                <w:lang w:val="ru-RU"/>
              </w:rPr>
            </w:pPr>
            <w:r w:rsidRPr="00844B84">
              <w:rPr>
                <w:lang w:val="ru-RU"/>
              </w:rPr>
              <w:t xml:space="preserve">Смешанная по способу ГВС (открытая и закрытая по отдельным бойлерным); тепловая </w:t>
            </w:r>
          </w:p>
        </w:tc>
      </w:tr>
      <w:tr w:rsidR="00056677" w14:paraId="5B4105FB" w14:textId="77777777">
        <w:trPr>
          <w:cantSplit/>
        </w:trPr>
        <w:tc>
          <w:tcPr>
            <w:tcW w:w="0" w:type="auto"/>
            <w:shd w:val="clear" w:color="auto" w:fill="F2F2F2"/>
          </w:tcPr>
          <w:p w14:paraId="608B63F2" w14:textId="77777777" w:rsidR="00056677" w:rsidRDefault="0092657D">
            <w:r>
              <w:t>Тепловая сеть</w:t>
            </w:r>
          </w:p>
        </w:tc>
        <w:tc>
          <w:tcPr>
            <w:tcW w:w="0" w:type="auto"/>
            <w:shd w:val="clear" w:color="auto" w:fill="FFFFFF"/>
          </w:tcPr>
          <w:p w14:paraId="5E8624DC" w14:textId="77777777" w:rsidR="00056677" w:rsidRDefault="0092657D">
            <w:r>
              <w:t>двухтрубная</w:t>
            </w:r>
          </w:p>
        </w:tc>
      </w:tr>
      <w:tr w:rsidR="00056677" w14:paraId="5FD9C799" w14:textId="77777777">
        <w:trPr>
          <w:cantSplit/>
        </w:trPr>
        <w:tc>
          <w:tcPr>
            <w:tcW w:w="0" w:type="auto"/>
            <w:shd w:val="clear" w:color="auto" w:fill="F2F2F2"/>
          </w:tcPr>
          <w:p w14:paraId="688F43E6" w14:textId="77777777" w:rsidR="00056677" w:rsidRDefault="0092657D">
            <w:r>
              <w:t>Температурный график</w:t>
            </w:r>
          </w:p>
        </w:tc>
        <w:tc>
          <w:tcPr>
            <w:tcW w:w="0" w:type="auto"/>
            <w:shd w:val="clear" w:color="auto" w:fill="FFFFFF"/>
          </w:tcPr>
          <w:p w14:paraId="5B2CC6F7" w14:textId="77777777" w:rsidR="00056677" w:rsidRDefault="0092657D">
            <w:r>
              <w:t>95/70 °C</w:t>
            </w:r>
          </w:p>
        </w:tc>
      </w:tr>
      <w:tr w:rsidR="00056677" w14:paraId="4F01AAB4" w14:textId="77777777">
        <w:trPr>
          <w:cantSplit/>
        </w:trPr>
        <w:tc>
          <w:tcPr>
            <w:tcW w:w="0" w:type="auto"/>
            <w:shd w:val="clear" w:color="auto" w:fill="F2F2F2"/>
          </w:tcPr>
          <w:p w14:paraId="40CB1891" w14:textId="77777777" w:rsidR="00056677" w:rsidRPr="00844B84" w:rsidRDefault="0092657D">
            <w:pPr>
              <w:rPr>
                <w:lang w:val="ru-RU"/>
              </w:rPr>
            </w:pPr>
            <w:r w:rsidRPr="00844B84">
              <w:rPr>
                <w:lang w:val="ru-RU"/>
              </w:rPr>
              <w:t>Нагрузка горячего водоснабжения на 2026 год</w:t>
            </w:r>
          </w:p>
        </w:tc>
        <w:tc>
          <w:tcPr>
            <w:tcW w:w="0" w:type="auto"/>
            <w:shd w:val="clear" w:color="auto" w:fill="FFFFFF"/>
          </w:tcPr>
          <w:p w14:paraId="4A7A404D" w14:textId="77777777" w:rsidR="00056677" w:rsidRDefault="0092657D">
            <w:r>
              <w:t>0,8190 Гкал/ч</w:t>
            </w:r>
          </w:p>
        </w:tc>
      </w:tr>
      <w:tr w:rsidR="00056677" w14:paraId="1D0CC152" w14:textId="77777777">
        <w:trPr>
          <w:cantSplit/>
        </w:trPr>
        <w:tc>
          <w:tcPr>
            <w:tcW w:w="0" w:type="auto"/>
            <w:shd w:val="clear" w:color="auto" w:fill="F2F2F2"/>
          </w:tcPr>
          <w:p w14:paraId="0DFEA857" w14:textId="77777777" w:rsidR="00056677" w:rsidRPr="00844B84" w:rsidRDefault="0092657D">
            <w:pPr>
              <w:rPr>
                <w:lang w:val="ru-RU"/>
              </w:rPr>
            </w:pPr>
            <w:r w:rsidRPr="00844B84">
              <w:rPr>
                <w:lang w:val="ru-RU"/>
              </w:rPr>
              <w:t>Нагрузка горячего водоснабжения на расчётный срок</w:t>
            </w:r>
          </w:p>
        </w:tc>
        <w:tc>
          <w:tcPr>
            <w:tcW w:w="0" w:type="auto"/>
            <w:shd w:val="clear" w:color="auto" w:fill="FFFFFF"/>
          </w:tcPr>
          <w:p w14:paraId="7D8CC920" w14:textId="77777777" w:rsidR="00056677" w:rsidRDefault="0092657D">
            <w:r>
              <w:t>0,8190 Гкал/ч</w:t>
            </w:r>
          </w:p>
        </w:tc>
      </w:tr>
      <w:tr w:rsidR="00056677" w14:paraId="4E9A15C4" w14:textId="77777777">
        <w:trPr>
          <w:cantSplit/>
        </w:trPr>
        <w:tc>
          <w:tcPr>
            <w:tcW w:w="0" w:type="auto"/>
            <w:shd w:val="clear" w:color="auto" w:fill="F2F2F2"/>
          </w:tcPr>
          <w:p w14:paraId="0D612176" w14:textId="77777777" w:rsidR="00056677" w:rsidRPr="00844B84" w:rsidRDefault="0092657D">
            <w:pPr>
              <w:rPr>
                <w:lang w:val="ru-RU"/>
              </w:rPr>
            </w:pPr>
            <w:r w:rsidRPr="00844B84">
              <w:rPr>
                <w:lang w:val="ru-RU"/>
              </w:rPr>
              <w:t>Отпуск теплоносителя на нужды горячего водоснабжения</w:t>
            </w:r>
          </w:p>
        </w:tc>
        <w:tc>
          <w:tcPr>
            <w:tcW w:w="0" w:type="auto"/>
            <w:shd w:val="clear" w:color="auto" w:fill="FFFFFF"/>
          </w:tcPr>
          <w:p w14:paraId="624D67F5" w14:textId="77777777" w:rsidR="00056677" w:rsidRDefault="0092657D">
            <w:r>
              <w:t>62 183 т/год</w:t>
            </w:r>
          </w:p>
        </w:tc>
      </w:tr>
      <w:tr w:rsidR="00056677" w14:paraId="541C4CFA" w14:textId="77777777">
        <w:trPr>
          <w:cantSplit/>
        </w:trPr>
        <w:tc>
          <w:tcPr>
            <w:tcW w:w="0" w:type="auto"/>
            <w:shd w:val="clear" w:color="auto" w:fill="F2F2F2"/>
          </w:tcPr>
          <w:p w14:paraId="0841F266" w14:textId="77777777" w:rsidR="00056677" w:rsidRPr="00844B84" w:rsidRDefault="0092657D">
            <w:pPr>
              <w:rPr>
                <w:lang w:val="ru-RU"/>
              </w:rPr>
            </w:pPr>
            <w:r w:rsidRPr="00844B84">
              <w:rPr>
                <w:lang w:val="ru-RU"/>
              </w:rPr>
              <w:t>Подпитка тепловой сети на 2026 год</w:t>
            </w:r>
          </w:p>
        </w:tc>
        <w:tc>
          <w:tcPr>
            <w:tcW w:w="0" w:type="auto"/>
            <w:shd w:val="clear" w:color="auto" w:fill="FFFFFF"/>
          </w:tcPr>
          <w:p w14:paraId="64FCDFA3" w14:textId="77777777" w:rsidR="00056677" w:rsidRDefault="0092657D">
            <w:r>
              <w:t>7,925 т/ч</w:t>
            </w:r>
          </w:p>
        </w:tc>
      </w:tr>
      <w:tr w:rsidR="00056677" w14:paraId="46BFD5C8" w14:textId="77777777">
        <w:trPr>
          <w:cantSplit/>
        </w:trPr>
        <w:tc>
          <w:tcPr>
            <w:tcW w:w="0" w:type="auto"/>
            <w:shd w:val="clear" w:color="auto" w:fill="F2F2F2"/>
          </w:tcPr>
          <w:p w14:paraId="5CC1E7B6" w14:textId="77777777" w:rsidR="00056677" w:rsidRDefault="0092657D">
            <w:r>
              <w:t>Производительность водоподготовительной установки</w:t>
            </w:r>
          </w:p>
        </w:tc>
        <w:tc>
          <w:tcPr>
            <w:tcW w:w="0" w:type="auto"/>
            <w:shd w:val="clear" w:color="auto" w:fill="FFFFFF"/>
          </w:tcPr>
          <w:p w14:paraId="15E3299B" w14:textId="77777777" w:rsidR="00056677" w:rsidRDefault="0092657D">
            <w:r>
              <w:t>60,0 т/ч</w:t>
            </w:r>
          </w:p>
        </w:tc>
      </w:tr>
      <w:tr w:rsidR="00056677" w14:paraId="4030E9A3" w14:textId="77777777">
        <w:trPr>
          <w:cantSplit/>
        </w:trPr>
        <w:tc>
          <w:tcPr>
            <w:tcW w:w="0" w:type="auto"/>
            <w:shd w:val="clear" w:color="auto" w:fill="F2F2F2"/>
          </w:tcPr>
          <w:p w14:paraId="48793585" w14:textId="77777777" w:rsidR="00056677" w:rsidRPr="00844B84" w:rsidRDefault="0092657D">
            <w:pPr>
              <w:rPr>
                <w:lang w:val="ru-RU"/>
              </w:rPr>
            </w:pPr>
            <w:r w:rsidRPr="00844B84">
              <w:rPr>
                <w:lang w:val="ru-RU"/>
              </w:rPr>
              <w:t>Резерв или дефицит подпитки в нормальном режиме</w:t>
            </w:r>
          </w:p>
        </w:tc>
        <w:tc>
          <w:tcPr>
            <w:tcW w:w="0" w:type="auto"/>
            <w:shd w:val="clear" w:color="auto" w:fill="FFFFFF"/>
          </w:tcPr>
          <w:p w14:paraId="6D06FD50" w14:textId="77777777" w:rsidR="00056677" w:rsidRDefault="0092657D">
            <w:r>
              <w:t>52,075 т/ч</w:t>
            </w:r>
          </w:p>
        </w:tc>
      </w:tr>
      <w:tr w:rsidR="00056677" w14:paraId="597CF40D" w14:textId="77777777">
        <w:trPr>
          <w:cantSplit/>
        </w:trPr>
        <w:tc>
          <w:tcPr>
            <w:tcW w:w="0" w:type="auto"/>
            <w:shd w:val="clear" w:color="auto" w:fill="F2F2F2"/>
          </w:tcPr>
          <w:p w14:paraId="2F7FEA8E" w14:textId="77777777" w:rsidR="00056677" w:rsidRDefault="0092657D">
            <w:r>
              <w:t>Нормируемая аварийная подпитка</w:t>
            </w:r>
          </w:p>
        </w:tc>
        <w:tc>
          <w:tcPr>
            <w:tcW w:w="0" w:type="auto"/>
            <w:shd w:val="clear" w:color="auto" w:fill="FFFFFF"/>
          </w:tcPr>
          <w:p w14:paraId="59562958" w14:textId="77777777" w:rsidR="00056677" w:rsidRDefault="0092657D">
            <w:r>
              <w:t>7,2 т/ч</w:t>
            </w:r>
          </w:p>
        </w:tc>
      </w:tr>
      <w:tr w:rsidR="00056677" w14:paraId="1FAA8BD7" w14:textId="77777777">
        <w:trPr>
          <w:cantSplit/>
        </w:trPr>
        <w:tc>
          <w:tcPr>
            <w:tcW w:w="0" w:type="auto"/>
            <w:shd w:val="clear" w:color="auto" w:fill="F2F2F2"/>
          </w:tcPr>
          <w:p w14:paraId="29AB83D2" w14:textId="77777777" w:rsidR="00056677" w:rsidRPr="00844B84" w:rsidRDefault="0092657D">
            <w:pPr>
              <w:rPr>
                <w:lang w:val="ru-RU"/>
              </w:rPr>
            </w:pPr>
            <w:r w:rsidRPr="00844B84">
              <w:rPr>
                <w:lang w:val="ru-RU"/>
              </w:rPr>
              <w:t>Резерв или дефицит подпитки в аварийном режиме</w:t>
            </w:r>
          </w:p>
        </w:tc>
        <w:tc>
          <w:tcPr>
            <w:tcW w:w="0" w:type="auto"/>
            <w:shd w:val="clear" w:color="auto" w:fill="FFFFFF"/>
          </w:tcPr>
          <w:p w14:paraId="33ECD4C0" w14:textId="77777777" w:rsidR="00056677" w:rsidRDefault="0092657D">
            <w:r>
              <w:t>52,80 т/ч</w:t>
            </w:r>
          </w:p>
        </w:tc>
      </w:tr>
      <w:tr w:rsidR="00056677" w14:paraId="18461546" w14:textId="77777777">
        <w:trPr>
          <w:cantSplit/>
        </w:trPr>
        <w:tc>
          <w:tcPr>
            <w:tcW w:w="0" w:type="auto"/>
            <w:shd w:val="clear" w:color="auto" w:fill="F2F2F2"/>
          </w:tcPr>
          <w:p w14:paraId="6CC37285" w14:textId="77777777" w:rsidR="00056677" w:rsidRDefault="0092657D">
            <w:r>
              <w:t>Баки-аккумуляторы</w:t>
            </w:r>
          </w:p>
        </w:tc>
        <w:tc>
          <w:tcPr>
            <w:tcW w:w="0" w:type="auto"/>
            <w:shd w:val="clear" w:color="auto" w:fill="FFFFFF"/>
          </w:tcPr>
          <w:p w14:paraId="210D5A18" w14:textId="77777777" w:rsidR="00056677" w:rsidRDefault="0092657D">
            <w:r>
              <w:t>1 ед., 190 м³</w:t>
            </w:r>
          </w:p>
        </w:tc>
      </w:tr>
      <w:tr w:rsidR="00056677" w14:paraId="5128C107" w14:textId="77777777">
        <w:trPr>
          <w:cantSplit/>
        </w:trPr>
        <w:tc>
          <w:tcPr>
            <w:tcW w:w="0" w:type="auto"/>
            <w:shd w:val="clear" w:color="auto" w:fill="F2F2F2"/>
          </w:tcPr>
          <w:p w14:paraId="53AAEE01" w14:textId="77777777" w:rsidR="00056677" w:rsidRPr="00844B84" w:rsidRDefault="0092657D">
            <w:pPr>
              <w:rPr>
                <w:lang w:val="ru-RU"/>
              </w:rPr>
            </w:pPr>
            <w:r w:rsidRPr="00844B84">
              <w:rPr>
                <w:lang w:val="ru-RU"/>
              </w:rPr>
              <w:t>Подпитка после перевода на закрытую схему</w:t>
            </w:r>
          </w:p>
        </w:tc>
        <w:tc>
          <w:tcPr>
            <w:tcW w:w="0" w:type="auto"/>
            <w:shd w:val="clear" w:color="auto" w:fill="FFFFFF"/>
          </w:tcPr>
          <w:p w14:paraId="5F797274" w14:textId="77777777" w:rsidR="00056677" w:rsidRDefault="0092657D">
            <w:r>
              <w:t>0,826 т/ч</w:t>
            </w:r>
          </w:p>
        </w:tc>
      </w:tr>
      <w:tr w:rsidR="00056677" w14:paraId="6622AAB3" w14:textId="77777777">
        <w:trPr>
          <w:cantSplit/>
        </w:trPr>
        <w:tc>
          <w:tcPr>
            <w:tcW w:w="0" w:type="auto"/>
            <w:shd w:val="clear" w:color="auto" w:fill="F2F2F2"/>
          </w:tcPr>
          <w:p w14:paraId="2382112C" w14:textId="77777777" w:rsidR="00056677" w:rsidRDefault="0092657D">
            <w:r>
              <w:t>Резерв подпитки после перевода</w:t>
            </w:r>
          </w:p>
        </w:tc>
        <w:tc>
          <w:tcPr>
            <w:tcW w:w="0" w:type="auto"/>
            <w:shd w:val="clear" w:color="auto" w:fill="FFFFFF"/>
          </w:tcPr>
          <w:p w14:paraId="4FD9807A" w14:textId="77777777" w:rsidR="00056677" w:rsidRDefault="0092657D">
            <w:r>
              <w:t>59,174 т/ч</w:t>
            </w:r>
          </w:p>
        </w:tc>
      </w:tr>
      <w:tr w:rsidR="00056677" w:rsidRPr="004D1FEB" w14:paraId="6F512584" w14:textId="77777777">
        <w:trPr>
          <w:cantSplit/>
        </w:trPr>
        <w:tc>
          <w:tcPr>
            <w:tcW w:w="0" w:type="auto"/>
            <w:shd w:val="clear" w:color="auto" w:fill="F2F2F2"/>
          </w:tcPr>
          <w:p w14:paraId="5AFB81D2" w14:textId="77777777" w:rsidR="00056677" w:rsidRDefault="0092657D">
            <w:r>
              <w:t>Утверждаемое решение</w:t>
            </w:r>
          </w:p>
        </w:tc>
        <w:tc>
          <w:tcPr>
            <w:tcW w:w="0" w:type="auto"/>
            <w:shd w:val="clear" w:color="auto" w:fill="FFFFFF"/>
          </w:tcPr>
          <w:p w14:paraId="7DB04B99" w14:textId="77777777" w:rsidR="00056677" w:rsidRPr="00844B84" w:rsidRDefault="0092657D">
            <w:pPr>
              <w:rPr>
                <w:lang w:val="ru-RU"/>
              </w:rPr>
            </w:pPr>
            <w:r w:rsidRPr="00844B84">
              <w:rPr>
                <w:lang w:val="ru-RU"/>
              </w:rPr>
              <w:t>перевод на закрытую схему приготовления горячей воды</w:t>
            </w:r>
          </w:p>
        </w:tc>
      </w:tr>
    </w:tbl>
    <w:p w14:paraId="17191963" w14:textId="77777777" w:rsidR="00056677" w:rsidRPr="000C24CF" w:rsidRDefault="0092657D">
      <w:pPr>
        <w:pStyle w:val="31"/>
        <w:rPr>
          <w:sz w:val="28"/>
          <w:szCs w:val="28"/>
        </w:rPr>
      </w:pPr>
      <w:r w:rsidRPr="000C24CF">
        <w:rPr>
          <w:sz w:val="28"/>
          <w:szCs w:val="28"/>
        </w:rPr>
        <w:t>7.9.9. УПК № 10 «Темир-Тау»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741"/>
        <w:gridCol w:w="5748"/>
      </w:tblGrid>
      <w:tr w:rsidR="00056677" w14:paraId="722C2D4C" w14:textId="77777777">
        <w:trPr>
          <w:cantSplit/>
          <w:tblHeader/>
        </w:trPr>
        <w:tc>
          <w:tcPr>
            <w:tcW w:w="0" w:type="auto"/>
            <w:shd w:val="clear" w:color="auto" w:fill="E2F0D9"/>
          </w:tcPr>
          <w:p w14:paraId="38EFBC1D" w14:textId="77777777" w:rsidR="00056677" w:rsidRDefault="0092657D">
            <w:pPr>
              <w:jc w:val="center"/>
            </w:pPr>
            <w:r>
              <w:rPr>
                <w:b/>
              </w:rPr>
              <w:t>Характеристика</w:t>
            </w:r>
          </w:p>
        </w:tc>
        <w:tc>
          <w:tcPr>
            <w:tcW w:w="0" w:type="auto"/>
            <w:shd w:val="clear" w:color="auto" w:fill="E2F0D9"/>
          </w:tcPr>
          <w:p w14:paraId="60107382" w14:textId="77777777" w:rsidR="00056677" w:rsidRDefault="0092657D">
            <w:pPr>
              <w:jc w:val="center"/>
            </w:pPr>
            <w:r>
              <w:rPr>
                <w:b/>
              </w:rPr>
              <w:t>Значение</w:t>
            </w:r>
          </w:p>
        </w:tc>
      </w:tr>
      <w:tr w:rsidR="00056677" w14:paraId="6B8A1E91" w14:textId="77777777">
        <w:trPr>
          <w:cantSplit/>
        </w:trPr>
        <w:tc>
          <w:tcPr>
            <w:tcW w:w="0" w:type="auto"/>
            <w:shd w:val="clear" w:color="auto" w:fill="F2F2F2"/>
          </w:tcPr>
          <w:p w14:paraId="23D2AC1B" w14:textId="77777777" w:rsidR="00056677" w:rsidRDefault="0092657D">
            <w:r>
              <w:t>Схема приготовления горячей воды</w:t>
            </w:r>
          </w:p>
        </w:tc>
        <w:tc>
          <w:tcPr>
            <w:tcW w:w="0" w:type="auto"/>
            <w:shd w:val="clear" w:color="auto" w:fill="FFFFFF"/>
          </w:tcPr>
          <w:p w14:paraId="64214612" w14:textId="77777777" w:rsidR="00056677" w:rsidRDefault="0092657D">
            <w:r>
              <w:t>Открытая, двухтрубная</w:t>
            </w:r>
          </w:p>
        </w:tc>
      </w:tr>
      <w:tr w:rsidR="00056677" w14:paraId="5E6C194D" w14:textId="77777777">
        <w:trPr>
          <w:cantSplit/>
        </w:trPr>
        <w:tc>
          <w:tcPr>
            <w:tcW w:w="0" w:type="auto"/>
            <w:shd w:val="clear" w:color="auto" w:fill="F2F2F2"/>
          </w:tcPr>
          <w:p w14:paraId="2CC38E72" w14:textId="77777777" w:rsidR="00056677" w:rsidRDefault="0092657D">
            <w:r>
              <w:t>Тепловая сеть</w:t>
            </w:r>
          </w:p>
        </w:tc>
        <w:tc>
          <w:tcPr>
            <w:tcW w:w="0" w:type="auto"/>
            <w:shd w:val="clear" w:color="auto" w:fill="FFFFFF"/>
          </w:tcPr>
          <w:p w14:paraId="653C894C" w14:textId="77777777" w:rsidR="00056677" w:rsidRDefault="0092657D">
            <w:r>
              <w:t>двухтрубная</w:t>
            </w:r>
          </w:p>
        </w:tc>
      </w:tr>
      <w:tr w:rsidR="00056677" w14:paraId="66E7ADD6" w14:textId="77777777">
        <w:trPr>
          <w:cantSplit/>
        </w:trPr>
        <w:tc>
          <w:tcPr>
            <w:tcW w:w="0" w:type="auto"/>
            <w:shd w:val="clear" w:color="auto" w:fill="F2F2F2"/>
          </w:tcPr>
          <w:p w14:paraId="74138000" w14:textId="77777777" w:rsidR="00056677" w:rsidRDefault="0092657D">
            <w:r>
              <w:t>Температурный график</w:t>
            </w:r>
          </w:p>
        </w:tc>
        <w:tc>
          <w:tcPr>
            <w:tcW w:w="0" w:type="auto"/>
            <w:shd w:val="clear" w:color="auto" w:fill="FFFFFF"/>
          </w:tcPr>
          <w:p w14:paraId="2B2288D2" w14:textId="77777777" w:rsidR="00056677" w:rsidRDefault="0092657D">
            <w:r>
              <w:t>95/70 °C</w:t>
            </w:r>
          </w:p>
        </w:tc>
      </w:tr>
      <w:tr w:rsidR="00056677" w14:paraId="3A6D44FE" w14:textId="77777777">
        <w:trPr>
          <w:cantSplit/>
        </w:trPr>
        <w:tc>
          <w:tcPr>
            <w:tcW w:w="0" w:type="auto"/>
            <w:shd w:val="clear" w:color="auto" w:fill="F2F2F2"/>
          </w:tcPr>
          <w:p w14:paraId="6104EADE" w14:textId="77777777" w:rsidR="00056677" w:rsidRPr="00844B84" w:rsidRDefault="0092657D">
            <w:pPr>
              <w:rPr>
                <w:lang w:val="ru-RU"/>
              </w:rPr>
            </w:pPr>
            <w:r w:rsidRPr="00844B84">
              <w:rPr>
                <w:lang w:val="ru-RU"/>
              </w:rPr>
              <w:t>Нагрузка горячего водоснабжения на 2026 год</w:t>
            </w:r>
          </w:p>
        </w:tc>
        <w:tc>
          <w:tcPr>
            <w:tcW w:w="0" w:type="auto"/>
            <w:shd w:val="clear" w:color="auto" w:fill="FFFFFF"/>
          </w:tcPr>
          <w:p w14:paraId="14B337B8" w14:textId="77777777" w:rsidR="00056677" w:rsidRDefault="0092657D">
            <w:r>
              <w:t>0,2569 Гкал/ч</w:t>
            </w:r>
          </w:p>
        </w:tc>
      </w:tr>
      <w:tr w:rsidR="00056677" w14:paraId="2588EC24" w14:textId="77777777">
        <w:trPr>
          <w:cantSplit/>
        </w:trPr>
        <w:tc>
          <w:tcPr>
            <w:tcW w:w="0" w:type="auto"/>
            <w:shd w:val="clear" w:color="auto" w:fill="F2F2F2"/>
          </w:tcPr>
          <w:p w14:paraId="0CFC9221" w14:textId="77777777" w:rsidR="00056677" w:rsidRPr="00844B84" w:rsidRDefault="0092657D">
            <w:pPr>
              <w:rPr>
                <w:lang w:val="ru-RU"/>
              </w:rPr>
            </w:pPr>
            <w:r w:rsidRPr="00844B84">
              <w:rPr>
                <w:lang w:val="ru-RU"/>
              </w:rPr>
              <w:t>Нагрузка горячего водоснабжения на расчётный срок</w:t>
            </w:r>
          </w:p>
        </w:tc>
        <w:tc>
          <w:tcPr>
            <w:tcW w:w="0" w:type="auto"/>
            <w:shd w:val="clear" w:color="auto" w:fill="FFFFFF"/>
          </w:tcPr>
          <w:p w14:paraId="507EA4E6" w14:textId="77777777" w:rsidR="00056677" w:rsidRDefault="0092657D">
            <w:r>
              <w:t>0,2569 Гкал/ч</w:t>
            </w:r>
          </w:p>
        </w:tc>
      </w:tr>
      <w:tr w:rsidR="00056677" w14:paraId="7C23D0D2" w14:textId="77777777">
        <w:trPr>
          <w:cantSplit/>
        </w:trPr>
        <w:tc>
          <w:tcPr>
            <w:tcW w:w="0" w:type="auto"/>
            <w:shd w:val="clear" w:color="auto" w:fill="F2F2F2"/>
          </w:tcPr>
          <w:p w14:paraId="10D7D9BA" w14:textId="77777777" w:rsidR="00056677" w:rsidRPr="00844B84" w:rsidRDefault="0092657D">
            <w:pPr>
              <w:rPr>
                <w:lang w:val="ru-RU"/>
              </w:rPr>
            </w:pPr>
            <w:r w:rsidRPr="00844B84">
              <w:rPr>
                <w:lang w:val="ru-RU"/>
              </w:rPr>
              <w:t>Отпуск теплоносителя на нужды горячего водоснабжения</w:t>
            </w:r>
          </w:p>
        </w:tc>
        <w:tc>
          <w:tcPr>
            <w:tcW w:w="0" w:type="auto"/>
            <w:shd w:val="clear" w:color="auto" w:fill="FFFFFF"/>
          </w:tcPr>
          <w:p w14:paraId="43C87456" w14:textId="77777777" w:rsidR="00056677" w:rsidRDefault="0092657D">
            <w:r>
              <w:t>29 079 т/год</w:t>
            </w:r>
          </w:p>
        </w:tc>
      </w:tr>
      <w:tr w:rsidR="00056677" w14:paraId="7F5AECE1" w14:textId="77777777">
        <w:trPr>
          <w:cantSplit/>
        </w:trPr>
        <w:tc>
          <w:tcPr>
            <w:tcW w:w="0" w:type="auto"/>
            <w:shd w:val="clear" w:color="auto" w:fill="F2F2F2"/>
          </w:tcPr>
          <w:p w14:paraId="050EF05E" w14:textId="77777777" w:rsidR="00056677" w:rsidRPr="00844B84" w:rsidRDefault="0092657D">
            <w:pPr>
              <w:rPr>
                <w:lang w:val="ru-RU"/>
              </w:rPr>
            </w:pPr>
            <w:r w:rsidRPr="00844B84">
              <w:rPr>
                <w:lang w:val="ru-RU"/>
              </w:rPr>
              <w:t>Подпитка тепловой сети на 2026 год</w:t>
            </w:r>
          </w:p>
        </w:tc>
        <w:tc>
          <w:tcPr>
            <w:tcW w:w="0" w:type="auto"/>
            <w:shd w:val="clear" w:color="auto" w:fill="FFFFFF"/>
          </w:tcPr>
          <w:p w14:paraId="2928052A" w14:textId="77777777" w:rsidR="00056677" w:rsidRDefault="0092657D">
            <w:r>
              <w:t>4,052 т/ч</w:t>
            </w:r>
          </w:p>
        </w:tc>
      </w:tr>
      <w:tr w:rsidR="00056677" w:rsidRPr="004D1FEB" w14:paraId="502AE905" w14:textId="77777777">
        <w:trPr>
          <w:cantSplit/>
        </w:trPr>
        <w:tc>
          <w:tcPr>
            <w:tcW w:w="0" w:type="auto"/>
            <w:shd w:val="clear" w:color="auto" w:fill="F2F2F2"/>
          </w:tcPr>
          <w:p w14:paraId="5E3E5EA9" w14:textId="77777777" w:rsidR="00056677" w:rsidRDefault="0092657D">
            <w:r>
              <w:t>Производительность водоподготовительной установки</w:t>
            </w:r>
          </w:p>
        </w:tc>
        <w:tc>
          <w:tcPr>
            <w:tcW w:w="0" w:type="auto"/>
            <w:shd w:val="clear" w:color="auto" w:fill="FFFFFF"/>
          </w:tcPr>
          <w:p w14:paraId="19C25B07" w14:textId="77777777" w:rsidR="00056677" w:rsidRPr="00844B84" w:rsidRDefault="0092657D">
            <w:pPr>
              <w:rPr>
                <w:lang w:val="ru-RU"/>
              </w:rPr>
            </w:pPr>
            <w:r w:rsidRPr="00844B84">
              <w:rPr>
                <w:lang w:val="ru-RU"/>
              </w:rPr>
              <w:t>нулевая заявленная производительность; технология подлежит уточнению</w:t>
            </w:r>
          </w:p>
        </w:tc>
      </w:tr>
      <w:tr w:rsidR="00056677" w14:paraId="2E4EE50F" w14:textId="77777777">
        <w:trPr>
          <w:cantSplit/>
        </w:trPr>
        <w:tc>
          <w:tcPr>
            <w:tcW w:w="0" w:type="auto"/>
            <w:shd w:val="clear" w:color="auto" w:fill="F2F2F2"/>
          </w:tcPr>
          <w:p w14:paraId="193A379D" w14:textId="77777777" w:rsidR="00056677" w:rsidRPr="00844B84" w:rsidRDefault="0092657D">
            <w:pPr>
              <w:rPr>
                <w:lang w:val="ru-RU"/>
              </w:rPr>
            </w:pPr>
            <w:r w:rsidRPr="00844B84">
              <w:rPr>
                <w:lang w:val="ru-RU"/>
              </w:rPr>
              <w:t>Резерв или дефицит подпитки в нормальном режиме</w:t>
            </w:r>
          </w:p>
        </w:tc>
        <w:tc>
          <w:tcPr>
            <w:tcW w:w="0" w:type="auto"/>
            <w:shd w:val="clear" w:color="auto" w:fill="FFFFFF"/>
          </w:tcPr>
          <w:p w14:paraId="697450DC" w14:textId="77777777" w:rsidR="00056677" w:rsidRDefault="0092657D">
            <w:r>
              <w:t>−4,052 т/ч</w:t>
            </w:r>
          </w:p>
        </w:tc>
      </w:tr>
      <w:tr w:rsidR="00056677" w14:paraId="26EEC555" w14:textId="77777777">
        <w:trPr>
          <w:cantSplit/>
        </w:trPr>
        <w:tc>
          <w:tcPr>
            <w:tcW w:w="0" w:type="auto"/>
            <w:shd w:val="clear" w:color="auto" w:fill="F2F2F2"/>
          </w:tcPr>
          <w:p w14:paraId="23B641D3" w14:textId="77777777" w:rsidR="00056677" w:rsidRDefault="0092657D">
            <w:r>
              <w:t>Нормируемая аварийная подпитка</w:t>
            </w:r>
          </w:p>
        </w:tc>
        <w:tc>
          <w:tcPr>
            <w:tcW w:w="0" w:type="auto"/>
            <w:shd w:val="clear" w:color="auto" w:fill="FFFFFF"/>
          </w:tcPr>
          <w:p w14:paraId="2207F92C" w14:textId="77777777" w:rsidR="00056677" w:rsidRDefault="0092657D">
            <w:r>
              <w:t>5,4 т/ч</w:t>
            </w:r>
          </w:p>
        </w:tc>
      </w:tr>
      <w:tr w:rsidR="00056677" w14:paraId="1ED58B16" w14:textId="77777777">
        <w:trPr>
          <w:cantSplit/>
        </w:trPr>
        <w:tc>
          <w:tcPr>
            <w:tcW w:w="0" w:type="auto"/>
            <w:shd w:val="clear" w:color="auto" w:fill="F2F2F2"/>
          </w:tcPr>
          <w:p w14:paraId="31151822" w14:textId="77777777" w:rsidR="00056677" w:rsidRPr="00844B84" w:rsidRDefault="0092657D">
            <w:pPr>
              <w:rPr>
                <w:lang w:val="ru-RU"/>
              </w:rPr>
            </w:pPr>
            <w:r w:rsidRPr="00844B84">
              <w:rPr>
                <w:lang w:val="ru-RU"/>
              </w:rPr>
              <w:t>Резерв или дефицит подпитки в аварийном режиме</w:t>
            </w:r>
          </w:p>
        </w:tc>
        <w:tc>
          <w:tcPr>
            <w:tcW w:w="0" w:type="auto"/>
            <w:shd w:val="clear" w:color="auto" w:fill="FFFFFF"/>
          </w:tcPr>
          <w:p w14:paraId="114BAA6B" w14:textId="77777777" w:rsidR="00056677" w:rsidRDefault="0092657D">
            <w:r>
              <w:t>−5,40 т/ч</w:t>
            </w:r>
          </w:p>
        </w:tc>
      </w:tr>
      <w:tr w:rsidR="00056677" w14:paraId="3B167DCF" w14:textId="77777777">
        <w:trPr>
          <w:cantSplit/>
        </w:trPr>
        <w:tc>
          <w:tcPr>
            <w:tcW w:w="0" w:type="auto"/>
            <w:shd w:val="clear" w:color="auto" w:fill="F2F2F2"/>
          </w:tcPr>
          <w:p w14:paraId="01459806" w14:textId="77777777" w:rsidR="00056677" w:rsidRDefault="0092657D">
            <w:r>
              <w:t>Баки-аккумуляторы</w:t>
            </w:r>
          </w:p>
        </w:tc>
        <w:tc>
          <w:tcPr>
            <w:tcW w:w="0" w:type="auto"/>
            <w:shd w:val="clear" w:color="auto" w:fill="FFFFFF"/>
          </w:tcPr>
          <w:p w14:paraId="65E5C72A" w14:textId="77777777" w:rsidR="00056677" w:rsidRDefault="0092657D">
            <w:r>
              <w:t>отсутствуют</w:t>
            </w:r>
          </w:p>
        </w:tc>
      </w:tr>
      <w:tr w:rsidR="00056677" w14:paraId="596E9277" w14:textId="77777777">
        <w:trPr>
          <w:cantSplit/>
        </w:trPr>
        <w:tc>
          <w:tcPr>
            <w:tcW w:w="0" w:type="auto"/>
            <w:shd w:val="clear" w:color="auto" w:fill="F2F2F2"/>
          </w:tcPr>
          <w:p w14:paraId="68E5548D" w14:textId="77777777" w:rsidR="00056677" w:rsidRPr="00844B84" w:rsidRDefault="0092657D">
            <w:pPr>
              <w:rPr>
                <w:lang w:val="ru-RU"/>
              </w:rPr>
            </w:pPr>
            <w:r w:rsidRPr="00844B84">
              <w:rPr>
                <w:lang w:val="ru-RU"/>
              </w:rPr>
              <w:t>Подпитка после перевода на закрытую схему</w:t>
            </w:r>
          </w:p>
        </w:tc>
        <w:tc>
          <w:tcPr>
            <w:tcW w:w="0" w:type="auto"/>
            <w:shd w:val="clear" w:color="auto" w:fill="FFFFFF"/>
          </w:tcPr>
          <w:p w14:paraId="40E983B5" w14:textId="77777777" w:rsidR="00056677" w:rsidRDefault="0092657D">
            <w:r>
              <w:t>0,733 т/ч</w:t>
            </w:r>
          </w:p>
        </w:tc>
      </w:tr>
      <w:tr w:rsidR="00056677" w14:paraId="1608A3A5" w14:textId="77777777">
        <w:trPr>
          <w:cantSplit/>
        </w:trPr>
        <w:tc>
          <w:tcPr>
            <w:tcW w:w="0" w:type="auto"/>
            <w:shd w:val="clear" w:color="auto" w:fill="F2F2F2"/>
          </w:tcPr>
          <w:p w14:paraId="01F5C5A9" w14:textId="77777777" w:rsidR="00056677" w:rsidRDefault="0092657D">
            <w:r>
              <w:t>Резерв подпитки после перевода</w:t>
            </w:r>
          </w:p>
        </w:tc>
        <w:tc>
          <w:tcPr>
            <w:tcW w:w="0" w:type="auto"/>
            <w:shd w:val="clear" w:color="auto" w:fill="FFFFFF"/>
          </w:tcPr>
          <w:p w14:paraId="4CACA37C" w14:textId="77777777" w:rsidR="00056677" w:rsidRDefault="0092657D">
            <w:r>
              <w:t>−0,733 т/ч</w:t>
            </w:r>
          </w:p>
        </w:tc>
      </w:tr>
      <w:tr w:rsidR="00056677" w:rsidRPr="004D1FEB" w14:paraId="3F8A6762" w14:textId="77777777">
        <w:trPr>
          <w:cantSplit/>
        </w:trPr>
        <w:tc>
          <w:tcPr>
            <w:tcW w:w="0" w:type="auto"/>
            <w:shd w:val="clear" w:color="auto" w:fill="F2F2F2"/>
          </w:tcPr>
          <w:p w14:paraId="647AA204" w14:textId="77777777" w:rsidR="00056677" w:rsidRDefault="0092657D">
            <w:r>
              <w:t>Утверждаемое решение</w:t>
            </w:r>
          </w:p>
        </w:tc>
        <w:tc>
          <w:tcPr>
            <w:tcW w:w="0" w:type="auto"/>
            <w:shd w:val="clear" w:color="auto" w:fill="FFFFFF"/>
          </w:tcPr>
          <w:p w14:paraId="4FA672AE" w14:textId="77777777" w:rsidR="00056677" w:rsidRPr="00844B84" w:rsidRDefault="0092657D">
            <w:pPr>
              <w:rPr>
                <w:lang w:val="ru-RU"/>
              </w:rPr>
            </w:pPr>
            <w:r w:rsidRPr="00844B84">
              <w:rPr>
                <w:lang w:val="ru-RU"/>
              </w:rPr>
              <w:t>перевод на закрытую схему приготовления горячей воды</w:t>
            </w:r>
          </w:p>
        </w:tc>
      </w:tr>
    </w:tbl>
    <w:p w14:paraId="3BAD0334" w14:textId="77777777" w:rsidR="00056677" w:rsidRPr="000C24CF" w:rsidRDefault="0092657D">
      <w:pPr>
        <w:pStyle w:val="31"/>
        <w:rPr>
          <w:sz w:val="28"/>
          <w:szCs w:val="28"/>
        </w:rPr>
      </w:pPr>
      <w:r w:rsidRPr="000C24CF">
        <w:rPr>
          <w:sz w:val="28"/>
          <w:szCs w:val="28"/>
        </w:rPr>
        <w:t>7.9.10. УПК № 3 «Спасск»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741"/>
        <w:gridCol w:w="5748"/>
      </w:tblGrid>
      <w:tr w:rsidR="00056677" w14:paraId="6E6301E6" w14:textId="77777777">
        <w:trPr>
          <w:cantSplit/>
          <w:tblHeader/>
        </w:trPr>
        <w:tc>
          <w:tcPr>
            <w:tcW w:w="0" w:type="auto"/>
            <w:shd w:val="clear" w:color="auto" w:fill="E2F0D9"/>
          </w:tcPr>
          <w:p w14:paraId="7760AB3E" w14:textId="77777777" w:rsidR="00056677" w:rsidRDefault="0092657D">
            <w:pPr>
              <w:jc w:val="center"/>
            </w:pPr>
            <w:r>
              <w:rPr>
                <w:b/>
              </w:rPr>
              <w:t>Характеристика</w:t>
            </w:r>
          </w:p>
        </w:tc>
        <w:tc>
          <w:tcPr>
            <w:tcW w:w="0" w:type="auto"/>
            <w:shd w:val="clear" w:color="auto" w:fill="E2F0D9"/>
          </w:tcPr>
          <w:p w14:paraId="5296630E" w14:textId="77777777" w:rsidR="00056677" w:rsidRDefault="0092657D">
            <w:pPr>
              <w:jc w:val="center"/>
            </w:pPr>
            <w:r>
              <w:rPr>
                <w:b/>
              </w:rPr>
              <w:t>Значение</w:t>
            </w:r>
          </w:p>
        </w:tc>
      </w:tr>
      <w:tr w:rsidR="00056677" w14:paraId="4E9DF5DB" w14:textId="77777777">
        <w:trPr>
          <w:cantSplit/>
        </w:trPr>
        <w:tc>
          <w:tcPr>
            <w:tcW w:w="0" w:type="auto"/>
            <w:shd w:val="clear" w:color="auto" w:fill="F2F2F2"/>
          </w:tcPr>
          <w:p w14:paraId="674CD162" w14:textId="77777777" w:rsidR="00056677" w:rsidRDefault="0092657D">
            <w:r>
              <w:t>Схема приготовления горячей воды</w:t>
            </w:r>
          </w:p>
        </w:tc>
        <w:tc>
          <w:tcPr>
            <w:tcW w:w="0" w:type="auto"/>
            <w:shd w:val="clear" w:color="auto" w:fill="FFFFFF"/>
          </w:tcPr>
          <w:p w14:paraId="09098E1F" w14:textId="77777777" w:rsidR="00056677" w:rsidRDefault="0092657D">
            <w:r>
              <w:t>Открытая, двухтрубная</w:t>
            </w:r>
          </w:p>
        </w:tc>
      </w:tr>
      <w:tr w:rsidR="00056677" w14:paraId="1CDF508F" w14:textId="77777777">
        <w:trPr>
          <w:cantSplit/>
        </w:trPr>
        <w:tc>
          <w:tcPr>
            <w:tcW w:w="0" w:type="auto"/>
            <w:shd w:val="clear" w:color="auto" w:fill="F2F2F2"/>
          </w:tcPr>
          <w:p w14:paraId="1CEDAE0C" w14:textId="77777777" w:rsidR="00056677" w:rsidRDefault="0092657D">
            <w:r>
              <w:t>Тепловая сеть</w:t>
            </w:r>
          </w:p>
        </w:tc>
        <w:tc>
          <w:tcPr>
            <w:tcW w:w="0" w:type="auto"/>
            <w:shd w:val="clear" w:color="auto" w:fill="FFFFFF"/>
          </w:tcPr>
          <w:p w14:paraId="653AD3E1" w14:textId="77777777" w:rsidR="00056677" w:rsidRDefault="0092657D">
            <w:r>
              <w:t>двухтрубная</w:t>
            </w:r>
          </w:p>
        </w:tc>
      </w:tr>
      <w:tr w:rsidR="00056677" w14:paraId="7C1D375F" w14:textId="77777777">
        <w:trPr>
          <w:cantSplit/>
        </w:trPr>
        <w:tc>
          <w:tcPr>
            <w:tcW w:w="0" w:type="auto"/>
            <w:shd w:val="clear" w:color="auto" w:fill="F2F2F2"/>
          </w:tcPr>
          <w:p w14:paraId="3E222E0E" w14:textId="77777777" w:rsidR="00056677" w:rsidRDefault="0092657D">
            <w:r>
              <w:t>Температурный график</w:t>
            </w:r>
          </w:p>
        </w:tc>
        <w:tc>
          <w:tcPr>
            <w:tcW w:w="0" w:type="auto"/>
            <w:shd w:val="clear" w:color="auto" w:fill="FFFFFF"/>
          </w:tcPr>
          <w:p w14:paraId="404D9A17" w14:textId="77777777" w:rsidR="00056677" w:rsidRDefault="0092657D">
            <w:r>
              <w:t>95/70 °C</w:t>
            </w:r>
          </w:p>
        </w:tc>
      </w:tr>
      <w:tr w:rsidR="00056677" w14:paraId="0A6EE000" w14:textId="77777777">
        <w:trPr>
          <w:cantSplit/>
        </w:trPr>
        <w:tc>
          <w:tcPr>
            <w:tcW w:w="0" w:type="auto"/>
            <w:shd w:val="clear" w:color="auto" w:fill="F2F2F2"/>
          </w:tcPr>
          <w:p w14:paraId="07E2419C" w14:textId="77777777" w:rsidR="00056677" w:rsidRPr="00844B84" w:rsidRDefault="0092657D">
            <w:pPr>
              <w:rPr>
                <w:lang w:val="ru-RU"/>
              </w:rPr>
            </w:pPr>
            <w:r w:rsidRPr="00844B84">
              <w:rPr>
                <w:lang w:val="ru-RU"/>
              </w:rPr>
              <w:t>Нагрузка горячего водоснабжения на 2026 год</w:t>
            </w:r>
          </w:p>
        </w:tc>
        <w:tc>
          <w:tcPr>
            <w:tcW w:w="0" w:type="auto"/>
            <w:shd w:val="clear" w:color="auto" w:fill="FFFFFF"/>
          </w:tcPr>
          <w:p w14:paraId="0DFBA829" w14:textId="77777777" w:rsidR="00056677" w:rsidRDefault="0092657D">
            <w:r>
              <w:t>0,0400 Гкал/ч</w:t>
            </w:r>
          </w:p>
        </w:tc>
      </w:tr>
      <w:tr w:rsidR="00056677" w14:paraId="7B714470" w14:textId="77777777">
        <w:trPr>
          <w:cantSplit/>
        </w:trPr>
        <w:tc>
          <w:tcPr>
            <w:tcW w:w="0" w:type="auto"/>
            <w:shd w:val="clear" w:color="auto" w:fill="F2F2F2"/>
          </w:tcPr>
          <w:p w14:paraId="5A940ED4" w14:textId="77777777" w:rsidR="00056677" w:rsidRPr="00844B84" w:rsidRDefault="0092657D">
            <w:pPr>
              <w:rPr>
                <w:lang w:val="ru-RU"/>
              </w:rPr>
            </w:pPr>
            <w:r w:rsidRPr="00844B84">
              <w:rPr>
                <w:lang w:val="ru-RU"/>
              </w:rPr>
              <w:t>Нагрузка горячего водоснабжения на расчётный срок</w:t>
            </w:r>
          </w:p>
        </w:tc>
        <w:tc>
          <w:tcPr>
            <w:tcW w:w="0" w:type="auto"/>
            <w:shd w:val="clear" w:color="auto" w:fill="FFFFFF"/>
          </w:tcPr>
          <w:p w14:paraId="7D09C902" w14:textId="77777777" w:rsidR="00056677" w:rsidRDefault="0092657D">
            <w:r>
              <w:t>0,0410 Гкал/ч</w:t>
            </w:r>
          </w:p>
        </w:tc>
      </w:tr>
      <w:tr w:rsidR="00056677" w14:paraId="1330AA84" w14:textId="77777777">
        <w:trPr>
          <w:cantSplit/>
        </w:trPr>
        <w:tc>
          <w:tcPr>
            <w:tcW w:w="0" w:type="auto"/>
            <w:shd w:val="clear" w:color="auto" w:fill="F2F2F2"/>
          </w:tcPr>
          <w:p w14:paraId="435B807D" w14:textId="77777777" w:rsidR="00056677" w:rsidRPr="00844B84" w:rsidRDefault="0092657D">
            <w:pPr>
              <w:rPr>
                <w:lang w:val="ru-RU"/>
              </w:rPr>
            </w:pPr>
            <w:r w:rsidRPr="00844B84">
              <w:rPr>
                <w:lang w:val="ru-RU"/>
              </w:rPr>
              <w:t>Отпуск теплоносителя на нужды горячего водоснабжения</w:t>
            </w:r>
          </w:p>
        </w:tc>
        <w:tc>
          <w:tcPr>
            <w:tcW w:w="0" w:type="auto"/>
            <w:shd w:val="clear" w:color="auto" w:fill="FFFFFF"/>
          </w:tcPr>
          <w:p w14:paraId="285D025E" w14:textId="77777777" w:rsidR="00056677" w:rsidRDefault="0092657D">
            <w:r>
              <w:t>2 932 т/год</w:t>
            </w:r>
          </w:p>
        </w:tc>
      </w:tr>
      <w:tr w:rsidR="00056677" w14:paraId="498B66F6" w14:textId="77777777">
        <w:trPr>
          <w:cantSplit/>
        </w:trPr>
        <w:tc>
          <w:tcPr>
            <w:tcW w:w="0" w:type="auto"/>
            <w:shd w:val="clear" w:color="auto" w:fill="F2F2F2"/>
          </w:tcPr>
          <w:p w14:paraId="4D0A3FAD" w14:textId="77777777" w:rsidR="00056677" w:rsidRPr="00844B84" w:rsidRDefault="0092657D">
            <w:pPr>
              <w:rPr>
                <w:lang w:val="ru-RU"/>
              </w:rPr>
            </w:pPr>
            <w:r w:rsidRPr="00844B84">
              <w:rPr>
                <w:lang w:val="ru-RU"/>
              </w:rPr>
              <w:t>Подпитка тепловой сети на 2026 год</w:t>
            </w:r>
          </w:p>
        </w:tc>
        <w:tc>
          <w:tcPr>
            <w:tcW w:w="0" w:type="auto"/>
            <w:shd w:val="clear" w:color="auto" w:fill="FFFFFF"/>
          </w:tcPr>
          <w:p w14:paraId="1D39B2C1" w14:textId="77777777" w:rsidR="00056677" w:rsidRDefault="0092657D">
            <w:r>
              <w:t>0,428 т/ч</w:t>
            </w:r>
          </w:p>
        </w:tc>
      </w:tr>
      <w:tr w:rsidR="00056677" w:rsidRPr="004D1FEB" w14:paraId="5FB37308" w14:textId="77777777">
        <w:trPr>
          <w:cantSplit/>
        </w:trPr>
        <w:tc>
          <w:tcPr>
            <w:tcW w:w="0" w:type="auto"/>
            <w:shd w:val="clear" w:color="auto" w:fill="F2F2F2"/>
          </w:tcPr>
          <w:p w14:paraId="03F9C4D6" w14:textId="77777777" w:rsidR="00056677" w:rsidRDefault="0092657D">
            <w:r>
              <w:t>Производительность водоподготовительной установки</w:t>
            </w:r>
          </w:p>
        </w:tc>
        <w:tc>
          <w:tcPr>
            <w:tcW w:w="0" w:type="auto"/>
            <w:shd w:val="clear" w:color="auto" w:fill="FFFFFF"/>
          </w:tcPr>
          <w:p w14:paraId="2000F493" w14:textId="77777777" w:rsidR="00056677" w:rsidRPr="00844B84" w:rsidRDefault="0092657D">
            <w:pPr>
              <w:rPr>
                <w:lang w:val="ru-RU"/>
              </w:rPr>
            </w:pPr>
            <w:r w:rsidRPr="00844B84">
              <w:rPr>
                <w:lang w:val="ru-RU"/>
              </w:rPr>
              <w:t>нулевая заявленная производительность; технология подлежит уточнению</w:t>
            </w:r>
          </w:p>
        </w:tc>
      </w:tr>
      <w:tr w:rsidR="00056677" w14:paraId="0D71248B" w14:textId="77777777">
        <w:trPr>
          <w:cantSplit/>
        </w:trPr>
        <w:tc>
          <w:tcPr>
            <w:tcW w:w="0" w:type="auto"/>
            <w:shd w:val="clear" w:color="auto" w:fill="F2F2F2"/>
          </w:tcPr>
          <w:p w14:paraId="0250ECA0" w14:textId="77777777" w:rsidR="00056677" w:rsidRPr="00844B84" w:rsidRDefault="0092657D">
            <w:pPr>
              <w:rPr>
                <w:lang w:val="ru-RU"/>
              </w:rPr>
            </w:pPr>
            <w:r w:rsidRPr="00844B84">
              <w:rPr>
                <w:lang w:val="ru-RU"/>
              </w:rPr>
              <w:t>Резерв или дефицит подпитки в нормальном режиме</w:t>
            </w:r>
          </w:p>
        </w:tc>
        <w:tc>
          <w:tcPr>
            <w:tcW w:w="0" w:type="auto"/>
            <w:shd w:val="clear" w:color="auto" w:fill="FFFFFF"/>
          </w:tcPr>
          <w:p w14:paraId="75926D1F" w14:textId="77777777" w:rsidR="00056677" w:rsidRDefault="0092657D">
            <w:r>
              <w:t>−0,428 т/ч</w:t>
            </w:r>
          </w:p>
        </w:tc>
      </w:tr>
      <w:tr w:rsidR="00056677" w14:paraId="6B920233" w14:textId="77777777">
        <w:trPr>
          <w:cantSplit/>
        </w:trPr>
        <w:tc>
          <w:tcPr>
            <w:tcW w:w="0" w:type="auto"/>
            <w:shd w:val="clear" w:color="auto" w:fill="F2F2F2"/>
          </w:tcPr>
          <w:p w14:paraId="4893B0A7" w14:textId="77777777" w:rsidR="00056677" w:rsidRDefault="0092657D">
            <w:r>
              <w:t>Нормируемая аварийная подпитка</w:t>
            </w:r>
          </w:p>
        </w:tc>
        <w:tc>
          <w:tcPr>
            <w:tcW w:w="0" w:type="auto"/>
            <w:shd w:val="clear" w:color="auto" w:fill="FFFFFF"/>
          </w:tcPr>
          <w:p w14:paraId="64ECCD6F" w14:textId="77777777" w:rsidR="00056677" w:rsidRDefault="0092657D">
            <w:r>
              <w:t>1,1 т/ч</w:t>
            </w:r>
          </w:p>
        </w:tc>
      </w:tr>
      <w:tr w:rsidR="00056677" w14:paraId="3F0C58B4" w14:textId="77777777">
        <w:trPr>
          <w:cantSplit/>
        </w:trPr>
        <w:tc>
          <w:tcPr>
            <w:tcW w:w="0" w:type="auto"/>
            <w:shd w:val="clear" w:color="auto" w:fill="F2F2F2"/>
          </w:tcPr>
          <w:p w14:paraId="5B6B476D" w14:textId="77777777" w:rsidR="00056677" w:rsidRPr="00844B84" w:rsidRDefault="0092657D">
            <w:pPr>
              <w:rPr>
                <w:lang w:val="ru-RU"/>
              </w:rPr>
            </w:pPr>
            <w:r w:rsidRPr="00844B84">
              <w:rPr>
                <w:lang w:val="ru-RU"/>
              </w:rPr>
              <w:t>Резерв или дефицит подпитки в аварийном режиме</w:t>
            </w:r>
          </w:p>
        </w:tc>
        <w:tc>
          <w:tcPr>
            <w:tcW w:w="0" w:type="auto"/>
            <w:shd w:val="clear" w:color="auto" w:fill="FFFFFF"/>
          </w:tcPr>
          <w:p w14:paraId="3DA005D4" w14:textId="77777777" w:rsidR="00056677" w:rsidRDefault="0092657D">
            <w:r>
              <w:t>−1,10 т/ч</w:t>
            </w:r>
          </w:p>
        </w:tc>
      </w:tr>
      <w:tr w:rsidR="00056677" w14:paraId="4332B439" w14:textId="77777777">
        <w:trPr>
          <w:cantSplit/>
        </w:trPr>
        <w:tc>
          <w:tcPr>
            <w:tcW w:w="0" w:type="auto"/>
            <w:shd w:val="clear" w:color="auto" w:fill="F2F2F2"/>
          </w:tcPr>
          <w:p w14:paraId="57B3BE31" w14:textId="77777777" w:rsidR="00056677" w:rsidRDefault="0092657D">
            <w:r>
              <w:t>Баки-аккумуляторы</w:t>
            </w:r>
          </w:p>
        </w:tc>
        <w:tc>
          <w:tcPr>
            <w:tcW w:w="0" w:type="auto"/>
            <w:shd w:val="clear" w:color="auto" w:fill="FFFFFF"/>
          </w:tcPr>
          <w:p w14:paraId="25943E9C" w14:textId="77777777" w:rsidR="00056677" w:rsidRDefault="0092657D">
            <w:r>
              <w:t>отсутствуют</w:t>
            </w:r>
          </w:p>
        </w:tc>
      </w:tr>
      <w:tr w:rsidR="00056677" w14:paraId="7FA6F4E7" w14:textId="77777777">
        <w:trPr>
          <w:cantSplit/>
        </w:trPr>
        <w:tc>
          <w:tcPr>
            <w:tcW w:w="0" w:type="auto"/>
            <w:shd w:val="clear" w:color="auto" w:fill="F2F2F2"/>
          </w:tcPr>
          <w:p w14:paraId="0B38C87A" w14:textId="77777777" w:rsidR="00056677" w:rsidRPr="00844B84" w:rsidRDefault="0092657D">
            <w:pPr>
              <w:rPr>
                <w:lang w:val="ru-RU"/>
              </w:rPr>
            </w:pPr>
            <w:r w:rsidRPr="00844B84">
              <w:rPr>
                <w:lang w:val="ru-RU"/>
              </w:rPr>
              <w:t>Подпитка после перевода на закрытую схему</w:t>
            </w:r>
          </w:p>
        </w:tc>
        <w:tc>
          <w:tcPr>
            <w:tcW w:w="0" w:type="auto"/>
            <w:shd w:val="clear" w:color="auto" w:fill="FFFFFF"/>
          </w:tcPr>
          <w:p w14:paraId="1C6F94AA" w14:textId="77777777" w:rsidR="00056677" w:rsidRDefault="0092657D">
            <w:r>
              <w:t>0,093 т/ч</w:t>
            </w:r>
          </w:p>
        </w:tc>
      </w:tr>
      <w:tr w:rsidR="00056677" w14:paraId="06F90B95" w14:textId="77777777">
        <w:trPr>
          <w:cantSplit/>
        </w:trPr>
        <w:tc>
          <w:tcPr>
            <w:tcW w:w="0" w:type="auto"/>
            <w:shd w:val="clear" w:color="auto" w:fill="F2F2F2"/>
          </w:tcPr>
          <w:p w14:paraId="430E3622" w14:textId="77777777" w:rsidR="00056677" w:rsidRDefault="0092657D">
            <w:r>
              <w:t>Резерв подпитки после перевода</w:t>
            </w:r>
          </w:p>
        </w:tc>
        <w:tc>
          <w:tcPr>
            <w:tcW w:w="0" w:type="auto"/>
            <w:shd w:val="clear" w:color="auto" w:fill="FFFFFF"/>
          </w:tcPr>
          <w:p w14:paraId="133F85B4" w14:textId="77777777" w:rsidR="00056677" w:rsidRDefault="0092657D">
            <w:r>
              <w:t>−0,093 т/ч</w:t>
            </w:r>
          </w:p>
        </w:tc>
      </w:tr>
      <w:tr w:rsidR="00056677" w:rsidRPr="004D1FEB" w14:paraId="00E6F60C" w14:textId="77777777">
        <w:trPr>
          <w:cantSplit/>
        </w:trPr>
        <w:tc>
          <w:tcPr>
            <w:tcW w:w="0" w:type="auto"/>
            <w:shd w:val="clear" w:color="auto" w:fill="F2F2F2"/>
          </w:tcPr>
          <w:p w14:paraId="1B3E07A8" w14:textId="77777777" w:rsidR="00056677" w:rsidRDefault="0092657D">
            <w:r>
              <w:t>Утверждаемое решение</w:t>
            </w:r>
          </w:p>
        </w:tc>
        <w:tc>
          <w:tcPr>
            <w:tcW w:w="0" w:type="auto"/>
            <w:shd w:val="clear" w:color="auto" w:fill="FFFFFF"/>
          </w:tcPr>
          <w:p w14:paraId="35B8782C" w14:textId="77777777" w:rsidR="00056677" w:rsidRPr="00844B84" w:rsidRDefault="0092657D">
            <w:pPr>
              <w:rPr>
                <w:lang w:val="ru-RU"/>
              </w:rPr>
            </w:pPr>
            <w:r w:rsidRPr="00844B84">
              <w:rPr>
                <w:lang w:val="ru-RU"/>
              </w:rPr>
              <w:t>перевод на закрытую схему приготовления горячей воды</w:t>
            </w:r>
          </w:p>
        </w:tc>
      </w:tr>
    </w:tbl>
    <w:p w14:paraId="3779D778" w14:textId="77777777" w:rsidR="006C72FB" w:rsidRPr="00844B84" w:rsidRDefault="0084102B">
      <w:pPr>
        <w:pStyle w:val="21"/>
        <w:rPr>
          <w:lang w:val="ru-RU"/>
        </w:rPr>
      </w:pPr>
      <w:bookmarkStart w:id="82" w:name="_Toc238017281"/>
      <w:r w:rsidRPr="00844B84">
        <w:rPr>
          <w:lang w:val="ru-RU"/>
        </w:rPr>
        <w:t>7.10. Утверждаемая расчётная база водоразбора горячего водоснабжения</w:t>
      </w:r>
      <w:bookmarkEnd w:id="82"/>
    </w:p>
    <w:p w14:paraId="584BD768" w14:textId="77777777" w:rsidR="006C72FB" w:rsidRPr="00844B84" w:rsidRDefault="0084102B">
      <w:pPr>
        <w:rPr>
          <w:lang w:val="ru-RU"/>
        </w:rPr>
      </w:pPr>
      <w:r w:rsidRPr="00844B84">
        <w:rPr>
          <w:lang w:val="ru-RU"/>
        </w:rPr>
        <w:t>Утверждается расчётная база перехода от тепловой нагрузки горячего водоснабжения к массовому водоразбору. Переход выполняется по формуле расчётной книги при температуре холодной воды 5 °</w:t>
      </w:r>
      <w:r>
        <w:t>C</w:t>
      </w:r>
      <w:r w:rsidRPr="00844B84">
        <w:rPr>
          <w:lang w:val="ru-RU"/>
        </w:rPr>
        <w:t xml:space="preserve"> и температуре горячей воды, равной температуре излома температурного графика соответствующей системы.</w:t>
      </w:r>
    </w:p>
    <w:p w14:paraId="70939AA7" w14:textId="77777777" w:rsidR="006C72FB" w:rsidRPr="000C24CF" w:rsidRDefault="0084102B">
      <w:pPr>
        <w:rPr>
          <w:b/>
          <w:bCs/>
        </w:rPr>
      </w:pPr>
      <w:r w:rsidRPr="000C24CF">
        <w:rPr>
          <w:b/>
          <w:bCs/>
        </w:rPr>
        <w:t>Таблица 7.9 — Температурные основания расчёта водоразбора</w:t>
      </w: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25"/>
        <w:gridCol w:w="2140"/>
        <w:gridCol w:w="1789"/>
        <w:gridCol w:w="1969"/>
        <w:gridCol w:w="1433"/>
        <w:gridCol w:w="1523"/>
      </w:tblGrid>
      <w:tr w:rsidR="000772B4" w14:paraId="236C2AFF" w14:textId="77777777">
        <w:trPr>
          <w:cantSplit/>
          <w:tblHeader/>
          <w:jc w:val="center"/>
        </w:trPr>
        <w:tc>
          <w:tcPr>
            <w:tcW w:w="0" w:type="auto"/>
            <w:shd w:val="clear" w:color="auto" w:fill="E2F0D9"/>
          </w:tcPr>
          <w:p w14:paraId="69A0EBC1" w14:textId="77777777" w:rsidR="0084102B" w:rsidRDefault="0084102B">
            <w:pPr>
              <w:jc w:val="center"/>
            </w:pPr>
            <w:r>
              <w:rPr>
                <w:b/>
              </w:rPr>
              <w:t>Источник</w:t>
            </w:r>
          </w:p>
        </w:tc>
        <w:tc>
          <w:tcPr>
            <w:tcW w:w="0" w:type="auto"/>
            <w:shd w:val="clear" w:color="auto" w:fill="E2F0D9"/>
          </w:tcPr>
          <w:p w14:paraId="5D814B50" w14:textId="77777777" w:rsidR="0084102B" w:rsidRDefault="0084102B">
            <w:pPr>
              <w:jc w:val="center"/>
            </w:pPr>
            <w:r>
              <w:rPr>
                <w:b/>
              </w:rPr>
              <w:t>Температурный график, °C</w:t>
            </w:r>
          </w:p>
        </w:tc>
        <w:tc>
          <w:tcPr>
            <w:tcW w:w="0" w:type="auto"/>
            <w:shd w:val="clear" w:color="auto" w:fill="E2F0D9"/>
          </w:tcPr>
          <w:p w14:paraId="44333419" w14:textId="77777777" w:rsidR="0084102B" w:rsidRDefault="0084102B">
            <w:pPr>
              <w:jc w:val="center"/>
            </w:pPr>
            <w:r>
              <w:rPr>
                <w:b/>
              </w:rPr>
              <w:t>Температура излома, °C</w:t>
            </w:r>
          </w:p>
        </w:tc>
        <w:tc>
          <w:tcPr>
            <w:tcW w:w="0" w:type="auto"/>
            <w:shd w:val="clear" w:color="auto" w:fill="E2F0D9"/>
          </w:tcPr>
          <w:p w14:paraId="7B627C78" w14:textId="77777777" w:rsidR="0084102B" w:rsidRDefault="0084102B">
            <w:pPr>
              <w:jc w:val="center"/>
            </w:pPr>
            <w:r>
              <w:rPr>
                <w:b/>
              </w:rPr>
              <w:t>Температура холодной воды, °C</w:t>
            </w:r>
          </w:p>
        </w:tc>
        <w:tc>
          <w:tcPr>
            <w:tcW w:w="0" w:type="auto"/>
            <w:shd w:val="clear" w:color="auto" w:fill="E2F0D9"/>
          </w:tcPr>
          <w:p w14:paraId="0C4DFC30" w14:textId="77777777" w:rsidR="0084102B" w:rsidRDefault="0084102B">
            <w:pPr>
              <w:jc w:val="center"/>
            </w:pPr>
            <w:r>
              <w:rPr>
                <w:b/>
              </w:rPr>
              <w:t>Нагрузка ГВС, Гкал/ч</w:t>
            </w:r>
          </w:p>
        </w:tc>
        <w:tc>
          <w:tcPr>
            <w:tcW w:w="0" w:type="auto"/>
            <w:shd w:val="clear" w:color="auto" w:fill="E2F0D9"/>
          </w:tcPr>
          <w:p w14:paraId="26D062D4" w14:textId="77777777" w:rsidR="0084102B" w:rsidRDefault="0084102B">
            <w:pPr>
              <w:jc w:val="center"/>
            </w:pPr>
            <w:r>
              <w:rPr>
                <w:b/>
              </w:rPr>
              <w:t>Водоразбор, м³/ч</w:t>
            </w:r>
          </w:p>
        </w:tc>
      </w:tr>
      <w:tr w:rsidR="000772B4" w14:paraId="69887598" w14:textId="77777777">
        <w:trPr>
          <w:cantSplit/>
          <w:jc w:val="center"/>
        </w:trPr>
        <w:tc>
          <w:tcPr>
            <w:tcW w:w="0" w:type="auto"/>
          </w:tcPr>
          <w:p w14:paraId="07BA3329" w14:textId="77777777" w:rsidR="0084102B" w:rsidRDefault="0084102B">
            <w:r>
              <w:t>УПК № 1 Таштагол</w:t>
            </w:r>
          </w:p>
        </w:tc>
        <w:tc>
          <w:tcPr>
            <w:tcW w:w="0" w:type="auto"/>
          </w:tcPr>
          <w:p w14:paraId="0D495A0E" w14:textId="77777777" w:rsidR="0084102B" w:rsidRDefault="0084102B">
            <w:pPr>
              <w:jc w:val="center"/>
            </w:pPr>
            <w:r>
              <w:t>95/70</w:t>
            </w:r>
          </w:p>
        </w:tc>
        <w:tc>
          <w:tcPr>
            <w:tcW w:w="0" w:type="auto"/>
          </w:tcPr>
          <w:p w14:paraId="52107A5D" w14:textId="77777777" w:rsidR="0084102B" w:rsidRDefault="0084102B">
            <w:pPr>
              <w:jc w:val="center"/>
            </w:pPr>
            <w:r>
              <w:t>60</w:t>
            </w:r>
          </w:p>
        </w:tc>
        <w:tc>
          <w:tcPr>
            <w:tcW w:w="0" w:type="auto"/>
          </w:tcPr>
          <w:p w14:paraId="5D33333A" w14:textId="77777777" w:rsidR="0084102B" w:rsidRDefault="0084102B">
            <w:pPr>
              <w:jc w:val="center"/>
            </w:pPr>
            <w:r>
              <w:t>5</w:t>
            </w:r>
          </w:p>
        </w:tc>
        <w:tc>
          <w:tcPr>
            <w:tcW w:w="0" w:type="auto"/>
          </w:tcPr>
          <w:p w14:paraId="10411210" w14:textId="77777777" w:rsidR="0084102B" w:rsidRDefault="0084102B">
            <w:pPr>
              <w:jc w:val="center"/>
            </w:pPr>
            <w:r>
              <w:t>5,3810</w:t>
            </w:r>
          </w:p>
        </w:tc>
        <w:tc>
          <w:tcPr>
            <w:tcW w:w="0" w:type="auto"/>
          </w:tcPr>
          <w:p w14:paraId="2B5EA90F" w14:textId="77777777" w:rsidR="0084102B" w:rsidRDefault="0084102B">
            <w:pPr>
              <w:jc w:val="center"/>
            </w:pPr>
            <w:r>
              <w:t>97,84</w:t>
            </w:r>
          </w:p>
        </w:tc>
      </w:tr>
      <w:tr w:rsidR="000772B4" w14:paraId="1D010466" w14:textId="77777777">
        <w:trPr>
          <w:cantSplit/>
          <w:jc w:val="center"/>
        </w:trPr>
        <w:tc>
          <w:tcPr>
            <w:tcW w:w="0" w:type="auto"/>
          </w:tcPr>
          <w:p w14:paraId="33143D8F" w14:textId="77777777" w:rsidR="0084102B" w:rsidRDefault="0084102B">
            <w:r>
              <w:t>УПК № 2 Шалым</w:t>
            </w:r>
          </w:p>
        </w:tc>
        <w:tc>
          <w:tcPr>
            <w:tcW w:w="0" w:type="auto"/>
          </w:tcPr>
          <w:p w14:paraId="2A8A5BA9" w14:textId="77777777" w:rsidR="0084102B" w:rsidRDefault="0084102B">
            <w:pPr>
              <w:jc w:val="center"/>
            </w:pPr>
            <w:r>
              <w:t>95/70</w:t>
            </w:r>
          </w:p>
        </w:tc>
        <w:tc>
          <w:tcPr>
            <w:tcW w:w="0" w:type="auto"/>
          </w:tcPr>
          <w:p w14:paraId="18EB2B87" w14:textId="77777777" w:rsidR="0084102B" w:rsidRDefault="0084102B">
            <w:pPr>
              <w:jc w:val="center"/>
            </w:pPr>
            <w:r>
              <w:t>55</w:t>
            </w:r>
          </w:p>
        </w:tc>
        <w:tc>
          <w:tcPr>
            <w:tcW w:w="0" w:type="auto"/>
          </w:tcPr>
          <w:p w14:paraId="10F19850" w14:textId="77777777" w:rsidR="0084102B" w:rsidRDefault="0084102B">
            <w:pPr>
              <w:jc w:val="center"/>
            </w:pPr>
            <w:r>
              <w:t>5</w:t>
            </w:r>
          </w:p>
        </w:tc>
        <w:tc>
          <w:tcPr>
            <w:tcW w:w="0" w:type="auto"/>
          </w:tcPr>
          <w:p w14:paraId="1F6CE65E" w14:textId="77777777" w:rsidR="0084102B" w:rsidRDefault="0084102B">
            <w:pPr>
              <w:jc w:val="center"/>
            </w:pPr>
            <w:r>
              <w:t>0,3820</w:t>
            </w:r>
          </w:p>
        </w:tc>
        <w:tc>
          <w:tcPr>
            <w:tcW w:w="0" w:type="auto"/>
          </w:tcPr>
          <w:p w14:paraId="2FCE6B8E" w14:textId="77777777" w:rsidR="0084102B" w:rsidRDefault="0084102B">
            <w:pPr>
              <w:jc w:val="center"/>
            </w:pPr>
            <w:r>
              <w:t>7,64</w:t>
            </w:r>
          </w:p>
        </w:tc>
      </w:tr>
      <w:tr w:rsidR="000772B4" w14:paraId="3FE5A646" w14:textId="77777777">
        <w:trPr>
          <w:cantSplit/>
          <w:jc w:val="center"/>
        </w:trPr>
        <w:tc>
          <w:tcPr>
            <w:tcW w:w="0" w:type="auto"/>
          </w:tcPr>
          <w:p w14:paraId="4B12806A" w14:textId="77777777" w:rsidR="0084102B" w:rsidRDefault="0084102B">
            <w:r>
              <w:t>УПК № 2 ЦМК</w:t>
            </w:r>
          </w:p>
        </w:tc>
        <w:tc>
          <w:tcPr>
            <w:tcW w:w="0" w:type="auto"/>
          </w:tcPr>
          <w:p w14:paraId="1FD547AA" w14:textId="77777777" w:rsidR="0084102B" w:rsidRDefault="0084102B">
            <w:pPr>
              <w:jc w:val="center"/>
            </w:pPr>
            <w:r>
              <w:t>95/70</w:t>
            </w:r>
          </w:p>
        </w:tc>
        <w:tc>
          <w:tcPr>
            <w:tcW w:w="0" w:type="auto"/>
          </w:tcPr>
          <w:p w14:paraId="542B007A" w14:textId="77777777" w:rsidR="0084102B" w:rsidRDefault="0084102B">
            <w:pPr>
              <w:jc w:val="center"/>
            </w:pPr>
            <w:r>
              <w:t>55</w:t>
            </w:r>
          </w:p>
        </w:tc>
        <w:tc>
          <w:tcPr>
            <w:tcW w:w="0" w:type="auto"/>
          </w:tcPr>
          <w:p w14:paraId="10BE193F" w14:textId="77777777" w:rsidR="0084102B" w:rsidRDefault="0084102B">
            <w:pPr>
              <w:jc w:val="center"/>
            </w:pPr>
            <w:r>
              <w:t>5</w:t>
            </w:r>
          </w:p>
        </w:tc>
        <w:tc>
          <w:tcPr>
            <w:tcW w:w="0" w:type="auto"/>
          </w:tcPr>
          <w:p w14:paraId="67DB3FF4" w14:textId="77777777" w:rsidR="0084102B" w:rsidRDefault="0084102B">
            <w:pPr>
              <w:jc w:val="center"/>
            </w:pPr>
            <w:r>
              <w:t>0,1280</w:t>
            </w:r>
          </w:p>
        </w:tc>
        <w:tc>
          <w:tcPr>
            <w:tcW w:w="0" w:type="auto"/>
          </w:tcPr>
          <w:p w14:paraId="61316B13" w14:textId="77777777" w:rsidR="0084102B" w:rsidRDefault="0084102B">
            <w:pPr>
              <w:jc w:val="center"/>
            </w:pPr>
            <w:r>
              <w:t>2,56</w:t>
            </w:r>
          </w:p>
        </w:tc>
      </w:tr>
      <w:tr w:rsidR="000772B4" w14:paraId="0864E339" w14:textId="77777777">
        <w:trPr>
          <w:cantSplit/>
          <w:jc w:val="center"/>
        </w:trPr>
        <w:tc>
          <w:tcPr>
            <w:tcW w:w="0" w:type="auto"/>
          </w:tcPr>
          <w:p w14:paraId="68289442" w14:textId="77777777" w:rsidR="0084102B" w:rsidRDefault="0084102B">
            <w:r>
              <w:t>УПК № 9 ГРЭ</w:t>
            </w:r>
          </w:p>
        </w:tc>
        <w:tc>
          <w:tcPr>
            <w:tcW w:w="0" w:type="auto"/>
          </w:tcPr>
          <w:p w14:paraId="77CC9718" w14:textId="77777777" w:rsidR="0084102B" w:rsidRDefault="0084102B">
            <w:pPr>
              <w:jc w:val="center"/>
            </w:pPr>
            <w:r>
              <w:t>95/70</w:t>
            </w:r>
          </w:p>
        </w:tc>
        <w:tc>
          <w:tcPr>
            <w:tcW w:w="0" w:type="auto"/>
          </w:tcPr>
          <w:p w14:paraId="7ECD5BDE" w14:textId="77777777" w:rsidR="0084102B" w:rsidRDefault="0084102B">
            <w:pPr>
              <w:jc w:val="center"/>
            </w:pPr>
            <w:r>
              <w:t>60</w:t>
            </w:r>
          </w:p>
        </w:tc>
        <w:tc>
          <w:tcPr>
            <w:tcW w:w="0" w:type="auto"/>
          </w:tcPr>
          <w:p w14:paraId="274A4012" w14:textId="77777777" w:rsidR="0084102B" w:rsidRDefault="0084102B">
            <w:pPr>
              <w:jc w:val="center"/>
            </w:pPr>
            <w:r>
              <w:t>5</w:t>
            </w:r>
          </w:p>
        </w:tc>
        <w:tc>
          <w:tcPr>
            <w:tcW w:w="0" w:type="auto"/>
          </w:tcPr>
          <w:p w14:paraId="6688C615" w14:textId="77777777" w:rsidR="0084102B" w:rsidRDefault="0084102B">
            <w:pPr>
              <w:jc w:val="center"/>
            </w:pPr>
            <w:r>
              <w:t>0,0020</w:t>
            </w:r>
          </w:p>
        </w:tc>
        <w:tc>
          <w:tcPr>
            <w:tcW w:w="0" w:type="auto"/>
          </w:tcPr>
          <w:p w14:paraId="282401C6" w14:textId="77777777" w:rsidR="0084102B" w:rsidRDefault="0084102B">
            <w:pPr>
              <w:jc w:val="center"/>
            </w:pPr>
            <w:r>
              <w:t>0,04</w:t>
            </w:r>
          </w:p>
        </w:tc>
      </w:tr>
      <w:tr w:rsidR="000772B4" w14:paraId="5E0FA01A" w14:textId="77777777">
        <w:trPr>
          <w:cantSplit/>
          <w:jc w:val="center"/>
        </w:trPr>
        <w:tc>
          <w:tcPr>
            <w:tcW w:w="0" w:type="auto"/>
          </w:tcPr>
          <w:p w14:paraId="216DB077" w14:textId="77777777" w:rsidR="0084102B" w:rsidRDefault="0084102B">
            <w:r>
              <w:t>УПК № 5 Новый Шерегеш</w:t>
            </w:r>
          </w:p>
        </w:tc>
        <w:tc>
          <w:tcPr>
            <w:tcW w:w="0" w:type="auto"/>
          </w:tcPr>
          <w:p w14:paraId="081785E6" w14:textId="77777777" w:rsidR="0084102B" w:rsidRDefault="0084102B">
            <w:pPr>
              <w:jc w:val="center"/>
            </w:pPr>
            <w:r>
              <w:t>95/70</w:t>
            </w:r>
          </w:p>
        </w:tc>
        <w:tc>
          <w:tcPr>
            <w:tcW w:w="0" w:type="auto"/>
          </w:tcPr>
          <w:p w14:paraId="097872AB" w14:textId="77777777" w:rsidR="0084102B" w:rsidRDefault="0084102B">
            <w:pPr>
              <w:jc w:val="center"/>
            </w:pPr>
            <w:r>
              <w:t>60</w:t>
            </w:r>
          </w:p>
        </w:tc>
        <w:tc>
          <w:tcPr>
            <w:tcW w:w="0" w:type="auto"/>
          </w:tcPr>
          <w:p w14:paraId="6CD3C0BE" w14:textId="77777777" w:rsidR="0084102B" w:rsidRDefault="0084102B">
            <w:pPr>
              <w:jc w:val="center"/>
            </w:pPr>
            <w:r>
              <w:t>5</w:t>
            </w:r>
          </w:p>
        </w:tc>
        <w:tc>
          <w:tcPr>
            <w:tcW w:w="0" w:type="auto"/>
          </w:tcPr>
          <w:p w14:paraId="129622D3" w14:textId="77777777" w:rsidR="0084102B" w:rsidRDefault="0084102B">
            <w:pPr>
              <w:jc w:val="center"/>
            </w:pPr>
            <w:r>
              <w:t>3,0650</w:t>
            </w:r>
          </w:p>
        </w:tc>
        <w:tc>
          <w:tcPr>
            <w:tcW w:w="0" w:type="auto"/>
          </w:tcPr>
          <w:p w14:paraId="24C2BE6A" w14:textId="77777777" w:rsidR="0084102B" w:rsidRDefault="0084102B">
            <w:pPr>
              <w:jc w:val="center"/>
            </w:pPr>
            <w:r>
              <w:t>55,73</w:t>
            </w:r>
          </w:p>
        </w:tc>
      </w:tr>
      <w:tr w:rsidR="000772B4" w14:paraId="3945B7C8" w14:textId="77777777">
        <w:trPr>
          <w:cantSplit/>
          <w:jc w:val="center"/>
        </w:trPr>
        <w:tc>
          <w:tcPr>
            <w:tcW w:w="0" w:type="auto"/>
          </w:tcPr>
          <w:p w14:paraId="187DFD1C" w14:textId="77777777" w:rsidR="0084102B" w:rsidRDefault="0084102B">
            <w:r>
              <w:t>УПК № 6 Старый Шерегеш</w:t>
            </w:r>
          </w:p>
        </w:tc>
        <w:tc>
          <w:tcPr>
            <w:tcW w:w="0" w:type="auto"/>
          </w:tcPr>
          <w:p w14:paraId="3463D1B9" w14:textId="77777777" w:rsidR="0084102B" w:rsidRDefault="0084102B">
            <w:pPr>
              <w:jc w:val="center"/>
            </w:pPr>
            <w:r>
              <w:t>95/70</w:t>
            </w:r>
          </w:p>
        </w:tc>
        <w:tc>
          <w:tcPr>
            <w:tcW w:w="0" w:type="auto"/>
          </w:tcPr>
          <w:p w14:paraId="747162AC" w14:textId="77777777" w:rsidR="0084102B" w:rsidRDefault="0084102B">
            <w:pPr>
              <w:jc w:val="center"/>
            </w:pPr>
            <w:r>
              <w:t>60</w:t>
            </w:r>
          </w:p>
        </w:tc>
        <w:tc>
          <w:tcPr>
            <w:tcW w:w="0" w:type="auto"/>
          </w:tcPr>
          <w:p w14:paraId="3CE350BA" w14:textId="77777777" w:rsidR="0084102B" w:rsidRDefault="0084102B">
            <w:pPr>
              <w:jc w:val="center"/>
            </w:pPr>
            <w:r>
              <w:t>5</w:t>
            </w:r>
          </w:p>
        </w:tc>
        <w:tc>
          <w:tcPr>
            <w:tcW w:w="0" w:type="auto"/>
          </w:tcPr>
          <w:p w14:paraId="779CCD4D" w14:textId="77777777" w:rsidR="0084102B" w:rsidRDefault="0084102B">
            <w:pPr>
              <w:jc w:val="center"/>
            </w:pPr>
            <w:r>
              <w:t>0,2640</w:t>
            </w:r>
          </w:p>
        </w:tc>
        <w:tc>
          <w:tcPr>
            <w:tcW w:w="0" w:type="auto"/>
          </w:tcPr>
          <w:p w14:paraId="557D0C17" w14:textId="77777777" w:rsidR="0084102B" w:rsidRDefault="0084102B">
            <w:pPr>
              <w:jc w:val="center"/>
            </w:pPr>
            <w:r>
              <w:t>4,80</w:t>
            </w:r>
          </w:p>
        </w:tc>
      </w:tr>
      <w:tr w:rsidR="000772B4" w14:paraId="234AE784" w14:textId="77777777">
        <w:trPr>
          <w:cantSplit/>
          <w:jc w:val="center"/>
        </w:trPr>
        <w:tc>
          <w:tcPr>
            <w:tcW w:w="0" w:type="auto"/>
          </w:tcPr>
          <w:p w14:paraId="42A83CF0" w14:textId="77777777" w:rsidR="0084102B" w:rsidRDefault="0084102B">
            <w:r>
              <w:t>УПК № 7 Каз</w:t>
            </w:r>
          </w:p>
        </w:tc>
        <w:tc>
          <w:tcPr>
            <w:tcW w:w="0" w:type="auto"/>
          </w:tcPr>
          <w:p w14:paraId="4B368F64" w14:textId="77777777" w:rsidR="0084102B" w:rsidRDefault="0084102B">
            <w:pPr>
              <w:jc w:val="center"/>
            </w:pPr>
            <w:r>
              <w:t>130/65</w:t>
            </w:r>
          </w:p>
        </w:tc>
        <w:tc>
          <w:tcPr>
            <w:tcW w:w="0" w:type="auto"/>
          </w:tcPr>
          <w:p w14:paraId="0727BEC2" w14:textId="77777777" w:rsidR="0084102B" w:rsidRDefault="0084102B">
            <w:pPr>
              <w:jc w:val="center"/>
            </w:pPr>
            <w:r>
              <w:t>65</w:t>
            </w:r>
          </w:p>
        </w:tc>
        <w:tc>
          <w:tcPr>
            <w:tcW w:w="0" w:type="auto"/>
          </w:tcPr>
          <w:p w14:paraId="1ACDBA46" w14:textId="77777777" w:rsidR="0084102B" w:rsidRDefault="0084102B">
            <w:pPr>
              <w:jc w:val="center"/>
            </w:pPr>
            <w:r>
              <w:t>5</w:t>
            </w:r>
          </w:p>
        </w:tc>
        <w:tc>
          <w:tcPr>
            <w:tcW w:w="0" w:type="auto"/>
          </w:tcPr>
          <w:p w14:paraId="616FBFD5" w14:textId="77777777" w:rsidR="0084102B" w:rsidRDefault="0084102B">
            <w:pPr>
              <w:jc w:val="center"/>
            </w:pPr>
            <w:r>
              <w:t>1,0530</w:t>
            </w:r>
          </w:p>
        </w:tc>
        <w:tc>
          <w:tcPr>
            <w:tcW w:w="0" w:type="auto"/>
          </w:tcPr>
          <w:p w14:paraId="171F3542" w14:textId="77777777" w:rsidR="0084102B" w:rsidRDefault="0084102B">
            <w:pPr>
              <w:jc w:val="center"/>
            </w:pPr>
            <w:r>
              <w:t>17,55</w:t>
            </w:r>
          </w:p>
        </w:tc>
      </w:tr>
      <w:tr w:rsidR="000772B4" w14:paraId="152E809E" w14:textId="77777777">
        <w:trPr>
          <w:cantSplit/>
          <w:jc w:val="center"/>
        </w:trPr>
        <w:tc>
          <w:tcPr>
            <w:tcW w:w="0" w:type="auto"/>
          </w:tcPr>
          <w:p w14:paraId="0BA071D2" w14:textId="77777777" w:rsidR="0084102B" w:rsidRDefault="0084102B">
            <w:r>
              <w:t>УПК № 8 Мундыбаш</w:t>
            </w:r>
          </w:p>
        </w:tc>
        <w:tc>
          <w:tcPr>
            <w:tcW w:w="0" w:type="auto"/>
          </w:tcPr>
          <w:p w14:paraId="253B47FA" w14:textId="77777777" w:rsidR="0084102B" w:rsidRDefault="0084102B">
            <w:pPr>
              <w:jc w:val="center"/>
            </w:pPr>
            <w:r>
              <w:t>95/70</w:t>
            </w:r>
          </w:p>
        </w:tc>
        <w:tc>
          <w:tcPr>
            <w:tcW w:w="0" w:type="auto"/>
          </w:tcPr>
          <w:p w14:paraId="6E450E9F" w14:textId="77777777" w:rsidR="0084102B" w:rsidRDefault="0084102B">
            <w:pPr>
              <w:jc w:val="center"/>
            </w:pPr>
            <w:r>
              <w:t>60</w:t>
            </w:r>
          </w:p>
        </w:tc>
        <w:tc>
          <w:tcPr>
            <w:tcW w:w="0" w:type="auto"/>
          </w:tcPr>
          <w:p w14:paraId="6A4ECA91" w14:textId="77777777" w:rsidR="0084102B" w:rsidRDefault="0084102B">
            <w:pPr>
              <w:jc w:val="center"/>
            </w:pPr>
            <w:r>
              <w:t>5</w:t>
            </w:r>
          </w:p>
        </w:tc>
        <w:tc>
          <w:tcPr>
            <w:tcW w:w="0" w:type="auto"/>
          </w:tcPr>
          <w:p w14:paraId="6BBE1096" w14:textId="77777777" w:rsidR="0084102B" w:rsidRDefault="0084102B">
            <w:pPr>
              <w:jc w:val="center"/>
            </w:pPr>
            <w:r>
              <w:t>0,8190</w:t>
            </w:r>
          </w:p>
        </w:tc>
        <w:tc>
          <w:tcPr>
            <w:tcW w:w="0" w:type="auto"/>
          </w:tcPr>
          <w:p w14:paraId="758F4A9E" w14:textId="77777777" w:rsidR="0084102B" w:rsidRDefault="0084102B">
            <w:pPr>
              <w:jc w:val="center"/>
            </w:pPr>
            <w:r>
              <w:t>14,89</w:t>
            </w:r>
          </w:p>
        </w:tc>
      </w:tr>
      <w:tr w:rsidR="000772B4" w14:paraId="42E82293" w14:textId="77777777">
        <w:trPr>
          <w:cantSplit/>
          <w:jc w:val="center"/>
        </w:trPr>
        <w:tc>
          <w:tcPr>
            <w:tcW w:w="0" w:type="auto"/>
          </w:tcPr>
          <w:p w14:paraId="3408F28F" w14:textId="77777777" w:rsidR="0084102B" w:rsidRDefault="0084102B">
            <w:r>
              <w:t>УПК № 10 Темир-Тау</w:t>
            </w:r>
          </w:p>
        </w:tc>
        <w:tc>
          <w:tcPr>
            <w:tcW w:w="0" w:type="auto"/>
          </w:tcPr>
          <w:p w14:paraId="564E2486" w14:textId="77777777" w:rsidR="0084102B" w:rsidRDefault="0084102B">
            <w:pPr>
              <w:jc w:val="center"/>
            </w:pPr>
            <w:r>
              <w:t>95/70</w:t>
            </w:r>
          </w:p>
        </w:tc>
        <w:tc>
          <w:tcPr>
            <w:tcW w:w="0" w:type="auto"/>
          </w:tcPr>
          <w:p w14:paraId="0EDC1AF3" w14:textId="77777777" w:rsidR="0084102B" w:rsidRDefault="0084102B">
            <w:pPr>
              <w:jc w:val="center"/>
            </w:pPr>
            <w:r>
              <w:t>60</w:t>
            </w:r>
          </w:p>
        </w:tc>
        <w:tc>
          <w:tcPr>
            <w:tcW w:w="0" w:type="auto"/>
          </w:tcPr>
          <w:p w14:paraId="2D028FD4" w14:textId="77777777" w:rsidR="0084102B" w:rsidRDefault="0084102B">
            <w:pPr>
              <w:jc w:val="center"/>
            </w:pPr>
            <w:r>
              <w:t>5</w:t>
            </w:r>
          </w:p>
        </w:tc>
        <w:tc>
          <w:tcPr>
            <w:tcW w:w="0" w:type="auto"/>
          </w:tcPr>
          <w:p w14:paraId="565490A8" w14:textId="77777777" w:rsidR="0084102B" w:rsidRDefault="0084102B">
            <w:pPr>
              <w:jc w:val="center"/>
            </w:pPr>
            <w:r>
              <w:t>0,2569</w:t>
            </w:r>
          </w:p>
        </w:tc>
        <w:tc>
          <w:tcPr>
            <w:tcW w:w="0" w:type="auto"/>
          </w:tcPr>
          <w:p w14:paraId="053E524E" w14:textId="77777777" w:rsidR="0084102B" w:rsidRDefault="0084102B">
            <w:pPr>
              <w:jc w:val="center"/>
            </w:pPr>
            <w:r>
              <w:t>4,67</w:t>
            </w:r>
          </w:p>
        </w:tc>
      </w:tr>
      <w:tr w:rsidR="000772B4" w14:paraId="39EFCD01" w14:textId="77777777">
        <w:trPr>
          <w:cantSplit/>
          <w:jc w:val="center"/>
        </w:trPr>
        <w:tc>
          <w:tcPr>
            <w:tcW w:w="0" w:type="auto"/>
          </w:tcPr>
          <w:p w14:paraId="5E8329A2" w14:textId="77777777" w:rsidR="0084102B" w:rsidRDefault="0084102B">
            <w:r>
              <w:t>УПК № 3 Спасск</w:t>
            </w:r>
          </w:p>
        </w:tc>
        <w:tc>
          <w:tcPr>
            <w:tcW w:w="0" w:type="auto"/>
          </w:tcPr>
          <w:p w14:paraId="68E10996" w14:textId="77777777" w:rsidR="0084102B" w:rsidRDefault="0084102B">
            <w:pPr>
              <w:jc w:val="center"/>
            </w:pPr>
            <w:r>
              <w:t>95/70</w:t>
            </w:r>
          </w:p>
        </w:tc>
        <w:tc>
          <w:tcPr>
            <w:tcW w:w="0" w:type="auto"/>
          </w:tcPr>
          <w:p w14:paraId="1C39A240" w14:textId="77777777" w:rsidR="0084102B" w:rsidRDefault="0084102B">
            <w:pPr>
              <w:jc w:val="center"/>
            </w:pPr>
            <w:r>
              <w:t>55</w:t>
            </w:r>
          </w:p>
        </w:tc>
        <w:tc>
          <w:tcPr>
            <w:tcW w:w="0" w:type="auto"/>
          </w:tcPr>
          <w:p w14:paraId="6A123429" w14:textId="77777777" w:rsidR="0084102B" w:rsidRDefault="0084102B">
            <w:pPr>
              <w:jc w:val="center"/>
            </w:pPr>
            <w:r>
              <w:t>5</w:t>
            </w:r>
          </w:p>
        </w:tc>
        <w:tc>
          <w:tcPr>
            <w:tcW w:w="0" w:type="auto"/>
          </w:tcPr>
          <w:p w14:paraId="5767EA9A" w14:textId="77777777" w:rsidR="0084102B" w:rsidRDefault="0084102B">
            <w:pPr>
              <w:jc w:val="center"/>
            </w:pPr>
            <w:r>
              <w:t>0,0400</w:t>
            </w:r>
          </w:p>
        </w:tc>
        <w:tc>
          <w:tcPr>
            <w:tcW w:w="0" w:type="auto"/>
          </w:tcPr>
          <w:p w14:paraId="489FEA64" w14:textId="77777777" w:rsidR="0084102B" w:rsidRDefault="0084102B">
            <w:pPr>
              <w:jc w:val="center"/>
            </w:pPr>
            <w:r>
              <w:t>0,80</w:t>
            </w:r>
          </w:p>
        </w:tc>
      </w:tr>
    </w:tbl>
    <w:p w14:paraId="3F986E90" w14:textId="77777777" w:rsidR="00844B84" w:rsidRDefault="0084102B">
      <w:pPr>
        <w:rPr>
          <w:lang w:val="ru-RU"/>
        </w:rPr>
      </w:pPr>
      <w:r w:rsidRPr="00844B84">
        <w:rPr>
          <w:lang w:val="ru-RU"/>
        </w:rPr>
        <w:t>Универсальный температурный график ко всем системам неприменим: по зоне УПК № 7 «Каз» действует график 130/65 °</w:t>
      </w:r>
      <w:r>
        <w:t>C</w:t>
      </w:r>
      <w:r w:rsidRPr="00844B84">
        <w:rPr>
          <w:lang w:val="ru-RU"/>
        </w:rPr>
        <w:t>, по остальным территориям — 95/70 °</w:t>
      </w:r>
      <w:r>
        <w:t>C</w:t>
      </w:r>
      <w:r w:rsidRPr="00844B84">
        <w:rPr>
          <w:lang w:val="ru-RU"/>
        </w:rPr>
        <w:t xml:space="preserve"> с различными температурами излома.</w:t>
      </w:r>
    </w:p>
    <w:p w14:paraId="55D663ED" w14:textId="77777777" w:rsidR="006C72FB" w:rsidRPr="00326225" w:rsidRDefault="00844B84">
      <w:pPr>
        <w:rPr>
          <w:lang w:val="ru-RU"/>
        </w:rPr>
      </w:pPr>
      <w:r>
        <w:rPr>
          <w:lang w:val="ru-RU"/>
        </w:rPr>
        <w:br w:type="page"/>
      </w:r>
    </w:p>
    <w:p w14:paraId="1CC45E3B" w14:textId="77777777" w:rsidR="006E7A08" w:rsidRPr="001D7D92" w:rsidRDefault="00267E76">
      <w:pPr>
        <w:pStyle w:val="1"/>
        <w:rPr>
          <w:lang w:val="ru-RU"/>
        </w:rPr>
      </w:pPr>
      <w:bookmarkStart w:id="83" w:name="_Toc238017282"/>
      <w:r w:rsidRPr="000C24CF">
        <w:rPr>
          <w:color w:val="4F81BD" w:themeColor="accent1"/>
          <w:lang w:val="ru-RU"/>
        </w:rPr>
        <w:t>8. Перспективные топливные балансы</w:t>
      </w:r>
      <w:bookmarkEnd w:id="83"/>
    </w:p>
    <w:p w14:paraId="345FBCD3" w14:textId="77777777" w:rsidR="006E7A08" w:rsidRPr="001D7D92" w:rsidRDefault="00267E76">
      <w:pPr>
        <w:ind w:firstLine="709"/>
        <w:jc w:val="both"/>
        <w:rPr>
          <w:lang w:val="ru-RU"/>
        </w:rPr>
      </w:pPr>
      <w:r w:rsidRPr="001D7D92">
        <w:rPr>
          <w:lang w:val="ru-RU"/>
        </w:rPr>
        <w:t>В базовом 2026 году все десять источников работают на каменном угле. Резервное и аварийное топливо по источникам не заявлено. Удельный расход условного топлива на отпущенную тепловую энергию составляет 189,21 кг у.т./Гкал и на расчётном периоде практически не изменяется, поскольку состав генерирующего оборудования сохраняется.</w:t>
      </w:r>
    </w:p>
    <w:p w14:paraId="57DBB7C1" w14:textId="77777777" w:rsidR="006E7A08" w:rsidRPr="001D7D92" w:rsidRDefault="00267E76">
      <w:pPr>
        <w:ind w:firstLine="709"/>
        <w:jc w:val="both"/>
        <w:rPr>
          <w:lang w:val="ru-RU"/>
        </w:rPr>
      </w:pPr>
      <w:r w:rsidRPr="001D7D92">
        <w:rPr>
          <w:lang w:val="ru-RU"/>
        </w:rPr>
        <w:t>Схемой принимается сохранение угольного топливного режима до реализации мероприятий раздела 7. Перспективный топливный баланс на природном газе определяется проектными решениями и утверждёнными удельными расходами, которых в составе исходных данных нет.</w:t>
      </w:r>
    </w:p>
    <w:p w14:paraId="23253D6F" w14:textId="77777777" w:rsidR="006E7A08" w:rsidRPr="001D7D92" w:rsidRDefault="00267E76">
      <w:pPr>
        <w:keepNext/>
        <w:keepLines/>
        <w:rPr>
          <w:lang w:val="ru-RU"/>
        </w:rPr>
      </w:pPr>
      <w:r w:rsidRPr="001D7D92">
        <w:rPr>
          <w:b/>
          <w:lang w:val="ru-RU"/>
        </w:rPr>
        <w:t>Таблица 8.1 — Перспективные годовые расходы топлива источников тепловой энергии (лист «Таблица 8.1 Б» расчётной книги)</w:t>
      </w:r>
    </w:p>
    <w:tbl>
      <w:tblPr>
        <w:tblStyle w:val="aff0"/>
        <w:tblW w:w="5000" w:type="pct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46"/>
        <w:gridCol w:w="5090"/>
        <w:gridCol w:w="1156"/>
        <w:gridCol w:w="1159"/>
        <w:gridCol w:w="1214"/>
        <w:gridCol w:w="1214"/>
      </w:tblGrid>
      <w:tr w:rsidR="006E7A08" w:rsidRPr="004D1FEB" w14:paraId="119DFE4C" w14:textId="77777777">
        <w:trPr>
          <w:cantSplit/>
          <w:tblHeader/>
          <w:jc w:val="center"/>
        </w:trPr>
        <w:tc>
          <w:tcPr>
            <w:tcW w:w="0" w:type="auto"/>
            <w:vMerge w:val="restart"/>
            <w:shd w:val="clear" w:color="auto" w:fill="E2F0D9"/>
            <w:vAlign w:val="center"/>
          </w:tcPr>
          <w:p w14:paraId="66B28864" w14:textId="77777777" w:rsidR="006E7A08" w:rsidRDefault="00267E76">
            <w:pPr>
              <w:jc w:val="center"/>
            </w:pPr>
            <w:r>
              <w:rPr>
                <w:b/>
              </w:rPr>
              <w:t>№ пп</w:t>
            </w:r>
          </w:p>
        </w:tc>
        <w:tc>
          <w:tcPr>
            <w:tcW w:w="0" w:type="auto"/>
            <w:vMerge w:val="restart"/>
            <w:shd w:val="clear" w:color="auto" w:fill="E2F0D9"/>
            <w:vAlign w:val="center"/>
          </w:tcPr>
          <w:p w14:paraId="6A273F97" w14:textId="77777777" w:rsidR="006E7A08" w:rsidRDefault="00267E76">
            <w:pPr>
              <w:jc w:val="center"/>
            </w:pPr>
            <w:r>
              <w:rPr>
                <w:b/>
              </w:rPr>
              <w:t>Наименование</w:t>
            </w:r>
          </w:p>
        </w:tc>
        <w:tc>
          <w:tcPr>
            <w:tcW w:w="0" w:type="auto"/>
            <w:vMerge w:val="restart"/>
            <w:shd w:val="clear" w:color="auto" w:fill="E2F0D9"/>
            <w:vAlign w:val="center"/>
          </w:tcPr>
          <w:p w14:paraId="7EBF66D5" w14:textId="77777777" w:rsidR="006E7A08" w:rsidRDefault="00267E76">
            <w:pPr>
              <w:jc w:val="center"/>
            </w:pPr>
            <w:r>
              <w:rPr>
                <w:b/>
              </w:rPr>
              <w:t>Ед. изм.</w:t>
            </w:r>
          </w:p>
        </w:tc>
        <w:tc>
          <w:tcPr>
            <w:tcW w:w="0" w:type="auto"/>
            <w:gridSpan w:val="3"/>
            <w:shd w:val="clear" w:color="auto" w:fill="E2F0D9"/>
            <w:vAlign w:val="center"/>
          </w:tcPr>
          <w:p w14:paraId="0FD8F790" w14:textId="77777777" w:rsidR="006E7A08" w:rsidRPr="001D7D92" w:rsidRDefault="00267E76">
            <w:pPr>
              <w:jc w:val="center"/>
              <w:rPr>
                <w:lang w:val="ru-RU"/>
              </w:rPr>
            </w:pPr>
            <w:r w:rsidRPr="001D7D92">
              <w:rPr>
                <w:b/>
                <w:lang w:val="ru-RU"/>
              </w:rPr>
              <w:t>Значение по этапам развития схемы ТС</w:t>
            </w:r>
          </w:p>
        </w:tc>
      </w:tr>
      <w:tr w:rsidR="006E7A08" w14:paraId="5BF0FC1C" w14:textId="77777777">
        <w:trPr>
          <w:cantSplit/>
          <w:tblHeader/>
          <w:jc w:val="center"/>
        </w:trPr>
        <w:tc>
          <w:tcPr>
            <w:tcW w:w="0" w:type="auto"/>
            <w:vMerge/>
            <w:shd w:val="clear" w:color="auto" w:fill="E2F0D9"/>
            <w:vAlign w:val="center"/>
          </w:tcPr>
          <w:p w14:paraId="753158D0" w14:textId="77777777" w:rsidR="006E7A08" w:rsidRPr="001D7D92" w:rsidRDefault="006E7A08">
            <w:pPr>
              <w:jc w:val="center"/>
              <w:rPr>
                <w:lang w:val="ru-RU"/>
              </w:rPr>
            </w:pPr>
          </w:p>
        </w:tc>
        <w:tc>
          <w:tcPr>
            <w:tcW w:w="0" w:type="auto"/>
            <w:vMerge/>
            <w:shd w:val="clear" w:color="auto" w:fill="E2F0D9"/>
            <w:vAlign w:val="center"/>
          </w:tcPr>
          <w:p w14:paraId="01290E0A" w14:textId="77777777" w:rsidR="006E7A08" w:rsidRPr="001D7D92" w:rsidRDefault="006E7A08">
            <w:pPr>
              <w:jc w:val="center"/>
              <w:rPr>
                <w:lang w:val="ru-RU"/>
              </w:rPr>
            </w:pPr>
          </w:p>
        </w:tc>
        <w:tc>
          <w:tcPr>
            <w:tcW w:w="0" w:type="auto"/>
            <w:vMerge/>
            <w:shd w:val="clear" w:color="auto" w:fill="E2F0D9"/>
            <w:vAlign w:val="center"/>
          </w:tcPr>
          <w:p w14:paraId="1F0C4D75" w14:textId="77777777" w:rsidR="006E7A08" w:rsidRPr="001D7D92" w:rsidRDefault="006E7A08">
            <w:pPr>
              <w:jc w:val="center"/>
              <w:rPr>
                <w:lang w:val="ru-RU"/>
              </w:rPr>
            </w:pPr>
          </w:p>
        </w:tc>
        <w:tc>
          <w:tcPr>
            <w:tcW w:w="0" w:type="auto"/>
            <w:shd w:val="clear" w:color="auto" w:fill="E2F0D9"/>
            <w:vAlign w:val="center"/>
          </w:tcPr>
          <w:p w14:paraId="36044158" w14:textId="77777777" w:rsidR="006E7A08" w:rsidRDefault="00267E76">
            <w:pPr>
              <w:jc w:val="center"/>
            </w:pPr>
            <w:r>
              <w:rPr>
                <w:b/>
              </w:rPr>
              <w:t>2026</w:t>
            </w:r>
          </w:p>
        </w:tc>
        <w:tc>
          <w:tcPr>
            <w:tcW w:w="0" w:type="auto"/>
            <w:shd w:val="clear" w:color="auto" w:fill="E2F0D9"/>
            <w:vAlign w:val="center"/>
          </w:tcPr>
          <w:p w14:paraId="5C4BA904" w14:textId="77777777" w:rsidR="006E7A08" w:rsidRDefault="00267E76">
            <w:pPr>
              <w:jc w:val="center"/>
            </w:pPr>
            <w:r>
              <w:rPr>
                <w:b/>
              </w:rPr>
              <w:t>2031</w:t>
            </w:r>
          </w:p>
        </w:tc>
        <w:tc>
          <w:tcPr>
            <w:tcW w:w="0" w:type="auto"/>
            <w:shd w:val="clear" w:color="auto" w:fill="E2F0D9"/>
            <w:vAlign w:val="center"/>
          </w:tcPr>
          <w:p w14:paraId="5D9FF118" w14:textId="77777777" w:rsidR="006E7A08" w:rsidRDefault="00267E76">
            <w:pPr>
              <w:jc w:val="center"/>
            </w:pPr>
            <w:r>
              <w:rPr>
                <w:b/>
              </w:rPr>
              <w:t>2036</w:t>
            </w:r>
          </w:p>
        </w:tc>
      </w:tr>
      <w:tr w:rsidR="006E7A08" w14:paraId="754132BF" w14:textId="77777777">
        <w:trPr>
          <w:cantSplit/>
          <w:tblHeader/>
          <w:jc w:val="center"/>
        </w:trPr>
        <w:tc>
          <w:tcPr>
            <w:tcW w:w="0" w:type="auto"/>
            <w:shd w:val="clear" w:color="auto" w:fill="F2F2F2"/>
            <w:vAlign w:val="center"/>
          </w:tcPr>
          <w:p w14:paraId="4704A892" w14:textId="77777777" w:rsidR="006E7A08" w:rsidRDefault="00267E76">
            <w:pPr>
              <w:jc w:val="center"/>
            </w:pPr>
            <w:r>
              <w:t>1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18C3C02F" w14:textId="77777777" w:rsidR="006E7A08" w:rsidRDefault="00267E76">
            <w:pPr>
              <w:jc w:val="center"/>
            </w:pPr>
            <w:r>
              <w:t>2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28B08811" w14:textId="77777777" w:rsidR="006E7A08" w:rsidRDefault="00267E76">
            <w:pPr>
              <w:jc w:val="center"/>
            </w:pPr>
            <w:r>
              <w:t>3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1760C879" w14:textId="77777777" w:rsidR="006E7A08" w:rsidRDefault="00267E76">
            <w:pPr>
              <w:jc w:val="center"/>
            </w:pPr>
            <w:r>
              <w:t>4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76F78AB1" w14:textId="77777777" w:rsidR="006E7A08" w:rsidRDefault="00267E76">
            <w:pPr>
              <w:jc w:val="center"/>
            </w:pPr>
            <w:r>
              <w:t>5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1190A61C" w14:textId="77777777" w:rsidR="006E7A08" w:rsidRDefault="00267E76">
            <w:pPr>
              <w:jc w:val="center"/>
            </w:pPr>
            <w:r>
              <w:t>6</w:t>
            </w:r>
          </w:p>
        </w:tc>
      </w:tr>
      <w:tr w:rsidR="006E7A08" w14:paraId="0C4A0EC3" w14:textId="77777777">
        <w:trPr>
          <w:cantSplit/>
          <w:jc w:val="center"/>
        </w:trPr>
        <w:tc>
          <w:tcPr>
            <w:tcW w:w="0" w:type="auto"/>
          </w:tcPr>
          <w:p w14:paraId="6144BA87" w14:textId="77777777" w:rsidR="006E7A08" w:rsidRDefault="00267E76">
            <w:r>
              <w:t>1.</w:t>
            </w:r>
          </w:p>
        </w:tc>
        <w:tc>
          <w:tcPr>
            <w:tcW w:w="0" w:type="auto"/>
          </w:tcPr>
          <w:p w14:paraId="24B4B1AC" w14:textId="77777777" w:rsidR="006E7A08" w:rsidRDefault="00267E76">
            <w:r>
              <w:t>г. Таштагол</w:t>
            </w:r>
          </w:p>
        </w:tc>
        <w:tc>
          <w:tcPr>
            <w:tcW w:w="0" w:type="auto"/>
          </w:tcPr>
          <w:p w14:paraId="4310EB27" w14:textId="77777777" w:rsidR="006E7A08" w:rsidRDefault="006E7A08"/>
        </w:tc>
        <w:tc>
          <w:tcPr>
            <w:tcW w:w="0" w:type="auto"/>
          </w:tcPr>
          <w:p w14:paraId="7B19FE92" w14:textId="77777777" w:rsidR="006E7A08" w:rsidRDefault="006E7A08"/>
        </w:tc>
        <w:tc>
          <w:tcPr>
            <w:tcW w:w="0" w:type="auto"/>
          </w:tcPr>
          <w:p w14:paraId="2F482B37" w14:textId="77777777" w:rsidR="006E7A08" w:rsidRDefault="006E7A08"/>
        </w:tc>
        <w:tc>
          <w:tcPr>
            <w:tcW w:w="0" w:type="auto"/>
          </w:tcPr>
          <w:p w14:paraId="7EAEA056" w14:textId="77777777" w:rsidR="006E7A08" w:rsidRDefault="006E7A08"/>
        </w:tc>
      </w:tr>
      <w:tr w:rsidR="006E7A08" w14:paraId="6DC773A8" w14:textId="77777777">
        <w:trPr>
          <w:cantSplit/>
          <w:jc w:val="center"/>
        </w:trPr>
        <w:tc>
          <w:tcPr>
            <w:tcW w:w="0" w:type="auto"/>
          </w:tcPr>
          <w:p w14:paraId="10250AB6" w14:textId="77777777" w:rsidR="006E7A08" w:rsidRDefault="00267E76">
            <w:r>
              <w:t>1.1</w:t>
            </w:r>
          </w:p>
        </w:tc>
        <w:tc>
          <w:tcPr>
            <w:tcW w:w="0" w:type="auto"/>
          </w:tcPr>
          <w:p w14:paraId="7818A09C" w14:textId="77777777" w:rsidR="006E7A08" w:rsidRDefault="00267E76">
            <w:r>
              <w:t>Котельная «Производственно-отопительная УПК № 1»</w:t>
            </w:r>
          </w:p>
        </w:tc>
        <w:tc>
          <w:tcPr>
            <w:tcW w:w="0" w:type="auto"/>
          </w:tcPr>
          <w:p w14:paraId="63D67F39" w14:textId="77777777" w:rsidR="006E7A08" w:rsidRDefault="006E7A08"/>
        </w:tc>
        <w:tc>
          <w:tcPr>
            <w:tcW w:w="0" w:type="auto"/>
          </w:tcPr>
          <w:p w14:paraId="36DBA5F8" w14:textId="77777777" w:rsidR="006E7A08" w:rsidRDefault="006E7A08"/>
        </w:tc>
        <w:tc>
          <w:tcPr>
            <w:tcW w:w="0" w:type="auto"/>
          </w:tcPr>
          <w:p w14:paraId="237AE307" w14:textId="77777777" w:rsidR="006E7A08" w:rsidRDefault="006E7A08"/>
        </w:tc>
        <w:tc>
          <w:tcPr>
            <w:tcW w:w="0" w:type="auto"/>
          </w:tcPr>
          <w:p w14:paraId="3C644568" w14:textId="77777777" w:rsidR="006E7A08" w:rsidRDefault="006E7A08"/>
        </w:tc>
      </w:tr>
      <w:tr w:rsidR="006E7A08" w14:paraId="414D32A9" w14:textId="77777777">
        <w:trPr>
          <w:cantSplit/>
          <w:jc w:val="center"/>
        </w:trPr>
        <w:tc>
          <w:tcPr>
            <w:tcW w:w="0" w:type="auto"/>
          </w:tcPr>
          <w:p w14:paraId="17ACDBCF" w14:textId="77777777" w:rsidR="006E7A08" w:rsidRDefault="00267E76">
            <w:r>
              <w:t>1.1.1</w:t>
            </w:r>
          </w:p>
        </w:tc>
        <w:tc>
          <w:tcPr>
            <w:tcW w:w="0" w:type="auto"/>
          </w:tcPr>
          <w:p w14:paraId="5D795DB4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Объём тепловой энергии, отпускаемой потребителям</w:t>
            </w:r>
          </w:p>
        </w:tc>
        <w:tc>
          <w:tcPr>
            <w:tcW w:w="0" w:type="auto"/>
          </w:tcPr>
          <w:p w14:paraId="140CA380" w14:textId="77777777" w:rsidR="006E7A08" w:rsidRDefault="00267E76">
            <w:r>
              <w:t>Гкал/год</w:t>
            </w:r>
          </w:p>
        </w:tc>
        <w:tc>
          <w:tcPr>
            <w:tcW w:w="0" w:type="auto"/>
          </w:tcPr>
          <w:p w14:paraId="43E92890" w14:textId="77777777" w:rsidR="006E7A08" w:rsidRDefault="00267E76">
            <w:pPr>
              <w:jc w:val="center"/>
            </w:pPr>
            <w:r>
              <w:t>215 899,40</w:t>
            </w:r>
          </w:p>
        </w:tc>
        <w:tc>
          <w:tcPr>
            <w:tcW w:w="0" w:type="auto"/>
          </w:tcPr>
          <w:p w14:paraId="62C5E597" w14:textId="77777777" w:rsidR="006E7A08" w:rsidRDefault="00267E76">
            <w:pPr>
              <w:jc w:val="center"/>
            </w:pPr>
            <w:r>
              <w:t>216 136,70</w:t>
            </w:r>
          </w:p>
        </w:tc>
        <w:tc>
          <w:tcPr>
            <w:tcW w:w="0" w:type="auto"/>
          </w:tcPr>
          <w:p w14:paraId="5D05C46B" w14:textId="77777777" w:rsidR="006E7A08" w:rsidRDefault="00267E76">
            <w:pPr>
              <w:jc w:val="center"/>
            </w:pPr>
            <w:r>
              <w:t>216 136,70</w:t>
            </w:r>
          </w:p>
        </w:tc>
      </w:tr>
      <w:tr w:rsidR="006E7A08" w14:paraId="5E1C28A7" w14:textId="77777777">
        <w:trPr>
          <w:cantSplit/>
          <w:jc w:val="center"/>
        </w:trPr>
        <w:tc>
          <w:tcPr>
            <w:tcW w:w="0" w:type="auto"/>
          </w:tcPr>
          <w:p w14:paraId="499D458D" w14:textId="77777777" w:rsidR="006E7A08" w:rsidRDefault="00267E76">
            <w:r>
              <w:t>1.1.2</w:t>
            </w:r>
          </w:p>
        </w:tc>
        <w:tc>
          <w:tcPr>
            <w:tcW w:w="0" w:type="auto"/>
          </w:tcPr>
          <w:p w14:paraId="318208FE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Расход каменного угля в натуральном выражении</w:t>
            </w:r>
          </w:p>
        </w:tc>
        <w:tc>
          <w:tcPr>
            <w:tcW w:w="0" w:type="auto"/>
          </w:tcPr>
          <w:p w14:paraId="649FB8C9" w14:textId="77777777" w:rsidR="006E7A08" w:rsidRDefault="00267E76">
            <w:r>
              <w:t>тыс. т</w:t>
            </w:r>
          </w:p>
        </w:tc>
        <w:tc>
          <w:tcPr>
            <w:tcW w:w="0" w:type="auto"/>
          </w:tcPr>
          <w:p w14:paraId="5E80DFEB" w14:textId="77777777" w:rsidR="006E7A08" w:rsidRDefault="00267E76">
            <w:pPr>
              <w:jc w:val="center"/>
            </w:pPr>
            <w:r>
              <w:t>50,168</w:t>
            </w:r>
          </w:p>
        </w:tc>
        <w:tc>
          <w:tcPr>
            <w:tcW w:w="0" w:type="auto"/>
          </w:tcPr>
          <w:p w14:paraId="111B1F9A" w14:textId="77777777" w:rsidR="006E7A08" w:rsidRDefault="00267E76">
            <w:pPr>
              <w:jc w:val="center"/>
            </w:pPr>
            <w:r>
              <w:t>50,223</w:t>
            </w:r>
          </w:p>
        </w:tc>
        <w:tc>
          <w:tcPr>
            <w:tcW w:w="0" w:type="auto"/>
          </w:tcPr>
          <w:p w14:paraId="589819A1" w14:textId="77777777" w:rsidR="006E7A08" w:rsidRDefault="00267E76">
            <w:pPr>
              <w:jc w:val="center"/>
            </w:pPr>
            <w:r>
              <w:t>50,223</w:t>
            </w:r>
          </w:p>
        </w:tc>
      </w:tr>
      <w:tr w:rsidR="006E7A08" w14:paraId="7A4E628B" w14:textId="77777777">
        <w:trPr>
          <w:cantSplit/>
          <w:jc w:val="center"/>
        </w:trPr>
        <w:tc>
          <w:tcPr>
            <w:tcW w:w="0" w:type="auto"/>
          </w:tcPr>
          <w:p w14:paraId="79506F79" w14:textId="77777777" w:rsidR="006E7A08" w:rsidRDefault="00267E76">
            <w:r>
              <w:t>1.1.3</w:t>
            </w:r>
          </w:p>
        </w:tc>
        <w:tc>
          <w:tcPr>
            <w:tcW w:w="0" w:type="auto"/>
          </w:tcPr>
          <w:p w14:paraId="1DD168E0" w14:textId="77777777" w:rsidR="006E7A08" w:rsidRDefault="00267E76">
            <w:r>
              <w:t>Расход условного топлива</w:t>
            </w:r>
          </w:p>
        </w:tc>
        <w:tc>
          <w:tcPr>
            <w:tcW w:w="0" w:type="auto"/>
          </w:tcPr>
          <w:p w14:paraId="05B10CDB" w14:textId="77777777" w:rsidR="006E7A08" w:rsidRDefault="00267E76">
            <w:r>
              <w:t>тыс. т у.т.</w:t>
            </w:r>
          </w:p>
        </w:tc>
        <w:tc>
          <w:tcPr>
            <w:tcW w:w="0" w:type="auto"/>
          </w:tcPr>
          <w:p w14:paraId="7446D8DD" w14:textId="77777777" w:rsidR="006E7A08" w:rsidRDefault="00267E76">
            <w:pPr>
              <w:jc w:val="center"/>
            </w:pPr>
            <w:r>
              <w:t>40,851</w:t>
            </w:r>
          </w:p>
        </w:tc>
        <w:tc>
          <w:tcPr>
            <w:tcW w:w="0" w:type="auto"/>
          </w:tcPr>
          <w:p w14:paraId="5CFA9609" w14:textId="77777777" w:rsidR="006E7A08" w:rsidRDefault="00267E76">
            <w:pPr>
              <w:jc w:val="center"/>
            </w:pPr>
            <w:r>
              <w:t>40,896</w:t>
            </w:r>
          </w:p>
        </w:tc>
        <w:tc>
          <w:tcPr>
            <w:tcW w:w="0" w:type="auto"/>
          </w:tcPr>
          <w:p w14:paraId="145ACBF0" w14:textId="77777777" w:rsidR="006E7A08" w:rsidRDefault="00267E76">
            <w:pPr>
              <w:jc w:val="center"/>
            </w:pPr>
            <w:r>
              <w:t>40,896</w:t>
            </w:r>
          </w:p>
        </w:tc>
      </w:tr>
      <w:tr w:rsidR="006E7A08" w14:paraId="182DC5B6" w14:textId="77777777">
        <w:trPr>
          <w:cantSplit/>
          <w:jc w:val="center"/>
        </w:trPr>
        <w:tc>
          <w:tcPr>
            <w:tcW w:w="0" w:type="auto"/>
          </w:tcPr>
          <w:p w14:paraId="2C275CB8" w14:textId="77777777" w:rsidR="006E7A08" w:rsidRDefault="00267E76">
            <w:r>
              <w:t>1.1.4</w:t>
            </w:r>
          </w:p>
        </w:tc>
        <w:tc>
          <w:tcPr>
            <w:tcW w:w="0" w:type="auto"/>
          </w:tcPr>
          <w:p w14:paraId="7D1CB9CF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Удельный расход условного топлива на отпуск тепловой энергии</w:t>
            </w:r>
          </w:p>
        </w:tc>
        <w:tc>
          <w:tcPr>
            <w:tcW w:w="0" w:type="auto"/>
          </w:tcPr>
          <w:p w14:paraId="52113887" w14:textId="77777777" w:rsidR="006E7A08" w:rsidRDefault="00267E76">
            <w:r>
              <w:t>кг у.т./Гкал</w:t>
            </w:r>
          </w:p>
        </w:tc>
        <w:tc>
          <w:tcPr>
            <w:tcW w:w="0" w:type="auto"/>
          </w:tcPr>
          <w:p w14:paraId="79B27678" w14:textId="77777777" w:rsidR="006E7A08" w:rsidRDefault="00267E76">
            <w:pPr>
              <w:jc w:val="center"/>
            </w:pPr>
            <w:r>
              <w:t>189,21</w:t>
            </w:r>
          </w:p>
        </w:tc>
        <w:tc>
          <w:tcPr>
            <w:tcW w:w="0" w:type="auto"/>
          </w:tcPr>
          <w:p w14:paraId="4E77DB38" w14:textId="77777777" w:rsidR="006E7A08" w:rsidRDefault="00267E76">
            <w:pPr>
              <w:jc w:val="center"/>
            </w:pPr>
            <w:r>
              <w:t>189,21</w:t>
            </w:r>
          </w:p>
        </w:tc>
        <w:tc>
          <w:tcPr>
            <w:tcW w:w="0" w:type="auto"/>
          </w:tcPr>
          <w:p w14:paraId="6721D679" w14:textId="77777777" w:rsidR="006E7A08" w:rsidRDefault="00267E76">
            <w:pPr>
              <w:jc w:val="center"/>
            </w:pPr>
            <w:r>
              <w:t>189,21</w:t>
            </w:r>
          </w:p>
        </w:tc>
      </w:tr>
      <w:tr w:rsidR="006E7A08" w:rsidRPr="004D1FEB" w14:paraId="22C2C5EA" w14:textId="77777777">
        <w:trPr>
          <w:cantSplit/>
          <w:jc w:val="center"/>
        </w:trPr>
        <w:tc>
          <w:tcPr>
            <w:tcW w:w="0" w:type="auto"/>
          </w:tcPr>
          <w:p w14:paraId="2F06A438" w14:textId="77777777" w:rsidR="006E7A08" w:rsidRDefault="00267E76">
            <w:r>
              <w:t>1.2</w:t>
            </w:r>
          </w:p>
        </w:tc>
        <w:tc>
          <w:tcPr>
            <w:tcW w:w="0" w:type="auto"/>
          </w:tcPr>
          <w:p w14:paraId="2CD6CEAA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Котельная «Производственно-отопительная УПК № 2 Шалым»</w:t>
            </w:r>
          </w:p>
        </w:tc>
        <w:tc>
          <w:tcPr>
            <w:tcW w:w="0" w:type="auto"/>
          </w:tcPr>
          <w:p w14:paraId="47C30CD3" w14:textId="77777777" w:rsidR="006E7A08" w:rsidRPr="001D7D92" w:rsidRDefault="006E7A08">
            <w:pPr>
              <w:rPr>
                <w:lang w:val="ru-RU"/>
              </w:rPr>
            </w:pPr>
          </w:p>
        </w:tc>
        <w:tc>
          <w:tcPr>
            <w:tcW w:w="0" w:type="auto"/>
          </w:tcPr>
          <w:p w14:paraId="20CFD5EB" w14:textId="77777777" w:rsidR="006E7A08" w:rsidRPr="001D7D92" w:rsidRDefault="006E7A08">
            <w:pPr>
              <w:rPr>
                <w:lang w:val="ru-RU"/>
              </w:rPr>
            </w:pPr>
          </w:p>
        </w:tc>
        <w:tc>
          <w:tcPr>
            <w:tcW w:w="0" w:type="auto"/>
          </w:tcPr>
          <w:p w14:paraId="604E54FD" w14:textId="77777777" w:rsidR="006E7A08" w:rsidRPr="001D7D92" w:rsidRDefault="006E7A08">
            <w:pPr>
              <w:rPr>
                <w:lang w:val="ru-RU"/>
              </w:rPr>
            </w:pPr>
          </w:p>
        </w:tc>
        <w:tc>
          <w:tcPr>
            <w:tcW w:w="0" w:type="auto"/>
          </w:tcPr>
          <w:p w14:paraId="381F45BA" w14:textId="77777777" w:rsidR="006E7A08" w:rsidRPr="001D7D92" w:rsidRDefault="006E7A08">
            <w:pPr>
              <w:rPr>
                <w:lang w:val="ru-RU"/>
              </w:rPr>
            </w:pPr>
          </w:p>
        </w:tc>
      </w:tr>
      <w:tr w:rsidR="006E7A08" w14:paraId="3E34A7A2" w14:textId="77777777">
        <w:trPr>
          <w:cantSplit/>
          <w:jc w:val="center"/>
        </w:trPr>
        <w:tc>
          <w:tcPr>
            <w:tcW w:w="0" w:type="auto"/>
          </w:tcPr>
          <w:p w14:paraId="252F7794" w14:textId="77777777" w:rsidR="006E7A08" w:rsidRDefault="00267E76">
            <w:r>
              <w:t>1.2.1</w:t>
            </w:r>
          </w:p>
        </w:tc>
        <w:tc>
          <w:tcPr>
            <w:tcW w:w="0" w:type="auto"/>
          </w:tcPr>
          <w:p w14:paraId="290B2CE1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Объём тепловой энергии, отпускаемой потребителям</w:t>
            </w:r>
          </w:p>
        </w:tc>
        <w:tc>
          <w:tcPr>
            <w:tcW w:w="0" w:type="auto"/>
          </w:tcPr>
          <w:p w14:paraId="2CC56B7D" w14:textId="77777777" w:rsidR="006E7A08" w:rsidRDefault="00267E76">
            <w:r>
              <w:t>Гкал/год</w:t>
            </w:r>
          </w:p>
        </w:tc>
        <w:tc>
          <w:tcPr>
            <w:tcW w:w="0" w:type="auto"/>
          </w:tcPr>
          <w:p w14:paraId="2CB95348" w14:textId="77777777" w:rsidR="006E7A08" w:rsidRDefault="00267E76">
            <w:pPr>
              <w:jc w:val="center"/>
            </w:pPr>
            <w:r>
              <w:t>12 328,90</w:t>
            </w:r>
          </w:p>
        </w:tc>
        <w:tc>
          <w:tcPr>
            <w:tcW w:w="0" w:type="auto"/>
          </w:tcPr>
          <w:p w14:paraId="5CBCC5D3" w14:textId="77777777" w:rsidR="006E7A08" w:rsidRDefault="00267E76">
            <w:pPr>
              <w:jc w:val="center"/>
            </w:pPr>
            <w:r>
              <w:t>12 328,90</w:t>
            </w:r>
          </w:p>
        </w:tc>
        <w:tc>
          <w:tcPr>
            <w:tcW w:w="0" w:type="auto"/>
          </w:tcPr>
          <w:p w14:paraId="50FE133B" w14:textId="77777777" w:rsidR="006E7A08" w:rsidRDefault="00267E76">
            <w:pPr>
              <w:jc w:val="center"/>
            </w:pPr>
            <w:r>
              <w:t>12 328,90</w:t>
            </w:r>
          </w:p>
        </w:tc>
      </w:tr>
      <w:tr w:rsidR="006E7A08" w14:paraId="23CBBE63" w14:textId="77777777">
        <w:trPr>
          <w:cantSplit/>
          <w:jc w:val="center"/>
        </w:trPr>
        <w:tc>
          <w:tcPr>
            <w:tcW w:w="0" w:type="auto"/>
          </w:tcPr>
          <w:p w14:paraId="050FCC98" w14:textId="77777777" w:rsidR="006E7A08" w:rsidRDefault="00267E76">
            <w:r>
              <w:t>1.2.2</w:t>
            </w:r>
          </w:p>
        </w:tc>
        <w:tc>
          <w:tcPr>
            <w:tcW w:w="0" w:type="auto"/>
          </w:tcPr>
          <w:p w14:paraId="4A28956C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Расход каменного угля в натуральном выражении</w:t>
            </w:r>
          </w:p>
        </w:tc>
        <w:tc>
          <w:tcPr>
            <w:tcW w:w="0" w:type="auto"/>
          </w:tcPr>
          <w:p w14:paraId="11F91E8A" w14:textId="77777777" w:rsidR="006E7A08" w:rsidRDefault="00267E76">
            <w:r>
              <w:t>тыс. т</w:t>
            </w:r>
          </w:p>
        </w:tc>
        <w:tc>
          <w:tcPr>
            <w:tcW w:w="0" w:type="auto"/>
          </w:tcPr>
          <w:p w14:paraId="1D15407E" w14:textId="77777777" w:rsidR="006E7A08" w:rsidRDefault="00267E76">
            <w:pPr>
              <w:jc w:val="center"/>
            </w:pPr>
            <w:r>
              <w:t>3,174</w:t>
            </w:r>
          </w:p>
        </w:tc>
        <w:tc>
          <w:tcPr>
            <w:tcW w:w="0" w:type="auto"/>
          </w:tcPr>
          <w:p w14:paraId="5357E9A1" w14:textId="77777777" w:rsidR="006E7A08" w:rsidRDefault="00267E76">
            <w:pPr>
              <w:jc w:val="center"/>
            </w:pPr>
            <w:r>
              <w:t>3,174</w:t>
            </w:r>
          </w:p>
        </w:tc>
        <w:tc>
          <w:tcPr>
            <w:tcW w:w="0" w:type="auto"/>
          </w:tcPr>
          <w:p w14:paraId="6EAAA6BE" w14:textId="77777777" w:rsidR="006E7A08" w:rsidRDefault="00267E76">
            <w:pPr>
              <w:jc w:val="center"/>
            </w:pPr>
            <w:r>
              <w:t>3,174</w:t>
            </w:r>
          </w:p>
        </w:tc>
      </w:tr>
      <w:tr w:rsidR="006E7A08" w14:paraId="74FD7664" w14:textId="77777777">
        <w:trPr>
          <w:cantSplit/>
          <w:jc w:val="center"/>
        </w:trPr>
        <w:tc>
          <w:tcPr>
            <w:tcW w:w="0" w:type="auto"/>
          </w:tcPr>
          <w:p w14:paraId="5A539D14" w14:textId="77777777" w:rsidR="006E7A08" w:rsidRDefault="00267E76">
            <w:r>
              <w:t>1.2.3</w:t>
            </w:r>
          </w:p>
        </w:tc>
        <w:tc>
          <w:tcPr>
            <w:tcW w:w="0" w:type="auto"/>
          </w:tcPr>
          <w:p w14:paraId="54BDDC2F" w14:textId="77777777" w:rsidR="006E7A08" w:rsidRDefault="00267E76">
            <w:r>
              <w:t>Расход условного топлива</w:t>
            </w:r>
          </w:p>
        </w:tc>
        <w:tc>
          <w:tcPr>
            <w:tcW w:w="0" w:type="auto"/>
          </w:tcPr>
          <w:p w14:paraId="12B4E1B3" w14:textId="77777777" w:rsidR="006E7A08" w:rsidRDefault="00267E76">
            <w:r>
              <w:t>тыс. т у.т.</w:t>
            </w:r>
          </w:p>
        </w:tc>
        <w:tc>
          <w:tcPr>
            <w:tcW w:w="0" w:type="auto"/>
          </w:tcPr>
          <w:p w14:paraId="404355B6" w14:textId="77777777" w:rsidR="006E7A08" w:rsidRDefault="00267E76">
            <w:pPr>
              <w:jc w:val="center"/>
            </w:pPr>
            <w:r>
              <w:t>2,333</w:t>
            </w:r>
          </w:p>
        </w:tc>
        <w:tc>
          <w:tcPr>
            <w:tcW w:w="0" w:type="auto"/>
          </w:tcPr>
          <w:p w14:paraId="723BFE1B" w14:textId="77777777" w:rsidR="006E7A08" w:rsidRDefault="00267E76">
            <w:pPr>
              <w:jc w:val="center"/>
            </w:pPr>
            <w:r>
              <w:t>2,333</w:t>
            </w:r>
          </w:p>
        </w:tc>
        <w:tc>
          <w:tcPr>
            <w:tcW w:w="0" w:type="auto"/>
          </w:tcPr>
          <w:p w14:paraId="02904D98" w14:textId="77777777" w:rsidR="006E7A08" w:rsidRDefault="00267E76">
            <w:pPr>
              <w:jc w:val="center"/>
            </w:pPr>
            <w:r>
              <w:t>2,333</w:t>
            </w:r>
          </w:p>
        </w:tc>
      </w:tr>
      <w:tr w:rsidR="006E7A08" w14:paraId="2DAB696D" w14:textId="77777777">
        <w:trPr>
          <w:cantSplit/>
          <w:jc w:val="center"/>
        </w:trPr>
        <w:tc>
          <w:tcPr>
            <w:tcW w:w="0" w:type="auto"/>
          </w:tcPr>
          <w:p w14:paraId="3AB3C0AF" w14:textId="77777777" w:rsidR="006E7A08" w:rsidRDefault="00267E76">
            <w:r>
              <w:t>1.2.4</w:t>
            </w:r>
          </w:p>
        </w:tc>
        <w:tc>
          <w:tcPr>
            <w:tcW w:w="0" w:type="auto"/>
          </w:tcPr>
          <w:p w14:paraId="1CF3C8C7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Удельный расход условного топлива на отпуск тепловой энергии</w:t>
            </w:r>
          </w:p>
        </w:tc>
        <w:tc>
          <w:tcPr>
            <w:tcW w:w="0" w:type="auto"/>
          </w:tcPr>
          <w:p w14:paraId="4F6A2D8B" w14:textId="77777777" w:rsidR="006E7A08" w:rsidRDefault="00267E76">
            <w:r>
              <w:t>кг у.т./Гкал</w:t>
            </w:r>
          </w:p>
        </w:tc>
        <w:tc>
          <w:tcPr>
            <w:tcW w:w="0" w:type="auto"/>
          </w:tcPr>
          <w:p w14:paraId="376210A1" w14:textId="77777777" w:rsidR="006E7A08" w:rsidRDefault="00267E76">
            <w:pPr>
              <w:jc w:val="center"/>
            </w:pPr>
            <w:r>
              <w:t>189,21</w:t>
            </w:r>
          </w:p>
        </w:tc>
        <w:tc>
          <w:tcPr>
            <w:tcW w:w="0" w:type="auto"/>
          </w:tcPr>
          <w:p w14:paraId="4824AFE1" w14:textId="77777777" w:rsidR="006E7A08" w:rsidRDefault="00267E76">
            <w:pPr>
              <w:jc w:val="center"/>
            </w:pPr>
            <w:r>
              <w:t>189,21</w:t>
            </w:r>
          </w:p>
        </w:tc>
        <w:tc>
          <w:tcPr>
            <w:tcW w:w="0" w:type="auto"/>
          </w:tcPr>
          <w:p w14:paraId="427C17D7" w14:textId="77777777" w:rsidR="006E7A08" w:rsidRDefault="00267E76">
            <w:pPr>
              <w:jc w:val="center"/>
            </w:pPr>
            <w:r>
              <w:t>189,21</w:t>
            </w:r>
          </w:p>
        </w:tc>
      </w:tr>
      <w:tr w:rsidR="006E7A08" w:rsidRPr="004D1FEB" w14:paraId="72C0EBBD" w14:textId="77777777">
        <w:trPr>
          <w:cantSplit/>
          <w:jc w:val="center"/>
        </w:trPr>
        <w:tc>
          <w:tcPr>
            <w:tcW w:w="0" w:type="auto"/>
          </w:tcPr>
          <w:p w14:paraId="23F837AB" w14:textId="77777777" w:rsidR="006E7A08" w:rsidRDefault="00267E76">
            <w:r>
              <w:t>1.3</w:t>
            </w:r>
          </w:p>
        </w:tc>
        <w:tc>
          <w:tcPr>
            <w:tcW w:w="0" w:type="auto"/>
          </w:tcPr>
          <w:p w14:paraId="047C5006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Котельная «Производственно-отопительная УПК № 2 ЦМК»</w:t>
            </w:r>
          </w:p>
        </w:tc>
        <w:tc>
          <w:tcPr>
            <w:tcW w:w="0" w:type="auto"/>
          </w:tcPr>
          <w:p w14:paraId="3016B2CC" w14:textId="77777777" w:rsidR="006E7A08" w:rsidRPr="001D7D92" w:rsidRDefault="006E7A08">
            <w:pPr>
              <w:rPr>
                <w:lang w:val="ru-RU"/>
              </w:rPr>
            </w:pPr>
          </w:p>
        </w:tc>
        <w:tc>
          <w:tcPr>
            <w:tcW w:w="0" w:type="auto"/>
          </w:tcPr>
          <w:p w14:paraId="71D613EC" w14:textId="77777777" w:rsidR="006E7A08" w:rsidRPr="001D7D92" w:rsidRDefault="006E7A08">
            <w:pPr>
              <w:rPr>
                <w:lang w:val="ru-RU"/>
              </w:rPr>
            </w:pPr>
          </w:p>
        </w:tc>
        <w:tc>
          <w:tcPr>
            <w:tcW w:w="0" w:type="auto"/>
          </w:tcPr>
          <w:p w14:paraId="3CC74071" w14:textId="77777777" w:rsidR="006E7A08" w:rsidRPr="001D7D92" w:rsidRDefault="006E7A08">
            <w:pPr>
              <w:rPr>
                <w:lang w:val="ru-RU"/>
              </w:rPr>
            </w:pPr>
          </w:p>
        </w:tc>
        <w:tc>
          <w:tcPr>
            <w:tcW w:w="0" w:type="auto"/>
          </w:tcPr>
          <w:p w14:paraId="430004B2" w14:textId="77777777" w:rsidR="006E7A08" w:rsidRPr="001D7D92" w:rsidRDefault="006E7A08">
            <w:pPr>
              <w:rPr>
                <w:lang w:val="ru-RU"/>
              </w:rPr>
            </w:pPr>
          </w:p>
        </w:tc>
      </w:tr>
      <w:tr w:rsidR="006E7A08" w14:paraId="49D5E19D" w14:textId="77777777">
        <w:trPr>
          <w:cantSplit/>
          <w:jc w:val="center"/>
        </w:trPr>
        <w:tc>
          <w:tcPr>
            <w:tcW w:w="0" w:type="auto"/>
          </w:tcPr>
          <w:p w14:paraId="6E20B203" w14:textId="77777777" w:rsidR="006E7A08" w:rsidRDefault="00267E76">
            <w:r>
              <w:t>1.3.1</w:t>
            </w:r>
          </w:p>
        </w:tc>
        <w:tc>
          <w:tcPr>
            <w:tcW w:w="0" w:type="auto"/>
          </w:tcPr>
          <w:p w14:paraId="7759FCC5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Объём тепловой энергии, отпускаемой потребителям</w:t>
            </w:r>
          </w:p>
        </w:tc>
        <w:tc>
          <w:tcPr>
            <w:tcW w:w="0" w:type="auto"/>
          </w:tcPr>
          <w:p w14:paraId="5243101F" w14:textId="77777777" w:rsidR="006E7A08" w:rsidRDefault="00267E76">
            <w:r>
              <w:t>Гкал/год</w:t>
            </w:r>
          </w:p>
        </w:tc>
        <w:tc>
          <w:tcPr>
            <w:tcW w:w="0" w:type="auto"/>
          </w:tcPr>
          <w:p w14:paraId="71CE4728" w14:textId="77777777" w:rsidR="006E7A08" w:rsidRDefault="00267E76">
            <w:pPr>
              <w:jc w:val="center"/>
            </w:pPr>
            <w:r>
              <w:t>4 900</w:t>
            </w:r>
          </w:p>
        </w:tc>
        <w:tc>
          <w:tcPr>
            <w:tcW w:w="0" w:type="auto"/>
          </w:tcPr>
          <w:p w14:paraId="118CB7D4" w14:textId="77777777" w:rsidR="006E7A08" w:rsidRDefault="00267E76">
            <w:pPr>
              <w:jc w:val="center"/>
            </w:pPr>
            <w:r>
              <w:t>5 485,05</w:t>
            </w:r>
          </w:p>
        </w:tc>
        <w:tc>
          <w:tcPr>
            <w:tcW w:w="0" w:type="auto"/>
          </w:tcPr>
          <w:p w14:paraId="5E7501E0" w14:textId="77777777" w:rsidR="006E7A08" w:rsidRDefault="00267E76">
            <w:pPr>
              <w:jc w:val="center"/>
            </w:pPr>
            <w:r>
              <w:t>5 485,05</w:t>
            </w:r>
          </w:p>
        </w:tc>
      </w:tr>
      <w:tr w:rsidR="006E7A08" w14:paraId="31876FB9" w14:textId="77777777">
        <w:trPr>
          <w:cantSplit/>
          <w:jc w:val="center"/>
        </w:trPr>
        <w:tc>
          <w:tcPr>
            <w:tcW w:w="0" w:type="auto"/>
          </w:tcPr>
          <w:p w14:paraId="2D3D2BD0" w14:textId="77777777" w:rsidR="006E7A08" w:rsidRDefault="00267E76">
            <w:r>
              <w:t>1.3.2</w:t>
            </w:r>
          </w:p>
        </w:tc>
        <w:tc>
          <w:tcPr>
            <w:tcW w:w="0" w:type="auto"/>
          </w:tcPr>
          <w:p w14:paraId="1EC693FF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Расход каменного угля в натуральном выражении</w:t>
            </w:r>
          </w:p>
        </w:tc>
        <w:tc>
          <w:tcPr>
            <w:tcW w:w="0" w:type="auto"/>
          </w:tcPr>
          <w:p w14:paraId="4328516A" w14:textId="77777777" w:rsidR="006E7A08" w:rsidRDefault="00267E76">
            <w:r>
              <w:t>тыс. т</w:t>
            </w:r>
          </w:p>
        </w:tc>
        <w:tc>
          <w:tcPr>
            <w:tcW w:w="0" w:type="auto"/>
          </w:tcPr>
          <w:p w14:paraId="7CC816B0" w14:textId="77777777" w:rsidR="006E7A08" w:rsidRDefault="00267E76">
            <w:pPr>
              <w:jc w:val="center"/>
            </w:pPr>
            <w:r>
              <w:t>1,261</w:t>
            </w:r>
          </w:p>
        </w:tc>
        <w:tc>
          <w:tcPr>
            <w:tcW w:w="0" w:type="auto"/>
          </w:tcPr>
          <w:p w14:paraId="231B4D35" w14:textId="77777777" w:rsidR="006E7A08" w:rsidRDefault="00267E76">
            <w:pPr>
              <w:jc w:val="center"/>
            </w:pPr>
            <w:r>
              <w:t>1,412</w:t>
            </w:r>
          </w:p>
        </w:tc>
        <w:tc>
          <w:tcPr>
            <w:tcW w:w="0" w:type="auto"/>
          </w:tcPr>
          <w:p w14:paraId="696DBA0D" w14:textId="77777777" w:rsidR="006E7A08" w:rsidRDefault="00267E76">
            <w:pPr>
              <w:jc w:val="center"/>
            </w:pPr>
            <w:r>
              <w:t>1,412</w:t>
            </w:r>
          </w:p>
        </w:tc>
      </w:tr>
      <w:tr w:rsidR="006E7A08" w14:paraId="2D3F0E9C" w14:textId="77777777">
        <w:trPr>
          <w:cantSplit/>
          <w:jc w:val="center"/>
        </w:trPr>
        <w:tc>
          <w:tcPr>
            <w:tcW w:w="0" w:type="auto"/>
          </w:tcPr>
          <w:p w14:paraId="33D5CE5F" w14:textId="77777777" w:rsidR="006E7A08" w:rsidRDefault="00267E76">
            <w:r>
              <w:t>1.3.3</w:t>
            </w:r>
          </w:p>
        </w:tc>
        <w:tc>
          <w:tcPr>
            <w:tcW w:w="0" w:type="auto"/>
          </w:tcPr>
          <w:p w14:paraId="2C5AD4E6" w14:textId="77777777" w:rsidR="006E7A08" w:rsidRDefault="00267E76">
            <w:r>
              <w:t>Расход условного топлива</w:t>
            </w:r>
          </w:p>
        </w:tc>
        <w:tc>
          <w:tcPr>
            <w:tcW w:w="0" w:type="auto"/>
          </w:tcPr>
          <w:p w14:paraId="33A652D9" w14:textId="77777777" w:rsidR="006E7A08" w:rsidRDefault="00267E76">
            <w:r>
              <w:t>тыс. т у.т.</w:t>
            </w:r>
          </w:p>
        </w:tc>
        <w:tc>
          <w:tcPr>
            <w:tcW w:w="0" w:type="auto"/>
          </w:tcPr>
          <w:p w14:paraId="0EC519C3" w14:textId="77777777" w:rsidR="006E7A08" w:rsidRDefault="00267E76">
            <w:pPr>
              <w:jc w:val="center"/>
            </w:pPr>
            <w:r>
              <w:t>0,927</w:t>
            </w:r>
          </w:p>
        </w:tc>
        <w:tc>
          <w:tcPr>
            <w:tcW w:w="0" w:type="auto"/>
          </w:tcPr>
          <w:p w14:paraId="3A7A19E5" w14:textId="77777777" w:rsidR="006E7A08" w:rsidRDefault="00267E76">
            <w:pPr>
              <w:jc w:val="center"/>
            </w:pPr>
            <w:r>
              <w:t>1,038</w:t>
            </w:r>
          </w:p>
        </w:tc>
        <w:tc>
          <w:tcPr>
            <w:tcW w:w="0" w:type="auto"/>
          </w:tcPr>
          <w:p w14:paraId="794027AD" w14:textId="77777777" w:rsidR="006E7A08" w:rsidRDefault="00267E76">
            <w:pPr>
              <w:jc w:val="center"/>
            </w:pPr>
            <w:r>
              <w:t>1,038</w:t>
            </w:r>
          </w:p>
        </w:tc>
      </w:tr>
      <w:tr w:rsidR="006E7A08" w14:paraId="2D69AD30" w14:textId="77777777">
        <w:trPr>
          <w:cantSplit/>
          <w:jc w:val="center"/>
        </w:trPr>
        <w:tc>
          <w:tcPr>
            <w:tcW w:w="0" w:type="auto"/>
          </w:tcPr>
          <w:p w14:paraId="67204CC3" w14:textId="77777777" w:rsidR="006E7A08" w:rsidRDefault="00267E76">
            <w:r>
              <w:t>1.3.4</w:t>
            </w:r>
          </w:p>
        </w:tc>
        <w:tc>
          <w:tcPr>
            <w:tcW w:w="0" w:type="auto"/>
          </w:tcPr>
          <w:p w14:paraId="5D2DC9BA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Удельный расход условного топлива на отпуск тепловой энергии</w:t>
            </w:r>
          </w:p>
        </w:tc>
        <w:tc>
          <w:tcPr>
            <w:tcW w:w="0" w:type="auto"/>
          </w:tcPr>
          <w:p w14:paraId="40A0CC32" w14:textId="77777777" w:rsidR="006E7A08" w:rsidRDefault="00267E76">
            <w:r>
              <w:t>кг у.т./Гкал</w:t>
            </w:r>
          </w:p>
        </w:tc>
        <w:tc>
          <w:tcPr>
            <w:tcW w:w="0" w:type="auto"/>
          </w:tcPr>
          <w:p w14:paraId="73C67C04" w14:textId="77777777" w:rsidR="006E7A08" w:rsidRDefault="00267E76">
            <w:pPr>
              <w:jc w:val="center"/>
            </w:pPr>
            <w:r>
              <w:t>189,21</w:t>
            </w:r>
          </w:p>
        </w:tc>
        <w:tc>
          <w:tcPr>
            <w:tcW w:w="0" w:type="auto"/>
          </w:tcPr>
          <w:p w14:paraId="2090AE33" w14:textId="77777777" w:rsidR="006E7A08" w:rsidRDefault="00267E76">
            <w:pPr>
              <w:jc w:val="center"/>
            </w:pPr>
            <w:r>
              <w:t>189,21</w:t>
            </w:r>
          </w:p>
        </w:tc>
        <w:tc>
          <w:tcPr>
            <w:tcW w:w="0" w:type="auto"/>
          </w:tcPr>
          <w:p w14:paraId="6977A108" w14:textId="77777777" w:rsidR="006E7A08" w:rsidRDefault="00267E76">
            <w:pPr>
              <w:jc w:val="center"/>
            </w:pPr>
            <w:r>
              <w:t>189,21</w:t>
            </w:r>
          </w:p>
        </w:tc>
      </w:tr>
      <w:tr w:rsidR="006E7A08" w:rsidRPr="004D1FEB" w14:paraId="4B90EBB4" w14:textId="77777777">
        <w:trPr>
          <w:cantSplit/>
          <w:jc w:val="center"/>
        </w:trPr>
        <w:tc>
          <w:tcPr>
            <w:tcW w:w="0" w:type="auto"/>
          </w:tcPr>
          <w:p w14:paraId="4A25D8E3" w14:textId="77777777" w:rsidR="006E7A08" w:rsidRDefault="00267E76">
            <w:r>
              <w:t>1.4</w:t>
            </w:r>
          </w:p>
        </w:tc>
        <w:tc>
          <w:tcPr>
            <w:tcW w:w="0" w:type="auto"/>
          </w:tcPr>
          <w:p w14:paraId="28FE5D20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Котельная «Производственно-отопительная УПК № 9 ГРЭ»</w:t>
            </w:r>
          </w:p>
        </w:tc>
        <w:tc>
          <w:tcPr>
            <w:tcW w:w="0" w:type="auto"/>
          </w:tcPr>
          <w:p w14:paraId="4147543D" w14:textId="77777777" w:rsidR="006E7A08" w:rsidRPr="001D7D92" w:rsidRDefault="006E7A08">
            <w:pPr>
              <w:rPr>
                <w:lang w:val="ru-RU"/>
              </w:rPr>
            </w:pPr>
          </w:p>
        </w:tc>
        <w:tc>
          <w:tcPr>
            <w:tcW w:w="0" w:type="auto"/>
          </w:tcPr>
          <w:p w14:paraId="68778A2A" w14:textId="77777777" w:rsidR="006E7A08" w:rsidRPr="001D7D92" w:rsidRDefault="006E7A08">
            <w:pPr>
              <w:rPr>
                <w:lang w:val="ru-RU"/>
              </w:rPr>
            </w:pPr>
          </w:p>
        </w:tc>
        <w:tc>
          <w:tcPr>
            <w:tcW w:w="0" w:type="auto"/>
          </w:tcPr>
          <w:p w14:paraId="4CFC5D93" w14:textId="77777777" w:rsidR="006E7A08" w:rsidRPr="001D7D92" w:rsidRDefault="006E7A08">
            <w:pPr>
              <w:rPr>
                <w:lang w:val="ru-RU"/>
              </w:rPr>
            </w:pPr>
          </w:p>
        </w:tc>
        <w:tc>
          <w:tcPr>
            <w:tcW w:w="0" w:type="auto"/>
          </w:tcPr>
          <w:p w14:paraId="089EB4F6" w14:textId="77777777" w:rsidR="006E7A08" w:rsidRPr="001D7D92" w:rsidRDefault="006E7A08">
            <w:pPr>
              <w:rPr>
                <w:lang w:val="ru-RU"/>
              </w:rPr>
            </w:pPr>
          </w:p>
        </w:tc>
      </w:tr>
      <w:tr w:rsidR="006E7A08" w14:paraId="7530EC65" w14:textId="77777777">
        <w:trPr>
          <w:cantSplit/>
          <w:jc w:val="center"/>
        </w:trPr>
        <w:tc>
          <w:tcPr>
            <w:tcW w:w="0" w:type="auto"/>
          </w:tcPr>
          <w:p w14:paraId="11AF23EC" w14:textId="77777777" w:rsidR="006E7A08" w:rsidRDefault="00267E76">
            <w:r>
              <w:t>1.4.1</w:t>
            </w:r>
          </w:p>
        </w:tc>
        <w:tc>
          <w:tcPr>
            <w:tcW w:w="0" w:type="auto"/>
          </w:tcPr>
          <w:p w14:paraId="0701CBCF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Объём тепловой энергии, отпускаемой потребителям</w:t>
            </w:r>
          </w:p>
        </w:tc>
        <w:tc>
          <w:tcPr>
            <w:tcW w:w="0" w:type="auto"/>
          </w:tcPr>
          <w:p w14:paraId="6AF48B14" w14:textId="77777777" w:rsidR="006E7A08" w:rsidRDefault="00267E76">
            <w:r>
              <w:t>Гкал/год</w:t>
            </w:r>
          </w:p>
        </w:tc>
        <w:tc>
          <w:tcPr>
            <w:tcW w:w="0" w:type="auto"/>
          </w:tcPr>
          <w:p w14:paraId="42887806" w14:textId="77777777" w:rsidR="006E7A08" w:rsidRDefault="00267E76">
            <w:pPr>
              <w:jc w:val="center"/>
            </w:pPr>
            <w:r>
              <w:t>1 289</w:t>
            </w:r>
          </w:p>
        </w:tc>
        <w:tc>
          <w:tcPr>
            <w:tcW w:w="0" w:type="auto"/>
          </w:tcPr>
          <w:p w14:paraId="08715E77" w14:textId="77777777" w:rsidR="006E7A08" w:rsidRDefault="00267E76">
            <w:pPr>
              <w:jc w:val="center"/>
            </w:pPr>
            <w:r>
              <w:t>1 289</w:t>
            </w:r>
          </w:p>
        </w:tc>
        <w:tc>
          <w:tcPr>
            <w:tcW w:w="0" w:type="auto"/>
          </w:tcPr>
          <w:p w14:paraId="0041BE5F" w14:textId="77777777" w:rsidR="006E7A08" w:rsidRDefault="00267E76">
            <w:pPr>
              <w:jc w:val="center"/>
            </w:pPr>
            <w:r>
              <w:t>1 289</w:t>
            </w:r>
          </w:p>
        </w:tc>
      </w:tr>
      <w:tr w:rsidR="006E7A08" w14:paraId="61D9FD8E" w14:textId="77777777">
        <w:trPr>
          <w:cantSplit/>
          <w:jc w:val="center"/>
        </w:trPr>
        <w:tc>
          <w:tcPr>
            <w:tcW w:w="0" w:type="auto"/>
          </w:tcPr>
          <w:p w14:paraId="70E9CD22" w14:textId="77777777" w:rsidR="006E7A08" w:rsidRDefault="00267E76">
            <w:r>
              <w:t>1.4.2</w:t>
            </w:r>
          </w:p>
        </w:tc>
        <w:tc>
          <w:tcPr>
            <w:tcW w:w="0" w:type="auto"/>
          </w:tcPr>
          <w:p w14:paraId="546F95E6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Расход каменного угля в натуральном выражении</w:t>
            </w:r>
          </w:p>
        </w:tc>
        <w:tc>
          <w:tcPr>
            <w:tcW w:w="0" w:type="auto"/>
          </w:tcPr>
          <w:p w14:paraId="57D67ED5" w14:textId="77777777" w:rsidR="006E7A08" w:rsidRDefault="00267E76">
            <w:r>
              <w:t>тыс. т</w:t>
            </w:r>
          </w:p>
        </w:tc>
        <w:tc>
          <w:tcPr>
            <w:tcW w:w="0" w:type="auto"/>
          </w:tcPr>
          <w:p w14:paraId="5ACC88E5" w14:textId="77777777" w:rsidR="006E7A08" w:rsidRDefault="00267E76">
            <w:pPr>
              <w:jc w:val="center"/>
            </w:pPr>
            <w:r>
              <w:t>0,300</w:t>
            </w:r>
          </w:p>
        </w:tc>
        <w:tc>
          <w:tcPr>
            <w:tcW w:w="0" w:type="auto"/>
          </w:tcPr>
          <w:p w14:paraId="73AC9906" w14:textId="77777777" w:rsidR="006E7A08" w:rsidRDefault="00267E76">
            <w:pPr>
              <w:jc w:val="center"/>
            </w:pPr>
            <w:r>
              <w:t>0,300</w:t>
            </w:r>
          </w:p>
        </w:tc>
        <w:tc>
          <w:tcPr>
            <w:tcW w:w="0" w:type="auto"/>
          </w:tcPr>
          <w:p w14:paraId="3F77613B" w14:textId="77777777" w:rsidR="006E7A08" w:rsidRDefault="00267E76">
            <w:pPr>
              <w:jc w:val="center"/>
            </w:pPr>
            <w:r>
              <w:t>0,300</w:t>
            </w:r>
          </w:p>
        </w:tc>
      </w:tr>
      <w:tr w:rsidR="006E7A08" w14:paraId="3F5D2DA8" w14:textId="77777777">
        <w:trPr>
          <w:cantSplit/>
          <w:jc w:val="center"/>
        </w:trPr>
        <w:tc>
          <w:tcPr>
            <w:tcW w:w="0" w:type="auto"/>
          </w:tcPr>
          <w:p w14:paraId="02E12AB9" w14:textId="77777777" w:rsidR="006E7A08" w:rsidRDefault="00267E76">
            <w:r>
              <w:t>1.4.3</w:t>
            </w:r>
          </w:p>
        </w:tc>
        <w:tc>
          <w:tcPr>
            <w:tcW w:w="0" w:type="auto"/>
          </w:tcPr>
          <w:p w14:paraId="1330B188" w14:textId="77777777" w:rsidR="006E7A08" w:rsidRDefault="00267E76">
            <w:r>
              <w:t>Расход условного топлива</w:t>
            </w:r>
          </w:p>
        </w:tc>
        <w:tc>
          <w:tcPr>
            <w:tcW w:w="0" w:type="auto"/>
          </w:tcPr>
          <w:p w14:paraId="4E177C55" w14:textId="77777777" w:rsidR="006E7A08" w:rsidRDefault="00267E76">
            <w:r>
              <w:t>тыс. т у.т.</w:t>
            </w:r>
          </w:p>
        </w:tc>
        <w:tc>
          <w:tcPr>
            <w:tcW w:w="0" w:type="auto"/>
          </w:tcPr>
          <w:p w14:paraId="7609B61F" w14:textId="77777777" w:rsidR="006E7A08" w:rsidRDefault="00267E76">
            <w:pPr>
              <w:jc w:val="center"/>
            </w:pPr>
            <w:r>
              <w:t>0,244</w:t>
            </w:r>
          </w:p>
        </w:tc>
        <w:tc>
          <w:tcPr>
            <w:tcW w:w="0" w:type="auto"/>
          </w:tcPr>
          <w:p w14:paraId="6D9CBD05" w14:textId="77777777" w:rsidR="006E7A08" w:rsidRDefault="00267E76">
            <w:pPr>
              <w:jc w:val="center"/>
            </w:pPr>
            <w:r>
              <w:t>0,244</w:t>
            </w:r>
          </w:p>
        </w:tc>
        <w:tc>
          <w:tcPr>
            <w:tcW w:w="0" w:type="auto"/>
          </w:tcPr>
          <w:p w14:paraId="310C491A" w14:textId="77777777" w:rsidR="006E7A08" w:rsidRDefault="00267E76">
            <w:pPr>
              <w:jc w:val="center"/>
            </w:pPr>
            <w:r>
              <w:t>0,244</w:t>
            </w:r>
          </w:p>
        </w:tc>
      </w:tr>
      <w:tr w:rsidR="006E7A08" w14:paraId="244C26FD" w14:textId="77777777">
        <w:trPr>
          <w:cantSplit/>
          <w:jc w:val="center"/>
        </w:trPr>
        <w:tc>
          <w:tcPr>
            <w:tcW w:w="0" w:type="auto"/>
          </w:tcPr>
          <w:p w14:paraId="74AD5D3F" w14:textId="77777777" w:rsidR="006E7A08" w:rsidRDefault="00267E76">
            <w:r>
              <w:t>1.4.4</w:t>
            </w:r>
          </w:p>
        </w:tc>
        <w:tc>
          <w:tcPr>
            <w:tcW w:w="0" w:type="auto"/>
          </w:tcPr>
          <w:p w14:paraId="39DF2436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Удельный расход условного топлива на отпуск тепловой энергии</w:t>
            </w:r>
          </w:p>
        </w:tc>
        <w:tc>
          <w:tcPr>
            <w:tcW w:w="0" w:type="auto"/>
          </w:tcPr>
          <w:p w14:paraId="407CFBDE" w14:textId="77777777" w:rsidR="006E7A08" w:rsidRDefault="00267E76">
            <w:r>
              <w:t>кг у.т./Гкал</w:t>
            </w:r>
          </w:p>
        </w:tc>
        <w:tc>
          <w:tcPr>
            <w:tcW w:w="0" w:type="auto"/>
          </w:tcPr>
          <w:p w14:paraId="15D73BBB" w14:textId="77777777" w:rsidR="006E7A08" w:rsidRDefault="00267E76">
            <w:pPr>
              <w:jc w:val="center"/>
            </w:pPr>
            <w:r>
              <w:t>189,21</w:t>
            </w:r>
          </w:p>
        </w:tc>
        <w:tc>
          <w:tcPr>
            <w:tcW w:w="0" w:type="auto"/>
          </w:tcPr>
          <w:p w14:paraId="7D1B44BB" w14:textId="77777777" w:rsidR="006E7A08" w:rsidRDefault="00267E76">
            <w:pPr>
              <w:jc w:val="center"/>
            </w:pPr>
            <w:r>
              <w:t>189,21</w:t>
            </w:r>
          </w:p>
        </w:tc>
        <w:tc>
          <w:tcPr>
            <w:tcW w:w="0" w:type="auto"/>
          </w:tcPr>
          <w:p w14:paraId="1A28A4EF" w14:textId="77777777" w:rsidR="006E7A08" w:rsidRDefault="00267E76">
            <w:pPr>
              <w:jc w:val="center"/>
            </w:pPr>
            <w:r>
              <w:t>189,21</w:t>
            </w:r>
          </w:p>
        </w:tc>
      </w:tr>
      <w:tr w:rsidR="006E7A08" w14:paraId="432E53A7" w14:textId="77777777">
        <w:trPr>
          <w:cantSplit/>
          <w:jc w:val="center"/>
        </w:trPr>
        <w:tc>
          <w:tcPr>
            <w:tcW w:w="0" w:type="auto"/>
          </w:tcPr>
          <w:p w14:paraId="18807A4D" w14:textId="77777777" w:rsidR="006E7A08" w:rsidRDefault="00267E76">
            <w:r>
              <w:t>2.</w:t>
            </w:r>
          </w:p>
        </w:tc>
        <w:tc>
          <w:tcPr>
            <w:tcW w:w="0" w:type="auto"/>
          </w:tcPr>
          <w:p w14:paraId="13E08CE7" w14:textId="77777777" w:rsidR="006E7A08" w:rsidRDefault="00267E76">
            <w:r>
              <w:t>пгт Шерегеш</w:t>
            </w:r>
          </w:p>
        </w:tc>
        <w:tc>
          <w:tcPr>
            <w:tcW w:w="0" w:type="auto"/>
          </w:tcPr>
          <w:p w14:paraId="288A44D9" w14:textId="77777777" w:rsidR="006E7A08" w:rsidRDefault="006E7A08"/>
        </w:tc>
        <w:tc>
          <w:tcPr>
            <w:tcW w:w="0" w:type="auto"/>
          </w:tcPr>
          <w:p w14:paraId="5B8004E2" w14:textId="77777777" w:rsidR="006E7A08" w:rsidRDefault="006E7A08"/>
        </w:tc>
        <w:tc>
          <w:tcPr>
            <w:tcW w:w="0" w:type="auto"/>
          </w:tcPr>
          <w:p w14:paraId="594839F3" w14:textId="77777777" w:rsidR="006E7A08" w:rsidRDefault="006E7A08"/>
        </w:tc>
        <w:tc>
          <w:tcPr>
            <w:tcW w:w="0" w:type="auto"/>
          </w:tcPr>
          <w:p w14:paraId="42E4160A" w14:textId="77777777" w:rsidR="006E7A08" w:rsidRDefault="006E7A08"/>
        </w:tc>
      </w:tr>
      <w:tr w:rsidR="006E7A08" w:rsidRPr="004D1FEB" w14:paraId="44AEF859" w14:textId="77777777">
        <w:trPr>
          <w:cantSplit/>
          <w:jc w:val="center"/>
        </w:trPr>
        <w:tc>
          <w:tcPr>
            <w:tcW w:w="0" w:type="auto"/>
          </w:tcPr>
          <w:p w14:paraId="634BF539" w14:textId="77777777" w:rsidR="006E7A08" w:rsidRDefault="00267E76">
            <w:r>
              <w:t>2.1</w:t>
            </w:r>
          </w:p>
        </w:tc>
        <w:tc>
          <w:tcPr>
            <w:tcW w:w="0" w:type="auto"/>
          </w:tcPr>
          <w:p w14:paraId="740B7773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Котельная «Производственно-отопительная УПК № 5 Новый Шерегеш»</w:t>
            </w:r>
          </w:p>
        </w:tc>
        <w:tc>
          <w:tcPr>
            <w:tcW w:w="0" w:type="auto"/>
          </w:tcPr>
          <w:p w14:paraId="76F27E9F" w14:textId="77777777" w:rsidR="006E7A08" w:rsidRPr="001D7D92" w:rsidRDefault="006E7A08">
            <w:pPr>
              <w:rPr>
                <w:lang w:val="ru-RU"/>
              </w:rPr>
            </w:pPr>
          </w:p>
        </w:tc>
        <w:tc>
          <w:tcPr>
            <w:tcW w:w="0" w:type="auto"/>
          </w:tcPr>
          <w:p w14:paraId="4FF07FBD" w14:textId="77777777" w:rsidR="006E7A08" w:rsidRPr="001D7D92" w:rsidRDefault="006E7A08">
            <w:pPr>
              <w:rPr>
                <w:lang w:val="ru-RU"/>
              </w:rPr>
            </w:pPr>
          </w:p>
        </w:tc>
        <w:tc>
          <w:tcPr>
            <w:tcW w:w="0" w:type="auto"/>
          </w:tcPr>
          <w:p w14:paraId="586157BD" w14:textId="77777777" w:rsidR="006E7A08" w:rsidRPr="001D7D92" w:rsidRDefault="006E7A08">
            <w:pPr>
              <w:rPr>
                <w:lang w:val="ru-RU"/>
              </w:rPr>
            </w:pPr>
          </w:p>
        </w:tc>
        <w:tc>
          <w:tcPr>
            <w:tcW w:w="0" w:type="auto"/>
          </w:tcPr>
          <w:p w14:paraId="296FE4F3" w14:textId="77777777" w:rsidR="006E7A08" w:rsidRPr="001D7D92" w:rsidRDefault="006E7A08">
            <w:pPr>
              <w:rPr>
                <w:lang w:val="ru-RU"/>
              </w:rPr>
            </w:pPr>
          </w:p>
        </w:tc>
      </w:tr>
      <w:tr w:rsidR="006E7A08" w14:paraId="0FC80279" w14:textId="77777777">
        <w:trPr>
          <w:cantSplit/>
          <w:jc w:val="center"/>
        </w:trPr>
        <w:tc>
          <w:tcPr>
            <w:tcW w:w="0" w:type="auto"/>
          </w:tcPr>
          <w:p w14:paraId="077A3F69" w14:textId="77777777" w:rsidR="006E7A08" w:rsidRDefault="00267E76">
            <w:r>
              <w:t>2.1.1</w:t>
            </w:r>
          </w:p>
        </w:tc>
        <w:tc>
          <w:tcPr>
            <w:tcW w:w="0" w:type="auto"/>
          </w:tcPr>
          <w:p w14:paraId="77DF40C9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Объём тепловой энергии, отпускаемой потребителям</w:t>
            </w:r>
          </w:p>
        </w:tc>
        <w:tc>
          <w:tcPr>
            <w:tcW w:w="0" w:type="auto"/>
          </w:tcPr>
          <w:p w14:paraId="4AC54E36" w14:textId="77777777" w:rsidR="006E7A08" w:rsidRDefault="00267E76">
            <w:r>
              <w:t>Гкал/год</w:t>
            </w:r>
          </w:p>
        </w:tc>
        <w:tc>
          <w:tcPr>
            <w:tcW w:w="0" w:type="auto"/>
          </w:tcPr>
          <w:p w14:paraId="0E565CBD" w14:textId="77777777" w:rsidR="006E7A08" w:rsidRDefault="00267E76">
            <w:pPr>
              <w:jc w:val="center"/>
            </w:pPr>
            <w:r>
              <w:t>263 537,20</w:t>
            </w:r>
          </w:p>
        </w:tc>
        <w:tc>
          <w:tcPr>
            <w:tcW w:w="0" w:type="auto"/>
          </w:tcPr>
          <w:p w14:paraId="22308073" w14:textId="77777777" w:rsidR="006E7A08" w:rsidRDefault="00267E76">
            <w:pPr>
              <w:jc w:val="center"/>
            </w:pPr>
            <w:r>
              <w:t>437 924,03</w:t>
            </w:r>
          </w:p>
        </w:tc>
        <w:tc>
          <w:tcPr>
            <w:tcW w:w="0" w:type="auto"/>
          </w:tcPr>
          <w:p w14:paraId="39BC81B0" w14:textId="77777777" w:rsidR="006E7A08" w:rsidRDefault="00267E76">
            <w:pPr>
              <w:jc w:val="center"/>
            </w:pPr>
            <w:r>
              <w:t>437 924,03</w:t>
            </w:r>
          </w:p>
        </w:tc>
      </w:tr>
      <w:tr w:rsidR="006E7A08" w14:paraId="31496692" w14:textId="77777777">
        <w:trPr>
          <w:cantSplit/>
          <w:jc w:val="center"/>
        </w:trPr>
        <w:tc>
          <w:tcPr>
            <w:tcW w:w="0" w:type="auto"/>
          </w:tcPr>
          <w:p w14:paraId="0713A504" w14:textId="77777777" w:rsidR="006E7A08" w:rsidRDefault="00267E76">
            <w:r>
              <w:t>2.1.2</w:t>
            </w:r>
          </w:p>
        </w:tc>
        <w:tc>
          <w:tcPr>
            <w:tcW w:w="0" w:type="auto"/>
          </w:tcPr>
          <w:p w14:paraId="17AE41C1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Расход каменного угля в натуральном выражении</w:t>
            </w:r>
          </w:p>
        </w:tc>
        <w:tc>
          <w:tcPr>
            <w:tcW w:w="0" w:type="auto"/>
          </w:tcPr>
          <w:p w14:paraId="131D3E8A" w14:textId="77777777" w:rsidR="006E7A08" w:rsidRDefault="00267E76">
            <w:r>
              <w:t>тыс. т</w:t>
            </w:r>
          </w:p>
        </w:tc>
        <w:tc>
          <w:tcPr>
            <w:tcW w:w="0" w:type="auto"/>
          </w:tcPr>
          <w:p w14:paraId="63F4FB2A" w14:textId="77777777" w:rsidR="006E7A08" w:rsidRDefault="00267E76">
            <w:pPr>
              <w:jc w:val="center"/>
            </w:pPr>
            <w:r>
              <w:t>67,844</w:t>
            </w:r>
          </w:p>
        </w:tc>
        <w:tc>
          <w:tcPr>
            <w:tcW w:w="0" w:type="auto"/>
          </w:tcPr>
          <w:p w14:paraId="48545B97" w14:textId="77777777" w:rsidR="006E7A08" w:rsidRDefault="00267E76">
            <w:pPr>
              <w:jc w:val="center"/>
            </w:pPr>
            <w:r>
              <w:t>112,737</w:t>
            </w:r>
          </w:p>
        </w:tc>
        <w:tc>
          <w:tcPr>
            <w:tcW w:w="0" w:type="auto"/>
          </w:tcPr>
          <w:p w14:paraId="674A87D2" w14:textId="77777777" w:rsidR="006E7A08" w:rsidRDefault="00267E76">
            <w:pPr>
              <w:jc w:val="center"/>
            </w:pPr>
            <w:r>
              <w:t>112,737</w:t>
            </w:r>
          </w:p>
        </w:tc>
      </w:tr>
      <w:tr w:rsidR="006E7A08" w14:paraId="53E91C6C" w14:textId="77777777">
        <w:trPr>
          <w:cantSplit/>
          <w:jc w:val="center"/>
        </w:trPr>
        <w:tc>
          <w:tcPr>
            <w:tcW w:w="0" w:type="auto"/>
          </w:tcPr>
          <w:p w14:paraId="67F0BC5D" w14:textId="77777777" w:rsidR="006E7A08" w:rsidRDefault="00267E76">
            <w:r>
              <w:t>2.1.3</w:t>
            </w:r>
          </w:p>
        </w:tc>
        <w:tc>
          <w:tcPr>
            <w:tcW w:w="0" w:type="auto"/>
          </w:tcPr>
          <w:p w14:paraId="19772703" w14:textId="77777777" w:rsidR="006E7A08" w:rsidRDefault="00267E76">
            <w:r>
              <w:t>Расход условного топлива</w:t>
            </w:r>
          </w:p>
        </w:tc>
        <w:tc>
          <w:tcPr>
            <w:tcW w:w="0" w:type="auto"/>
          </w:tcPr>
          <w:p w14:paraId="0B204ECC" w14:textId="77777777" w:rsidR="006E7A08" w:rsidRDefault="00267E76">
            <w:r>
              <w:t>тыс. т у.т.</w:t>
            </w:r>
          </w:p>
        </w:tc>
        <w:tc>
          <w:tcPr>
            <w:tcW w:w="0" w:type="auto"/>
          </w:tcPr>
          <w:p w14:paraId="717B9E21" w14:textId="77777777" w:rsidR="006E7A08" w:rsidRDefault="00267E76">
            <w:pPr>
              <w:jc w:val="center"/>
            </w:pPr>
            <w:r>
              <w:t>49,865</w:t>
            </w:r>
          </w:p>
        </w:tc>
        <w:tc>
          <w:tcPr>
            <w:tcW w:w="0" w:type="auto"/>
          </w:tcPr>
          <w:p w14:paraId="2E6E56C5" w14:textId="77777777" w:rsidR="006E7A08" w:rsidRDefault="00267E76">
            <w:pPr>
              <w:jc w:val="center"/>
            </w:pPr>
            <w:r>
              <w:t>82,862</w:t>
            </w:r>
          </w:p>
        </w:tc>
        <w:tc>
          <w:tcPr>
            <w:tcW w:w="0" w:type="auto"/>
          </w:tcPr>
          <w:p w14:paraId="5A0383EE" w14:textId="77777777" w:rsidR="006E7A08" w:rsidRDefault="00267E76">
            <w:pPr>
              <w:jc w:val="center"/>
            </w:pPr>
            <w:r>
              <w:t>82,862</w:t>
            </w:r>
          </w:p>
        </w:tc>
      </w:tr>
      <w:tr w:rsidR="006E7A08" w14:paraId="0CE74F92" w14:textId="77777777">
        <w:trPr>
          <w:cantSplit/>
          <w:jc w:val="center"/>
        </w:trPr>
        <w:tc>
          <w:tcPr>
            <w:tcW w:w="0" w:type="auto"/>
          </w:tcPr>
          <w:p w14:paraId="30F448B5" w14:textId="77777777" w:rsidR="006E7A08" w:rsidRDefault="00267E76">
            <w:r>
              <w:t>2.1.4</w:t>
            </w:r>
          </w:p>
        </w:tc>
        <w:tc>
          <w:tcPr>
            <w:tcW w:w="0" w:type="auto"/>
          </w:tcPr>
          <w:p w14:paraId="269609B1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Удельный расход условного топлива на отпуск тепловой энергии</w:t>
            </w:r>
          </w:p>
        </w:tc>
        <w:tc>
          <w:tcPr>
            <w:tcW w:w="0" w:type="auto"/>
          </w:tcPr>
          <w:p w14:paraId="64FE9F25" w14:textId="77777777" w:rsidR="006E7A08" w:rsidRDefault="00267E76">
            <w:r>
              <w:t>кг у.т./Гкал</w:t>
            </w:r>
          </w:p>
        </w:tc>
        <w:tc>
          <w:tcPr>
            <w:tcW w:w="0" w:type="auto"/>
          </w:tcPr>
          <w:p w14:paraId="172C3219" w14:textId="77777777" w:rsidR="006E7A08" w:rsidRDefault="00267E76">
            <w:pPr>
              <w:jc w:val="center"/>
            </w:pPr>
            <w:r>
              <w:t>189,21</w:t>
            </w:r>
          </w:p>
        </w:tc>
        <w:tc>
          <w:tcPr>
            <w:tcW w:w="0" w:type="auto"/>
          </w:tcPr>
          <w:p w14:paraId="158AB2E4" w14:textId="77777777" w:rsidR="006E7A08" w:rsidRDefault="00267E76">
            <w:pPr>
              <w:jc w:val="center"/>
            </w:pPr>
            <w:r>
              <w:t>189,21</w:t>
            </w:r>
          </w:p>
        </w:tc>
        <w:tc>
          <w:tcPr>
            <w:tcW w:w="0" w:type="auto"/>
          </w:tcPr>
          <w:p w14:paraId="04FD8516" w14:textId="77777777" w:rsidR="006E7A08" w:rsidRDefault="00267E76">
            <w:pPr>
              <w:jc w:val="center"/>
            </w:pPr>
            <w:r>
              <w:t>189,21</w:t>
            </w:r>
          </w:p>
        </w:tc>
      </w:tr>
      <w:tr w:rsidR="006E7A08" w:rsidRPr="004D1FEB" w14:paraId="3A0873FD" w14:textId="77777777">
        <w:trPr>
          <w:cantSplit/>
          <w:jc w:val="center"/>
        </w:trPr>
        <w:tc>
          <w:tcPr>
            <w:tcW w:w="0" w:type="auto"/>
          </w:tcPr>
          <w:p w14:paraId="20E45ED2" w14:textId="77777777" w:rsidR="006E7A08" w:rsidRDefault="00267E76">
            <w:r>
              <w:t>2.2</w:t>
            </w:r>
          </w:p>
        </w:tc>
        <w:tc>
          <w:tcPr>
            <w:tcW w:w="0" w:type="auto"/>
          </w:tcPr>
          <w:p w14:paraId="74165C67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Котельная «Производственно-отопительная УПК № 6 Старый Шерегеш»</w:t>
            </w:r>
          </w:p>
        </w:tc>
        <w:tc>
          <w:tcPr>
            <w:tcW w:w="0" w:type="auto"/>
          </w:tcPr>
          <w:p w14:paraId="18E3CB83" w14:textId="77777777" w:rsidR="006E7A08" w:rsidRPr="001D7D92" w:rsidRDefault="006E7A08">
            <w:pPr>
              <w:rPr>
                <w:lang w:val="ru-RU"/>
              </w:rPr>
            </w:pPr>
          </w:p>
        </w:tc>
        <w:tc>
          <w:tcPr>
            <w:tcW w:w="0" w:type="auto"/>
          </w:tcPr>
          <w:p w14:paraId="7603303C" w14:textId="77777777" w:rsidR="006E7A08" w:rsidRPr="001D7D92" w:rsidRDefault="006E7A08">
            <w:pPr>
              <w:rPr>
                <w:lang w:val="ru-RU"/>
              </w:rPr>
            </w:pPr>
          </w:p>
        </w:tc>
        <w:tc>
          <w:tcPr>
            <w:tcW w:w="0" w:type="auto"/>
          </w:tcPr>
          <w:p w14:paraId="735E7138" w14:textId="77777777" w:rsidR="006E7A08" w:rsidRPr="001D7D92" w:rsidRDefault="006E7A08">
            <w:pPr>
              <w:rPr>
                <w:lang w:val="ru-RU"/>
              </w:rPr>
            </w:pPr>
          </w:p>
        </w:tc>
        <w:tc>
          <w:tcPr>
            <w:tcW w:w="0" w:type="auto"/>
          </w:tcPr>
          <w:p w14:paraId="092A6244" w14:textId="77777777" w:rsidR="006E7A08" w:rsidRPr="001D7D92" w:rsidRDefault="006E7A08">
            <w:pPr>
              <w:rPr>
                <w:lang w:val="ru-RU"/>
              </w:rPr>
            </w:pPr>
          </w:p>
        </w:tc>
      </w:tr>
      <w:tr w:rsidR="006E7A08" w14:paraId="5A522B4D" w14:textId="77777777">
        <w:trPr>
          <w:cantSplit/>
          <w:jc w:val="center"/>
        </w:trPr>
        <w:tc>
          <w:tcPr>
            <w:tcW w:w="0" w:type="auto"/>
          </w:tcPr>
          <w:p w14:paraId="71568DF8" w14:textId="77777777" w:rsidR="006E7A08" w:rsidRDefault="00267E76">
            <w:r>
              <w:t>2.2.1</w:t>
            </w:r>
          </w:p>
        </w:tc>
        <w:tc>
          <w:tcPr>
            <w:tcW w:w="0" w:type="auto"/>
          </w:tcPr>
          <w:p w14:paraId="209153DD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Объём тепловой энергии, отпускаемой потребителям</w:t>
            </w:r>
          </w:p>
        </w:tc>
        <w:tc>
          <w:tcPr>
            <w:tcW w:w="0" w:type="auto"/>
          </w:tcPr>
          <w:p w14:paraId="024B0700" w14:textId="77777777" w:rsidR="006E7A08" w:rsidRDefault="00267E76">
            <w:r>
              <w:t>Гкал/год</w:t>
            </w:r>
          </w:p>
        </w:tc>
        <w:tc>
          <w:tcPr>
            <w:tcW w:w="0" w:type="auto"/>
          </w:tcPr>
          <w:p w14:paraId="135849F1" w14:textId="77777777" w:rsidR="006E7A08" w:rsidRDefault="00267E76">
            <w:pPr>
              <w:jc w:val="center"/>
            </w:pPr>
            <w:r>
              <w:t>10 264,50</w:t>
            </w:r>
          </w:p>
        </w:tc>
        <w:tc>
          <w:tcPr>
            <w:tcW w:w="0" w:type="auto"/>
          </w:tcPr>
          <w:p w14:paraId="3D196C35" w14:textId="77777777" w:rsidR="006E7A08" w:rsidRDefault="00267E76">
            <w:pPr>
              <w:jc w:val="center"/>
            </w:pPr>
            <w:r>
              <w:t>10 495,05</w:t>
            </w:r>
          </w:p>
        </w:tc>
        <w:tc>
          <w:tcPr>
            <w:tcW w:w="0" w:type="auto"/>
          </w:tcPr>
          <w:p w14:paraId="13590CF1" w14:textId="77777777" w:rsidR="006E7A08" w:rsidRDefault="00267E76">
            <w:pPr>
              <w:jc w:val="center"/>
            </w:pPr>
            <w:r>
              <w:t>10 495,05</w:t>
            </w:r>
          </w:p>
        </w:tc>
      </w:tr>
      <w:tr w:rsidR="006E7A08" w14:paraId="02AA7EC1" w14:textId="77777777">
        <w:trPr>
          <w:cantSplit/>
          <w:jc w:val="center"/>
        </w:trPr>
        <w:tc>
          <w:tcPr>
            <w:tcW w:w="0" w:type="auto"/>
          </w:tcPr>
          <w:p w14:paraId="1D541A31" w14:textId="77777777" w:rsidR="006E7A08" w:rsidRDefault="00267E76">
            <w:r>
              <w:t>2.2.2</w:t>
            </w:r>
          </w:p>
        </w:tc>
        <w:tc>
          <w:tcPr>
            <w:tcW w:w="0" w:type="auto"/>
          </w:tcPr>
          <w:p w14:paraId="3E7D8EE3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Расход каменного угля в натуральном выражении</w:t>
            </w:r>
          </w:p>
        </w:tc>
        <w:tc>
          <w:tcPr>
            <w:tcW w:w="0" w:type="auto"/>
          </w:tcPr>
          <w:p w14:paraId="71DF6012" w14:textId="77777777" w:rsidR="006E7A08" w:rsidRDefault="00267E76">
            <w:r>
              <w:t>тыс. т</w:t>
            </w:r>
          </w:p>
        </w:tc>
        <w:tc>
          <w:tcPr>
            <w:tcW w:w="0" w:type="auto"/>
          </w:tcPr>
          <w:p w14:paraId="217588EE" w14:textId="77777777" w:rsidR="006E7A08" w:rsidRDefault="00267E76">
            <w:pPr>
              <w:jc w:val="center"/>
            </w:pPr>
            <w:r>
              <w:t>2,642</w:t>
            </w:r>
          </w:p>
        </w:tc>
        <w:tc>
          <w:tcPr>
            <w:tcW w:w="0" w:type="auto"/>
          </w:tcPr>
          <w:p w14:paraId="3512C5A3" w14:textId="77777777" w:rsidR="006E7A08" w:rsidRDefault="00267E76">
            <w:pPr>
              <w:jc w:val="center"/>
            </w:pPr>
            <w:r>
              <w:t>2,702</w:t>
            </w:r>
          </w:p>
        </w:tc>
        <w:tc>
          <w:tcPr>
            <w:tcW w:w="0" w:type="auto"/>
          </w:tcPr>
          <w:p w14:paraId="2C34DA61" w14:textId="77777777" w:rsidR="006E7A08" w:rsidRDefault="00267E76">
            <w:pPr>
              <w:jc w:val="center"/>
            </w:pPr>
            <w:r>
              <w:t>2,702</w:t>
            </w:r>
          </w:p>
        </w:tc>
      </w:tr>
      <w:tr w:rsidR="006E7A08" w14:paraId="06928F66" w14:textId="77777777">
        <w:trPr>
          <w:cantSplit/>
          <w:jc w:val="center"/>
        </w:trPr>
        <w:tc>
          <w:tcPr>
            <w:tcW w:w="0" w:type="auto"/>
          </w:tcPr>
          <w:p w14:paraId="61CD587A" w14:textId="77777777" w:rsidR="006E7A08" w:rsidRDefault="00267E76">
            <w:r>
              <w:t>2.2.3</w:t>
            </w:r>
          </w:p>
        </w:tc>
        <w:tc>
          <w:tcPr>
            <w:tcW w:w="0" w:type="auto"/>
          </w:tcPr>
          <w:p w14:paraId="1DC81A2A" w14:textId="77777777" w:rsidR="006E7A08" w:rsidRDefault="00267E76">
            <w:r>
              <w:t>Расход условного топлива</w:t>
            </w:r>
          </w:p>
        </w:tc>
        <w:tc>
          <w:tcPr>
            <w:tcW w:w="0" w:type="auto"/>
          </w:tcPr>
          <w:p w14:paraId="20A07F92" w14:textId="77777777" w:rsidR="006E7A08" w:rsidRDefault="00267E76">
            <w:r>
              <w:t>тыс. т у.т.</w:t>
            </w:r>
          </w:p>
        </w:tc>
        <w:tc>
          <w:tcPr>
            <w:tcW w:w="0" w:type="auto"/>
          </w:tcPr>
          <w:p w14:paraId="484AD45D" w14:textId="77777777" w:rsidR="006E7A08" w:rsidRDefault="00267E76">
            <w:pPr>
              <w:jc w:val="center"/>
            </w:pPr>
            <w:r>
              <w:t>1,942</w:t>
            </w:r>
          </w:p>
        </w:tc>
        <w:tc>
          <w:tcPr>
            <w:tcW w:w="0" w:type="auto"/>
          </w:tcPr>
          <w:p w14:paraId="79C1C2D5" w14:textId="77777777" w:rsidR="006E7A08" w:rsidRDefault="00267E76">
            <w:pPr>
              <w:jc w:val="center"/>
            </w:pPr>
            <w:r>
              <w:t>1,986</w:t>
            </w:r>
          </w:p>
        </w:tc>
        <w:tc>
          <w:tcPr>
            <w:tcW w:w="0" w:type="auto"/>
          </w:tcPr>
          <w:p w14:paraId="195C576C" w14:textId="77777777" w:rsidR="006E7A08" w:rsidRDefault="00267E76">
            <w:pPr>
              <w:jc w:val="center"/>
            </w:pPr>
            <w:r>
              <w:t>1,986</w:t>
            </w:r>
          </w:p>
        </w:tc>
      </w:tr>
      <w:tr w:rsidR="006E7A08" w14:paraId="4C331143" w14:textId="77777777">
        <w:trPr>
          <w:cantSplit/>
          <w:jc w:val="center"/>
        </w:trPr>
        <w:tc>
          <w:tcPr>
            <w:tcW w:w="0" w:type="auto"/>
          </w:tcPr>
          <w:p w14:paraId="3F93E245" w14:textId="77777777" w:rsidR="006E7A08" w:rsidRDefault="00267E76">
            <w:r>
              <w:t>2.2.4</w:t>
            </w:r>
          </w:p>
        </w:tc>
        <w:tc>
          <w:tcPr>
            <w:tcW w:w="0" w:type="auto"/>
          </w:tcPr>
          <w:p w14:paraId="275C3CF8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Удельный расход условного топлива на отпуск тепловой энергии</w:t>
            </w:r>
          </w:p>
        </w:tc>
        <w:tc>
          <w:tcPr>
            <w:tcW w:w="0" w:type="auto"/>
          </w:tcPr>
          <w:p w14:paraId="189BD003" w14:textId="77777777" w:rsidR="006E7A08" w:rsidRDefault="00267E76">
            <w:r>
              <w:t>кг у.т./Гкал</w:t>
            </w:r>
          </w:p>
        </w:tc>
        <w:tc>
          <w:tcPr>
            <w:tcW w:w="0" w:type="auto"/>
          </w:tcPr>
          <w:p w14:paraId="2C87B55E" w14:textId="77777777" w:rsidR="006E7A08" w:rsidRDefault="00267E76">
            <w:pPr>
              <w:jc w:val="center"/>
            </w:pPr>
            <w:r>
              <w:t>189,21</w:t>
            </w:r>
          </w:p>
        </w:tc>
        <w:tc>
          <w:tcPr>
            <w:tcW w:w="0" w:type="auto"/>
          </w:tcPr>
          <w:p w14:paraId="6D45AC6A" w14:textId="77777777" w:rsidR="006E7A08" w:rsidRDefault="00267E76">
            <w:pPr>
              <w:jc w:val="center"/>
            </w:pPr>
            <w:r>
              <w:t>189,21</w:t>
            </w:r>
          </w:p>
        </w:tc>
        <w:tc>
          <w:tcPr>
            <w:tcW w:w="0" w:type="auto"/>
          </w:tcPr>
          <w:p w14:paraId="24F45379" w14:textId="77777777" w:rsidR="006E7A08" w:rsidRDefault="00267E76">
            <w:pPr>
              <w:jc w:val="center"/>
            </w:pPr>
            <w:r>
              <w:t>189,21</w:t>
            </w:r>
          </w:p>
        </w:tc>
      </w:tr>
      <w:tr w:rsidR="006E7A08" w14:paraId="5942B859" w14:textId="77777777">
        <w:trPr>
          <w:cantSplit/>
          <w:jc w:val="center"/>
        </w:trPr>
        <w:tc>
          <w:tcPr>
            <w:tcW w:w="0" w:type="auto"/>
          </w:tcPr>
          <w:p w14:paraId="5E2A1C0B" w14:textId="77777777" w:rsidR="006E7A08" w:rsidRDefault="00267E76">
            <w:r>
              <w:t>3.</w:t>
            </w:r>
          </w:p>
        </w:tc>
        <w:tc>
          <w:tcPr>
            <w:tcW w:w="0" w:type="auto"/>
          </w:tcPr>
          <w:p w14:paraId="1082B0A2" w14:textId="77777777" w:rsidR="006E7A08" w:rsidRDefault="00267E76">
            <w:r>
              <w:t>пгт Каз</w:t>
            </w:r>
          </w:p>
        </w:tc>
        <w:tc>
          <w:tcPr>
            <w:tcW w:w="0" w:type="auto"/>
          </w:tcPr>
          <w:p w14:paraId="00BEFA24" w14:textId="77777777" w:rsidR="006E7A08" w:rsidRDefault="006E7A08"/>
        </w:tc>
        <w:tc>
          <w:tcPr>
            <w:tcW w:w="0" w:type="auto"/>
          </w:tcPr>
          <w:p w14:paraId="398EEEE7" w14:textId="77777777" w:rsidR="006E7A08" w:rsidRDefault="006E7A08"/>
        </w:tc>
        <w:tc>
          <w:tcPr>
            <w:tcW w:w="0" w:type="auto"/>
          </w:tcPr>
          <w:p w14:paraId="3B6FD3C2" w14:textId="77777777" w:rsidR="006E7A08" w:rsidRDefault="006E7A08"/>
        </w:tc>
        <w:tc>
          <w:tcPr>
            <w:tcW w:w="0" w:type="auto"/>
          </w:tcPr>
          <w:p w14:paraId="4C1B957D" w14:textId="77777777" w:rsidR="006E7A08" w:rsidRDefault="006E7A08"/>
        </w:tc>
      </w:tr>
      <w:tr w:rsidR="006E7A08" w:rsidRPr="004D1FEB" w14:paraId="624AF226" w14:textId="77777777">
        <w:trPr>
          <w:cantSplit/>
          <w:jc w:val="center"/>
        </w:trPr>
        <w:tc>
          <w:tcPr>
            <w:tcW w:w="0" w:type="auto"/>
          </w:tcPr>
          <w:p w14:paraId="6FA7034C" w14:textId="77777777" w:rsidR="006E7A08" w:rsidRDefault="00267E76">
            <w:r>
              <w:t>3.1</w:t>
            </w:r>
          </w:p>
        </w:tc>
        <w:tc>
          <w:tcPr>
            <w:tcW w:w="0" w:type="auto"/>
          </w:tcPr>
          <w:p w14:paraId="75367A0F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Котельная «Производственно-отопительная УПК № 7 Каз»</w:t>
            </w:r>
          </w:p>
        </w:tc>
        <w:tc>
          <w:tcPr>
            <w:tcW w:w="0" w:type="auto"/>
          </w:tcPr>
          <w:p w14:paraId="45F5909A" w14:textId="77777777" w:rsidR="006E7A08" w:rsidRPr="001D7D92" w:rsidRDefault="006E7A08">
            <w:pPr>
              <w:rPr>
                <w:lang w:val="ru-RU"/>
              </w:rPr>
            </w:pPr>
          </w:p>
        </w:tc>
        <w:tc>
          <w:tcPr>
            <w:tcW w:w="0" w:type="auto"/>
          </w:tcPr>
          <w:p w14:paraId="78B94739" w14:textId="77777777" w:rsidR="006E7A08" w:rsidRPr="001D7D92" w:rsidRDefault="006E7A08">
            <w:pPr>
              <w:rPr>
                <w:lang w:val="ru-RU"/>
              </w:rPr>
            </w:pPr>
          </w:p>
        </w:tc>
        <w:tc>
          <w:tcPr>
            <w:tcW w:w="0" w:type="auto"/>
          </w:tcPr>
          <w:p w14:paraId="76EE4965" w14:textId="77777777" w:rsidR="006E7A08" w:rsidRPr="001D7D92" w:rsidRDefault="006E7A08">
            <w:pPr>
              <w:rPr>
                <w:lang w:val="ru-RU"/>
              </w:rPr>
            </w:pPr>
          </w:p>
        </w:tc>
        <w:tc>
          <w:tcPr>
            <w:tcW w:w="0" w:type="auto"/>
          </w:tcPr>
          <w:p w14:paraId="2E8292EA" w14:textId="77777777" w:rsidR="006E7A08" w:rsidRPr="001D7D92" w:rsidRDefault="006E7A08">
            <w:pPr>
              <w:rPr>
                <w:lang w:val="ru-RU"/>
              </w:rPr>
            </w:pPr>
          </w:p>
        </w:tc>
      </w:tr>
      <w:tr w:rsidR="006E7A08" w14:paraId="3194A037" w14:textId="77777777">
        <w:trPr>
          <w:cantSplit/>
          <w:jc w:val="center"/>
        </w:trPr>
        <w:tc>
          <w:tcPr>
            <w:tcW w:w="0" w:type="auto"/>
          </w:tcPr>
          <w:p w14:paraId="70387F28" w14:textId="77777777" w:rsidR="006E7A08" w:rsidRDefault="00267E76">
            <w:r>
              <w:t>3.1.1</w:t>
            </w:r>
          </w:p>
        </w:tc>
        <w:tc>
          <w:tcPr>
            <w:tcW w:w="0" w:type="auto"/>
          </w:tcPr>
          <w:p w14:paraId="42731C30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Объём тепловой энергии, отпускаемой потребителям</w:t>
            </w:r>
          </w:p>
        </w:tc>
        <w:tc>
          <w:tcPr>
            <w:tcW w:w="0" w:type="auto"/>
          </w:tcPr>
          <w:p w14:paraId="550D449D" w14:textId="77777777" w:rsidR="006E7A08" w:rsidRDefault="00267E76">
            <w:r>
              <w:t>Гкал/год</w:t>
            </w:r>
          </w:p>
        </w:tc>
        <w:tc>
          <w:tcPr>
            <w:tcW w:w="0" w:type="auto"/>
          </w:tcPr>
          <w:p w14:paraId="790E1971" w14:textId="77777777" w:rsidR="006E7A08" w:rsidRDefault="00267E76">
            <w:pPr>
              <w:jc w:val="center"/>
            </w:pPr>
            <w:r>
              <w:t>51 266,40</w:t>
            </w:r>
          </w:p>
        </w:tc>
        <w:tc>
          <w:tcPr>
            <w:tcW w:w="0" w:type="auto"/>
          </w:tcPr>
          <w:p w14:paraId="2CF2FF29" w14:textId="77777777" w:rsidR="006E7A08" w:rsidRDefault="00267E76">
            <w:pPr>
              <w:jc w:val="center"/>
            </w:pPr>
            <w:r>
              <w:t>51 521,40</w:t>
            </w:r>
          </w:p>
        </w:tc>
        <w:tc>
          <w:tcPr>
            <w:tcW w:w="0" w:type="auto"/>
          </w:tcPr>
          <w:p w14:paraId="01338C29" w14:textId="77777777" w:rsidR="006E7A08" w:rsidRDefault="00267E76">
            <w:pPr>
              <w:jc w:val="center"/>
            </w:pPr>
            <w:r>
              <w:t>51 521,40</w:t>
            </w:r>
          </w:p>
        </w:tc>
      </w:tr>
      <w:tr w:rsidR="006E7A08" w14:paraId="3F2623F5" w14:textId="77777777">
        <w:trPr>
          <w:cantSplit/>
          <w:jc w:val="center"/>
        </w:trPr>
        <w:tc>
          <w:tcPr>
            <w:tcW w:w="0" w:type="auto"/>
          </w:tcPr>
          <w:p w14:paraId="2DD334FA" w14:textId="77777777" w:rsidR="006E7A08" w:rsidRDefault="00267E76">
            <w:r>
              <w:t>3.1.2</w:t>
            </w:r>
          </w:p>
        </w:tc>
        <w:tc>
          <w:tcPr>
            <w:tcW w:w="0" w:type="auto"/>
          </w:tcPr>
          <w:p w14:paraId="1AA41561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Расход каменного угля в натуральном выражении</w:t>
            </w:r>
          </w:p>
        </w:tc>
        <w:tc>
          <w:tcPr>
            <w:tcW w:w="0" w:type="auto"/>
          </w:tcPr>
          <w:p w14:paraId="23D4EF10" w14:textId="77777777" w:rsidR="006E7A08" w:rsidRDefault="00267E76">
            <w:r>
              <w:t>тыс. т</w:t>
            </w:r>
          </w:p>
        </w:tc>
        <w:tc>
          <w:tcPr>
            <w:tcW w:w="0" w:type="auto"/>
          </w:tcPr>
          <w:p w14:paraId="3AE3F937" w14:textId="77777777" w:rsidR="006E7A08" w:rsidRDefault="00267E76">
            <w:pPr>
              <w:jc w:val="center"/>
            </w:pPr>
            <w:r>
              <w:t>13,198</w:t>
            </w:r>
          </w:p>
        </w:tc>
        <w:tc>
          <w:tcPr>
            <w:tcW w:w="0" w:type="auto"/>
          </w:tcPr>
          <w:p w14:paraId="56DC7E3F" w14:textId="77777777" w:rsidR="006E7A08" w:rsidRDefault="00267E76">
            <w:pPr>
              <w:jc w:val="center"/>
            </w:pPr>
            <w:r>
              <w:t>13,263</w:t>
            </w:r>
          </w:p>
        </w:tc>
        <w:tc>
          <w:tcPr>
            <w:tcW w:w="0" w:type="auto"/>
          </w:tcPr>
          <w:p w14:paraId="63E40F26" w14:textId="77777777" w:rsidR="006E7A08" w:rsidRDefault="00267E76">
            <w:pPr>
              <w:jc w:val="center"/>
            </w:pPr>
            <w:r>
              <w:t>13,263</w:t>
            </w:r>
          </w:p>
        </w:tc>
      </w:tr>
      <w:tr w:rsidR="006E7A08" w14:paraId="05A15FA6" w14:textId="77777777">
        <w:trPr>
          <w:cantSplit/>
          <w:jc w:val="center"/>
        </w:trPr>
        <w:tc>
          <w:tcPr>
            <w:tcW w:w="0" w:type="auto"/>
          </w:tcPr>
          <w:p w14:paraId="353E5136" w14:textId="77777777" w:rsidR="006E7A08" w:rsidRDefault="00267E76">
            <w:r>
              <w:t>3.1.3</w:t>
            </w:r>
          </w:p>
        </w:tc>
        <w:tc>
          <w:tcPr>
            <w:tcW w:w="0" w:type="auto"/>
          </w:tcPr>
          <w:p w14:paraId="32BE4AFA" w14:textId="77777777" w:rsidR="006E7A08" w:rsidRDefault="00267E76">
            <w:r>
              <w:t>Расход условного топлива</w:t>
            </w:r>
          </w:p>
        </w:tc>
        <w:tc>
          <w:tcPr>
            <w:tcW w:w="0" w:type="auto"/>
          </w:tcPr>
          <w:p w14:paraId="494F21CD" w14:textId="77777777" w:rsidR="006E7A08" w:rsidRDefault="00267E76">
            <w:r>
              <w:t>тыс. т у.т.</w:t>
            </w:r>
          </w:p>
        </w:tc>
        <w:tc>
          <w:tcPr>
            <w:tcW w:w="0" w:type="auto"/>
          </w:tcPr>
          <w:p w14:paraId="7BD08C29" w14:textId="77777777" w:rsidR="006E7A08" w:rsidRDefault="00267E76">
            <w:pPr>
              <w:jc w:val="center"/>
            </w:pPr>
            <w:r>
              <w:t>9,700</w:t>
            </w:r>
          </w:p>
        </w:tc>
        <w:tc>
          <w:tcPr>
            <w:tcW w:w="0" w:type="auto"/>
          </w:tcPr>
          <w:p w14:paraId="0A9E072B" w14:textId="77777777" w:rsidR="006E7A08" w:rsidRDefault="00267E76">
            <w:pPr>
              <w:jc w:val="center"/>
            </w:pPr>
            <w:r>
              <w:t>9,749</w:t>
            </w:r>
          </w:p>
        </w:tc>
        <w:tc>
          <w:tcPr>
            <w:tcW w:w="0" w:type="auto"/>
          </w:tcPr>
          <w:p w14:paraId="6B85C347" w14:textId="77777777" w:rsidR="006E7A08" w:rsidRDefault="00267E76">
            <w:pPr>
              <w:jc w:val="center"/>
            </w:pPr>
            <w:r>
              <w:t>9,749</w:t>
            </w:r>
          </w:p>
        </w:tc>
      </w:tr>
      <w:tr w:rsidR="006E7A08" w14:paraId="6FC038E6" w14:textId="77777777">
        <w:trPr>
          <w:cantSplit/>
          <w:jc w:val="center"/>
        </w:trPr>
        <w:tc>
          <w:tcPr>
            <w:tcW w:w="0" w:type="auto"/>
          </w:tcPr>
          <w:p w14:paraId="1ADF29AA" w14:textId="77777777" w:rsidR="006E7A08" w:rsidRDefault="00267E76">
            <w:r>
              <w:t>3.1.4</w:t>
            </w:r>
          </w:p>
        </w:tc>
        <w:tc>
          <w:tcPr>
            <w:tcW w:w="0" w:type="auto"/>
          </w:tcPr>
          <w:p w14:paraId="7E4E27BC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Удельный расход условного топлива на отпуск тепловой энергии</w:t>
            </w:r>
          </w:p>
        </w:tc>
        <w:tc>
          <w:tcPr>
            <w:tcW w:w="0" w:type="auto"/>
          </w:tcPr>
          <w:p w14:paraId="1757545B" w14:textId="77777777" w:rsidR="006E7A08" w:rsidRDefault="00267E76">
            <w:r>
              <w:t>кг у.т./Гкал</w:t>
            </w:r>
          </w:p>
        </w:tc>
        <w:tc>
          <w:tcPr>
            <w:tcW w:w="0" w:type="auto"/>
          </w:tcPr>
          <w:p w14:paraId="0C4BE0AF" w14:textId="77777777" w:rsidR="006E7A08" w:rsidRDefault="00267E76">
            <w:pPr>
              <w:jc w:val="center"/>
            </w:pPr>
            <w:r>
              <w:t>189,21</w:t>
            </w:r>
          </w:p>
        </w:tc>
        <w:tc>
          <w:tcPr>
            <w:tcW w:w="0" w:type="auto"/>
          </w:tcPr>
          <w:p w14:paraId="55F740D6" w14:textId="77777777" w:rsidR="006E7A08" w:rsidRDefault="00267E76">
            <w:pPr>
              <w:jc w:val="center"/>
            </w:pPr>
            <w:r>
              <w:t>189,21</w:t>
            </w:r>
          </w:p>
        </w:tc>
        <w:tc>
          <w:tcPr>
            <w:tcW w:w="0" w:type="auto"/>
          </w:tcPr>
          <w:p w14:paraId="097F327A" w14:textId="77777777" w:rsidR="006E7A08" w:rsidRDefault="00267E76">
            <w:pPr>
              <w:jc w:val="center"/>
            </w:pPr>
            <w:r>
              <w:t>189,21</w:t>
            </w:r>
          </w:p>
        </w:tc>
      </w:tr>
      <w:tr w:rsidR="006E7A08" w14:paraId="6F667D2D" w14:textId="77777777">
        <w:trPr>
          <w:cantSplit/>
          <w:jc w:val="center"/>
        </w:trPr>
        <w:tc>
          <w:tcPr>
            <w:tcW w:w="0" w:type="auto"/>
          </w:tcPr>
          <w:p w14:paraId="3C53D3CE" w14:textId="77777777" w:rsidR="006E7A08" w:rsidRDefault="00267E76">
            <w:r>
              <w:t>4.</w:t>
            </w:r>
          </w:p>
        </w:tc>
        <w:tc>
          <w:tcPr>
            <w:tcW w:w="0" w:type="auto"/>
          </w:tcPr>
          <w:p w14:paraId="76F1503D" w14:textId="77777777" w:rsidR="006E7A08" w:rsidRDefault="00267E76">
            <w:r>
              <w:t>пгт Мундыбаш</w:t>
            </w:r>
          </w:p>
        </w:tc>
        <w:tc>
          <w:tcPr>
            <w:tcW w:w="0" w:type="auto"/>
          </w:tcPr>
          <w:p w14:paraId="22A01C2A" w14:textId="77777777" w:rsidR="006E7A08" w:rsidRDefault="006E7A08"/>
        </w:tc>
        <w:tc>
          <w:tcPr>
            <w:tcW w:w="0" w:type="auto"/>
          </w:tcPr>
          <w:p w14:paraId="73652F3A" w14:textId="77777777" w:rsidR="006E7A08" w:rsidRDefault="006E7A08"/>
        </w:tc>
        <w:tc>
          <w:tcPr>
            <w:tcW w:w="0" w:type="auto"/>
          </w:tcPr>
          <w:p w14:paraId="0BD1B836" w14:textId="77777777" w:rsidR="006E7A08" w:rsidRDefault="006E7A08"/>
        </w:tc>
        <w:tc>
          <w:tcPr>
            <w:tcW w:w="0" w:type="auto"/>
          </w:tcPr>
          <w:p w14:paraId="0794B814" w14:textId="77777777" w:rsidR="006E7A08" w:rsidRDefault="006E7A08"/>
        </w:tc>
      </w:tr>
      <w:tr w:rsidR="006E7A08" w:rsidRPr="004D1FEB" w14:paraId="257B30D2" w14:textId="77777777">
        <w:trPr>
          <w:cantSplit/>
          <w:jc w:val="center"/>
        </w:trPr>
        <w:tc>
          <w:tcPr>
            <w:tcW w:w="0" w:type="auto"/>
          </w:tcPr>
          <w:p w14:paraId="49DD241A" w14:textId="77777777" w:rsidR="006E7A08" w:rsidRDefault="00267E76">
            <w:r>
              <w:t>4.1</w:t>
            </w:r>
          </w:p>
        </w:tc>
        <w:tc>
          <w:tcPr>
            <w:tcW w:w="0" w:type="auto"/>
          </w:tcPr>
          <w:p w14:paraId="43BEE3EB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Котельная «Производственно-отопительная УПК № 8 Мундыбаш»</w:t>
            </w:r>
          </w:p>
        </w:tc>
        <w:tc>
          <w:tcPr>
            <w:tcW w:w="0" w:type="auto"/>
          </w:tcPr>
          <w:p w14:paraId="0D3A8C7C" w14:textId="77777777" w:rsidR="006E7A08" w:rsidRPr="001D7D92" w:rsidRDefault="006E7A08">
            <w:pPr>
              <w:rPr>
                <w:lang w:val="ru-RU"/>
              </w:rPr>
            </w:pPr>
          </w:p>
        </w:tc>
        <w:tc>
          <w:tcPr>
            <w:tcW w:w="0" w:type="auto"/>
          </w:tcPr>
          <w:p w14:paraId="1A2C29EC" w14:textId="77777777" w:rsidR="006E7A08" w:rsidRPr="001D7D92" w:rsidRDefault="006E7A08">
            <w:pPr>
              <w:rPr>
                <w:lang w:val="ru-RU"/>
              </w:rPr>
            </w:pPr>
          </w:p>
        </w:tc>
        <w:tc>
          <w:tcPr>
            <w:tcW w:w="0" w:type="auto"/>
          </w:tcPr>
          <w:p w14:paraId="2B50F10B" w14:textId="77777777" w:rsidR="006E7A08" w:rsidRPr="001D7D92" w:rsidRDefault="006E7A08">
            <w:pPr>
              <w:rPr>
                <w:lang w:val="ru-RU"/>
              </w:rPr>
            </w:pPr>
          </w:p>
        </w:tc>
        <w:tc>
          <w:tcPr>
            <w:tcW w:w="0" w:type="auto"/>
          </w:tcPr>
          <w:p w14:paraId="5B3BF036" w14:textId="77777777" w:rsidR="006E7A08" w:rsidRPr="001D7D92" w:rsidRDefault="006E7A08">
            <w:pPr>
              <w:rPr>
                <w:lang w:val="ru-RU"/>
              </w:rPr>
            </w:pPr>
          </w:p>
        </w:tc>
      </w:tr>
      <w:tr w:rsidR="006E7A08" w14:paraId="6237F853" w14:textId="77777777">
        <w:trPr>
          <w:cantSplit/>
          <w:jc w:val="center"/>
        </w:trPr>
        <w:tc>
          <w:tcPr>
            <w:tcW w:w="0" w:type="auto"/>
          </w:tcPr>
          <w:p w14:paraId="020C9CAB" w14:textId="77777777" w:rsidR="006E7A08" w:rsidRDefault="00267E76">
            <w:r>
              <w:t>4.1.1</w:t>
            </w:r>
          </w:p>
        </w:tc>
        <w:tc>
          <w:tcPr>
            <w:tcW w:w="0" w:type="auto"/>
          </w:tcPr>
          <w:p w14:paraId="38E2FE53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Объём тепловой энергии, отпускаемой потребителям</w:t>
            </w:r>
          </w:p>
        </w:tc>
        <w:tc>
          <w:tcPr>
            <w:tcW w:w="0" w:type="auto"/>
          </w:tcPr>
          <w:p w14:paraId="77438474" w14:textId="77777777" w:rsidR="006E7A08" w:rsidRDefault="00267E76">
            <w:r>
              <w:t>Гкал/год</w:t>
            </w:r>
          </w:p>
        </w:tc>
        <w:tc>
          <w:tcPr>
            <w:tcW w:w="0" w:type="auto"/>
          </w:tcPr>
          <w:p w14:paraId="743D3FDD" w14:textId="77777777" w:rsidR="006E7A08" w:rsidRDefault="00267E76">
            <w:pPr>
              <w:jc w:val="center"/>
            </w:pPr>
            <w:r>
              <w:t>21 408,90</w:t>
            </w:r>
          </w:p>
        </w:tc>
        <w:tc>
          <w:tcPr>
            <w:tcW w:w="0" w:type="auto"/>
          </w:tcPr>
          <w:p w14:paraId="6CC7E683" w14:textId="77777777" w:rsidR="006E7A08" w:rsidRDefault="00267E76">
            <w:pPr>
              <w:jc w:val="center"/>
            </w:pPr>
            <w:r>
              <w:t>21 408,90</w:t>
            </w:r>
          </w:p>
        </w:tc>
        <w:tc>
          <w:tcPr>
            <w:tcW w:w="0" w:type="auto"/>
          </w:tcPr>
          <w:p w14:paraId="4BE318B7" w14:textId="77777777" w:rsidR="006E7A08" w:rsidRDefault="00267E76">
            <w:pPr>
              <w:jc w:val="center"/>
            </w:pPr>
            <w:r>
              <w:t>21 408,90</w:t>
            </w:r>
          </w:p>
        </w:tc>
      </w:tr>
      <w:tr w:rsidR="006E7A08" w14:paraId="7463B852" w14:textId="77777777">
        <w:trPr>
          <w:cantSplit/>
          <w:jc w:val="center"/>
        </w:trPr>
        <w:tc>
          <w:tcPr>
            <w:tcW w:w="0" w:type="auto"/>
          </w:tcPr>
          <w:p w14:paraId="183E6BCF" w14:textId="77777777" w:rsidR="006E7A08" w:rsidRDefault="00267E76">
            <w:r>
              <w:t>4.1.2</w:t>
            </w:r>
          </w:p>
        </w:tc>
        <w:tc>
          <w:tcPr>
            <w:tcW w:w="0" w:type="auto"/>
          </w:tcPr>
          <w:p w14:paraId="2DBAAE01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Расход каменного угля в натуральном выражении</w:t>
            </w:r>
          </w:p>
        </w:tc>
        <w:tc>
          <w:tcPr>
            <w:tcW w:w="0" w:type="auto"/>
          </w:tcPr>
          <w:p w14:paraId="6DB232FA" w14:textId="77777777" w:rsidR="006E7A08" w:rsidRDefault="00267E76">
            <w:r>
              <w:t>тыс. т</w:t>
            </w:r>
          </w:p>
        </w:tc>
        <w:tc>
          <w:tcPr>
            <w:tcW w:w="0" w:type="auto"/>
          </w:tcPr>
          <w:p w14:paraId="685AA01F" w14:textId="77777777" w:rsidR="006E7A08" w:rsidRDefault="00267E76">
            <w:pPr>
              <w:jc w:val="center"/>
            </w:pPr>
            <w:r>
              <w:t>5,511</w:t>
            </w:r>
          </w:p>
        </w:tc>
        <w:tc>
          <w:tcPr>
            <w:tcW w:w="0" w:type="auto"/>
          </w:tcPr>
          <w:p w14:paraId="77BDB67A" w14:textId="77777777" w:rsidR="006E7A08" w:rsidRDefault="00267E76">
            <w:pPr>
              <w:jc w:val="center"/>
            </w:pPr>
            <w:r>
              <w:t>5,511</w:t>
            </w:r>
          </w:p>
        </w:tc>
        <w:tc>
          <w:tcPr>
            <w:tcW w:w="0" w:type="auto"/>
          </w:tcPr>
          <w:p w14:paraId="440E51C4" w14:textId="77777777" w:rsidR="006E7A08" w:rsidRDefault="00267E76">
            <w:pPr>
              <w:jc w:val="center"/>
            </w:pPr>
            <w:r>
              <w:t>5,511</w:t>
            </w:r>
          </w:p>
        </w:tc>
      </w:tr>
      <w:tr w:rsidR="006E7A08" w14:paraId="7F7692CD" w14:textId="77777777">
        <w:trPr>
          <w:cantSplit/>
          <w:jc w:val="center"/>
        </w:trPr>
        <w:tc>
          <w:tcPr>
            <w:tcW w:w="0" w:type="auto"/>
          </w:tcPr>
          <w:p w14:paraId="30A3261D" w14:textId="77777777" w:rsidR="006E7A08" w:rsidRDefault="00267E76">
            <w:r>
              <w:t>4.1.3</w:t>
            </w:r>
          </w:p>
        </w:tc>
        <w:tc>
          <w:tcPr>
            <w:tcW w:w="0" w:type="auto"/>
          </w:tcPr>
          <w:p w14:paraId="7DF9F7FB" w14:textId="77777777" w:rsidR="006E7A08" w:rsidRDefault="00267E76">
            <w:r>
              <w:t>Расход условного топлива</w:t>
            </w:r>
          </w:p>
        </w:tc>
        <w:tc>
          <w:tcPr>
            <w:tcW w:w="0" w:type="auto"/>
          </w:tcPr>
          <w:p w14:paraId="79AB4307" w14:textId="77777777" w:rsidR="006E7A08" w:rsidRDefault="00267E76">
            <w:r>
              <w:t>тыс. т у.т.</w:t>
            </w:r>
          </w:p>
        </w:tc>
        <w:tc>
          <w:tcPr>
            <w:tcW w:w="0" w:type="auto"/>
          </w:tcPr>
          <w:p w14:paraId="3A3764A5" w14:textId="77777777" w:rsidR="006E7A08" w:rsidRDefault="00267E76">
            <w:pPr>
              <w:jc w:val="center"/>
            </w:pPr>
            <w:r>
              <w:t>4,051</w:t>
            </w:r>
          </w:p>
        </w:tc>
        <w:tc>
          <w:tcPr>
            <w:tcW w:w="0" w:type="auto"/>
          </w:tcPr>
          <w:p w14:paraId="7A1CE694" w14:textId="77777777" w:rsidR="006E7A08" w:rsidRDefault="00267E76">
            <w:pPr>
              <w:jc w:val="center"/>
            </w:pPr>
            <w:r>
              <w:t>4,051</w:t>
            </w:r>
          </w:p>
        </w:tc>
        <w:tc>
          <w:tcPr>
            <w:tcW w:w="0" w:type="auto"/>
          </w:tcPr>
          <w:p w14:paraId="41C6B766" w14:textId="77777777" w:rsidR="006E7A08" w:rsidRDefault="00267E76">
            <w:pPr>
              <w:jc w:val="center"/>
            </w:pPr>
            <w:r>
              <w:t>4,051</w:t>
            </w:r>
          </w:p>
        </w:tc>
      </w:tr>
      <w:tr w:rsidR="006E7A08" w14:paraId="08D0628D" w14:textId="77777777">
        <w:trPr>
          <w:cantSplit/>
          <w:jc w:val="center"/>
        </w:trPr>
        <w:tc>
          <w:tcPr>
            <w:tcW w:w="0" w:type="auto"/>
          </w:tcPr>
          <w:p w14:paraId="02EABF02" w14:textId="77777777" w:rsidR="006E7A08" w:rsidRDefault="00267E76">
            <w:r>
              <w:t>4.1.4</w:t>
            </w:r>
          </w:p>
        </w:tc>
        <w:tc>
          <w:tcPr>
            <w:tcW w:w="0" w:type="auto"/>
          </w:tcPr>
          <w:p w14:paraId="02AE5F03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Удельный расход условного топлива на отпуск тепловой энергии</w:t>
            </w:r>
          </w:p>
        </w:tc>
        <w:tc>
          <w:tcPr>
            <w:tcW w:w="0" w:type="auto"/>
          </w:tcPr>
          <w:p w14:paraId="767F9ACE" w14:textId="77777777" w:rsidR="006E7A08" w:rsidRDefault="00267E76">
            <w:r>
              <w:t>кг у.т./Гкал</w:t>
            </w:r>
          </w:p>
        </w:tc>
        <w:tc>
          <w:tcPr>
            <w:tcW w:w="0" w:type="auto"/>
          </w:tcPr>
          <w:p w14:paraId="1862C1D3" w14:textId="77777777" w:rsidR="006E7A08" w:rsidRDefault="00267E76">
            <w:pPr>
              <w:jc w:val="center"/>
            </w:pPr>
            <w:r>
              <w:t>189,21</w:t>
            </w:r>
          </w:p>
        </w:tc>
        <w:tc>
          <w:tcPr>
            <w:tcW w:w="0" w:type="auto"/>
          </w:tcPr>
          <w:p w14:paraId="1FB28AB4" w14:textId="77777777" w:rsidR="006E7A08" w:rsidRDefault="00267E76">
            <w:pPr>
              <w:jc w:val="center"/>
            </w:pPr>
            <w:r>
              <w:t>189,21</w:t>
            </w:r>
          </w:p>
        </w:tc>
        <w:tc>
          <w:tcPr>
            <w:tcW w:w="0" w:type="auto"/>
          </w:tcPr>
          <w:p w14:paraId="1F7FE712" w14:textId="77777777" w:rsidR="006E7A08" w:rsidRDefault="00267E76">
            <w:pPr>
              <w:jc w:val="center"/>
            </w:pPr>
            <w:r>
              <w:t>189,21</w:t>
            </w:r>
          </w:p>
        </w:tc>
      </w:tr>
      <w:tr w:rsidR="006E7A08" w14:paraId="1E5B1EBE" w14:textId="77777777">
        <w:trPr>
          <w:cantSplit/>
          <w:jc w:val="center"/>
        </w:trPr>
        <w:tc>
          <w:tcPr>
            <w:tcW w:w="0" w:type="auto"/>
          </w:tcPr>
          <w:p w14:paraId="3D6179DD" w14:textId="77777777" w:rsidR="006E7A08" w:rsidRDefault="00267E76">
            <w:r>
              <w:t>5.</w:t>
            </w:r>
          </w:p>
        </w:tc>
        <w:tc>
          <w:tcPr>
            <w:tcW w:w="0" w:type="auto"/>
          </w:tcPr>
          <w:p w14:paraId="5F8CE76E" w14:textId="77777777" w:rsidR="006E7A08" w:rsidRDefault="00267E76">
            <w:r>
              <w:t>пгт Темиртау</w:t>
            </w:r>
          </w:p>
        </w:tc>
        <w:tc>
          <w:tcPr>
            <w:tcW w:w="0" w:type="auto"/>
          </w:tcPr>
          <w:p w14:paraId="3B974020" w14:textId="77777777" w:rsidR="006E7A08" w:rsidRDefault="006E7A08"/>
        </w:tc>
        <w:tc>
          <w:tcPr>
            <w:tcW w:w="0" w:type="auto"/>
          </w:tcPr>
          <w:p w14:paraId="3483EB4F" w14:textId="77777777" w:rsidR="006E7A08" w:rsidRDefault="006E7A08"/>
        </w:tc>
        <w:tc>
          <w:tcPr>
            <w:tcW w:w="0" w:type="auto"/>
          </w:tcPr>
          <w:p w14:paraId="43E70DD1" w14:textId="77777777" w:rsidR="006E7A08" w:rsidRDefault="006E7A08"/>
        </w:tc>
        <w:tc>
          <w:tcPr>
            <w:tcW w:w="0" w:type="auto"/>
          </w:tcPr>
          <w:p w14:paraId="1209D5C8" w14:textId="77777777" w:rsidR="006E7A08" w:rsidRDefault="006E7A08"/>
        </w:tc>
      </w:tr>
      <w:tr w:rsidR="006E7A08" w:rsidRPr="004D1FEB" w14:paraId="5E4B9868" w14:textId="77777777">
        <w:trPr>
          <w:cantSplit/>
          <w:jc w:val="center"/>
        </w:trPr>
        <w:tc>
          <w:tcPr>
            <w:tcW w:w="0" w:type="auto"/>
          </w:tcPr>
          <w:p w14:paraId="28B724A2" w14:textId="77777777" w:rsidR="006E7A08" w:rsidRDefault="00267E76">
            <w:r>
              <w:t>5.1</w:t>
            </w:r>
          </w:p>
        </w:tc>
        <w:tc>
          <w:tcPr>
            <w:tcW w:w="0" w:type="auto"/>
          </w:tcPr>
          <w:p w14:paraId="15052AE1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Котельная «Производственно-отопительная УПК № 10 Темир-Тау»</w:t>
            </w:r>
          </w:p>
        </w:tc>
        <w:tc>
          <w:tcPr>
            <w:tcW w:w="0" w:type="auto"/>
          </w:tcPr>
          <w:p w14:paraId="024AACEB" w14:textId="77777777" w:rsidR="006E7A08" w:rsidRPr="001D7D92" w:rsidRDefault="006E7A08">
            <w:pPr>
              <w:rPr>
                <w:lang w:val="ru-RU"/>
              </w:rPr>
            </w:pPr>
          </w:p>
        </w:tc>
        <w:tc>
          <w:tcPr>
            <w:tcW w:w="0" w:type="auto"/>
          </w:tcPr>
          <w:p w14:paraId="05D8692C" w14:textId="77777777" w:rsidR="006E7A08" w:rsidRPr="001D7D92" w:rsidRDefault="006E7A08">
            <w:pPr>
              <w:rPr>
                <w:lang w:val="ru-RU"/>
              </w:rPr>
            </w:pPr>
          </w:p>
        </w:tc>
        <w:tc>
          <w:tcPr>
            <w:tcW w:w="0" w:type="auto"/>
          </w:tcPr>
          <w:p w14:paraId="5A47807F" w14:textId="77777777" w:rsidR="006E7A08" w:rsidRPr="001D7D92" w:rsidRDefault="006E7A08">
            <w:pPr>
              <w:rPr>
                <w:lang w:val="ru-RU"/>
              </w:rPr>
            </w:pPr>
          </w:p>
        </w:tc>
        <w:tc>
          <w:tcPr>
            <w:tcW w:w="0" w:type="auto"/>
          </w:tcPr>
          <w:p w14:paraId="04196BDC" w14:textId="77777777" w:rsidR="006E7A08" w:rsidRPr="001D7D92" w:rsidRDefault="006E7A08">
            <w:pPr>
              <w:rPr>
                <w:lang w:val="ru-RU"/>
              </w:rPr>
            </w:pPr>
          </w:p>
        </w:tc>
      </w:tr>
      <w:tr w:rsidR="006E7A08" w14:paraId="34DE0CA3" w14:textId="77777777">
        <w:trPr>
          <w:cantSplit/>
          <w:jc w:val="center"/>
        </w:trPr>
        <w:tc>
          <w:tcPr>
            <w:tcW w:w="0" w:type="auto"/>
          </w:tcPr>
          <w:p w14:paraId="1522C48C" w14:textId="77777777" w:rsidR="006E7A08" w:rsidRDefault="00267E76">
            <w:r>
              <w:t>5.1.1</w:t>
            </w:r>
          </w:p>
        </w:tc>
        <w:tc>
          <w:tcPr>
            <w:tcW w:w="0" w:type="auto"/>
          </w:tcPr>
          <w:p w14:paraId="71DADE83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Объём тепловой энергии, отпускаемой потребителям</w:t>
            </w:r>
          </w:p>
        </w:tc>
        <w:tc>
          <w:tcPr>
            <w:tcW w:w="0" w:type="auto"/>
          </w:tcPr>
          <w:p w14:paraId="74973582" w14:textId="77777777" w:rsidR="006E7A08" w:rsidRDefault="00267E76">
            <w:r>
              <w:t>Гкал/год</w:t>
            </w:r>
          </w:p>
        </w:tc>
        <w:tc>
          <w:tcPr>
            <w:tcW w:w="0" w:type="auto"/>
          </w:tcPr>
          <w:p w14:paraId="67ECA80C" w14:textId="77777777" w:rsidR="006E7A08" w:rsidRDefault="00267E76">
            <w:pPr>
              <w:jc w:val="center"/>
            </w:pPr>
            <w:r>
              <w:t>22 347,30</w:t>
            </w:r>
          </w:p>
        </w:tc>
        <w:tc>
          <w:tcPr>
            <w:tcW w:w="0" w:type="auto"/>
          </w:tcPr>
          <w:p w14:paraId="7CF7BCE2" w14:textId="77777777" w:rsidR="006E7A08" w:rsidRDefault="00267E76">
            <w:pPr>
              <w:jc w:val="center"/>
            </w:pPr>
            <w:r>
              <w:t>22 347,30</w:t>
            </w:r>
          </w:p>
        </w:tc>
        <w:tc>
          <w:tcPr>
            <w:tcW w:w="0" w:type="auto"/>
          </w:tcPr>
          <w:p w14:paraId="471612DA" w14:textId="77777777" w:rsidR="006E7A08" w:rsidRDefault="00267E76">
            <w:pPr>
              <w:jc w:val="center"/>
            </w:pPr>
            <w:r>
              <w:t>22 347,30</w:t>
            </w:r>
          </w:p>
        </w:tc>
      </w:tr>
      <w:tr w:rsidR="006E7A08" w14:paraId="4A55929B" w14:textId="77777777">
        <w:trPr>
          <w:cantSplit/>
          <w:jc w:val="center"/>
        </w:trPr>
        <w:tc>
          <w:tcPr>
            <w:tcW w:w="0" w:type="auto"/>
          </w:tcPr>
          <w:p w14:paraId="4597A214" w14:textId="77777777" w:rsidR="006E7A08" w:rsidRDefault="00267E76">
            <w:r>
              <w:t>5.1.2</w:t>
            </w:r>
          </w:p>
        </w:tc>
        <w:tc>
          <w:tcPr>
            <w:tcW w:w="0" w:type="auto"/>
          </w:tcPr>
          <w:p w14:paraId="6531C370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Расход каменного угля в натуральном выражении</w:t>
            </w:r>
          </w:p>
        </w:tc>
        <w:tc>
          <w:tcPr>
            <w:tcW w:w="0" w:type="auto"/>
          </w:tcPr>
          <w:p w14:paraId="4123884A" w14:textId="77777777" w:rsidR="006E7A08" w:rsidRDefault="00267E76">
            <w:r>
              <w:t>тыс. т</w:t>
            </w:r>
          </w:p>
        </w:tc>
        <w:tc>
          <w:tcPr>
            <w:tcW w:w="0" w:type="auto"/>
          </w:tcPr>
          <w:p w14:paraId="0B30483E" w14:textId="77777777" w:rsidR="006E7A08" w:rsidRDefault="00267E76">
            <w:pPr>
              <w:jc w:val="center"/>
            </w:pPr>
            <w:r>
              <w:t>5,753</w:t>
            </w:r>
          </w:p>
        </w:tc>
        <w:tc>
          <w:tcPr>
            <w:tcW w:w="0" w:type="auto"/>
          </w:tcPr>
          <w:p w14:paraId="56501F54" w14:textId="77777777" w:rsidR="006E7A08" w:rsidRDefault="00267E76">
            <w:pPr>
              <w:jc w:val="center"/>
            </w:pPr>
            <w:r>
              <w:t>5,753</w:t>
            </w:r>
          </w:p>
        </w:tc>
        <w:tc>
          <w:tcPr>
            <w:tcW w:w="0" w:type="auto"/>
          </w:tcPr>
          <w:p w14:paraId="5ACECB2E" w14:textId="77777777" w:rsidR="006E7A08" w:rsidRDefault="00267E76">
            <w:pPr>
              <w:jc w:val="center"/>
            </w:pPr>
            <w:r>
              <w:t>5,753</w:t>
            </w:r>
          </w:p>
        </w:tc>
      </w:tr>
      <w:tr w:rsidR="006E7A08" w14:paraId="1466CC5E" w14:textId="77777777">
        <w:trPr>
          <w:cantSplit/>
          <w:jc w:val="center"/>
        </w:trPr>
        <w:tc>
          <w:tcPr>
            <w:tcW w:w="0" w:type="auto"/>
          </w:tcPr>
          <w:p w14:paraId="4FE6178E" w14:textId="77777777" w:rsidR="006E7A08" w:rsidRDefault="00267E76">
            <w:r>
              <w:t>5.1.3</w:t>
            </w:r>
          </w:p>
        </w:tc>
        <w:tc>
          <w:tcPr>
            <w:tcW w:w="0" w:type="auto"/>
          </w:tcPr>
          <w:p w14:paraId="492274DB" w14:textId="77777777" w:rsidR="006E7A08" w:rsidRDefault="00267E76">
            <w:r>
              <w:t>Расход условного топлива</w:t>
            </w:r>
          </w:p>
        </w:tc>
        <w:tc>
          <w:tcPr>
            <w:tcW w:w="0" w:type="auto"/>
          </w:tcPr>
          <w:p w14:paraId="49E9E055" w14:textId="77777777" w:rsidR="006E7A08" w:rsidRDefault="00267E76">
            <w:r>
              <w:t>тыс. т у.т.</w:t>
            </w:r>
          </w:p>
        </w:tc>
        <w:tc>
          <w:tcPr>
            <w:tcW w:w="0" w:type="auto"/>
          </w:tcPr>
          <w:p w14:paraId="2C4FF080" w14:textId="77777777" w:rsidR="006E7A08" w:rsidRDefault="00267E76">
            <w:pPr>
              <w:jc w:val="center"/>
            </w:pPr>
            <w:r>
              <w:t>4,228</w:t>
            </w:r>
          </w:p>
        </w:tc>
        <w:tc>
          <w:tcPr>
            <w:tcW w:w="0" w:type="auto"/>
          </w:tcPr>
          <w:p w14:paraId="11CA2D41" w14:textId="77777777" w:rsidR="006E7A08" w:rsidRDefault="00267E76">
            <w:pPr>
              <w:jc w:val="center"/>
            </w:pPr>
            <w:r>
              <w:t>4,228</w:t>
            </w:r>
          </w:p>
        </w:tc>
        <w:tc>
          <w:tcPr>
            <w:tcW w:w="0" w:type="auto"/>
          </w:tcPr>
          <w:p w14:paraId="1436C66C" w14:textId="77777777" w:rsidR="006E7A08" w:rsidRDefault="00267E76">
            <w:pPr>
              <w:jc w:val="center"/>
            </w:pPr>
            <w:r>
              <w:t>4,228</w:t>
            </w:r>
          </w:p>
        </w:tc>
      </w:tr>
      <w:tr w:rsidR="006E7A08" w14:paraId="403A48DF" w14:textId="77777777">
        <w:trPr>
          <w:cantSplit/>
          <w:jc w:val="center"/>
        </w:trPr>
        <w:tc>
          <w:tcPr>
            <w:tcW w:w="0" w:type="auto"/>
          </w:tcPr>
          <w:p w14:paraId="46BAEF4A" w14:textId="77777777" w:rsidR="006E7A08" w:rsidRDefault="00267E76">
            <w:r>
              <w:t>5.1.4</w:t>
            </w:r>
          </w:p>
        </w:tc>
        <w:tc>
          <w:tcPr>
            <w:tcW w:w="0" w:type="auto"/>
          </w:tcPr>
          <w:p w14:paraId="0C7ACC1E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Удельный расход условного топлива на отпуск тепловой энергии</w:t>
            </w:r>
          </w:p>
        </w:tc>
        <w:tc>
          <w:tcPr>
            <w:tcW w:w="0" w:type="auto"/>
          </w:tcPr>
          <w:p w14:paraId="5DF55365" w14:textId="77777777" w:rsidR="006E7A08" w:rsidRDefault="00267E76">
            <w:r>
              <w:t>кг у.т./Гкал</w:t>
            </w:r>
          </w:p>
        </w:tc>
        <w:tc>
          <w:tcPr>
            <w:tcW w:w="0" w:type="auto"/>
          </w:tcPr>
          <w:p w14:paraId="278D21E2" w14:textId="77777777" w:rsidR="006E7A08" w:rsidRDefault="00267E76">
            <w:pPr>
              <w:jc w:val="center"/>
            </w:pPr>
            <w:r>
              <w:t>189,21</w:t>
            </w:r>
          </w:p>
        </w:tc>
        <w:tc>
          <w:tcPr>
            <w:tcW w:w="0" w:type="auto"/>
          </w:tcPr>
          <w:p w14:paraId="6C59ACEC" w14:textId="77777777" w:rsidR="006E7A08" w:rsidRDefault="00267E76">
            <w:pPr>
              <w:jc w:val="center"/>
            </w:pPr>
            <w:r>
              <w:t>189,21</w:t>
            </w:r>
          </w:p>
        </w:tc>
        <w:tc>
          <w:tcPr>
            <w:tcW w:w="0" w:type="auto"/>
          </w:tcPr>
          <w:p w14:paraId="474BC10F" w14:textId="77777777" w:rsidR="006E7A08" w:rsidRDefault="00267E76">
            <w:pPr>
              <w:jc w:val="center"/>
            </w:pPr>
            <w:r>
              <w:t>189,21</w:t>
            </w:r>
          </w:p>
        </w:tc>
      </w:tr>
      <w:tr w:rsidR="006E7A08" w14:paraId="39ED664C" w14:textId="77777777">
        <w:trPr>
          <w:cantSplit/>
          <w:jc w:val="center"/>
        </w:trPr>
        <w:tc>
          <w:tcPr>
            <w:tcW w:w="0" w:type="auto"/>
          </w:tcPr>
          <w:p w14:paraId="170A667C" w14:textId="77777777" w:rsidR="006E7A08" w:rsidRDefault="00267E76">
            <w:r>
              <w:t>6.</w:t>
            </w:r>
          </w:p>
        </w:tc>
        <w:tc>
          <w:tcPr>
            <w:tcW w:w="0" w:type="auto"/>
          </w:tcPr>
          <w:p w14:paraId="050A63DD" w14:textId="77777777" w:rsidR="006E7A08" w:rsidRDefault="00267E76">
            <w:r>
              <w:t>пгт Спасск</w:t>
            </w:r>
          </w:p>
        </w:tc>
        <w:tc>
          <w:tcPr>
            <w:tcW w:w="0" w:type="auto"/>
          </w:tcPr>
          <w:p w14:paraId="7AA5CD54" w14:textId="77777777" w:rsidR="006E7A08" w:rsidRDefault="006E7A08"/>
        </w:tc>
        <w:tc>
          <w:tcPr>
            <w:tcW w:w="0" w:type="auto"/>
          </w:tcPr>
          <w:p w14:paraId="45C30A9F" w14:textId="77777777" w:rsidR="006E7A08" w:rsidRDefault="006E7A08"/>
        </w:tc>
        <w:tc>
          <w:tcPr>
            <w:tcW w:w="0" w:type="auto"/>
          </w:tcPr>
          <w:p w14:paraId="667B6062" w14:textId="77777777" w:rsidR="006E7A08" w:rsidRDefault="006E7A08"/>
        </w:tc>
        <w:tc>
          <w:tcPr>
            <w:tcW w:w="0" w:type="auto"/>
          </w:tcPr>
          <w:p w14:paraId="262D7BA6" w14:textId="77777777" w:rsidR="006E7A08" w:rsidRDefault="006E7A08"/>
        </w:tc>
      </w:tr>
      <w:tr w:rsidR="006E7A08" w:rsidRPr="004D1FEB" w14:paraId="39088D70" w14:textId="77777777">
        <w:trPr>
          <w:cantSplit/>
          <w:jc w:val="center"/>
        </w:trPr>
        <w:tc>
          <w:tcPr>
            <w:tcW w:w="0" w:type="auto"/>
          </w:tcPr>
          <w:p w14:paraId="637A4707" w14:textId="77777777" w:rsidR="006E7A08" w:rsidRDefault="00267E76">
            <w:r>
              <w:t>6.1</w:t>
            </w:r>
          </w:p>
        </w:tc>
        <w:tc>
          <w:tcPr>
            <w:tcW w:w="0" w:type="auto"/>
          </w:tcPr>
          <w:p w14:paraId="6503B414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Котельная «Производственно-отопительная УПК № 3 Спасск»</w:t>
            </w:r>
          </w:p>
        </w:tc>
        <w:tc>
          <w:tcPr>
            <w:tcW w:w="0" w:type="auto"/>
          </w:tcPr>
          <w:p w14:paraId="5A20499E" w14:textId="77777777" w:rsidR="006E7A08" w:rsidRPr="001D7D92" w:rsidRDefault="006E7A08">
            <w:pPr>
              <w:rPr>
                <w:lang w:val="ru-RU"/>
              </w:rPr>
            </w:pPr>
          </w:p>
        </w:tc>
        <w:tc>
          <w:tcPr>
            <w:tcW w:w="0" w:type="auto"/>
          </w:tcPr>
          <w:p w14:paraId="23B510E3" w14:textId="77777777" w:rsidR="006E7A08" w:rsidRPr="001D7D92" w:rsidRDefault="006E7A08">
            <w:pPr>
              <w:rPr>
                <w:lang w:val="ru-RU"/>
              </w:rPr>
            </w:pPr>
          </w:p>
        </w:tc>
        <w:tc>
          <w:tcPr>
            <w:tcW w:w="0" w:type="auto"/>
          </w:tcPr>
          <w:p w14:paraId="745589D0" w14:textId="77777777" w:rsidR="006E7A08" w:rsidRPr="001D7D92" w:rsidRDefault="006E7A08">
            <w:pPr>
              <w:rPr>
                <w:lang w:val="ru-RU"/>
              </w:rPr>
            </w:pPr>
          </w:p>
        </w:tc>
        <w:tc>
          <w:tcPr>
            <w:tcW w:w="0" w:type="auto"/>
          </w:tcPr>
          <w:p w14:paraId="1094D6FE" w14:textId="77777777" w:rsidR="006E7A08" w:rsidRPr="001D7D92" w:rsidRDefault="006E7A08">
            <w:pPr>
              <w:rPr>
                <w:lang w:val="ru-RU"/>
              </w:rPr>
            </w:pPr>
          </w:p>
        </w:tc>
      </w:tr>
      <w:tr w:rsidR="006E7A08" w14:paraId="053A723D" w14:textId="77777777">
        <w:trPr>
          <w:cantSplit/>
          <w:jc w:val="center"/>
        </w:trPr>
        <w:tc>
          <w:tcPr>
            <w:tcW w:w="0" w:type="auto"/>
          </w:tcPr>
          <w:p w14:paraId="1826E040" w14:textId="77777777" w:rsidR="006E7A08" w:rsidRDefault="00267E76">
            <w:r>
              <w:t>6.1.1</w:t>
            </w:r>
          </w:p>
        </w:tc>
        <w:tc>
          <w:tcPr>
            <w:tcW w:w="0" w:type="auto"/>
          </w:tcPr>
          <w:p w14:paraId="2675B392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Объём тепловой энергии, отпускаемой потребителям</w:t>
            </w:r>
          </w:p>
        </w:tc>
        <w:tc>
          <w:tcPr>
            <w:tcW w:w="0" w:type="auto"/>
          </w:tcPr>
          <w:p w14:paraId="0C76A3FC" w14:textId="77777777" w:rsidR="006E7A08" w:rsidRDefault="00267E76">
            <w:r>
              <w:t>Гкал/год</w:t>
            </w:r>
          </w:p>
        </w:tc>
        <w:tc>
          <w:tcPr>
            <w:tcW w:w="0" w:type="auto"/>
          </w:tcPr>
          <w:p w14:paraId="3E7DBA03" w14:textId="77777777" w:rsidR="006E7A08" w:rsidRDefault="00267E76">
            <w:pPr>
              <w:jc w:val="center"/>
            </w:pPr>
            <w:r>
              <w:t>3 186,30</w:t>
            </w:r>
          </w:p>
        </w:tc>
        <w:tc>
          <w:tcPr>
            <w:tcW w:w="0" w:type="auto"/>
          </w:tcPr>
          <w:p w14:paraId="7855D928" w14:textId="77777777" w:rsidR="006E7A08" w:rsidRDefault="00267E76">
            <w:pPr>
              <w:jc w:val="center"/>
            </w:pPr>
            <w:r>
              <w:t>3 209,30</w:t>
            </w:r>
          </w:p>
        </w:tc>
        <w:tc>
          <w:tcPr>
            <w:tcW w:w="0" w:type="auto"/>
          </w:tcPr>
          <w:p w14:paraId="1078CC18" w14:textId="77777777" w:rsidR="006E7A08" w:rsidRDefault="00267E76">
            <w:pPr>
              <w:jc w:val="center"/>
            </w:pPr>
            <w:r>
              <w:t>3 209,30</w:t>
            </w:r>
          </w:p>
        </w:tc>
      </w:tr>
      <w:tr w:rsidR="006E7A08" w14:paraId="39AF4B9D" w14:textId="77777777">
        <w:trPr>
          <w:cantSplit/>
          <w:jc w:val="center"/>
        </w:trPr>
        <w:tc>
          <w:tcPr>
            <w:tcW w:w="0" w:type="auto"/>
          </w:tcPr>
          <w:p w14:paraId="2E3D4682" w14:textId="77777777" w:rsidR="006E7A08" w:rsidRDefault="00267E76">
            <w:r>
              <w:t>6.1.2</w:t>
            </w:r>
          </w:p>
        </w:tc>
        <w:tc>
          <w:tcPr>
            <w:tcW w:w="0" w:type="auto"/>
          </w:tcPr>
          <w:p w14:paraId="7FC6B37A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Расход каменного угля в натуральном выражении</w:t>
            </w:r>
          </w:p>
        </w:tc>
        <w:tc>
          <w:tcPr>
            <w:tcW w:w="0" w:type="auto"/>
          </w:tcPr>
          <w:p w14:paraId="04E04FC0" w14:textId="77777777" w:rsidR="006E7A08" w:rsidRDefault="00267E76">
            <w:r>
              <w:t>тыс. т</w:t>
            </w:r>
          </w:p>
        </w:tc>
        <w:tc>
          <w:tcPr>
            <w:tcW w:w="0" w:type="auto"/>
          </w:tcPr>
          <w:p w14:paraId="2C60391D" w14:textId="77777777" w:rsidR="006E7A08" w:rsidRDefault="00267E76">
            <w:pPr>
              <w:jc w:val="center"/>
            </w:pPr>
            <w:r>
              <w:t>0,740</w:t>
            </w:r>
          </w:p>
        </w:tc>
        <w:tc>
          <w:tcPr>
            <w:tcW w:w="0" w:type="auto"/>
          </w:tcPr>
          <w:p w14:paraId="027BE881" w14:textId="77777777" w:rsidR="006E7A08" w:rsidRDefault="00267E76">
            <w:pPr>
              <w:jc w:val="center"/>
            </w:pPr>
            <w:r>
              <w:t>0,746</w:t>
            </w:r>
          </w:p>
        </w:tc>
        <w:tc>
          <w:tcPr>
            <w:tcW w:w="0" w:type="auto"/>
          </w:tcPr>
          <w:p w14:paraId="66933D9B" w14:textId="77777777" w:rsidR="006E7A08" w:rsidRDefault="00267E76">
            <w:pPr>
              <w:jc w:val="center"/>
            </w:pPr>
            <w:r>
              <w:t>0,746</w:t>
            </w:r>
          </w:p>
        </w:tc>
      </w:tr>
      <w:tr w:rsidR="006E7A08" w14:paraId="02E878D8" w14:textId="77777777">
        <w:trPr>
          <w:cantSplit/>
          <w:jc w:val="center"/>
        </w:trPr>
        <w:tc>
          <w:tcPr>
            <w:tcW w:w="0" w:type="auto"/>
          </w:tcPr>
          <w:p w14:paraId="14F48A86" w14:textId="77777777" w:rsidR="006E7A08" w:rsidRDefault="00267E76">
            <w:r>
              <w:t>6.1.3</w:t>
            </w:r>
          </w:p>
        </w:tc>
        <w:tc>
          <w:tcPr>
            <w:tcW w:w="0" w:type="auto"/>
          </w:tcPr>
          <w:p w14:paraId="0472EAE9" w14:textId="77777777" w:rsidR="006E7A08" w:rsidRDefault="00267E76">
            <w:r>
              <w:t>Расход условного топлива</w:t>
            </w:r>
          </w:p>
        </w:tc>
        <w:tc>
          <w:tcPr>
            <w:tcW w:w="0" w:type="auto"/>
          </w:tcPr>
          <w:p w14:paraId="47AA90E9" w14:textId="77777777" w:rsidR="006E7A08" w:rsidRDefault="00267E76">
            <w:r>
              <w:t>тыс. т у.т.</w:t>
            </w:r>
          </w:p>
        </w:tc>
        <w:tc>
          <w:tcPr>
            <w:tcW w:w="0" w:type="auto"/>
          </w:tcPr>
          <w:p w14:paraId="7586112F" w14:textId="77777777" w:rsidR="006E7A08" w:rsidRDefault="00267E76">
            <w:pPr>
              <w:jc w:val="center"/>
            </w:pPr>
            <w:r>
              <w:t>0,603</w:t>
            </w:r>
          </w:p>
        </w:tc>
        <w:tc>
          <w:tcPr>
            <w:tcW w:w="0" w:type="auto"/>
          </w:tcPr>
          <w:p w14:paraId="334E3069" w14:textId="77777777" w:rsidR="006E7A08" w:rsidRDefault="00267E76">
            <w:pPr>
              <w:jc w:val="center"/>
            </w:pPr>
            <w:r>
              <w:t>0,607</w:t>
            </w:r>
          </w:p>
        </w:tc>
        <w:tc>
          <w:tcPr>
            <w:tcW w:w="0" w:type="auto"/>
          </w:tcPr>
          <w:p w14:paraId="59A3FB31" w14:textId="77777777" w:rsidR="006E7A08" w:rsidRDefault="00267E76">
            <w:pPr>
              <w:jc w:val="center"/>
            </w:pPr>
            <w:r>
              <w:t>0,607</w:t>
            </w:r>
          </w:p>
        </w:tc>
      </w:tr>
      <w:tr w:rsidR="006E7A08" w14:paraId="78C29531" w14:textId="77777777">
        <w:trPr>
          <w:cantSplit/>
          <w:jc w:val="center"/>
        </w:trPr>
        <w:tc>
          <w:tcPr>
            <w:tcW w:w="0" w:type="auto"/>
          </w:tcPr>
          <w:p w14:paraId="2B70BB7B" w14:textId="77777777" w:rsidR="006E7A08" w:rsidRDefault="00267E76">
            <w:r>
              <w:t>6.1.4</w:t>
            </w:r>
          </w:p>
        </w:tc>
        <w:tc>
          <w:tcPr>
            <w:tcW w:w="0" w:type="auto"/>
          </w:tcPr>
          <w:p w14:paraId="1ED51C54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Удельный расход условного топлива на отпуск тепловой энергии</w:t>
            </w:r>
          </w:p>
        </w:tc>
        <w:tc>
          <w:tcPr>
            <w:tcW w:w="0" w:type="auto"/>
          </w:tcPr>
          <w:p w14:paraId="70AC874C" w14:textId="77777777" w:rsidR="006E7A08" w:rsidRDefault="00267E76">
            <w:r>
              <w:t>кг у.т./Гкал</w:t>
            </w:r>
          </w:p>
        </w:tc>
        <w:tc>
          <w:tcPr>
            <w:tcW w:w="0" w:type="auto"/>
          </w:tcPr>
          <w:p w14:paraId="25CF6513" w14:textId="77777777" w:rsidR="006E7A08" w:rsidRDefault="00267E76">
            <w:pPr>
              <w:jc w:val="center"/>
            </w:pPr>
            <w:r>
              <w:t>189,21</w:t>
            </w:r>
          </w:p>
        </w:tc>
        <w:tc>
          <w:tcPr>
            <w:tcW w:w="0" w:type="auto"/>
          </w:tcPr>
          <w:p w14:paraId="20654420" w14:textId="77777777" w:rsidR="006E7A08" w:rsidRDefault="00267E76">
            <w:pPr>
              <w:jc w:val="center"/>
            </w:pPr>
            <w:r>
              <w:t>189,21</w:t>
            </w:r>
          </w:p>
        </w:tc>
        <w:tc>
          <w:tcPr>
            <w:tcW w:w="0" w:type="auto"/>
          </w:tcPr>
          <w:p w14:paraId="67F33845" w14:textId="77777777" w:rsidR="006E7A08" w:rsidRDefault="00267E76">
            <w:pPr>
              <w:jc w:val="center"/>
            </w:pPr>
            <w:r>
              <w:t>189,21</w:t>
            </w:r>
          </w:p>
        </w:tc>
      </w:tr>
    </w:tbl>
    <w:p w14:paraId="5BE268BE" w14:textId="77777777" w:rsidR="006E7A08" w:rsidRPr="001D7D92" w:rsidRDefault="00267E76">
      <w:pPr>
        <w:spacing w:after="0"/>
        <w:ind w:firstLine="709"/>
        <w:jc w:val="both"/>
        <w:rPr>
          <w:lang w:val="ru-RU"/>
        </w:rPr>
      </w:pPr>
      <w:r w:rsidRPr="001D7D92">
        <w:rPr>
          <w:lang w:val="ru-RU"/>
        </w:rPr>
        <w:t>1. Объём отпуска тепловой энергии (строки х.х.1) принимается с листа «Таблица 1.7» расчётной книги и собственных значений не содержит. Перспектива соответствует принятой модели развития: приросты спроса учтены один раз, на листе «Таблица 1.6» расчётной книги.</w:t>
      </w:r>
    </w:p>
    <w:p w14:paraId="17D92940" w14:textId="77777777" w:rsidR="006E7A08" w:rsidRPr="001D7D92" w:rsidRDefault="00267E76">
      <w:pPr>
        <w:spacing w:after="0"/>
        <w:ind w:firstLine="709"/>
        <w:jc w:val="both"/>
        <w:rPr>
          <w:lang w:val="ru-RU"/>
        </w:rPr>
      </w:pPr>
      <w:r w:rsidRPr="001D7D92">
        <w:rPr>
          <w:lang w:val="ru-RU"/>
        </w:rPr>
        <w:t>2. Расход натурального топлива рассчитан от отпуска по низшей теплоте сгорания, принятой раздельно для каждого источника по перечню котельных и котлов ООО «ЮКЭК» по состоянию на 31.07.2026, представленному Заказчиком: марка ДГр, 5 700 ккал/кг — УПК № 1, УПК № 9 ГРЭ и УПК № 3 Спасск; марка Др, 5 145 ккал/кг — остальные семь действующих источников. Ранее применявшиеся величины 5 250 и 5 593 ккал/кг относились к более ранним материалам и заменены; по УПК № 5 Новый Шерегеш, УПК № 6 Старый Шерегеш и УПК № 8 Мундыбаш теплота сгорания ранее не была установлена, и графы оставались незаполненными — теперь они рассчитаны по общей методике таблицы. Коэффициент полезного действия 0,755 не изменялся: он получен из норматива удельного расхода 189,15 кг у. т./Гкал, заявленного организацией, а перечень приводит коэффициент по отдельным котлоагрегатам без распределения выработки между ними. Теплота сгорания определяет расход натурального топлива; на удельный расход условного топлива при неизменном коэффициенте полезного действия она не влияет.</w:t>
      </w:r>
    </w:p>
    <w:p w14:paraId="01104921" w14:textId="77777777" w:rsidR="006E7A08" w:rsidRPr="001D7D92" w:rsidRDefault="00267E76">
      <w:pPr>
        <w:spacing w:after="0"/>
        <w:ind w:firstLine="709"/>
        <w:jc w:val="both"/>
        <w:rPr>
          <w:lang w:val="ru-RU"/>
        </w:rPr>
      </w:pPr>
      <w:r w:rsidRPr="001D7D92">
        <w:rPr>
          <w:lang w:val="ru-RU"/>
        </w:rPr>
        <w:t>3. Прежняя редакция таблицы содержала одиннадцать годовых граф 2026–2036 с постоянным приращением отпуска (для УПК № 1 — 53 300,82 Гкал в год). Эта серия источником не подтверждалась и противоречила принятой перспективе; она удалена, таблица приведена к трём контрольным этапам канона.</w:t>
      </w:r>
    </w:p>
    <w:p w14:paraId="68D23866" w14:textId="77777777" w:rsidR="006E7A08" w:rsidRPr="001D7D92" w:rsidRDefault="00267E76">
      <w:pPr>
        <w:pStyle w:val="21"/>
        <w:rPr>
          <w:lang w:val="ru-RU"/>
        </w:rPr>
      </w:pPr>
      <w:bookmarkStart w:id="84" w:name="_Toc238017283"/>
      <w:r w:rsidRPr="001D7D92">
        <w:rPr>
          <w:lang w:val="ru-RU"/>
        </w:rPr>
        <w:t>8.1. Виды и показатели используемого топлива</w:t>
      </w:r>
      <w:bookmarkEnd w:id="84"/>
    </w:p>
    <w:p w14:paraId="63CA90D9" w14:textId="77777777" w:rsidR="00D2184C" w:rsidRPr="00844B84" w:rsidRDefault="00D2184C">
      <w:pPr>
        <w:rPr>
          <w:lang w:val="ru-RU"/>
        </w:rPr>
        <w:sectPr w:rsidR="00D2184C" w:rsidRPr="00844B84" w:rsidSect="00034616">
          <w:footerReference w:type="default" r:id="rId28"/>
          <w:pgSz w:w="11906" w:h="16838"/>
          <w:pgMar w:top="850" w:right="567" w:bottom="850" w:left="85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14:paraId="6D23BA6F" w14:textId="77777777" w:rsidR="006E7A08" w:rsidRPr="00844B84" w:rsidRDefault="00267E76">
      <w:pPr>
        <w:keepNext/>
        <w:keepLines/>
        <w:rPr>
          <w:lang w:val="ru-RU"/>
        </w:rPr>
      </w:pPr>
      <w:r w:rsidRPr="001D7D92">
        <w:rPr>
          <w:b/>
          <w:lang w:val="ru-RU"/>
        </w:rPr>
        <w:t>Таблица 8.2 — Виды и показатели используемого топлива (лист «Таблица 8.3 Б» расчётной книги)</w:t>
      </w:r>
    </w:p>
    <w:tbl>
      <w:tblPr>
        <w:tblStyle w:val="aff0"/>
        <w:tblW w:w="5000" w:type="pct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2"/>
        <w:gridCol w:w="3045"/>
        <w:gridCol w:w="2523"/>
        <w:gridCol w:w="2649"/>
        <w:gridCol w:w="2060"/>
        <w:gridCol w:w="624"/>
        <w:gridCol w:w="2210"/>
        <w:gridCol w:w="488"/>
        <w:gridCol w:w="1370"/>
      </w:tblGrid>
      <w:tr w:rsidR="006E7A08" w14:paraId="26B66D03" w14:textId="77777777">
        <w:trPr>
          <w:cantSplit/>
          <w:tblHeader/>
          <w:jc w:val="center"/>
        </w:trPr>
        <w:tc>
          <w:tcPr>
            <w:tcW w:w="0" w:type="auto"/>
            <w:shd w:val="clear" w:color="auto" w:fill="E2F0D9"/>
            <w:vAlign w:val="center"/>
          </w:tcPr>
          <w:p w14:paraId="0EB419DB" w14:textId="77777777" w:rsidR="006E7A08" w:rsidRDefault="00267E76">
            <w:pPr>
              <w:jc w:val="center"/>
            </w:pPr>
            <w:r>
              <w:rPr>
                <w:b/>
              </w:rPr>
              <w:t>№ пп</w:t>
            </w:r>
          </w:p>
        </w:tc>
        <w:tc>
          <w:tcPr>
            <w:tcW w:w="0" w:type="auto"/>
            <w:shd w:val="clear" w:color="auto" w:fill="E2F0D9"/>
            <w:vAlign w:val="center"/>
          </w:tcPr>
          <w:p w14:paraId="2E509ED5" w14:textId="77777777" w:rsidR="006E7A08" w:rsidRDefault="00267E76">
            <w:pPr>
              <w:jc w:val="center"/>
            </w:pPr>
            <w:r>
              <w:rPr>
                <w:b/>
              </w:rPr>
              <w:t>Источник</w:t>
            </w:r>
          </w:p>
        </w:tc>
        <w:tc>
          <w:tcPr>
            <w:tcW w:w="0" w:type="auto"/>
            <w:shd w:val="clear" w:color="auto" w:fill="E2F0D9"/>
            <w:vAlign w:val="center"/>
          </w:tcPr>
          <w:p w14:paraId="65EA14AA" w14:textId="77777777" w:rsidR="006E7A08" w:rsidRDefault="00267E76">
            <w:pPr>
              <w:jc w:val="center"/>
            </w:pPr>
            <w:r>
              <w:rPr>
                <w:b/>
              </w:rPr>
              <w:t>Наименование предприятия</w:t>
            </w:r>
          </w:p>
        </w:tc>
        <w:tc>
          <w:tcPr>
            <w:tcW w:w="0" w:type="auto"/>
            <w:shd w:val="clear" w:color="auto" w:fill="E2F0D9"/>
            <w:vAlign w:val="center"/>
          </w:tcPr>
          <w:p w14:paraId="60279BF1" w14:textId="77777777" w:rsidR="006E7A08" w:rsidRDefault="00267E76">
            <w:pPr>
              <w:jc w:val="center"/>
            </w:pPr>
            <w:r>
              <w:rPr>
                <w:b/>
              </w:rPr>
              <w:t>Адрес источника</w:t>
            </w:r>
          </w:p>
        </w:tc>
        <w:tc>
          <w:tcPr>
            <w:tcW w:w="0" w:type="auto"/>
            <w:gridSpan w:val="2"/>
            <w:shd w:val="clear" w:color="auto" w:fill="E2F0D9"/>
            <w:vAlign w:val="center"/>
          </w:tcPr>
          <w:p w14:paraId="6A9652C0" w14:textId="77777777" w:rsidR="006E7A08" w:rsidRPr="001D7D92" w:rsidRDefault="00267E76">
            <w:pPr>
              <w:jc w:val="center"/>
              <w:rPr>
                <w:lang w:val="ru-RU"/>
              </w:rPr>
            </w:pPr>
            <w:r w:rsidRPr="001D7D92">
              <w:rPr>
                <w:b/>
                <w:lang w:val="ru-RU"/>
              </w:rPr>
              <w:t>Вид основного топлива/низшая теплота сгорания, ккал/кг</w:t>
            </w:r>
          </w:p>
        </w:tc>
        <w:tc>
          <w:tcPr>
            <w:tcW w:w="0" w:type="auto"/>
            <w:gridSpan w:val="2"/>
            <w:shd w:val="clear" w:color="auto" w:fill="E2F0D9"/>
            <w:vAlign w:val="center"/>
          </w:tcPr>
          <w:p w14:paraId="23F186AA" w14:textId="77777777" w:rsidR="006E7A08" w:rsidRPr="001D7D92" w:rsidRDefault="00267E76">
            <w:pPr>
              <w:jc w:val="center"/>
              <w:rPr>
                <w:lang w:val="ru-RU"/>
              </w:rPr>
            </w:pPr>
            <w:r w:rsidRPr="001D7D92">
              <w:rPr>
                <w:b/>
                <w:lang w:val="ru-RU"/>
              </w:rPr>
              <w:t>Вид резервного топлива/низшая теплота сгорания, ккал/кг</w:t>
            </w:r>
          </w:p>
        </w:tc>
        <w:tc>
          <w:tcPr>
            <w:tcW w:w="0" w:type="auto"/>
            <w:shd w:val="clear" w:color="auto" w:fill="E2F0D9"/>
            <w:vAlign w:val="center"/>
          </w:tcPr>
          <w:p w14:paraId="03C7E55A" w14:textId="77777777" w:rsidR="006E7A08" w:rsidRDefault="00267E76">
            <w:pPr>
              <w:jc w:val="center"/>
            </w:pPr>
            <w:r>
              <w:rPr>
                <w:b/>
              </w:rPr>
              <w:t>Доля топлива в балансе, %</w:t>
            </w:r>
          </w:p>
        </w:tc>
      </w:tr>
      <w:tr w:rsidR="006E7A08" w14:paraId="337ED8DB" w14:textId="77777777">
        <w:trPr>
          <w:cantSplit/>
          <w:tblHeader/>
          <w:jc w:val="center"/>
        </w:trPr>
        <w:tc>
          <w:tcPr>
            <w:tcW w:w="0" w:type="auto"/>
            <w:shd w:val="clear" w:color="auto" w:fill="F2F2F2"/>
            <w:vAlign w:val="center"/>
          </w:tcPr>
          <w:p w14:paraId="3F80D239" w14:textId="77777777" w:rsidR="006E7A08" w:rsidRDefault="00267E76">
            <w:pPr>
              <w:jc w:val="center"/>
            </w:pPr>
            <w:r>
              <w:t>1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4C0DAF25" w14:textId="77777777" w:rsidR="006E7A08" w:rsidRDefault="00267E76">
            <w:pPr>
              <w:jc w:val="center"/>
            </w:pPr>
            <w:r>
              <w:t>2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4405017F" w14:textId="77777777" w:rsidR="006E7A08" w:rsidRDefault="00267E76">
            <w:pPr>
              <w:jc w:val="center"/>
            </w:pPr>
            <w:r>
              <w:t>3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0F1743ED" w14:textId="77777777" w:rsidR="006E7A08" w:rsidRDefault="00267E76">
            <w:pPr>
              <w:jc w:val="center"/>
            </w:pPr>
            <w:r>
              <w:t>4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0A9585F6" w14:textId="77777777" w:rsidR="006E7A08" w:rsidRDefault="00267E76">
            <w:pPr>
              <w:jc w:val="center"/>
            </w:pPr>
            <w:r>
              <w:t>5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2540DDF3" w14:textId="77777777" w:rsidR="006E7A08" w:rsidRDefault="00267E76">
            <w:pPr>
              <w:jc w:val="center"/>
            </w:pPr>
            <w:r>
              <w:t>6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448F73DE" w14:textId="77777777" w:rsidR="006E7A08" w:rsidRDefault="00267E76">
            <w:pPr>
              <w:jc w:val="center"/>
            </w:pPr>
            <w:r>
              <w:t>7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4E5CD527" w14:textId="77777777" w:rsidR="006E7A08" w:rsidRDefault="00267E76">
            <w:pPr>
              <w:jc w:val="center"/>
            </w:pPr>
            <w:r>
              <w:t>8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5A6A1A46" w14:textId="77777777" w:rsidR="006E7A08" w:rsidRDefault="00267E76">
            <w:pPr>
              <w:jc w:val="center"/>
            </w:pPr>
            <w:r>
              <w:t>9</w:t>
            </w:r>
          </w:p>
        </w:tc>
      </w:tr>
      <w:tr w:rsidR="006E7A08" w14:paraId="0260A86B" w14:textId="77777777">
        <w:trPr>
          <w:cantSplit/>
          <w:jc w:val="center"/>
        </w:trPr>
        <w:tc>
          <w:tcPr>
            <w:tcW w:w="0" w:type="auto"/>
          </w:tcPr>
          <w:p w14:paraId="245212D7" w14:textId="77777777" w:rsidR="006E7A08" w:rsidRDefault="00267E76">
            <w:pPr>
              <w:jc w:val="center"/>
            </w:pPr>
            <w:r>
              <w:t>1</w:t>
            </w:r>
          </w:p>
        </w:tc>
        <w:tc>
          <w:tcPr>
            <w:tcW w:w="0" w:type="auto"/>
          </w:tcPr>
          <w:p w14:paraId="7BA98E4E" w14:textId="77777777" w:rsidR="006E7A08" w:rsidRDefault="00267E76">
            <w:r>
              <w:t>Котельная «Производственно-отопительная УПК №1»</w:t>
            </w:r>
          </w:p>
        </w:tc>
        <w:tc>
          <w:tcPr>
            <w:tcW w:w="0" w:type="auto"/>
          </w:tcPr>
          <w:p w14:paraId="32C53C20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ООО «ЮКЭК» (Южно-Кузбасская энергетическая компания)</w:t>
            </w:r>
          </w:p>
        </w:tc>
        <w:tc>
          <w:tcPr>
            <w:tcW w:w="0" w:type="auto"/>
          </w:tcPr>
          <w:p w14:paraId="53A05FC8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г. Таштагол, ул. Мира, 30а</w:t>
            </w:r>
          </w:p>
        </w:tc>
        <w:tc>
          <w:tcPr>
            <w:tcW w:w="0" w:type="auto"/>
          </w:tcPr>
          <w:p w14:paraId="4A87526C" w14:textId="77777777" w:rsidR="006E7A08" w:rsidRDefault="00267E76">
            <w:r>
              <w:t>каменный уголь, марка ДГр</w:t>
            </w:r>
          </w:p>
        </w:tc>
        <w:tc>
          <w:tcPr>
            <w:tcW w:w="0" w:type="auto"/>
          </w:tcPr>
          <w:p w14:paraId="4471E01C" w14:textId="77777777" w:rsidR="006E7A08" w:rsidRDefault="00267E76">
            <w:pPr>
              <w:jc w:val="center"/>
            </w:pPr>
            <w:r>
              <w:t>5 700</w:t>
            </w:r>
          </w:p>
        </w:tc>
        <w:tc>
          <w:tcPr>
            <w:tcW w:w="0" w:type="auto"/>
          </w:tcPr>
          <w:p w14:paraId="5FAF7B12" w14:textId="77777777" w:rsidR="006E7A08" w:rsidRDefault="00267E76">
            <w:r>
              <w:t>не установлено</w:t>
            </w:r>
          </w:p>
        </w:tc>
        <w:tc>
          <w:tcPr>
            <w:tcW w:w="0" w:type="auto"/>
          </w:tcPr>
          <w:p w14:paraId="6A1146C4" w14:textId="77777777" w:rsidR="006E7A08" w:rsidRDefault="00267E76">
            <w:r>
              <w:t>—</w:t>
            </w:r>
          </w:p>
        </w:tc>
        <w:tc>
          <w:tcPr>
            <w:tcW w:w="0" w:type="auto"/>
          </w:tcPr>
          <w:p w14:paraId="33D4B641" w14:textId="77777777" w:rsidR="006E7A08" w:rsidRDefault="00267E76">
            <w:r>
              <w:t>100 %</w:t>
            </w:r>
          </w:p>
        </w:tc>
      </w:tr>
      <w:tr w:rsidR="006E7A08" w14:paraId="18971DA2" w14:textId="77777777">
        <w:trPr>
          <w:cantSplit/>
          <w:jc w:val="center"/>
        </w:trPr>
        <w:tc>
          <w:tcPr>
            <w:tcW w:w="0" w:type="auto"/>
          </w:tcPr>
          <w:p w14:paraId="5129CB50" w14:textId="77777777" w:rsidR="006E7A08" w:rsidRDefault="00267E76">
            <w:pPr>
              <w:jc w:val="center"/>
            </w:pPr>
            <w:r>
              <w:t>2</w:t>
            </w:r>
          </w:p>
        </w:tc>
        <w:tc>
          <w:tcPr>
            <w:tcW w:w="0" w:type="auto"/>
          </w:tcPr>
          <w:p w14:paraId="4B69AFFB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Котельная «Производственно-отопительная УПК №2 ЦМК»</w:t>
            </w:r>
          </w:p>
        </w:tc>
        <w:tc>
          <w:tcPr>
            <w:tcW w:w="0" w:type="auto"/>
          </w:tcPr>
          <w:p w14:paraId="3090FA97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ООО «ЮКЭК» (Южно-Кузбасская энергетическая компания)</w:t>
            </w:r>
          </w:p>
        </w:tc>
        <w:tc>
          <w:tcPr>
            <w:tcW w:w="0" w:type="auto"/>
          </w:tcPr>
          <w:p w14:paraId="44EA347E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г. Таштагол, ул. Советская, 2а</w:t>
            </w:r>
          </w:p>
        </w:tc>
        <w:tc>
          <w:tcPr>
            <w:tcW w:w="0" w:type="auto"/>
          </w:tcPr>
          <w:p w14:paraId="67ECA41B" w14:textId="77777777" w:rsidR="006E7A08" w:rsidRDefault="00267E76">
            <w:r>
              <w:t>каменный уголь, марка Др</w:t>
            </w:r>
          </w:p>
        </w:tc>
        <w:tc>
          <w:tcPr>
            <w:tcW w:w="0" w:type="auto"/>
          </w:tcPr>
          <w:p w14:paraId="7C6093F2" w14:textId="77777777" w:rsidR="006E7A08" w:rsidRDefault="00267E76">
            <w:pPr>
              <w:jc w:val="center"/>
            </w:pPr>
            <w:r>
              <w:t>5 145</w:t>
            </w:r>
          </w:p>
        </w:tc>
        <w:tc>
          <w:tcPr>
            <w:tcW w:w="0" w:type="auto"/>
          </w:tcPr>
          <w:p w14:paraId="20189996" w14:textId="77777777" w:rsidR="006E7A08" w:rsidRDefault="00267E76">
            <w:r>
              <w:t>не установлено</w:t>
            </w:r>
          </w:p>
        </w:tc>
        <w:tc>
          <w:tcPr>
            <w:tcW w:w="0" w:type="auto"/>
          </w:tcPr>
          <w:p w14:paraId="6AC8CDE8" w14:textId="77777777" w:rsidR="006E7A08" w:rsidRDefault="00267E76">
            <w:r>
              <w:t>—</w:t>
            </w:r>
          </w:p>
        </w:tc>
        <w:tc>
          <w:tcPr>
            <w:tcW w:w="0" w:type="auto"/>
          </w:tcPr>
          <w:p w14:paraId="349022E3" w14:textId="77777777" w:rsidR="006E7A08" w:rsidRDefault="00267E76">
            <w:r>
              <w:t>100 %</w:t>
            </w:r>
          </w:p>
        </w:tc>
      </w:tr>
      <w:tr w:rsidR="006E7A08" w14:paraId="76FF530F" w14:textId="77777777">
        <w:trPr>
          <w:cantSplit/>
          <w:jc w:val="center"/>
        </w:trPr>
        <w:tc>
          <w:tcPr>
            <w:tcW w:w="0" w:type="auto"/>
          </w:tcPr>
          <w:p w14:paraId="7858880B" w14:textId="77777777" w:rsidR="006E7A08" w:rsidRDefault="00267E76">
            <w:pPr>
              <w:jc w:val="center"/>
            </w:pPr>
            <w:r>
              <w:t>3</w:t>
            </w:r>
          </w:p>
        </w:tc>
        <w:tc>
          <w:tcPr>
            <w:tcW w:w="0" w:type="auto"/>
          </w:tcPr>
          <w:p w14:paraId="77681709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Котельная «Производственно-отопительная УПК №2 Шалым»</w:t>
            </w:r>
          </w:p>
        </w:tc>
        <w:tc>
          <w:tcPr>
            <w:tcW w:w="0" w:type="auto"/>
          </w:tcPr>
          <w:p w14:paraId="6F48BD03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ООО «ЮКЭК» (Южно-Кузбасская энергетическая компания)</w:t>
            </w:r>
          </w:p>
        </w:tc>
        <w:tc>
          <w:tcPr>
            <w:tcW w:w="0" w:type="auto"/>
          </w:tcPr>
          <w:p w14:paraId="548808F6" w14:textId="77777777" w:rsidR="006E7A08" w:rsidRDefault="00267E76">
            <w:r>
              <w:t>г. Таштагол, ул. Кислородная, 2</w:t>
            </w:r>
          </w:p>
        </w:tc>
        <w:tc>
          <w:tcPr>
            <w:tcW w:w="0" w:type="auto"/>
          </w:tcPr>
          <w:p w14:paraId="01CC9C5D" w14:textId="77777777" w:rsidR="006E7A08" w:rsidRDefault="00267E76">
            <w:r>
              <w:t>каменный уголь, марка Др</w:t>
            </w:r>
          </w:p>
        </w:tc>
        <w:tc>
          <w:tcPr>
            <w:tcW w:w="0" w:type="auto"/>
          </w:tcPr>
          <w:p w14:paraId="21974AD8" w14:textId="77777777" w:rsidR="006E7A08" w:rsidRDefault="00267E76">
            <w:pPr>
              <w:jc w:val="center"/>
            </w:pPr>
            <w:r>
              <w:t>5 145</w:t>
            </w:r>
          </w:p>
        </w:tc>
        <w:tc>
          <w:tcPr>
            <w:tcW w:w="0" w:type="auto"/>
          </w:tcPr>
          <w:p w14:paraId="441EF6A5" w14:textId="77777777" w:rsidR="006E7A08" w:rsidRDefault="00267E76">
            <w:r>
              <w:t>не установлено</w:t>
            </w:r>
          </w:p>
        </w:tc>
        <w:tc>
          <w:tcPr>
            <w:tcW w:w="0" w:type="auto"/>
          </w:tcPr>
          <w:p w14:paraId="72E8EEEE" w14:textId="77777777" w:rsidR="006E7A08" w:rsidRDefault="00267E76">
            <w:r>
              <w:t>—</w:t>
            </w:r>
          </w:p>
        </w:tc>
        <w:tc>
          <w:tcPr>
            <w:tcW w:w="0" w:type="auto"/>
          </w:tcPr>
          <w:p w14:paraId="6D231C3D" w14:textId="77777777" w:rsidR="006E7A08" w:rsidRDefault="00267E76">
            <w:r>
              <w:t>100 %</w:t>
            </w:r>
          </w:p>
        </w:tc>
      </w:tr>
      <w:tr w:rsidR="006E7A08" w14:paraId="79990EAD" w14:textId="77777777">
        <w:trPr>
          <w:cantSplit/>
          <w:jc w:val="center"/>
        </w:trPr>
        <w:tc>
          <w:tcPr>
            <w:tcW w:w="0" w:type="auto"/>
          </w:tcPr>
          <w:p w14:paraId="3C224CE0" w14:textId="77777777" w:rsidR="006E7A08" w:rsidRDefault="00267E76">
            <w:pPr>
              <w:jc w:val="center"/>
            </w:pPr>
            <w:r>
              <w:t>4</w:t>
            </w:r>
          </w:p>
        </w:tc>
        <w:tc>
          <w:tcPr>
            <w:tcW w:w="0" w:type="auto"/>
          </w:tcPr>
          <w:p w14:paraId="0AEC12E8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Котельная «Производственно-отопительная УПК №9 ГРЭ»</w:t>
            </w:r>
          </w:p>
        </w:tc>
        <w:tc>
          <w:tcPr>
            <w:tcW w:w="0" w:type="auto"/>
          </w:tcPr>
          <w:p w14:paraId="1D9E067B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ООО «ЮКЭК» (Южно-Кузбасская энергетическая компания)</w:t>
            </w:r>
          </w:p>
        </w:tc>
        <w:tc>
          <w:tcPr>
            <w:tcW w:w="0" w:type="auto"/>
          </w:tcPr>
          <w:p w14:paraId="526B5900" w14:textId="77777777" w:rsidR="006E7A08" w:rsidRDefault="00267E76">
            <w:r>
              <w:t>г. Таштагол, ул. Геологическая, 68</w:t>
            </w:r>
          </w:p>
        </w:tc>
        <w:tc>
          <w:tcPr>
            <w:tcW w:w="0" w:type="auto"/>
          </w:tcPr>
          <w:p w14:paraId="7B42374D" w14:textId="77777777" w:rsidR="006E7A08" w:rsidRDefault="00267E76">
            <w:r>
              <w:t>каменный уголь, марка ДГр</w:t>
            </w:r>
          </w:p>
        </w:tc>
        <w:tc>
          <w:tcPr>
            <w:tcW w:w="0" w:type="auto"/>
          </w:tcPr>
          <w:p w14:paraId="3650912A" w14:textId="77777777" w:rsidR="006E7A08" w:rsidRDefault="00267E76">
            <w:pPr>
              <w:jc w:val="center"/>
            </w:pPr>
            <w:r>
              <w:t>5 700</w:t>
            </w:r>
          </w:p>
        </w:tc>
        <w:tc>
          <w:tcPr>
            <w:tcW w:w="0" w:type="auto"/>
          </w:tcPr>
          <w:p w14:paraId="4BDDCC67" w14:textId="77777777" w:rsidR="006E7A08" w:rsidRDefault="00267E76">
            <w:r>
              <w:t>не установлено</w:t>
            </w:r>
          </w:p>
        </w:tc>
        <w:tc>
          <w:tcPr>
            <w:tcW w:w="0" w:type="auto"/>
          </w:tcPr>
          <w:p w14:paraId="16F76496" w14:textId="77777777" w:rsidR="006E7A08" w:rsidRDefault="00267E76">
            <w:r>
              <w:t>—</w:t>
            </w:r>
          </w:p>
        </w:tc>
        <w:tc>
          <w:tcPr>
            <w:tcW w:w="0" w:type="auto"/>
          </w:tcPr>
          <w:p w14:paraId="2BDA87D0" w14:textId="77777777" w:rsidR="006E7A08" w:rsidRDefault="00267E76">
            <w:r>
              <w:t>100 %</w:t>
            </w:r>
          </w:p>
        </w:tc>
      </w:tr>
      <w:tr w:rsidR="006E7A08" w14:paraId="313AC78E" w14:textId="77777777">
        <w:trPr>
          <w:cantSplit/>
          <w:jc w:val="center"/>
        </w:trPr>
        <w:tc>
          <w:tcPr>
            <w:tcW w:w="0" w:type="auto"/>
          </w:tcPr>
          <w:p w14:paraId="7FD4F410" w14:textId="77777777" w:rsidR="006E7A08" w:rsidRDefault="00267E76">
            <w:pPr>
              <w:jc w:val="center"/>
            </w:pPr>
            <w:r>
              <w:t>5</w:t>
            </w:r>
          </w:p>
        </w:tc>
        <w:tc>
          <w:tcPr>
            <w:tcW w:w="0" w:type="auto"/>
          </w:tcPr>
          <w:p w14:paraId="27A3F556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Котельная «Производственно-отопительная УПК №3 Спасск»</w:t>
            </w:r>
          </w:p>
        </w:tc>
        <w:tc>
          <w:tcPr>
            <w:tcW w:w="0" w:type="auto"/>
          </w:tcPr>
          <w:p w14:paraId="5807B0E5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ООО «ЮКЭК» (Южно-Кузбасская энергетическая компания)</w:t>
            </w:r>
          </w:p>
        </w:tc>
        <w:tc>
          <w:tcPr>
            <w:tcW w:w="0" w:type="auto"/>
          </w:tcPr>
          <w:p w14:paraId="3A1A1410" w14:textId="77777777" w:rsidR="006E7A08" w:rsidRDefault="00267E76">
            <w:r>
              <w:t>пгт Спасск, ул. Набережная, 15</w:t>
            </w:r>
          </w:p>
        </w:tc>
        <w:tc>
          <w:tcPr>
            <w:tcW w:w="0" w:type="auto"/>
          </w:tcPr>
          <w:p w14:paraId="15807F9C" w14:textId="77777777" w:rsidR="006E7A08" w:rsidRDefault="00267E76">
            <w:r>
              <w:t>каменный уголь, марка ДГр</w:t>
            </w:r>
          </w:p>
        </w:tc>
        <w:tc>
          <w:tcPr>
            <w:tcW w:w="0" w:type="auto"/>
          </w:tcPr>
          <w:p w14:paraId="7DAC3652" w14:textId="77777777" w:rsidR="006E7A08" w:rsidRDefault="00267E76">
            <w:pPr>
              <w:jc w:val="center"/>
            </w:pPr>
            <w:r>
              <w:t>5 700</w:t>
            </w:r>
          </w:p>
        </w:tc>
        <w:tc>
          <w:tcPr>
            <w:tcW w:w="0" w:type="auto"/>
          </w:tcPr>
          <w:p w14:paraId="52ACDFE6" w14:textId="77777777" w:rsidR="006E7A08" w:rsidRDefault="00267E76">
            <w:r>
              <w:t>не установлено</w:t>
            </w:r>
          </w:p>
        </w:tc>
        <w:tc>
          <w:tcPr>
            <w:tcW w:w="0" w:type="auto"/>
          </w:tcPr>
          <w:p w14:paraId="4D165AFD" w14:textId="77777777" w:rsidR="006E7A08" w:rsidRDefault="00267E76">
            <w:r>
              <w:t>—</w:t>
            </w:r>
          </w:p>
        </w:tc>
        <w:tc>
          <w:tcPr>
            <w:tcW w:w="0" w:type="auto"/>
          </w:tcPr>
          <w:p w14:paraId="6DAD6CFB" w14:textId="77777777" w:rsidR="006E7A08" w:rsidRDefault="00267E76">
            <w:r>
              <w:t>100 %</w:t>
            </w:r>
          </w:p>
        </w:tc>
      </w:tr>
      <w:tr w:rsidR="006E7A08" w14:paraId="6800AB6B" w14:textId="77777777">
        <w:trPr>
          <w:cantSplit/>
          <w:jc w:val="center"/>
        </w:trPr>
        <w:tc>
          <w:tcPr>
            <w:tcW w:w="0" w:type="auto"/>
          </w:tcPr>
          <w:p w14:paraId="37065B7E" w14:textId="77777777" w:rsidR="006E7A08" w:rsidRDefault="00267E76">
            <w:pPr>
              <w:jc w:val="center"/>
            </w:pPr>
            <w:r>
              <w:t>6</w:t>
            </w:r>
          </w:p>
        </w:tc>
        <w:tc>
          <w:tcPr>
            <w:tcW w:w="0" w:type="auto"/>
          </w:tcPr>
          <w:p w14:paraId="09F0C080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Котельная «Производственно-отопительная УПК №5 Новый Шерегеш»</w:t>
            </w:r>
          </w:p>
        </w:tc>
        <w:tc>
          <w:tcPr>
            <w:tcW w:w="0" w:type="auto"/>
          </w:tcPr>
          <w:p w14:paraId="7415AC2A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ООО «ЮКЭК» (Южно-Кузбасская энергетическая компания)</w:t>
            </w:r>
          </w:p>
        </w:tc>
        <w:tc>
          <w:tcPr>
            <w:tcW w:w="0" w:type="auto"/>
          </w:tcPr>
          <w:p w14:paraId="7E7AB3E6" w14:textId="77777777" w:rsidR="006E7A08" w:rsidRDefault="00267E76">
            <w:r w:rsidRPr="001D7D92">
              <w:rPr>
                <w:lang w:val="ru-RU"/>
              </w:rPr>
              <w:t xml:space="preserve">пгт Шерегеш (Новый Шерегеш), ул. </w:t>
            </w:r>
            <w:r>
              <w:t>Гагарина, сооружение 1 В/1</w:t>
            </w:r>
          </w:p>
        </w:tc>
        <w:tc>
          <w:tcPr>
            <w:tcW w:w="0" w:type="auto"/>
          </w:tcPr>
          <w:p w14:paraId="44548D71" w14:textId="77777777" w:rsidR="006E7A08" w:rsidRDefault="00267E76">
            <w:r>
              <w:t>каменный уголь, марка Др</w:t>
            </w:r>
          </w:p>
        </w:tc>
        <w:tc>
          <w:tcPr>
            <w:tcW w:w="0" w:type="auto"/>
          </w:tcPr>
          <w:p w14:paraId="7AC310DF" w14:textId="77777777" w:rsidR="006E7A08" w:rsidRDefault="00267E76">
            <w:pPr>
              <w:jc w:val="center"/>
            </w:pPr>
            <w:r>
              <w:t>5 145</w:t>
            </w:r>
          </w:p>
        </w:tc>
        <w:tc>
          <w:tcPr>
            <w:tcW w:w="0" w:type="auto"/>
          </w:tcPr>
          <w:p w14:paraId="286B3FA3" w14:textId="77777777" w:rsidR="006E7A08" w:rsidRDefault="00267E76">
            <w:r>
              <w:t>не установлено</w:t>
            </w:r>
          </w:p>
        </w:tc>
        <w:tc>
          <w:tcPr>
            <w:tcW w:w="0" w:type="auto"/>
          </w:tcPr>
          <w:p w14:paraId="3575172C" w14:textId="77777777" w:rsidR="006E7A08" w:rsidRDefault="00267E76">
            <w:r>
              <w:t>—</w:t>
            </w:r>
          </w:p>
        </w:tc>
        <w:tc>
          <w:tcPr>
            <w:tcW w:w="0" w:type="auto"/>
          </w:tcPr>
          <w:p w14:paraId="6806CD59" w14:textId="77777777" w:rsidR="006E7A08" w:rsidRDefault="00267E76">
            <w:r>
              <w:t>100 %</w:t>
            </w:r>
          </w:p>
        </w:tc>
      </w:tr>
      <w:tr w:rsidR="006E7A08" w14:paraId="7707FBE1" w14:textId="77777777">
        <w:trPr>
          <w:cantSplit/>
          <w:jc w:val="center"/>
        </w:trPr>
        <w:tc>
          <w:tcPr>
            <w:tcW w:w="0" w:type="auto"/>
          </w:tcPr>
          <w:p w14:paraId="7CBD0AC6" w14:textId="77777777" w:rsidR="006E7A08" w:rsidRDefault="00267E76">
            <w:pPr>
              <w:jc w:val="center"/>
            </w:pPr>
            <w:r>
              <w:t>7</w:t>
            </w:r>
          </w:p>
        </w:tc>
        <w:tc>
          <w:tcPr>
            <w:tcW w:w="0" w:type="auto"/>
          </w:tcPr>
          <w:p w14:paraId="7B534523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Котельная «Производственно-отопительная УПК №6 Старый Шерегеш»</w:t>
            </w:r>
          </w:p>
        </w:tc>
        <w:tc>
          <w:tcPr>
            <w:tcW w:w="0" w:type="auto"/>
          </w:tcPr>
          <w:p w14:paraId="44904F9E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ООО «ЮКЭК» (Южно-Кузбасская энергетическая компания)</w:t>
            </w:r>
          </w:p>
        </w:tc>
        <w:tc>
          <w:tcPr>
            <w:tcW w:w="0" w:type="auto"/>
          </w:tcPr>
          <w:p w14:paraId="6F4B3CA2" w14:textId="77777777" w:rsidR="006E7A08" w:rsidRDefault="00267E76">
            <w:r w:rsidRPr="001D7D92">
              <w:rPr>
                <w:lang w:val="ru-RU"/>
              </w:rPr>
              <w:t xml:space="preserve">пгт Шерегеш (Старый Шерегеш), ул. </w:t>
            </w:r>
            <w:r>
              <w:t>Кирова, земельный участок № 1Г</w:t>
            </w:r>
          </w:p>
        </w:tc>
        <w:tc>
          <w:tcPr>
            <w:tcW w:w="0" w:type="auto"/>
          </w:tcPr>
          <w:p w14:paraId="346203B2" w14:textId="77777777" w:rsidR="006E7A08" w:rsidRDefault="00267E76">
            <w:r>
              <w:t>каменный уголь, марка Др</w:t>
            </w:r>
          </w:p>
        </w:tc>
        <w:tc>
          <w:tcPr>
            <w:tcW w:w="0" w:type="auto"/>
          </w:tcPr>
          <w:p w14:paraId="2F348C6C" w14:textId="77777777" w:rsidR="006E7A08" w:rsidRDefault="00267E76">
            <w:pPr>
              <w:jc w:val="center"/>
            </w:pPr>
            <w:r>
              <w:t>5 145</w:t>
            </w:r>
          </w:p>
        </w:tc>
        <w:tc>
          <w:tcPr>
            <w:tcW w:w="0" w:type="auto"/>
          </w:tcPr>
          <w:p w14:paraId="0DFBCD06" w14:textId="77777777" w:rsidR="006E7A08" w:rsidRDefault="00267E76">
            <w:r>
              <w:t>не установлено</w:t>
            </w:r>
          </w:p>
        </w:tc>
        <w:tc>
          <w:tcPr>
            <w:tcW w:w="0" w:type="auto"/>
          </w:tcPr>
          <w:p w14:paraId="0FF52517" w14:textId="77777777" w:rsidR="006E7A08" w:rsidRDefault="00267E76">
            <w:r>
              <w:t>—</w:t>
            </w:r>
          </w:p>
        </w:tc>
        <w:tc>
          <w:tcPr>
            <w:tcW w:w="0" w:type="auto"/>
          </w:tcPr>
          <w:p w14:paraId="4A9CA8E3" w14:textId="77777777" w:rsidR="006E7A08" w:rsidRDefault="00267E76">
            <w:r>
              <w:t>100 %</w:t>
            </w:r>
          </w:p>
        </w:tc>
      </w:tr>
      <w:tr w:rsidR="006E7A08" w14:paraId="794AB831" w14:textId="77777777">
        <w:trPr>
          <w:cantSplit/>
          <w:jc w:val="center"/>
        </w:trPr>
        <w:tc>
          <w:tcPr>
            <w:tcW w:w="0" w:type="auto"/>
          </w:tcPr>
          <w:p w14:paraId="0856EAC4" w14:textId="77777777" w:rsidR="006E7A08" w:rsidRDefault="00267E76">
            <w:pPr>
              <w:jc w:val="center"/>
            </w:pPr>
            <w:r>
              <w:t>8</w:t>
            </w:r>
          </w:p>
        </w:tc>
        <w:tc>
          <w:tcPr>
            <w:tcW w:w="0" w:type="auto"/>
          </w:tcPr>
          <w:p w14:paraId="097916C8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Котельная «Производственно-отопительная УПК №7 Каз»</w:t>
            </w:r>
          </w:p>
        </w:tc>
        <w:tc>
          <w:tcPr>
            <w:tcW w:w="0" w:type="auto"/>
          </w:tcPr>
          <w:p w14:paraId="056BA544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ООО «ЮКЭК» (Южно-Кузбасская энергетическая компания)</w:t>
            </w:r>
          </w:p>
        </w:tc>
        <w:tc>
          <w:tcPr>
            <w:tcW w:w="0" w:type="auto"/>
          </w:tcPr>
          <w:p w14:paraId="0DAFD46F" w14:textId="77777777" w:rsidR="006E7A08" w:rsidRDefault="00267E76">
            <w:r>
              <w:t>пгт Каз, ул. Фабричная, 2</w:t>
            </w:r>
          </w:p>
        </w:tc>
        <w:tc>
          <w:tcPr>
            <w:tcW w:w="0" w:type="auto"/>
          </w:tcPr>
          <w:p w14:paraId="2D7558AD" w14:textId="77777777" w:rsidR="006E7A08" w:rsidRDefault="00267E76">
            <w:r>
              <w:t>каменный уголь, марка Др</w:t>
            </w:r>
          </w:p>
        </w:tc>
        <w:tc>
          <w:tcPr>
            <w:tcW w:w="0" w:type="auto"/>
          </w:tcPr>
          <w:p w14:paraId="09D7C117" w14:textId="77777777" w:rsidR="006E7A08" w:rsidRDefault="00267E76">
            <w:pPr>
              <w:jc w:val="center"/>
            </w:pPr>
            <w:r>
              <w:t>5 145</w:t>
            </w:r>
          </w:p>
        </w:tc>
        <w:tc>
          <w:tcPr>
            <w:tcW w:w="0" w:type="auto"/>
          </w:tcPr>
          <w:p w14:paraId="35173379" w14:textId="77777777" w:rsidR="006E7A08" w:rsidRDefault="00267E76">
            <w:r>
              <w:t>не установлено</w:t>
            </w:r>
          </w:p>
        </w:tc>
        <w:tc>
          <w:tcPr>
            <w:tcW w:w="0" w:type="auto"/>
          </w:tcPr>
          <w:p w14:paraId="561E7190" w14:textId="77777777" w:rsidR="006E7A08" w:rsidRDefault="00267E76">
            <w:r>
              <w:t>—</w:t>
            </w:r>
          </w:p>
        </w:tc>
        <w:tc>
          <w:tcPr>
            <w:tcW w:w="0" w:type="auto"/>
          </w:tcPr>
          <w:p w14:paraId="68F77B86" w14:textId="77777777" w:rsidR="006E7A08" w:rsidRDefault="00267E76">
            <w:r>
              <w:t>100 %</w:t>
            </w:r>
          </w:p>
        </w:tc>
      </w:tr>
      <w:tr w:rsidR="006E7A08" w14:paraId="4129075F" w14:textId="77777777">
        <w:trPr>
          <w:cantSplit/>
          <w:jc w:val="center"/>
        </w:trPr>
        <w:tc>
          <w:tcPr>
            <w:tcW w:w="0" w:type="auto"/>
          </w:tcPr>
          <w:p w14:paraId="42891AF3" w14:textId="77777777" w:rsidR="006E7A08" w:rsidRDefault="00267E76">
            <w:pPr>
              <w:jc w:val="center"/>
            </w:pPr>
            <w:r>
              <w:t>9</w:t>
            </w:r>
          </w:p>
        </w:tc>
        <w:tc>
          <w:tcPr>
            <w:tcW w:w="0" w:type="auto"/>
          </w:tcPr>
          <w:p w14:paraId="20DBAC87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Котельная «Производственно-отопительная УПК №8 Мундыбаш»</w:t>
            </w:r>
          </w:p>
        </w:tc>
        <w:tc>
          <w:tcPr>
            <w:tcW w:w="0" w:type="auto"/>
          </w:tcPr>
          <w:p w14:paraId="26767F20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ООО «ЮКЭК» (Южно-Кузбасская энергетическая компания)</w:t>
            </w:r>
          </w:p>
        </w:tc>
        <w:tc>
          <w:tcPr>
            <w:tcW w:w="0" w:type="auto"/>
          </w:tcPr>
          <w:p w14:paraId="2AF7BE6D" w14:textId="77777777" w:rsidR="006E7A08" w:rsidRDefault="00267E76">
            <w:r>
              <w:t>пгт Мундыбаш, ул. Октябрьская, 33</w:t>
            </w:r>
          </w:p>
        </w:tc>
        <w:tc>
          <w:tcPr>
            <w:tcW w:w="0" w:type="auto"/>
          </w:tcPr>
          <w:p w14:paraId="7D51203B" w14:textId="77777777" w:rsidR="006E7A08" w:rsidRDefault="00267E76">
            <w:r>
              <w:t>каменный уголь, марка Др</w:t>
            </w:r>
          </w:p>
        </w:tc>
        <w:tc>
          <w:tcPr>
            <w:tcW w:w="0" w:type="auto"/>
          </w:tcPr>
          <w:p w14:paraId="2C4E5FF6" w14:textId="77777777" w:rsidR="006E7A08" w:rsidRDefault="00267E76">
            <w:pPr>
              <w:jc w:val="center"/>
            </w:pPr>
            <w:r>
              <w:t>5 145</w:t>
            </w:r>
          </w:p>
        </w:tc>
        <w:tc>
          <w:tcPr>
            <w:tcW w:w="0" w:type="auto"/>
          </w:tcPr>
          <w:p w14:paraId="55C422D4" w14:textId="77777777" w:rsidR="006E7A08" w:rsidRDefault="00267E76">
            <w:r>
              <w:t>не установлено</w:t>
            </w:r>
          </w:p>
        </w:tc>
        <w:tc>
          <w:tcPr>
            <w:tcW w:w="0" w:type="auto"/>
          </w:tcPr>
          <w:p w14:paraId="6078FD46" w14:textId="77777777" w:rsidR="006E7A08" w:rsidRDefault="00267E76">
            <w:r>
              <w:t>—</w:t>
            </w:r>
          </w:p>
        </w:tc>
        <w:tc>
          <w:tcPr>
            <w:tcW w:w="0" w:type="auto"/>
          </w:tcPr>
          <w:p w14:paraId="1C99539A" w14:textId="77777777" w:rsidR="006E7A08" w:rsidRDefault="00267E76">
            <w:r>
              <w:t>100 %</w:t>
            </w:r>
          </w:p>
        </w:tc>
      </w:tr>
      <w:tr w:rsidR="006E7A08" w14:paraId="32A8602E" w14:textId="77777777">
        <w:trPr>
          <w:cantSplit/>
          <w:jc w:val="center"/>
        </w:trPr>
        <w:tc>
          <w:tcPr>
            <w:tcW w:w="0" w:type="auto"/>
          </w:tcPr>
          <w:p w14:paraId="5E0CABD7" w14:textId="77777777" w:rsidR="006E7A08" w:rsidRDefault="00267E76">
            <w:pPr>
              <w:jc w:val="center"/>
            </w:pPr>
            <w:r>
              <w:t>10</w:t>
            </w:r>
          </w:p>
        </w:tc>
        <w:tc>
          <w:tcPr>
            <w:tcW w:w="0" w:type="auto"/>
          </w:tcPr>
          <w:p w14:paraId="27293943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Котельная «Производственно-отопительная УПК №10 Темир-Тау»</w:t>
            </w:r>
          </w:p>
        </w:tc>
        <w:tc>
          <w:tcPr>
            <w:tcW w:w="0" w:type="auto"/>
          </w:tcPr>
          <w:p w14:paraId="7386973A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ООО «ЮКЭК» (Южно-Кузбасская энергетическая компания)</w:t>
            </w:r>
          </w:p>
        </w:tc>
        <w:tc>
          <w:tcPr>
            <w:tcW w:w="0" w:type="auto"/>
          </w:tcPr>
          <w:p w14:paraId="0D648EC0" w14:textId="77777777" w:rsidR="006E7A08" w:rsidRDefault="00267E76">
            <w:r>
              <w:t>пгт Темиртау, ул. Центральная, 39</w:t>
            </w:r>
          </w:p>
        </w:tc>
        <w:tc>
          <w:tcPr>
            <w:tcW w:w="0" w:type="auto"/>
          </w:tcPr>
          <w:p w14:paraId="65C506D5" w14:textId="77777777" w:rsidR="006E7A08" w:rsidRDefault="00267E76">
            <w:r>
              <w:t>каменный уголь, марка Др</w:t>
            </w:r>
          </w:p>
        </w:tc>
        <w:tc>
          <w:tcPr>
            <w:tcW w:w="0" w:type="auto"/>
          </w:tcPr>
          <w:p w14:paraId="52A4043A" w14:textId="77777777" w:rsidR="006E7A08" w:rsidRDefault="00267E76">
            <w:pPr>
              <w:jc w:val="center"/>
            </w:pPr>
            <w:r>
              <w:t>5 145</w:t>
            </w:r>
          </w:p>
        </w:tc>
        <w:tc>
          <w:tcPr>
            <w:tcW w:w="0" w:type="auto"/>
          </w:tcPr>
          <w:p w14:paraId="7942FFA8" w14:textId="77777777" w:rsidR="006E7A08" w:rsidRDefault="00267E76">
            <w:r>
              <w:t>не установлено</w:t>
            </w:r>
          </w:p>
        </w:tc>
        <w:tc>
          <w:tcPr>
            <w:tcW w:w="0" w:type="auto"/>
          </w:tcPr>
          <w:p w14:paraId="1A56C107" w14:textId="77777777" w:rsidR="006E7A08" w:rsidRDefault="00267E76">
            <w:r>
              <w:t>—</w:t>
            </w:r>
          </w:p>
        </w:tc>
        <w:tc>
          <w:tcPr>
            <w:tcW w:w="0" w:type="auto"/>
          </w:tcPr>
          <w:p w14:paraId="0D37D9BA" w14:textId="77777777" w:rsidR="006E7A08" w:rsidRDefault="00267E76">
            <w:r>
              <w:t>100 %</w:t>
            </w:r>
          </w:p>
        </w:tc>
      </w:tr>
    </w:tbl>
    <w:p w14:paraId="007E939D" w14:textId="77777777" w:rsidR="00D2184C" w:rsidRDefault="00D2184C">
      <w:pPr>
        <w:sectPr w:rsidR="00D2184C" w:rsidSect="00034616">
          <w:footerReference w:type="default" r:id="rId29"/>
          <w:pgSz w:w="16838" w:h="11906" w:orient="landscape"/>
          <w:pgMar w:top="850" w:right="567" w:bottom="850" w:left="85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14:paraId="12F1ABC7" w14:textId="77777777" w:rsidR="00194F39" w:rsidRDefault="003D0394">
      <w:pPr>
        <w:pStyle w:val="21"/>
      </w:pPr>
      <w:bookmarkStart w:id="85" w:name="_Toc238017284"/>
      <w:r>
        <w:t>8.2. Утверждаемые топливные характеристики</w:t>
      </w:r>
      <w:bookmarkEnd w:id="85"/>
    </w:p>
    <w:p w14:paraId="5C57BE8B" w14:textId="77777777" w:rsidR="00194F39" w:rsidRPr="000C24CF" w:rsidRDefault="003D0394">
      <w:pPr>
        <w:rPr>
          <w:b/>
          <w:bCs/>
          <w:lang w:val="ru-RU"/>
        </w:rPr>
      </w:pPr>
      <w:r w:rsidRPr="000C24CF">
        <w:rPr>
          <w:b/>
          <w:bCs/>
          <w:lang w:val="ru-RU"/>
        </w:rPr>
        <w:t>Таблица 8.3 — Вид топлива и перевод на природный газ по источникам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147"/>
        <w:gridCol w:w="1959"/>
        <w:gridCol w:w="2143"/>
        <w:gridCol w:w="1649"/>
        <w:gridCol w:w="2591"/>
      </w:tblGrid>
      <w:tr w:rsidR="00194F39" w14:paraId="467E1712" w14:textId="77777777">
        <w:trPr>
          <w:cantSplit/>
          <w:tblHeader/>
        </w:trPr>
        <w:tc>
          <w:tcPr>
            <w:tcW w:w="0" w:type="auto"/>
            <w:shd w:val="clear" w:color="auto" w:fill="E2F0D9"/>
          </w:tcPr>
          <w:p w14:paraId="2D35CA41" w14:textId="77777777" w:rsidR="00194F39" w:rsidRDefault="003D0394">
            <w:pPr>
              <w:jc w:val="center"/>
            </w:pPr>
            <w:r>
              <w:rPr>
                <w:b/>
              </w:rPr>
              <w:t>Источник</w:t>
            </w:r>
          </w:p>
        </w:tc>
        <w:tc>
          <w:tcPr>
            <w:tcW w:w="0" w:type="auto"/>
            <w:shd w:val="clear" w:color="auto" w:fill="E2F0D9"/>
          </w:tcPr>
          <w:p w14:paraId="039CE30E" w14:textId="77777777" w:rsidR="00194F39" w:rsidRDefault="003D0394">
            <w:pPr>
              <w:jc w:val="center"/>
            </w:pPr>
            <w:r>
              <w:rPr>
                <w:b/>
              </w:rPr>
              <w:t>Действующее топливо</w:t>
            </w:r>
          </w:p>
        </w:tc>
        <w:tc>
          <w:tcPr>
            <w:tcW w:w="0" w:type="auto"/>
            <w:shd w:val="clear" w:color="auto" w:fill="E2F0D9"/>
          </w:tcPr>
          <w:p w14:paraId="34BF2F7B" w14:textId="77777777" w:rsidR="00194F39" w:rsidRDefault="003D0394">
            <w:pPr>
              <w:jc w:val="center"/>
            </w:pPr>
            <w:r>
              <w:rPr>
                <w:b/>
              </w:rPr>
              <w:t>Перспективное топливо</w:t>
            </w:r>
          </w:p>
        </w:tc>
        <w:tc>
          <w:tcPr>
            <w:tcW w:w="0" w:type="auto"/>
            <w:shd w:val="clear" w:color="auto" w:fill="E2F0D9"/>
          </w:tcPr>
          <w:p w14:paraId="258D5FA5" w14:textId="77777777" w:rsidR="00194F39" w:rsidRDefault="003D0394">
            <w:pPr>
              <w:jc w:val="center"/>
            </w:pPr>
            <w:r>
              <w:rPr>
                <w:b/>
              </w:rPr>
              <w:t>Год перевода</w:t>
            </w:r>
          </w:p>
        </w:tc>
        <w:tc>
          <w:tcPr>
            <w:tcW w:w="0" w:type="auto"/>
            <w:shd w:val="clear" w:color="auto" w:fill="E2F0D9"/>
          </w:tcPr>
          <w:p w14:paraId="3B9B0E3D" w14:textId="77777777" w:rsidR="00194F39" w:rsidRDefault="003D0394">
            <w:pPr>
              <w:jc w:val="center"/>
            </w:pPr>
            <w:r>
              <w:rPr>
                <w:b/>
              </w:rPr>
              <w:t>Влияние на мощность</w:t>
            </w:r>
          </w:p>
        </w:tc>
      </w:tr>
      <w:tr w:rsidR="00194F39" w14:paraId="1F4E6310" w14:textId="77777777">
        <w:trPr>
          <w:cantSplit/>
        </w:trPr>
        <w:tc>
          <w:tcPr>
            <w:tcW w:w="0" w:type="auto"/>
            <w:shd w:val="clear" w:color="auto" w:fill="F2F2F2"/>
          </w:tcPr>
          <w:p w14:paraId="6E47F05E" w14:textId="77777777" w:rsidR="00194F39" w:rsidRDefault="003D0394">
            <w:r>
              <w:t>УПК № 1 «Таштагол»</w:t>
            </w:r>
          </w:p>
        </w:tc>
        <w:tc>
          <w:tcPr>
            <w:tcW w:w="0" w:type="auto"/>
            <w:shd w:val="clear" w:color="auto" w:fill="FFFFFF"/>
          </w:tcPr>
          <w:p w14:paraId="58DD3664" w14:textId="77777777" w:rsidR="00194F39" w:rsidRDefault="003D0394">
            <w:r>
              <w:t>каменный уголь</w:t>
            </w:r>
          </w:p>
        </w:tc>
        <w:tc>
          <w:tcPr>
            <w:tcW w:w="0" w:type="auto"/>
            <w:shd w:val="clear" w:color="auto" w:fill="FFFFFF"/>
          </w:tcPr>
          <w:p w14:paraId="397C7810" w14:textId="77777777" w:rsidR="00194F39" w:rsidRDefault="003D0394">
            <w:r>
              <w:t>природный газ</w:t>
            </w:r>
          </w:p>
        </w:tc>
        <w:tc>
          <w:tcPr>
            <w:tcW w:w="0" w:type="auto"/>
            <w:shd w:val="clear" w:color="auto" w:fill="FFFFFF"/>
          </w:tcPr>
          <w:p w14:paraId="7716E091" w14:textId="77777777" w:rsidR="00194F39" w:rsidRDefault="003D0394">
            <w:r>
              <w:t>2035</w:t>
            </w:r>
          </w:p>
        </w:tc>
        <w:tc>
          <w:tcPr>
            <w:tcW w:w="0" w:type="auto"/>
            <w:shd w:val="clear" w:color="auto" w:fill="FFFFFF"/>
          </w:tcPr>
          <w:p w14:paraId="43B203F3" w14:textId="77777777" w:rsidR="00194F39" w:rsidRDefault="003D0394">
            <w:r>
              <w:t>установленная мощность не изменяется</w:t>
            </w:r>
          </w:p>
        </w:tc>
      </w:tr>
      <w:tr w:rsidR="00194F39" w14:paraId="763CB253" w14:textId="77777777">
        <w:trPr>
          <w:cantSplit/>
        </w:trPr>
        <w:tc>
          <w:tcPr>
            <w:tcW w:w="0" w:type="auto"/>
            <w:shd w:val="clear" w:color="auto" w:fill="F2F2F2"/>
          </w:tcPr>
          <w:p w14:paraId="1D3B11DD" w14:textId="77777777" w:rsidR="00194F39" w:rsidRDefault="003D0394">
            <w:r>
              <w:t>УПК № 2 «Шалым»</w:t>
            </w:r>
          </w:p>
        </w:tc>
        <w:tc>
          <w:tcPr>
            <w:tcW w:w="0" w:type="auto"/>
            <w:shd w:val="clear" w:color="auto" w:fill="FFFFFF"/>
          </w:tcPr>
          <w:p w14:paraId="7E2915D6" w14:textId="77777777" w:rsidR="00194F39" w:rsidRDefault="003D0394">
            <w:r>
              <w:t>каменный уголь</w:t>
            </w:r>
          </w:p>
        </w:tc>
        <w:tc>
          <w:tcPr>
            <w:tcW w:w="0" w:type="auto"/>
            <w:shd w:val="clear" w:color="auto" w:fill="FFFFFF"/>
          </w:tcPr>
          <w:p w14:paraId="0937A8AF" w14:textId="77777777" w:rsidR="00194F39" w:rsidRDefault="003D0394">
            <w:r>
              <w:t>природный газ</w:t>
            </w:r>
          </w:p>
        </w:tc>
        <w:tc>
          <w:tcPr>
            <w:tcW w:w="0" w:type="auto"/>
            <w:shd w:val="clear" w:color="auto" w:fill="FFFFFF"/>
          </w:tcPr>
          <w:p w14:paraId="374EF174" w14:textId="77777777" w:rsidR="00194F39" w:rsidRDefault="003D0394">
            <w:r>
              <w:t>2035</w:t>
            </w:r>
          </w:p>
        </w:tc>
        <w:tc>
          <w:tcPr>
            <w:tcW w:w="0" w:type="auto"/>
            <w:shd w:val="clear" w:color="auto" w:fill="FFFFFF"/>
          </w:tcPr>
          <w:p w14:paraId="6A91CB9A" w14:textId="77777777" w:rsidR="00194F39" w:rsidRDefault="003D0394">
            <w:r>
              <w:t>установленная мощность не изменяется</w:t>
            </w:r>
          </w:p>
        </w:tc>
      </w:tr>
      <w:tr w:rsidR="00194F39" w14:paraId="088FC34F" w14:textId="77777777">
        <w:trPr>
          <w:cantSplit/>
        </w:trPr>
        <w:tc>
          <w:tcPr>
            <w:tcW w:w="0" w:type="auto"/>
            <w:shd w:val="clear" w:color="auto" w:fill="F2F2F2"/>
          </w:tcPr>
          <w:p w14:paraId="11922320" w14:textId="77777777" w:rsidR="00194F39" w:rsidRDefault="003D0394">
            <w:r>
              <w:t>УПК № 2 «ЦМК»</w:t>
            </w:r>
          </w:p>
        </w:tc>
        <w:tc>
          <w:tcPr>
            <w:tcW w:w="0" w:type="auto"/>
            <w:shd w:val="clear" w:color="auto" w:fill="FFFFFF"/>
          </w:tcPr>
          <w:p w14:paraId="2E5A379A" w14:textId="77777777" w:rsidR="00194F39" w:rsidRDefault="003D0394">
            <w:r>
              <w:t>каменный уголь</w:t>
            </w:r>
          </w:p>
        </w:tc>
        <w:tc>
          <w:tcPr>
            <w:tcW w:w="0" w:type="auto"/>
            <w:shd w:val="clear" w:color="auto" w:fill="FFFFFF"/>
          </w:tcPr>
          <w:p w14:paraId="5613D288" w14:textId="77777777" w:rsidR="00194F39" w:rsidRDefault="003D0394">
            <w:r>
              <w:t>природный газ</w:t>
            </w:r>
          </w:p>
        </w:tc>
        <w:tc>
          <w:tcPr>
            <w:tcW w:w="0" w:type="auto"/>
            <w:shd w:val="clear" w:color="auto" w:fill="FFFFFF"/>
          </w:tcPr>
          <w:p w14:paraId="51807F1A" w14:textId="77777777" w:rsidR="00194F39" w:rsidRDefault="003D0394">
            <w:r>
              <w:t>2035</w:t>
            </w:r>
          </w:p>
        </w:tc>
        <w:tc>
          <w:tcPr>
            <w:tcW w:w="0" w:type="auto"/>
            <w:shd w:val="clear" w:color="auto" w:fill="FFFFFF"/>
          </w:tcPr>
          <w:p w14:paraId="4998DE2A" w14:textId="77777777" w:rsidR="00194F39" w:rsidRDefault="003D0394">
            <w:r>
              <w:t>установленная мощность не изменяется</w:t>
            </w:r>
          </w:p>
        </w:tc>
      </w:tr>
      <w:tr w:rsidR="00194F39" w14:paraId="46711DA0" w14:textId="77777777">
        <w:trPr>
          <w:cantSplit/>
        </w:trPr>
        <w:tc>
          <w:tcPr>
            <w:tcW w:w="0" w:type="auto"/>
            <w:shd w:val="clear" w:color="auto" w:fill="F2F2F2"/>
          </w:tcPr>
          <w:p w14:paraId="0E445D35" w14:textId="77777777" w:rsidR="00194F39" w:rsidRDefault="003D0394">
            <w:r>
              <w:t>УПК № 9 «ГРЭ»</w:t>
            </w:r>
          </w:p>
        </w:tc>
        <w:tc>
          <w:tcPr>
            <w:tcW w:w="0" w:type="auto"/>
            <w:shd w:val="clear" w:color="auto" w:fill="FFFFFF"/>
          </w:tcPr>
          <w:p w14:paraId="6FB873DF" w14:textId="77777777" w:rsidR="00194F39" w:rsidRDefault="003D0394">
            <w:r>
              <w:t>каменный уголь</w:t>
            </w:r>
          </w:p>
        </w:tc>
        <w:tc>
          <w:tcPr>
            <w:tcW w:w="0" w:type="auto"/>
            <w:shd w:val="clear" w:color="auto" w:fill="FFFFFF"/>
          </w:tcPr>
          <w:p w14:paraId="12422601" w14:textId="77777777" w:rsidR="00194F39" w:rsidRDefault="003D0394">
            <w:r>
              <w:t>природный газ</w:t>
            </w:r>
          </w:p>
        </w:tc>
        <w:tc>
          <w:tcPr>
            <w:tcW w:w="0" w:type="auto"/>
            <w:shd w:val="clear" w:color="auto" w:fill="FFFFFF"/>
          </w:tcPr>
          <w:p w14:paraId="0EB8AEBC" w14:textId="77777777" w:rsidR="00194F39" w:rsidRDefault="003D0394">
            <w:r>
              <w:t>2035</w:t>
            </w:r>
          </w:p>
        </w:tc>
        <w:tc>
          <w:tcPr>
            <w:tcW w:w="0" w:type="auto"/>
            <w:shd w:val="clear" w:color="auto" w:fill="FFFFFF"/>
          </w:tcPr>
          <w:p w14:paraId="5E1428E1" w14:textId="77777777" w:rsidR="00194F39" w:rsidRDefault="003D0394">
            <w:r>
              <w:t>установленная мощность не изменяется</w:t>
            </w:r>
          </w:p>
        </w:tc>
      </w:tr>
      <w:tr w:rsidR="00194F39" w14:paraId="2537A03E" w14:textId="77777777">
        <w:trPr>
          <w:cantSplit/>
        </w:trPr>
        <w:tc>
          <w:tcPr>
            <w:tcW w:w="0" w:type="auto"/>
            <w:shd w:val="clear" w:color="auto" w:fill="F2F2F2"/>
          </w:tcPr>
          <w:p w14:paraId="7C8A4D73" w14:textId="77777777" w:rsidR="00194F39" w:rsidRDefault="003D0394">
            <w:r>
              <w:t>УПК № 5 «Новый Шерегеш»</w:t>
            </w:r>
          </w:p>
        </w:tc>
        <w:tc>
          <w:tcPr>
            <w:tcW w:w="0" w:type="auto"/>
            <w:shd w:val="clear" w:color="auto" w:fill="FFFFFF"/>
          </w:tcPr>
          <w:p w14:paraId="60CA3C2C" w14:textId="77777777" w:rsidR="00194F39" w:rsidRDefault="003D0394">
            <w:r>
              <w:t>каменный уголь</w:t>
            </w:r>
          </w:p>
        </w:tc>
        <w:tc>
          <w:tcPr>
            <w:tcW w:w="0" w:type="auto"/>
            <w:shd w:val="clear" w:color="auto" w:fill="FFFFFF"/>
          </w:tcPr>
          <w:p w14:paraId="49734684" w14:textId="77777777" w:rsidR="00194F39" w:rsidRDefault="003D0394">
            <w:r>
              <w:t>природный газ</w:t>
            </w:r>
          </w:p>
        </w:tc>
        <w:tc>
          <w:tcPr>
            <w:tcW w:w="0" w:type="auto"/>
            <w:shd w:val="clear" w:color="auto" w:fill="FFFFFF"/>
          </w:tcPr>
          <w:p w14:paraId="66650A52" w14:textId="77777777" w:rsidR="00194F39" w:rsidRDefault="003D0394">
            <w:r>
              <w:t>подлежит уточнению</w:t>
            </w:r>
          </w:p>
        </w:tc>
        <w:tc>
          <w:tcPr>
            <w:tcW w:w="0" w:type="auto"/>
            <w:shd w:val="clear" w:color="auto" w:fill="FFFFFF"/>
          </w:tcPr>
          <w:p w14:paraId="4D49D9DC" w14:textId="77777777" w:rsidR="00194F39" w:rsidRDefault="003D0394">
            <w:r>
              <w:t>установленная мощность не изменяется</w:t>
            </w:r>
          </w:p>
        </w:tc>
      </w:tr>
      <w:tr w:rsidR="00194F39" w14:paraId="39028ADB" w14:textId="77777777">
        <w:trPr>
          <w:cantSplit/>
        </w:trPr>
        <w:tc>
          <w:tcPr>
            <w:tcW w:w="0" w:type="auto"/>
            <w:shd w:val="clear" w:color="auto" w:fill="F2F2F2"/>
          </w:tcPr>
          <w:p w14:paraId="620B43C3" w14:textId="77777777" w:rsidR="00194F39" w:rsidRDefault="003D0394">
            <w:r>
              <w:t>УПК № 6 «Старый Шерегеш»</w:t>
            </w:r>
          </w:p>
        </w:tc>
        <w:tc>
          <w:tcPr>
            <w:tcW w:w="0" w:type="auto"/>
            <w:shd w:val="clear" w:color="auto" w:fill="FFFFFF"/>
          </w:tcPr>
          <w:p w14:paraId="6533767D" w14:textId="77777777" w:rsidR="00194F39" w:rsidRDefault="003D0394">
            <w:r>
              <w:t>каменный уголь</w:t>
            </w:r>
          </w:p>
        </w:tc>
        <w:tc>
          <w:tcPr>
            <w:tcW w:w="0" w:type="auto"/>
            <w:shd w:val="clear" w:color="auto" w:fill="FFFFFF"/>
          </w:tcPr>
          <w:p w14:paraId="025593C6" w14:textId="77777777" w:rsidR="00194F39" w:rsidRDefault="003D0394">
            <w:r>
              <w:t>природный газ</w:t>
            </w:r>
          </w:p>
        </w:tc>
        <w:tc>
          <w:tcPr>
            <w:tcW w:w="0" w:type="auto"/>
            <w:shd w:val="clear" w:color="auto" w:fill="FFFFFF"/>
          </w:tcPr>
          <w:p w14:paraId="2812B7CC" w14:textId="77777777" w:rsidR="00194F39" w:rsidRDefault="003D0394">
            <w:r>
              <w:t>подлежит уточнению</w:t>
            </w:r>
          </w:p>
        </w:tc>
        <w:tc>
          <w:tcPr>
            <w:tcW w:w="0" w:type="auto"/>
            <w:shd w:val="clear" w:color="auto" w:fill="FFFFFF"/>
          </w:tcPr>
          <w:p w14:paraId="7121CEAC" w14:textId="77777777" w:rsidR="00194F39" w:rsidRDefault="003D0394">
            <w:r>
              <w:t>установленная мощность не изменяется</w:t>
            </w:r>
          </w:p>
        </w:tc>
      </w:tr>
      <w:tr w:rsidR="00194F39" w14:paraId="5EEEF394" w14:textId="77777777">
        <w:trPr>
          <w:cantSplit/>
        </w:trPr>
        <w:tc>
          <w:tcPr>
            <w:tcW w:w="0" w:type="auto"/>
            <w:shd w:val="clear" w:color="auto" w:fill="F2F2F2"/>
          </w:tcPr>
          <w:p w14:paraId="3195BC77" w14:textId="77777777" w:rsidR="00194F39" w:rsidRDefault="003D0394">
            <w:r>
              <w:t>УПК № 7 «Каз»</w:t>
            </w:r>
          </w:p>
        </w:tc>
        <w:tc>
          <w:tcPr>
            <w:tcW w:w="0" w:type="auto"/>
            <w:shd w:val="clear" w:color="auto" w:fill="FFFFFF"/>
          </w:tcPr>
          <w:p w14:paraId="586BF0F4" w14:textId="77777777" w:rsidR="00194F39" w:rsidRDefault="003D0394">
            <w:r>
              <w:t>каменный уголь</w:t>
            </w:r>
          </w:p>
        </w:tc>
        <w:tc>
          <w:tcPr>
            <w:tcW w:w="0" w:type="auto"/>
            <w:shd w:val="clear" w:color="auto" w:fill="FFFFFF"/>
          </w:tcPr>
          <w:p w14:paraId="4007A4AC" w14:textId="77777777" w:rsidR="00194F39" w:rsidRDefault="003D0394">
            <w:r>
              <w:t>природный газ</w:t>
            </w:r>
          </w:p>
        </w:tc>
        <w:tc>
          <w:tcPr>
            <w:tcW w:w="0" w:type="auto"/>
            <w:shd w:val="clear" w:color="auto" w:fill="FFFFFF"/>
          </w:tcPr>
          <w:p w14:paraId="004520C5" w14:textId="77777777" w:rsidR="00194F39" w:rsidRDefault="003D0394">
            <w:r>
              <w:t>2034</w:t>
            </w:r>
          </w:p>
        </w:tc>
        <w:tc>
          <w:tcPr>
            <w:tcW w:w="0" w:type="auto"/>
            <w:shd w:val="clear" w:color="auto" w:fill="FFFFFF"/>
          </w:tcPr>
          <w:p w14:paraId="7706E793" w14:textId="77777777" w:rsidR="00194F39" w:rsidRDefault="003D0394">
            <w:r>
              <w:t>установленная мощность не изменяется</w:t>
            </w:r>
          </w:p>
        </w:tc>
      </w:tr>
      <w:tr w:rsidR="00194F39" w14:paraId="1FD6E331" w14:textId="77777777">
        <w:trPr>
          <w:cantSplit/>
        </w:trPr>
        <w:tc>
          <w:tcPr>
            <w:tcW w:w="0" w:type="auto"/>
            <w:shd w:val="clear" w:color="auto" w:fill="F2F2F2"/>
          </w:tcPr>
          <w:p w14:paraId="100362B0" w14:textId="77777777" w:rsidR="00194F39" w:rsidRDefault="003D0394">
            <w:r>
              <w:t>УПК № 8 «Мундыбаш»</w:t>
            </w:r>
          </w:p>
        </w:tc>
        <w:tc>
          <w:tcPr>
            <w:tcW w:w="0" w:type="auto"/>
            <w:shd w:val="clear" w:color="auto" w:fill="FFFFFF"/>
          </w:tcPr>
          <w:p w14:paraId="6CEDBF52" w14:textId="77777777" w:rsidR="00194F39" w:rsidRDefault="003D0394">
            <w:r>
              <w:t>каменный уголь</w:t>
            </w:r>
          </w:p>
        </w:tc>
        <w:tc>
          <w:tcPr>
            <w:tcW w:w="0" w:type="auto"/>
            <w:shd w:val="clear" w:color="auto" w:fill="FFFFFF"/>
          </w:tcPr>
          <w:p w14:paraId="77D18E45" w14:textId="77777777" w:rsidR="00194F39" w:rsidRDefault="003D0394">
            <w:r>
              <w:t>природный газ</w:t>
            </w:r>
          </w:p>
        </w:tc>
        <w:tc>
          <w:tcPr>
            <w:tcW w:w="0" w:type="auto"/>
            <w:shd w:val="clear" w:color="auto" w:fill="FFFFFF"/>
          </w:tcPr>
          <w:p w14:paraId="3D4BD30B" w14:textId="77777777" w:rsidR="00194F39" w:rsidRDefault="003D0394">
            <w:r>
              <w:t>2034</w:t>
            </w:r>
          </w:p>
        </w:tc>
        <w:tc>
          <w:tcPr>
            <w:tcW w:w="0" w:type="auto"/>
            <w:shd w:val="clear" w:color="auto" w:fill="FFFFFF"/>
          </w:tcPr>
          <w:p w14:paraId="20EC2F14" w14:textId="77777777" w:rsidR="00194F39" w:rsidRDefault="003D0394">
            <w:r>
              <w:t>установленная мощность не изменяется</w:t>
            </w:r>
          </w:p>
        </w:tc>
      </w:tr>
      <w:tr w:rsidR="00194F39" w14:paraId="4D4E1E64" w14:textId="77777777">
        <w:trPr>
          <w:cantSplit/>
        </w:trPr>
        <w:tc>
          <w:tcPr>
            <w:tcW w:w="0" w:type="auto"/>
            <w:shd w:val="clear" w:color="auto" w:fill="F2F2F2"/>
          </w:tcPr>
          <w:p w14:paraId="11D688E0" w14:textId="77777777" w:rsidR="00194F39" w:rsidRDefault="003D0394">
            <w:r>
              <w:t>УПК № 10 «Темир-Тау»</w:t>
            </w:r>
          </w:p>
        </w:tc>
        <w:tc>
          <w:tcPr>
            <w:tcW w:w="0" w:type="auto"/>
            <w:shd w:val="clear" w:color="auto" w:fill="FFFFFF"/>
          </w:tcPr>
          <w:p w14:paraId="6E4DA415" w14:textId="77777777" w:rsidR="00194F39" w:rsidRDefault="003D0394">
            <w:r>
              <w:t>каменный уголь</w:t>
            </w:r>
          </w:p>
        </w:tc>
        <w:tc>
          <w:tcPr>
            <w:tcW w:w="0" w:type="auto"/>
            <w:shd w:val="clear" w:color="auto" w:fill="FFFFFF"/>
          </w:tcPr>
          <w:p w14:paraId="339CA800" w14:textId="77777777" w:rsidR="00194F39" w:rsidRDefault="003D0394">
            <w:r>
              <w:t>природный газ</w:t>
            </w:r>
          </w:p>
        </w:tc>
        <w:tc>
          <w:tcPr>
            <w:tcW w:w="0" w:type="auto"/>
            <w:shd w:val="clear" w:color="auto" w:fill="FFFFFF"/>
          </w:tcPr>
          <w:p w14:paraId="1BE5D0E8" w14:textId="77777777" w:rsidR="00194F39" w:rsidRDefault="003D0394">
            <w:r>
              <w:t>2034</w:t>
            </w:r>
          </w:p>
        </w:tc>
        <w:tc>
          <w:tcPr>
            <w:tcW w:w="0" w:type="auto"/>
            <w:shd w:val="clear" w:color="auto" w:fill="FFFFFF"/>
          </w:tcPr>
          <w:p w14:paraId="5A8C2401" w14:textId="77777777" w:rsidR="00194F39" w:rsidRDefault="003D0394">
            <w:r>
              <w:t>установленная мощность не изменяется</w:t>
            </w:r>
          </w:p>
        </w:tc>
      </w:tr>
      <w:tr w:rsidR="00194F39" w14:paraId="7AE75654" w14:textId="77777777">
        <w:trPr>
          <w:cantSplit/>
        </w:trPr>
        <w:tc>
          <w:tcPr>
            <w:tcW w:w="0" w:type="auto"/>
            <w:shd w:val="clear" w:color="auto" w:fill="F2F2F2"/>
          </w:tcPr>
          <w:p w14:paraId="48F0CEF9" w14:textId="77777777" w:rsidR="00194F39" w:rsidRDefault="003D0394">
            <w:r>
              <w:t>УПК № 3 «Спасск»</w:t>
            </w:r>
          </w:p>
        </w:tc>
        <w:tc>
          <w:tcPr>
            <w:tcW w:w="0" w:type="auto"/>
            <w:shd w:val="clear" w:color="auto" w:fill="FFFFFF"/>
          </w:tcPr>
          <w:p w14:paraId="59410ED5" w14:textId="77777777" w:rsidR="00194F39" w:rsidRDefault="003D0394">
            <w:r>
              <w:t>каменный уголь</w:t>
            </w:r>
          </w:p>
        </w:tc>
        <w:tc>
          <w:tcPr>
            <w:tcW w:w="0" w:type="auto"/>
            <w:shd w:val="clear" w:color="auto" w:fill="FFFFFF"/>
          </w:tcPr>
          <w:p w14:paraId="2FE2DC31" w14:textId="77777777" w:rsidR="00194F39" w:rsidRDefault="003D0394">
            <w:r>
              <w:t>природный газ</w:t>
            </w:r>
          </w:p>
        </w:tc>
        <w:tc>
          <w:tcPr>
            <w:tcW w:w="0" w:type="auto"/>
            <w:shd w:val="clear" w:color="auto" w:fill="FFFFFF"/>
          </w:tcPr>
          <w:p w14:paraId="2D262356" w14:textId="77777777" w:rsidR="00194F39" w:rsidRDefault="003D0394">
            <w:r>
              <w:t>2035</w:t>
            </w:r>
          </w:p>
        </w:tc>
        <w:tc>
          <w:tcPr>
            <w:tcW w:w="0" w:type="auto"/>
            <w:shd w:val="clear" w:color="auto" w:fill="FFFFFF"/>
          </w:tcPr>
          <w:p w14:paraId="2B26646C" w14:textId="77777777" w:rsidR="00194F39" w:rsidRDefault="003D0394">
            <w:r>
              <w:t>установленная мощность не изменяется</w:t>
            </w:r>
          </w:p>
        </w:tc>
      </w:tr>
    </w:tbl>
    <w:p w14:paraId="17E7BF37" w14:textId="77777777" w:rsidR="00194F39" w:rsidRPr="00844B84" w:rsidRDefault="003D0394">
      <w:pPr>
        <w:rPr>
          <w:lang w:val="ru-RU"/>
        </w:rPr>
      </w:pPr>
      <w:r w:rsidRPr="00844B84">
        <w:rPr>
          <w:lang w:val="ru-RU"/>
        </w:rPr>
        <w:t>Утверждается перевод всех десяти источников на природный газ. Перевод на природный газ установленную тепловую мощность источников не изменяет и самостоятельным решением вопросов надёжности, водоподготовки и горячего водоснабжения не является.</w:t>
      </w:r>
    </w:p>
    <w:p w14:paraId="309F6DA2" w14:textId="77777777" w:rsidR="004F333E" w:rsidRPr="00844B84" w:rsidRDefault="00886ADF">
      <w:pPr>
        <w:pStyle w:val="21"/>
        <w:rPr>
          <w:lang w:val="ru-RU"/>
        </w:rPr>
      </w:pPr>
      <w:bookmarkStart w:id="86" w:name="_Toc238017285"/>
      <w:r w:rsidRPr="00844B84">
        <w:rPr>
          <w:lang w:val="ru-RU"/>
        </w:rPr>
        <w:t>8.3. Утверждаемые топливные балансы</w:t>
      </w:r>
      <w:bookmarkEnd w:id="86"/>
    </w:p>
    <w:p w14:paraId="6F3DB2B8" w14:textId="77777777" w:rsidR="004F333E" w:rsidRPr="000C24CF" w:rsidRDefault="00886ADF">
      <w:pPr>
        <w:rPr>
          <w:b/>
          <w:bCs/>
          <w:lang w:val="ru-RU"/>
        </w:rPr>
      </w:pPr>
      <w:r w:rsidRPr="000C24CF">
        <w:rPr>
          <w:b/>
          <w:bCs/>
          <w:lang w:val="ru-RU"/>
        </w:rPr>
        <w:t>Таблица 8.4 — Расход топлива по источникам тепловой энергии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101"/>
        <w:gridCol w:w="2128"/>
        <w:gridCol w:w="2010"/>
        <w:gridCol w:w="2243"/>
        <w:gridCol w:w="2007"/>
      </w:tblGrid>
      <w:tr w:rsidR="004F333E" w:rsidRPr="004D1FEB" w14:paraId="04C603B0" w14:textId="77777777">
        <w:trPr>
          <w:cantSplit/>
          <w:tblHeader/>
        </w:trPr>
        <w:tc>
          <w:tcPr>
            <w:tcW w:w="0" w:type="auto"/>
            <w:shd w:val="clear" w:color="auto" w:fill="E2F0D9"/>
          </w:tcPr>
          <w:p w14:paraId="2CFE3900" w14:textId="77777777" w:rsidR="004F333E" w:rsidRDefault="00886ADF">
            <w:pPr>
              <w:jc w:val="center"/>
            </w:pPr>
            <w:r>
              <w:rPr>
                <w:b/>
              </w:rPr>
              <w:t>Источник</w:t>
            </w:r>
          </w:p>
        </w:tc>
        <w:tc>
          <w:tcPr>
            <w:tcW w:w="0" w:type="auto"/>
            <w:shd w:val="clear" w:color="auto" w:fill="E2F0D9"/>
          </w:tcPr>
          <w:p w14:paraId="2FDD8E17" w14:textId="77777777" w:rsidR="004F333E" w:rsidRPr="00844B84" w:rsidRDefault="00886ADF">
            <w:pPr>
              <w:jc w:val="center"/>
              <w:rPr>
                <w:lang w:val="ru-RU"/>
              </w:rPr>
            </w:pPr>
            <w:r w:rsidRPr="00844B84">
              <w:rPr>
                <w:b/>
                <w:lang w:val="ru-RU"/>
              </w:rPr>
              <w:t>Отпуск тепловой энергии, Гкал/год</w:t>
            </w:r>
          </w:p>
        </w:tc>
        <w:tc>
          <w:tcPr>
            <w:tcW w:w="0" w:type="auto"/>
            <w:shd w:val="clear" w:color="auto" w:fill="E2F0D9"/>
          </w:tcPr>
          <w:p w14:paraId="61A0E112" w14:textId="77777777" w:rsidR="004F333E" w:rsidRPr="00844B84" w:rsidRDefault="00886ADF">
            <w:pPr>
              <w:jc w:val="center"/>
              <w:rPr>
                <w:lang w:val="ru-RU"/>
              </w:rPr>
            </w:pPr>
            <w:r w:rsidRPr="00844B84">
              <w:rPr>
                <w:b/>
                <w:lang w:val="ru-RU"/>
              </w:rPr>
              <w:t>Расход каменного угля, тыс. т</w:t>
            </w:r>
          </w:p>
        </w:tc>
        <w:tc>
          <w:tcPr>
            <w:tcW w:w="0" w:type="auto"/>
            <w:shd w:val="clear" w:color="auto" w:fill="E2F0D9"/>
          </w:tcPr>
          <w:p w14:paraId="73E74BC6" w14:textId="77777777" w:rsidR="004F333E" w:rsidRPr="00844B84" w:rsidRDefault="00886ADF">
            <w:pPr>
              <w:jc w:val="center"/>
              <w:rPr>
                <w:lang w:val="ru-RU"/>
              </w:rPr>
            </w:pPr>
            <w:r w:rsidRPr="00844B84">
              <w:rPr>
                <w:b/>
                <w:lang w:val="ru-RU"/>
              </w:rPr>
              <w:t>Расход условного топлива, тыс. т у.т.</w:t>
            </w:r>
          </w:p>
        </w:tc>
        <w:tc>
          <w:tcPr>
            <w:tcW w:w="0" w:type="auto"/>
            <w:shd w:val="clear" w:color="auto" w:fill="E2F0D9"/>
          </w:tcPr>
          <w:p w14:paraId="0B52DBC6" w14:textId="77777777" w:rsidR="004F333E" w:rsidRPr="00844B84" w:rsidRDefault="00886ADF">
            <w:pPr>
              <w:jc w:val="center"/>
              <w:rPr>
                <w:lang w:val="ru-RU"/>
              </w:rPr>
            </w:pPr>
            <w:r w:rsidRPr="00844B84">
              <w:rPr>
                <w:b/>
                <w:lang w:val="ru-RU"/>
              </w:rPr>
              <w:t>Удельный расход, кг у.т./Гкал</w:t>
            </w:r>
          </w:p>
        </w:tc>
      </w:tr>
      <w:tr w:rsidR="004F333E" w14:paraId="3BE8FC45" w14:textId="77777777">
        <w:trPr>
          <w:cantSplit/>
        </w:trPr>
        <w:tc>
          <w:tcPr>
            <w:tcW w:w="0" w:type="auto"/>
            <w:shd w:val="clear" w:color="auto" w:fill="F2F2F2"/>
          </w:tcPr>
          <w:p w14:paraId="3B8838BA" w14:textId="77777777" w:rsidR="004F333E" w:rsidRDefault="00886ADF">
            <w:r>
              <w:t>УПК № 1 «Таштагол»</w:t>
            </w:r>
          </w:p>
        </w:tc>
        <w:tc>
          <w:tcPr>
            <w:tcW w:w="0" w:type="auto"/>
            <w:shd w:val="clear" w:color="auto" w:fill="FFFFFF"/>
          </w:tcPr>
          <w:p w14:paraId="73F4FD7A" w14:textId="77777777" w:rsidR="004F333E" w:rsidRDefault="00886ADF">
            <w:r>
              <w:t>215 899</w:t>
            </w:r>
          </w:p>
        </w:tc>
        <w:tc>
          <w:tcPr>
            <w:tcW w:w="0" w:type="auto"/>
            <w:shd w:val="clear" w:color="auto" w:fill="FFFFFF"/>
          </w:tcPr>
          <w:p w14:paraId="18AD1D38" w14:textId="77777777" w:rsidR="004F333E" w:rsidRDefault="00886ADF">
            <w:r>
              <w:t>50,168</w:t>
            </w:r>
          </w:p>
        </w:tc>
        <w:tc>
          <w:tcPr>
            <w:tcW w:w="0" w:type="auto"/>
            <w:shd w:val="clear" w:color="auto" w:fill="FFFFFF"/>
          </w:tcPr>
          <w:p w14:paraId="4446B666" w14:textId="77777777" w:rsidR="004F333E" w:rsidRDefault="00886ADF">
            <w:r>
              <w:t>40,851</w:t>
            </w:r>
          </w:p>
        </w:tc>
        <w:tc>
          <w:tcPr>
            <w:tcW w:w="0" w:type="auto"/>
            <w:shd w:val="clear" w:color="auto" w:fill="FFFFFF"/>
          </w:tcPr>
          <w:p w14:paraId="67D044B7" w14:textId="77777777" w:rsidR="004F333E" w:rsidRDefault="00886ADF">
            <w:r>
              <w:t>189,21</w:t>
            </w:r>
          </w:p>
        </w:tc>
      </w:tr>
      <w:tr w:rsidR="004F333E" w14:paraId="273E585D" w14:textId="77777777">
        <w:trPr>
          <w:cantSplit/>
        </w:trPr>
        <w:tc>
          <w:tcPr>
            <w:tcW w:w="0" w:type="auto"/>
            <w:shd w:val="clear" w:color="auto" w:fill="F2F2F2"/>
          </w:tcPr>
          <w:p w14:paraId="7422AA18" w14:textId="77777777" w:rsidR="004F333E" w:rsidRDefault="00886ADF">
            <w:r>
              <w:t>УПК № 2 «Шалым»</w:t>
            </w:r>
          </w:p>
        </w:tc>
        <w:tc>
          <w:tcPr>
            <w:tcW w:w="0" w:type="auto"/>
            <w:shd w:val="clear" w:color="auto" w:fill="FFFFFF"/>
          </w:tcPr>
          <w:p w14:paraId="70E46269" w14:textId="77777777" w:rsidR="004F333E" w:rsidRDefault="00886ADF">
            <w:r>
              <w:t>12 329</w:t>
            </w:r>
          </w:p>
        </w:tc>
        <w:tc>
          <w:tcPr>
            <w:tcW w:w="0" w:type="auto"/>
            <w:shd w:val="clear" w:color="auto" w:fill="FFFFFF"/>
          </w:tcPr>
          <w:p w14:paraId="04A0548D" w14:textId="77777777" w:rsidR="004F333E" w:rsidRDefault="00886ADF">
            <w:r>
              <w:t>3,174</w:t>
            </w:r>
          </w:p>
        </w:tc>
        <w:tc>
          <w:tcPr>
            <w:tcW w:w="0" w:type="auto"/>
            <w:shd w:val="clear" w:color="auto" w:fill="FFFFFF"/>
          </w:tcPr>
          <w:p w14:paraId="15D8692F" w14:textId="77777777" w:rsidR="004F333E" w:rsidRDefault="00886ADF">
            <w:r>
              <w:t>2,333</w:t>
            </w:r>
          </w:p>
        </w:tc>
        <w:tc>
          <w:tcPr>
            <w:tcW w:w="0" w:type="auto"/>
            <w:shd w:val="clear" w:color="auto" w:fill="FFFFFF"/>
          </w:tcPr>
          <w:p w14:paraId="2A480040" w14:textId="77777777" w:rsidR="004F333E" w:rsidRDefault="00886ADF">
            <w:r>
              <w:t>189,21</w:t>
            </w:r>
          </w:p>
        </w:tc>
      </w:tr>
      <w:tr w:rsidR="004F333E" w14:paraId="0591C42D" w14:textId="77777777">
        <w:trPr>
          <w:cantSplit/>
        </w:trPr>
        <w:tc>
          <w:tcPr>
            <w:tcW w:w="0" w:type="auto"/>
            <w:shd w:val="clear" w:color="auto" w:fill="F2F2F2"/>
          </w:tcPr>
          <w:p w14:paraId="1DD0BBB5" w14:textId="77777777" w:rsidR="004F333E" w:rsidRDefault="00886ADF">
            <w:r>
              <w:t>УПК № 2 «ЦМК»</w:t>
            </w:r>
          </w:p>
        </w:tc>
        <w:tc>
          <w:tcPr>
            <w:tcW w:w="0" w:type="auto"/>
            <w:shd w:val="clear" w:color="auto" w:fill="FFFFFF"/>
          </w:tcPr>
          <w:p w14:paraId="6BBDD303" w14:textId="77777777" w:rsidR="004F333E" w:rsidRDefault="00886ADF">
            <w:r>
              <w:t>4 900</w:t>
            </w:r>
          </w:p>
        </w:tc>
        <w:tc>
          <w:tcPr>
            <w:tcW w:w="0" w:type="auto"/>
            <w:shd w:val="clear" w:color="auto" w:fill="FFFFFF"/>
          </w:tcPr>
          <w:p w14:paraId="6C550622" w14:textId="77777777" w:rsidR="004F333E" w:rsidRDefault="00886ADF">
            <w:r>
              <w:t>1,261</w:t>
            </w:r>
          </w:p>
        </w:tc>
        <w:tc>
          <w:tcPr>
            <w:tcW w:w="0" w:type="auto"/>
            <w:shd w:val="clear" w:color="auto" w:fill="FFFFFF"/>
          </w:tcPr>
          <w:p w14:paraId="14D943DC" w14:textId="77777777" w:rsidR="004F333E" w:rsidRDefault="00886ADF">
            <w:r>
              <w:t>0,927</w:t>
            </w:r>
          </w:p>
        </w:tc>
        <w:tc>
          <w:tcPr>
            <w:tcW w:w="0" w:type="auto"/>
            <w:shd w:val="clear" w:color="auto" w:fill="FFFFFF"/>
          </w:tcPr>
          <w:p w14:paraId="6E0D0BFC" w14:textId="77777777" w:rsidR="004F333E" w:rsidRDefault="00886ADF">
            <w:r>
              <w:t>189,21</w:t>
            </w:r>
          </w:p>
        </w:tc>
      </w:tr>
      <w:tr w:rsidR="004F333E" w14:paraId="0661D5BF" w14:textId="77777777">
        <w:trPr>
          <w:cantSplit/>
        </w:trPr>
        <w:tc>
          <w:tcPr>
            <w:tcW w:w="0" w:type="auto"/>
            <w:shd w:val="clear" w:color="auto" w:fill="F2F2F2"/>
          </w:tcPr>
          <w:p w14:paraId="441FAF1D" w14:textId="77777777" w:rsidR="004F333E" w:rsidRDefault="00886ADF">
            <w:r>
              <w:t>УПК № 9 «ГРЭ»</w:t>
            </w:r>
          </w:p>
        </w:tc>
        <w:tc>
          <w:tcPr>
            <w:tcW w:w="0" w:type="auto"/>
            <w:shd w:val="clear" w:color="auto" w:fill="FFFFFF"/>
          </w:tcPr>
          <w:p w14:paraId="0E8DD14B" w14:textId="77777777" w:rsidR="004F333E" w:rsidRDefault="00886ADF">
            <w:r>
              <w:t>1 289</w:t>
            </w:r>
          </w:p>
        </w:tc>
        <w:tc>
          <w:tcPr>
            <w:tcW w:w="0" w:type="auto"/>
            <w:shd w:val="clear" w:color="auto" w:fill="FFFFFF"/>
          </w:tcPr>
          <w:p w14:paraId="71A2D0FB" w14:textId="77777777" w:rsidR="004F333E" w:rsidRDefault="00886ADF">
            <w:r>
              <w:t>0,300</w:t>
            </w:r>
          </w:p>
        </w:tc>
        <w:tc>
          <w:tcPr>
            <w:tcW w:w="0" w:type="auto"/>
            <w:shd w:val="clear" w:color="auto" w:fill="FFFFFF"/>
          </w:tcPr>
          <w:p w14:paraId="0E3829DE" w14:textId="77777777" w:rsidR="004F333E" w:rsidRDefault="00886ADF">
            <w:r>
              <w:t>0,244</w:t>
            </w:r>
          </w:p>
        </w:tc>
        <w:tc>
          <w:tcPr>
            <w:tcW w:w="0" w:type="auto"/>
            <w:shd w:val="clear" w:color="auto" w:fill="FFFFFF"/>
          </w:tcPr>
          <w:p w14:paraId="1BAAE6B8" w14:textId="77777777" w:rsidR="004F333E" w:rsidRDefault="00886ADF">
            <w:r>
              <w:t>189,21</w:t>
            </w:r>
          </w:p>
        </w:tc>
      </w:tr>
      <w:tr w:rsidR="004F333E" w14:paraId="110D66EF" w14:textId="77777777">
        <w:trPr>
          <w:cantSplit/>
        </w:trPr>
        <w:tc>
          <w:tcPr>
            <w:tcW w:w="0" w:type="auto"/>
            <w:shd w:val="clear" w:color="auto" w:fill="F2F2F2"/>
          </w:tcPr>
          <w:p w14:paraId="7251BD00" w14:textId="77777777" w:rsidR="004F333E" w:rsidRDefault="00886ADF">
            <w:r>
              <w:t>УПК № 5 «Новый Шерегеш»</w:t>
            </w:r>
          </w:p>
        </w:tc>
        <w:tc>
          <w:tcPr>
            <w:tcW w:w="0" w:type="auto"/>
            <w:shd w:val="clear" w:color="auto" w:fill="FFFFFF"/>
          </w:tcPr>
          <w:p w14:paraId="44CCA72E" w14:textId="77777777" w:rsidR="004F333E" w:rsidRDefault="00886ADF">
            <w:r>
              <w:t>263 537</w:t>
            </w:r>
          </w:p>
        </w:tc>
        <w:tc>
          <w:tcPr>
            <w:tcW w:w="0" w:type="auto"/>
            <w:shd w:val="clear" w:color="auto" w:fill="FFFFFF"/>
          </w:tcPr>
          <w:p w14:paraId="7A36650D" w14:textId="77777777" w:rsidR="004F333E" w:rsidRDefault="00886ADF">
            <w:r>
              <w:t>67,844</w:t>
            </w:r>
          </w:p>
        </w:tc>
        <w:tc>
          <w:tcPr>
            <w:tcW w:w="0" w:type="auto"/>
            <w:shd w:val="clear" w:color="auto" w:fill="FFFFFF"/>
          </w:tcPr>
          <w:p w14:paraId="13CF9FA8" w14:textId="77777777" w:rsidR="004F333E" w:rsidRDefault="00886ADF">
            <w:r>
              <w:t>49,865</w:t>
            </w:r>
          </w:p>
        </w:tc>
        <w:tc>
          <w:tcPr>
            <w:tcW w:w="0" w:type="auto"/>
            <w:shd w:val="clear" w:color="auto" w:fill="FFFFFF"/>
          </w:tcPr>
          <w:p w14:paraId="1F2CB44B" w14:textId="77777777" w:rsidR="004F333E" w:rsidRDefault="00886ADF">
            <w:r>
              <w:t>189,21</w:t>
            </w:r>
          </w:p>
        </w:tc>
      </w:tr>
      <w:tr w:rsidR="004F333E" w14:paraId="6FC603EB" w14:textId="77777777">
        <w:trPr>
          <w:cantSplit/>
        </w:trPr>
        <w:tc>
          <w:tcPr>
            <w:tcW w:w="0" w:type="auto"/>
            <w:shd w:val="clear" w:color="auto" w:fill="F2F2F2"/>
          </w:tcPr>
          <w:p w14:paraId="4A328F74" w14:textId="77777777" w:rsidR="004F333E" w:rsidRDefault="00886ADF">
            <w:r>
              <w:t>УПК № 6 «Старый Шерегеш»</w:t>
            </w:r>
          </w:p>
        </w:tc>
        <w:tc>
          <w:tcPr>
            <w:tcW w:w="0" w:type="auto"/>
            <w:shd w:val="clear" w:color="auto" w:fill="FFFFFF"/>
          </w:tcPr>
          <w:p w14:paraId="10B62A90" w14:textId="77777777" w:rsidR="004F333E" w:rsidRDefault="00886ADF">
            <w:r>
              <w:t>10 264</w:t>
            </w:r>
          </w:p>
        </w:tc>
        <w:tc>
          <w:tcPr>
            <w:tcW w:w="0" w:type="auto"/>
            <w:shd w:val="clear" w:color="auto" w:fill="FFFFFF"/>
          </w:tcPr>
          <w:p w14:paraId="378B8C7D" w14:textId="77777777" w:rsidR="004F333E" w:rsidRDefault="00886ADF">
            <w:r>
              <w:t>2,642</w:t>
            </w:r>
          </w:p>
        </w:tc>
        <w:tc>
          <w:tcPr>
            <w:tcW w:w="0" w:type="auto"/>
            <w:shd w:val="clear" w:color="auto" w:fill="FFFFFF"/>
          </w:tcPr>
          <w:p w14:paraId="7F995765" w14:textId="77777777" w:rsidR="004F333E" w:rsidRDefault="00886ADF">
            <w:r>
              <w:t>1,942</w:t>
            </w:r>
          </w:p>
        </w:tc>
        <w:tc>
          <w:tcPr>
            <w:tcW w:w="0" w:type="auto"/>
            <w:shd w:val="clear" w:color="auto" w:fill="FFFFFF"/>
          </w:tcPr>
          <w:p w14:paraId="38BAC28A" w14:textId="77777777" w:rsidR="004F333E" w:rsidRDefault="00886ADF">
            <w:r>
              <w:t>189,21</w:t>
            </w:r>
          </w:p>
        </w:tc>
      </w:tr>
      <w:tr w:rsidR="004F333E" w14:paraId="6A3C0D93" w14:textId="77777777">
        <w:trPr>
          <w:cantSplit/>
        </w:trPr>
        <w:tc>
          <w:tcPr>
            <w:tcW w:w="0" w:type="auto"/>
            <w:shd w:val="clear" w:color="auto" w:fill="F2F2F2"/>
          </w:tcPr>
          <w:p w14:paraId="1A913BC5" w14:textId="77777777" w:rsidR="004F333E" w:rsidRDefault="00886ADF">
            <w:r>
              <w:t>УПК № 7 «Каз»</w:t>
            </w:r>
          </w:p>
        </w:tc>
        <w:tc>
          <w:tcPr>
            <w:tcW w:w="0" w:type="auto"/>
            <w:shd w:val="clear" w:color="auto" w:fill="FFFFFF"/>
          </w:tcPr>
          <w:p w14:paraId="50AEAF89" w14:textId="77777777" w:rsidR="004F333E" w:rsidRDefault="00886ADF">
            <w:r>
              <w:t>51 266</w:t>
            </w:r>
          </w:p>
        </w:tc>
        <w:tc>
          <w:tcPr>
            <w:tcW w:w="0" w:type="auto"/>
            <w:shd w:val="clear" w:color="auto" w:fill="FFFFFF"/>
          </w:tcPr>
          <w:p w14:paraId="5890F2BC" w14:textId="77777777" w:rsidR="004F333E" w:rsidRDefault="00886ADF">
            <w:r>
              <w:t>13,198</w:t>
            </w:r>
          </w:p>
        </w:tc>
        <w:tc>
          <w:tcPr>
            <w:tcW w:w="0" w:type="auto"/>
            <w:shd w:val="clear" w:color="auto" w:fill="FFFFFF"/>
          </w:tcPr>
          <w:p w14:paraId="4BBCF994" w14:textId="77777777" w:rsidR="004F333E" w:rsidRDefault="00886ADF">
            <w:r>
              <w:t>9,700</w:t>
            </w:r>
          </w:p>
        </w:tc>
        <w:tc>
          <w:tcPr>
            <w:tcW w:w="0" w:type="auto"/>
            <w:shd w:val="clear" w:color="auto" w:fill="FFFFFF"/>
          </w:tcPr>
          <w:p w14:paraId="2BBF7018" w14:textId="77777777" w:rsidR="004F333E" w:rsidRDefault="00886ADF">
            <w:r>
              <w:t>189,21</w:t>
            </w:r>
          </w:p>
        </w:tc>
      </w:tr>
      <w:tr w:rsidR="004F333E" w14:paraId="31624CD6" w14:textId="77777777">
        <w:trPr>
          <w:cantSplit/>
        </w:trPr>
        <w:tc>
          <w:tcPr>
            <w:tcW w:w="0" w:type="auto"/>
            <w:shd w:val="clear" w:color="auto" w:fill="F2F2F2"/>
          </w:tcPr>
          <w:p w14:paraId="1CE1BDD6" w14:textId="77777777" w:rsidR="004F333E" w:rsidRDefault="00886ADF">
            <w:r>
              <w:t>УПК № 8 «Мундыбаш»</w:t>
            </w:r>
          </w:p>
        </w:tc>
        <w:tc>
          <w:tcPr>
            <w:tcW w:w="0" w:type="auto"/>
            <w:shd w:val="clear" w:color="auto" w:fill="FFFFFF"/>
          </w:tcPr>
          <w:p w14:paraId="1B3C70C5" w14:textId="77777777" w:rsidR="004F333E" w:rsidRDefault="00886ADF">
            <w:r>
              <w:t>21 409</w:t>
            </w:r>
          </w:p>
        </w:tc>
        <w:tc>
          <w:tcPr>
            <w:tcW w:w="0" w:type="auto"/>
            <w:shd w:val="clear" w:color="auto" w:fill="FFFFFF"/>
          </w:tcPr>
          <w:p w14:paraId="78BEE79E" w14:textId="77777777" w:rsidR="004F333E" w:rsidRDefault="00886ADF">
            <w:r>
              <w:t>5,511</w:t>
            </w:r>
          </w:p>
        </w:tc>
        <w:tc>
          <w:tcPr>
            <w:tcW w:w="0" w:type="auto"/>
            <w:shd w:val="clear" w:color="auto" w:fill="FFFFFF"/>
          </w:tcPr>
          <w:p w14:paraId="4EC87F20" w14:textId="77777777" w:rsidR="004F333E" w:rsidRDefault="00886ADF">
            <w:r>
              <w:t>4,051</w:t>
            </w:r>
          </w:p>
        </w:tc>
        <w:tc>
          <w:tcPr>
            <w:tcW w:w="0" w:type="auto"/>
            <w:shd w:val="clear" w:color="auto" w:fill="FFFFFF"/>
          </w:tcPr>
          <w:p w14:paraId="7CC1C9A9" w14:textId="77777777" w:rsidR="004F333E" w:rsidRDefault="00886ADF">
            <w:r>
              <w:t>189,21</w:t>
            </w:r>
          </w:p>
        </w:tc>
      </w:tr>
      <w:tr w:rsidR="004F333E" w14:paraId="6EF9ACBF" w14:textId="77777777">
        <w:trPr>
          <w:cantSplit/>
        </w:trPr>
        <w:tc>
          <w:tcPr>
            <w:tcW w:w="0" w:type="auto"/>
            <w:shd w:val="clear" w:color="auto" w:fill="F2F2F2"/>
          </w:tcPr>
          <w:p w14:paraId="232A6BB6" w14:textId="77777777" w:rsidR="004F333E" w:rsidRDefault="00886ADF">
            <w:r>
              <w:t>УПК № 10 «Темир-Тау»</w:t>
            </w:r>
          </w:p>
        </w:tc>
        <w:tc>
          <w:tcPr>
            <w:tcW w:w="0" w:type="auto"/>
            <w:shd w:val="clear" w:color="auto" w:fill="FFFFFF"/>
          </w:tcPr>
          <w:p w14:paraId="2D72E0E9" w14:textId="77777777" w:rsidR="004F333E" w:rsidRDefault="00886ADF">
            <w:r>
              <w:t>22 347</w:t>
            </w:r>
          </w:p>
        </w:tc>
        <w:tc>
          <w:tcPr>
            <w:tcW w:w="0" w:type="auto"/>
            <w:shd w:val="clear" w:color="auto" w:fill="FFFFFF"/>
          </w:tcPr>
          <w:p w14:paraId="2B2B2289" w14:textId="77777777" w:rsidR="004F333E" w:rsidRDefault="00886ADF">
            <w:r>
              <w:t>5,753</w:t>
            </w:r>
          </w:p>
        </w:tc>
        <w:tc>
          <w:tcPr>
            <w:tcW w:w="0" w:type="auto"/>
            <w:shd w:val="clear" w:color="auto" w:fill="FFFFFF"/>
          </w:tcPr>
          <w:p w14:paraId="30D8BE15" w14:textId="77777777" w:rsidR="004F333E" w:rsidRDefault="00886ADF">
            <w:r>
              <w:t>4,228</w:t>
            </w:r>
          </w:p>
        </w:tc>
        <w:tc>
          <w:tcPr>
            <w:tcW w:w="0" w:type="auto"/>
            <w:shd w:val="clear" w:color="auto" w:fill="FFFFFF"/>
          </w:tcPr>
          <w:p w14:paraId="0600FD14" w14:textId="77777777" w:rsidR="004F333E" w:rsidRDefault="00886ADF">
            <w:r>
              <w:t>189,21</w:t>
            </w:r>
          </w:p>
        </w:tc>
      </w:tr>
      <w:tr w:rsidR="004F333E" w14:paraId="3E0D9253" w14:textId="77777777">
        <w:trPr>
          <w:cantSplit/>
        </w:trPr>
        <w:tc>
          <w:tcPr>
            <w:tcW w:w="0" w:type="auto"/>
            <w:shd w:val="clear" w:color="auto" w:fill="F2F2F2"/>
          </w:tcPr>
          <w:p w14:paraId="7B651C56" w14:textId="77777777" w:rsidR="004F333E" w:rsidRDefault="00886ADF">
            <w:r>
              <w:t>УПК № 3 «Спасск»</w:t>
            </w:r>
          </w:p>
        </w:tc>
        <w:tc>
          <w:tcPr>
            <w:tcW w:w="0" w:type="auto"/>
            <w:shd w:val="clear" w:color="auto" w:fill="FFFFFF"/>
          </w:tcPr>
          <w:p w14:paraId="70FD004E" w14:textId="77777777" w:rsidR="004F333E" w:rsidRDefault="00886ADF">
            <w:r>
              <w:t>3 186</w:t>
            </w:r>
          </w:p>
        </w:tc>
        <w:tc>
          <w:tcPr>
            <w:tcW w:w="0" w:type="auto"/>
            <w:shd w:val="clear" w:color="auto" w:fill="FFFFFF"/>
          </w:tcPr>
          <w:p w14:paraId="3501B449" w14:textId="77777777" w:rsidR="004F333E" w:rsidRDefault="00886ADF">
            <w:r>
              <w:t>0,740</w:t>
            </w:r>
          </w:p>
        </w:tc>
        <w:tc>
          <w:tcPr>
            <w:tcW w:w="0" w:type="auto"/>
            <w:shd w:val="clear" w:color="auto" w:fill="FFFFFF"/>
          </w:tcPr>
          <w:p w14:paraId="1D6E296A" w14:textId="77777777" w:rsidR="004F333E" w:rsidRDefault="00886ADF">
            <w:r>
              <w:t>0,603</w:t>
            </w:r>
          </w:p>
        </w:tc>
        <w:tc>
          <w:tcPr>
            <w:tcW w:w="0" w:type="auto"/>
            <w:shd w:val="clear" w:color="auto" w:fill="FFFFFF"/>
          </w:tcPr>
          <w:p w14:paraId="263799A2" w14:textId="77777777" w:rsidR="004F333E" w:rsidRDefault="00886ADF">
            <w:r>
              <w:t>189,21</w:t>
            </w:r>
          </w:p>
        </w:tc>
      </w:tr>
      <w:tr w:rsidR="004F333E" w14:paraId="617C4DA0" w14:textId="77777777">
        <w:trPr>
          <w:cantSplit/>
        </w:trPr>
        <w:tc>
          <w:tcPr>
            <w:tcW w:w="0" w:type="auto"/>
            <w:shd w:val="clear" w:color="auto" w:fill="DBE5F1"/>
          </w:tcPr>
          <w:p w14:paraId="29B35604" w14:textId="77777777" w:rsidR="004F333E" w:rsidRDefault="00886ADF">
            <w:r>
              <w:rPr>
                <w:b/>
              </w:rPr>
              <w:t>Итого</w:t>
            </w:r>
          </w:p>
        </w:tc>
        <w:tc>
          <w:tcPr>
            <w:tcW w:w="0" w:type="auto"/>
            <w:shd w:val="clear" w:color="auto" w:fill="DBE5F1"/>
          </w:tcPr>
          <w:p w14:paraId="5FF7A574" w14:textId="77777777" w:rsidR="004F333E" w:rsidRDefault="00886ADF">
            <w:r>
              <w:rPr>
                <w:b/>
              </w:rPr>
              <w:t>—</w:t>
            </w:r>
          </w:p>
        </w:tc>
        <w:tc>
          <w:tcPr>
            <w:tcW w:w="0" w:type="auto"/>
            <w:shd w:val="clear" w:color="auto" w:fill="DBE5F1"/>
          </w:tcPr>
          <w:p w14:paraId="3A93305A" w14:textId="77777777" w:rsidR="004F333E" w:rsidRDefault="00886ADF">
            <w:r>
              <w:rPr>
                <w:b/>
              </w:rPr>
              <w:t>150,592</w:t>
            </w:r>
          </w:p>
        </w:tc>
        <w:tc>
          <w:tcPr>
            <w:tcW w:w="0" w:type="auto"/>
            <w:shd w:val="clear" w:color="auto" w:fill="DBE5F1"/>
          </w:tcPr>
          <w:p w14:paraId="3BB2C509" w14:textId="77777777" w:rsidR="004F333E" w:rsidRDefault="00886ADF">
            <w:r>
              <w:rPr>
                <w:b/>
              </w:rPr>
              <w:t>114,745</w:t>
            </w:r>
          </w:p>
        </w:tc>
        <w:tc>
          <w:tcPr>
            <w:tcW w:w="0" w:type="auto"/>
            <w:shd w:val="clear" w:color="auto" w:fill="DBE5F1"/>
          </w:tcPr>
          <w:p w14:paraId="543DCA07" w14:textId="77777777" w:rsidR="004F333E" w:rsidRDefault="00886ADF">
            <w:r>
              <w:rPr>
                <w:b/>
              </w:rPr>
              <w:t>—</w:t>
            </w:r>
          </w:p>
        </w:tc>
      </w:tr>
    </w:tbl>
    <w:p w14:paraId="78BAE038" w14:textId="77777777" w:rsidR="004F333E" w:rsidRPr="00844B84" w:rsidRDefault="00886ADF">
      <w:pPr>
        <w:rPr>
          <w:lang w:val="ru-RU"/>
        </w:rPr>
      </w:pPr>
      <w:r w:rsidRPr="00844B84">
        <w:rPr>
          <w:lang w:val="ru-RU"/>
        </w:rPr>
        <w:t>Утверждается вид основного топлива — каменный уголь Кузнецкого бассейна — на период до перевода источников на природный газ. Нормативы создания запасов топлива утверждены и приведены в обосновывающих материалах.</w:t>
      </w:r>
    </w:p>
    <w:p w14:paraId="3438B02B" w14:textId="77777777" w:rsidR="006C72FB" w:rsidRPr="00844B84" w:rsidRDefault="0084102B">
      <w:pPr>
        <w:pStyle w:val="21"/>
        <w:rPr>
          <w:lang w:val="ru-RU"/>
        </w:rPr>
      </w:pPr>
      <w:bookmarkStart w:id="87" w:name="_Toc238017286"/>
      <w:r w:rsidRPr="00844B84">
        <w:rPr>
          <w:lang w:val="ru-RU"/>
        </w:rPr>
        <w:t>8.4. Утверждаемые нормативы создания запасов топлива</w:t>
      </w:r>
      <w:bookmarkEnd w:id="87"/>
    </w:p>
    <w:p w14:paraId="7DCB23C8" w14:textId="77777777" w:rsidR="006C72FB" w:rsidRPr="00844B84" w:rsidRDefault="0084102B">
      <w:pPr>
        <w:rPr>
          <w:lang w:val="ru-RU"/>
        </w:rPr>
      </w:pPr>
      <w:r w:rsidRPr="00844B84">
        <w:rPr>
          <w:lang w:val="ru-RU"/>
        </w:rPr>
        <w:t>Утверждаются нормативы создания запасов основного вида топлива по каждому источнику тепловой энергии. Резервное топливо на источниках округа не применяется: в качестве основного и резервного используется каменный уголь.</w:t>
      </w:r>
    </w:p>
    <w:p w14:paraId="75289867" w14:textId="77777777" w:rsidR="006C72FB" w:rsidRPr="000C24CF" w:rsidRDefault="0084102B">
      <w:pPr>
        <w:rPr>
          <w:b/>
          <w:bCs/>
          <w:lang w:val="ru-RU"/>
        </w:rPr>
      </w:pPr>
      <w:r w:rsidRPr="000C24CF">
        <w:rPr>
          <w:b/>
          <w:bCs/>
          <w:lang w:val="ru-RU"/>
        </w:rPr>
        <w:t>Таблица 8.5 — Нормативы запаса топлива, тыс. т</w:t>
      </w: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710"/>
        <w:gridCol w:w="1899"/>
        <w:gridCol w:w="2639"/>
        <w:gridCol w:w="3231"/>
      </w:tblGrid>
      <w:tr w:rsidR="000772B4" w14:paraId="243A84FA" w14:textId="77777777">
        <w:trPr>
          <w:cantSplit/>
          <w:tblHeader/>
          <w:jc w:val="center"/>
        </w:trPr>
        <w:tc>
          <w:tcPr>
            <w:tcW w:w="0" w:type="auto"/>
            <w:shd w:val="clear" w:color="auto" w:fill="E2F0D9"/>
          </w:tcPr>
          <w:p w14:paraId="316BA539" w14:textId="77777777" w:rsidR="0084102B" w:rsidRDefault="0084102B">
            <w:pPr>
              <w:jc w:val="center"/>
            </w:pPr>
            <w:r>
              <w:rPr>
                <w:b/>
              </w:rPr>
              <w:t>Источник</w:t>
            </w:r>
          </w:p>
        </w:tc>
        <w:tc>
          <w:tcPr>
            <w:tcW w:w="0" w:type="auto"/>
            <w:shd w:val="clear" w:color="auto" w:fill="E2F0D9"/>
          </w:tcPr>
          <w:p w14:paraId="09AE54A7" w14:textId="77777777" w:rsidR="0084102B" w:rsidRDefault="0084102B">
            <w:pPr>
              <w:jc w:val="center"/>
            </w:pPr>
            <w:r>
              <w:rPr>
                <w:b/>
              </w:rPr>
              <w:t>Общий норматив</w:t>
            </w:r>
          </w:p>
        </w:tc>
        <w:tc>
          <w:tcPr>
            <w:tcW w:w="0" w:type="auto"/>
            <w:shd w:val="clear" w:color="auto" w:fill="E2F0D9"/>
          </w:tcPr>
          <w:p w14:paraId="7FF22F14" w14:textId="77777777" w:rsidR="0084102B" w:rsidRDefault="0084102B">
            <w:pPr>
              <w:jc w:val="center"/>
            </w:pPr>
            <w:r>
              <w:rPr>
                <w:b/>
              </w:rPr>
              <w:t>Неснижаемый норматив</w:t>
            </w:r>
          </w:p>
        </w:tc>
        <w:tc>
          <w:tcPr>
            <w:tcW w:w="0" w:type="auto"/>
            <w:shd w:val="clear" w:color="auto" w:fill="E2F0D9"/>
          </w:tcPr>
          <w:p w14:paraId="09051D1D" w14:textId="77777777" w:rsidR="0084102B" w:rsidRDefault="0084102B">
            <w:pPr>
              <w:jc w:val="center"/>
            </w:pPr>
            <w:r>
              <w:rPr>
                <w:b/>
              </w:rPr>
              <w:t>Эксплуатационный норматив</w:t>
            </w:r>
          </w:p>
        </w:tc>
      </w:tr>
      <w:tr w:rsidR="000772B4" w14:paraId="60DA98B1" w14:textId="77777777">
        <w:trPr>
          <w:cantSplit/>
          <w:jc w:val="center"/>
        </w:trPr>
        <w:tc>
          <w:tcPr>
            <w:tcW w:w="0" w:type="auto"/>
          </w:tcPr>
          <w:p w14:paraId="740C416F" w14:textId="77777777" w:rsidR="0084102B" w:rsidRDefault="0084102B">
            <w:r>
              <w:t>УПК № 1 Таштагол</w:t>
            </w:r>
          </w:p>
        </w:tc>
        <w:tc>
          <w:tcPr>
            <w:tcW w:w="0" w:type="auto"/>
          </w:tcPr>
          <w:p w14:paraId="15373EA1" w14:textId="77777777" w:rsidR="0084102B" w:rsidRDefault="0084102B">
            <w:pPr>
              <w:jc w:val="center"/>
            </w:pPr>
            <w:r>
              <w:t>18,878</w:t>
            </w:r>
          </w:p>
        </w:tc>
        <w:tc>
          <w:tcPr>
            <w:tcW w:w="0" w:type="auto"/>
          </w:tcPr>
          <w:p w14:paraId="036A7158" w14:textId="77777777" w:rsidR="0084102B" w:rsidRDefault="0084102B">
            <w:pPr>
              <w:jc w:val="center"/>
            </w:pPr>
            <w:r>
              <w:t>2,846</w:t>
            </w:r>
          </w:p>
        </w:tc>
        <w:tc>
          <w:tcPr>
            <w:tcW w:w="0" w:type="auto"/>
          </w:tcPr>
          <w:p w14:paraId="258B020E" w14:textId="77777777" w:rsidR="0084102B" w:rsidRDefault="0084102B">
            <w:pPr>
              <w:jc w:val="center"/>
            </w:pPr>
            <w:r>
              <w:t>16,032</w:t>
            </w:r>
          </w:p>
        </w:tc>
      </w:tr>
      <w:tr w:rsidR="000772B4" w14:paraId="790787AC" w14:textId="77777777">
        <w:trPr>
          <w:cantSplit/>
          <w:jc w:val="center"/>
        </w:trPr>
        <w:tc>
          <w:tcPr>
            <w:tcW w:w="0" w:type="auto"/>
          </w:tcPr>
          <w:p w14:paraId="3D20B4B0" w14:textId="77777777" w:rsidR="0084102B" w:rsidRDefault="0084102B">
            <w:r>
              <w:t>УПК № 5 Новый Шерегеш</w:t>
            </w:r>
          </w:p>
        </w:tc>
        <w:tc>
          <w:tcPr>
            <w:tcW w:w="0" w:type="auto"/>
          </w:tcPr>
          <w:p w14:paraId="2AC09D7A" w14:textId="77777777" w:rsidR="0084102B" w:rsidRDefault="0084102B">
            <w:pPr>
              <w:jc w:val="center"/>
            </w:pPr>
            <w:r>
              <w:t>12,044</w:t>
            </w:r>
          </w:p>
        </w:tc>
        <w:tc>
          <w:tcPr>
            <w:tcW w:w="0" w:type="auto"/>
          </w:tcPr>
          <w:p w14:paraId="3A662D7C" w14:textId="77777777" w:rsidR="0084102B" w:rsidRDefault="0084102B">
            <w:pPr>
              <w:jc w:val="center"/>
            </w:pPr>
            <w:r>
              <w:t>1,635</w:t>
            </w:r>
          </w:p>
        </w:tc>
        <w:tc>
          <w:tcPr>
            <w:tcW w:w="0" w:type="auto"/>
          </w:tcPr>
          <w:p w14:paraId="7CEBB18E" w14:textId="77777777" w:rsidR="0084102B" w:rsidRDefault="0084102B">
            <w:pPr>
              <w:jc w:val="center"/>
            </w:pPr>
            <w:r>
              <w:t>10,409</w:t>
            </w:r>
          </w:p>
        </w:tc>
      </w:tr>
      <w:tr w:rsidR="000772B4" w14:paraId="6B559FA9" w14:textId="77777777">
        <w:trPr>
          <w:cantSplit/>
          <w:jc w:val="center"/>
        </w:trPr>
        <w:tc>
          <w:tcPr>
            <w:tcW w:w="0" w:type="auto"/>
          </w:tcPr>
          <w:p w14:paraId="30ECD1B0" w14:textId="77777777" w:rsidR="0084102B" w:rsidRDefault="0084102B">
            <w:r>
              <w:t>УПК № 7 Каз</w:t>
            </w:r>
          </w:p>
        </w:tc>
        <w:tc>
          <w:tcPr>
            <w:tcW w:w="0" w:type="auto"/>
          </w:tcPr>
          <w:p w14:paraId="08351EB0" w14:textId="77777777" w:rsidR="0084102B" w:rsidRDefault="0084102B">
            <w:pPr>
              <w:jc w:val="center"/>
            </w:pPr>
            <w:r>
              <w:t>5,997</w:t>
            </w:r>
          </w:p>
        </w:tc>
        <w:tc>
          <w:tcPr>
            <w:tcW w:w="0" w:type="auto"/>
          </w:tcPr>
          <w:p w14:paraId="78E6FFEE" w14:textId="77777777" w:rsidR="0084102B" w:rsidRDefault="0084102B">
            <w:pPr>
              <w:jc w:val="center"/>
            </w:pPr>
            <w:r>
              <w:t>0,792</w:t>
            </w:r>
          </w:p>
        </w:tc>
        <w:tc>
          <w:tcPr>
            <w:tcW w:w="0" w:type="auto"/>
          </w:tcPr>
          <w:p w14:paraId="50F53DED" w14:textId="77777777" w:rsidR="0084102B" w:rsidRDefault="0084102B">
            <w:pPr>
              <w:jc w:val="center"/>
            </w:pPr>
            <w:r>
              <w:t>5,205</w:t>
            </w:r>
          </w:p>
        </w:tc>
      </w:tr>
      <w:tr w:rsidR="000772B4" w14:paraId="05946065" w14:textId="77777777">
        <w:trPr>
          <w:cantSplit/>
          <w:jc w:val="center"/>
        </w:trPr>
        <w:tc>
          <w:tcPr>
            <w:tcW w:w="0" w:type="auto"/>
          </w:tcPr>
          <w:p w14:paraId="4EDB0C2E" w14:textId="77777777" w:rsidR="0084102B" w:rsidRDefault="0084102B">
            <w:r>
              <w:t>УПК № 10 Темир-Тау</w:t>
            </w:r>
          </w:p>
        </w:tc>
        <w:tc>
          <w:tcPr>
            <w:tcW w:w="0" w:type="auto"/>
          </w:tcPr>
          <w:p w14:paraId="446F2F3B" w14:textId="77777777" w:rsidR="0084102B" w:rsidRDefault="0084102B">
            <w:pPr>
              <w:jc w:val="center"/>
            </w:pPr>
            <w:r>
              <w:t>2,197</w:t>
            </w:r>
          </w:p>
        </w:tc>
        <w:tc>
          <w:tcPr>
            <w:tcW w:w="0" w:type="auto"/>
          </w:tcPr>
          <w:p w14:paraId="7873C133" w14:textId="77777777" w:rsidR="0084102B" w:rsidRDefault="0084102B">
            <w:pPr>
              <w:jc w:val="center"/>
            </w:pPr>
            <w:r>
              <w:t>0,296</w:t>
            </w:r>
          </w:p>
        </w:tc>
        <w:tc>
          <w:tcPr>
            <w:tcW w:w="0" w:type="auto"/>
          </w:tcPr>
          <w:p w14:paraId="0BC7A868" w14:textId="77777777" w:rsidR="0084102B" w:rsidRDefault="0084102B">
            <w:pPr>
              <w:jc w:val="center"/>
            </w:pPr>
            <w:r>
              <w:t>1,901</w:t>
            </w:r>
          </w:p>
        </w:tc>
      </w:tr>
      <w:tr w:rsidR="000772B4" w14:paraId="10E47249" w14:textId="77777777">
        <w:trPr>
          <w:cantSplit/>
          <w:jc w:val="center"/>
        </w:trPr>
        <w:tc>
          <w:tcPr>
            <w:tcW w:w="0" w:type="auto"/>
          </w:tcPr>
          <w:p w14:paraId="2842C887" w14:textId="77777777" w:rsidR="0084102B" w:rsidRDefault="0084102B">
            <w:r>
              <w:t>УПК № 8 Мундыбаш</w:t>
            </w:r>
          </w:p>
        </w:tc>
        <w:tc>
          <w:tcPr>
            <w:tcW w:w="0" w:type="auto"/>
          </w:tcPr>
          <w:p w14:paraId="2513A19C" w14:textId="77777777" w:rsidR="0084102B" w:rsidRDefault="0084102B">
            <w:pPr>
              <w:jc w:val="center"/>
            </w:pPr>
            <w:r>
              <w:t>1,884</w:t>
            </w:r>
          </w:p>
        </w:tc>
        <w:tc>
          <w:tcPr>
            <w:tcW w:w="0" w:type="auto"/>
          </w:tcPr>
          <w:p w14:paraId="7D2BAAD8" w14:textId="77777777" w:rsidR="0084102B" w:rsidRDefault="0084102B">
            <w:pPr>
              <w:jc w:val="center"/>
            </w:pPr>
            <w:r>
              <w:t>0,242</w:t>
            </w:r>
          </w:p>
        </w:tc>
        <w:tc>
          <w:tcPr>
            <w:tcW w:w="0" w:type="auto"/>
          </w:tcPr>
          <w:p w14:paraId="0F46241F" w14:textId="77777777" w:rsidR="0084102B" w:rsidRDefault="0084102B">
            <w:pPr>
              <w:jc w:val="center"/>
            </w:pPr>
            <w:r>
              <w:t>1,642</w:t>
            </w:r>
          </w:p>
        </w:tc>
      </w:tr>
      <w:tr w:rsidR="000772B4" w14:paraId="13BA82CC" w14:textId="77777777">
        <w:trPr>
          <w:cantSplit/>
          <w:jc w:val="center"/>
        </w:trPr>
        <w:tc>
          <w:tcPr>
            <w:tcW w:w="0" w:type="auto"/>
          </w:tcPr>
          <w:p w14:paraId="270116C4" w14:textId="77777777" w:rsidR="0084102B" w:rsidRDefault="0084102B">
            <w:r>
              <w:t>УПК № 2 Шалым</w:t>
            </w:r>
          </w:p>
        </w:tc>
        <w:tc>
          <w:tcPr>
            <w:tcW w:w="0" w:type="auto"/>
          </w:tcPr>
          <w:p w14:paraId="6FD3122D" w14:textId="77777777" w:rsidR="0084102B" w:rsidRDefault="0084102B">
            <w:pPr>
              <w:jc w:val="center"/>
            </w:pPr>
            <w:r>
              <w:t>1,297</w:t>
            </w:r>
          </w:p>
        </w:tc>
        <w:tc>
          <w:tcPr>
            <w:tcW w:w="0" w:type="auto"/>
          </w:tcPr>
          <w:p w14:paraId="0F6D324D" w14:textId="77777777" w:rsidR="0084102B" w:rsidRDefault="0084102B">
            <w:pPr>
              <w:jc w:val="center"/>
            </w:pPr>
            <w:r>
              <w:t>0,187</w:t>
            </w:r>
          </w:p>
        </w:tc>
        <w:tc>
          <w:tcPr>
            <w:tcW w:w="0" w:type="auto"/>
          </w:tcPr>
          <w:p w14:paraId="6B2F6174" w14:textId="77777777" w:rsidR="0084102B" w:rsidRDefault="0084102B">
            <w:pPr>
              <w:jc w:val="center"/>
            </w:pPr>
            <w:r>
              <w:t>1,110</w:t>
            </w:r>
          </w:p>
        </w:tc>
      </w:tr>
      <w:tr w:rsidR="000772B4" w14:paraId="7D9308C9" w14:textId="77777777">
        <w:trPr>
          <w:cantSplit/>
          <w:jc w:val="center"/>
        </w:trPr>
        <w:tc>
          <w:tcPr>
            <w:tcW w:w="0" w:type="auto"/>
          </w:tcPr>
          <w:p w14:paraId="75389610" w14:textId="77777777" w:rsidR="0084102B" w:rsidRDefault="0084102B">
            <w:r>
              <w:t>УПК № 2 ЦМК</w:t>
            </w:r>
          </w:p>
        </w:tc>
        <w:tc>
          <w:tcPr>
            <w:tcW w:w="0" w:type="auto"/>
          </w:tcPr>
          <w:p w14:paraId="16E1C85E" w14:textId="77777777" w:rsidR="0084102B" w:rsidRDefault="0084102B">
            <w:pPr>
              <w:jc w:val="center"/>
            </w:pPr>
            <w:r>
              <w:t>0,575</w:t>
            </w:r>
          </w:p>
        </w:tc>
        <w:tc>
          <w:tcPr>
            <w:tcW w:w="0" w:type="auto"/>
          </w:tcPr>
          <w:p w14:paraId="6ED08EFE" w14:textId="77777777" w:rsidR="0084102B" w:rsidRDefault="0084102B">
            <w:pPr>
              <w:jc w:val="center"/>
            </w:pPr>
            <w:r>
              <w:t>0,080</w:t>
            </w:r>
          </w:p>
        </w:tc>
        <w:tc>
          <w:tcPr>
            <w:tcW w:w="0" w:type="auto"/>
          </w:tcPr>
          <w:p w14:paraId="520AA61A" w14:textId="77777777" w:rsidR="0084102B" w:rsidRDefault="0084102B">
            <w:pPr>
              <w:jc w:val="center"/>
            </w:pPr>
            <w:r>
              <w:t>0,495</w:t>
            </w:r>
          </w:p>
        </w:tc>
      </w:tr>
      <w:tr w:rsidR="000772B4" w14:paraId="3B858F59" w14:textId="77777777">
        <w:trPr>
          <w:cantSplit/>
          <w:jc w:val="center"/>
        </w:trPr>
        <w:tc>
          <w:tcPr>
            <w:tcW w:w="0" w:type="auto"/>
          </w:tcPr>
          <w:p w14:paraId="0CC502F4" w14:textId="77777777" w:rsidR="0084102B" w:rsidRDefault="0084102B">
            <w:r>
              <w:t>УПК № 3 Спасск</w:t>
            </w:r>
          </w:p>
        </w:tc>
        <w:tc>
          <w:tcPr>
            <w:tcW w:w="0" w:type="auto"/>
          </w:tcPr>
          <w:p w14:paraId="7D0F0EE6" w14:textId="77777777" w:rsidR="0084102B" w:rsidRDefault="0084102B">
            <w:pPr>
              <w:jc w:val="center"/>
            </w:pPr>
            <w:r>
              <w:t>0,301</w:t>
            </w:r>
          </w:p>
        </w:tc>
        <w:tc>
          <w:tcPr>
            <w:tcW w:w="0" w:type="auto"/>
          </w:tcPr>
          <w:p w14:paraId="45BB799A" w14:textId="77777777" w:rsidR="0084102B" w:rsidRDefault="0084102B">
            <w:pPr>
              <w:jc w:val="center"/>
            </w:pPr>
            <w:r>
              <w:t>0,042</w:t>
            </w:r>
          </w:p>
        </w:tc>
        <w:tc>
          <w:tcPr>
            <w:tcW w:w="0" w:type="auto"/>
          </w:tcPr>
          <w:p w14:paraId="4434E016" w14:textId="77777777" w:rsidR="0084102B" w:rsidRDefault="0084102B">
            <w:pPr>
              <w:jc w:val="center"/>
            </w:pPr>
            <w:r>
              <w:t>0,259</w:t>
            </w:r>
          </w:p>
        </w:tc>
      </w:tr>
      <w:tr w:rsidR="000772B4" w14:paraId="7CC27850" w14:textId="77777777">
        <w:trPr>
          <w:cantSplit/>
          <w:jc w:val="center"/>
        </w:trPr>
        <w:tc>
          <w:tcPr>
            <w:tcW w:w="0" w:type="auto"/>
          </w:tcPr>
          <w:p w14:paraId="0DD91DA1" w14:textId="77777777" w:rsidR="0084102B" w:rsidRDefault="0084102B">
            <w:r>
              <w:t>УПК № 9 ГРЭ</w:t>
            </w:r>
          </w:p>
        </w:tc>
        <w:tc>
          <w:tcPr>
            <w:tcW w:w="0" w:type="auto"/>
          </w:tcPr>
          <w:p w14:paraId="5D526A3A" w14:textId="77777777" w:rsidR="0084102B" w:rsidRDefault="0084102B">
            <w:pPr>
              <w:jc w:val="center"/>
            </w:pPr>
            <w:r>
              <w:t>0</w:t>
            </w:r>
          </w:p>
        </w:tc>
        <w:tc>
          <w:tcPr>
            <w:tcW w:w="0" w:type="auto"/>
          </w:tcPr>
          <w:p w14:paraId="3DC20A83" w14:textId="77777777" w:rsidR="0084102B" w:rsidRDefault="0084102B">
            <w:pPr>
              <w:jc w:val="center"/>
            </w:pPr>
            <w:r>
              <w:t>0</w:t>
            </w:r>
          </w:p>
        </w:tc>
        <w:tc>
          <w:tcPr>
            <w:tcW w:w="0" w:type="auto"/>
          </w:tcPr>
          <w:p w14:paraId="581A1C74" w14:textId="77777777" w:rsidR="0084102B" w:rsidRDefault="0084102B">
            <w:pPr>
              <w:jc w:val="center"/>
            </w:pPr>
            <w:r>
              <w:t>0</w:t>
            </w:r>
          </w:p>
        </w:tc>
      </w:tr>
      <w:tr w:rsidR="000772B4" w14:paraId="3061860E" w14:textId="77777777">
        <w:trPr>
          <w:cantSplit/>
          <w:jc w:val="center"/>
        </w:trPr>
        <w:tc>
          <w:tcPr>
            <w:tcW w:w="0" w:type="auto"/>
          </w:tcPr>
          <w:p w14:paraId="4B8E7DA9" w14:textId="77777777" w:rsidR="0084102B" w:rsidRDefault="0084102B">
            <w:r>
              <w:t>УПК № 6 Старый Шерегеш</w:t>
            </w:r>
          </w:p>
        </w:tc>
        <w:tc>
          <w:tcPr>
            <w:tcW w:w="0" w:type="auto"/>
          </w:tcPr>
          <w:p w14:paraId="3477AC1D" w14:textId="77777777" w:rsidR="0084102B" w:rsidRDefault="0084102B">
            <w:pPr>
              <w:jc w:val="center"/>
            </w:pPr>
            <w:r>
              <w:t>не раскрыт</w:t>
            </w:r>
          </w:p>
        </w:tc>
        <w:tc>
          <w:tcPr>
            <w:tcW w:w="0" w:type="auto"/>
          </w:tcPr>
          <w:p w14:paraId="6E12A7B4" w14:textId="77777777" w:rsidR="0084102B" w:rsidRDefault="0084102B">
            <w:pPr>
              <w:jc w:val="center"/>
            </w:pPr>
            <w:r>
              <w:t>—</w:t>
            </w:r>
          </w:p>
        </w:tc>
        <w:tc>
          <w:tcPr>
            <w:tcW w:w="0" w:type="auto"/>
          </w:tcPr>
          <w:p w14:paraId="5CB8960E" w14:textId="77777777" w:rsidR="0084102B" w:rsidRDefault="0084102B">
            <w:pPr>
              <w:jc w:val="center"/>
            </w:pPr>
            <w:r>
              <w:t>—</w:t>
            </w:r>
          </w:p>
        </w:tc>
      </w:tr>
    </w:tbl>
    <w:p w14:paraId="2860A14D" w14:textId="77777777" w:rsidR="006C72FB" w:rsidRPr="00844B84" w:rsidRDefault="0084102B">
      <w:pPr>
        <w:rPr>
          <w:lang w:val="ru-RU"/>
        </w:rPr>
      </w:pPr>
      <w:r w:rsidRPr="00844B84">
        <w:rPr>
          <w:lang w:val="ru-RU"/>
        </w:rPr>
        <w:t>Общий норматив равен сумме неснижаемого и эксплуатационного нормативов. По УПК № 9 «ГРЭ» нормативы приведены нулевыми; величина подлежит уточнению по данным эксплуатирующей организации и подтверждённым отсутствием запаса не является.</w:t>
      </w:r>
    </w:p>
    <w:p w14:paraId="1E18D520" w14:textId="77777777" w:rsidR="00363A1F" w:rsidRPr="00844B84" w:rsidRDefault="00832053">
      <w:pPr>
        <w:pStyle w:val="21"/>
        <w:rPr>
          <w:lang w:val="ru-RU"/>
        </w:rPr>
      </w:pPr>
      <w:bookmarkStart w:id="88" w:name="_Toc238017287"/>
      <w:r w:rsidRPr="00844B84">
        <w:rPr>
          <w:lang w:val="ru-RU"/>
        </w:rPr>
        <w:t>8.5. Топливообеспечение источников</w:t>
      </w:r>
      <w:bookmarkEnd w:id="88"/>
    </w:p>
    <w:p w14:paraId="39B4F169" w14:textId="77777777" w:rsidR="00363A1F" w:rsidRPr="000C24CF" w:rsidRDefault="00832053">
      <w:pPr>
        <w:rPr>
          <w:b/>
          <w:bCs/>
          <w:lang w:val="ru-RU"/>
        </w:rPr>
      </w:pPr>
      <w:r w:rsidRPr="000C24CF">
        <w:rPr>
          <w:b/>
          <w:bCs/>
          <w:lang w:val="ru-RU"/>
        </w:rPr>
        <w:t>Таблица 8.6 — Вид топлива и перевод на природный газ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169"/>
        <w:gridCol w:w="2211"/>
        <w:gridCol w:w="2128"/>
        <w:gridCol w:w="1451"/>
        <w:gridCol w:w="2530"/>
      </w:tblGrid>
      <w:tr w:rsidR="00363A1F" w14:paraId="79CD6E89" w14:textId="77777777">
        <w:trPr>
          <w:cantSplit/>
          <w:tblHeader/>
        </w:trPr>
        <w:tc>
          <w:tcPr>
            <w:tcW w:w="0" w:type="auto"/>
            <w:shd w:val="clear" w:color="auto" w:fill="E2F0D9"/>
          </w:tcPr>
          <w:p w14:paraId="6D9E193E" w14:textId="77777777" w:rsidR="00363A1F" w:rsidRDefault="00832053">
            <w:pPr>
              <w:jc w:val="center"/>
            </w:pPr>
            <w:r>
              <w:rPr>
                <w:b/>
              </w:rPr>
              <w:t>Источник</w:t>
            </w:r>
          </w:p>
        </w:tc>
        <w:tc>
          <w:tcPr>
            <w:tcW w:w="0" w:type="auto"/>
            <w:shd w:val="clear" w:color="auto" w:fill="E2F0D9"/>
          </w:tcPr>
          <w:p w14:paraId="653B4007" w14:textId="77777777" w:rsidR="00363A1F" w:rsidRDefault="00832053">
            <w:pPr>
              <w:jc w:val="center"/>
            </w:pPr>
            <w:r>
              <w:rPr>
                <w:b/>
              </w:rPr>
              <w:t>Действующий вид топлива</w:t>
            </w:r>
          </w:p>
        </w:tc>
        <w:tc>
          <w:tcPr>
            <w:tcW w:w="0" w:type="auto"/>
            <w:shd w:val="clear" w:color="auto" w:fill="E2F0D9"/>
          </w:tcPr>
          <w:p w14:paraId="2D144AF3" w14:textId="77777777" w:rsidR="00363A1F" w:rsidRDefault="00832053">
            <w:pPr>
              <w:jc w:val="center"/>
            </w:pPr>
            <w:r>
              <w:rPr>
                <w:b/>
              </w:rPr>
              <w:t>Перевод на природный газ</w:t>
            </w:r>
          </w:p>
        </w:tc>
        <w:tc>
          <w:tcPr>
            <w:tcW w:w="0" w:type="auto"/>
            <w:shd w:val="clear" w:color="auto" w:fill="E2F0D9"/>
          </w:tcPr>
          <w:p w14:paraId="7E8C1029" w14:textId="77777777" w:rsidR="00363A1F" w:rsidRDefault="00832053">
            <w:pPr>
              <w:jc w:val="center"/>
            </w:pPr>
            <w:r>
              <w:rPr>
                <w:b/>
              </w:rPr>
              <w:t>Год перевода</w:t>
            </w:r>
          </w:p>
        </w:tc>
        <w:tc>
          <w:tcPr>
            <w:tcW w:w="0" w:type="auto"/>
            <w:shd w:val="clear" w:color="auto" w:fill="E2F0D9"/>
          </w:tcPr>
          <w:p w14:paraId="5E54E476" w14:textId="77777777" w:rsidR="00363A1F" w:rsidRDefault="00832053">
            <w:pPr>
              <w:jc w:val="center"/>
            </w:pPr>
            <w:r>
              <w:rPr>
                <w:b/>
              </w:rPr>
              <w:t>Нормативы запасов</w:t>
            </w:r>
          </w:p>
        </w:tc>
      </w:tr>
      <w:tr w:rsidR="00363A1F" w14:paraId="3F87CAAF" w14:textId="77777777">
        <w:trPr>
          <w:cantSplit/>
        </w:trPr>
        <w:tc>
          <w:tcPr>
            <w:tcW w:w="0" w:type="auto"/>
            <w:shd w:val="clear" w:color="auto" w:fill="F2F2F2"/>
          </w:tcPr>
          <w:p w14:paraId="59167EA5" w14:textId="77777777" w:rsidR="00363A1F" w:rsidRDefault="00832053">
            <w:r>
              <w:t>УПК № 1 «Таштагол»</w:t>
            </w:r>
          </w:p>
        </w:tc>
        <w:tc>
          <w:tcPr>
            <w:tcW w:w="0" w:type="auto"/>
            <w:shd w:val="clear" w:color="auto" w:fill="FFFFFF"/>
          </w:tcPr>
          <w:p w14:paraId="4F0569F7" w14:textId="77777777" w:rsidR="00363A1F" w:rsidRDefault="00832053">
            <w:r>
              <w:t>каменный уголь</w:t>
            </w:r>
          </w:p>
        </w:tc>
        <w:tc>
          <w:tcPr>
            <w:tcW w:w="0" w:type="auto"/>
            <w:shd w:val="clear" w:color="auto" w:fill="FFFFFF"/>
          </w:tcPr>
          <w:p w14:paraId="1DBF0365" w14:textId="77777777" w:rsidR="00363A1F" w:rsidRDefault="00832053">
            <w:r>
              <w:t>предусмотрен</w:t>
            </w:r>
          </w:p>
        </w:tc>
        <w:tc>
          <w:tcPr>
            <w:tcW w:w="0" w:type="auto"/>
            <w:shd w:val="clear" w:color="auto" w:fill="FFFFFF"/>
          </w:tcPr>
          <w:p w14:paraId="43F20B4A" w14:textId="77777777" w:rsidR="00363A1F" w:rsidRDefault="00832053">
            <w:r>
              <w:t>2035</w:t>
            </w:r>
          </w:p>
        </w:tc>
        <w:tc>
          <w:tcPr>
            <w:tcW w:w="0" w:type="auto"/>
            <w:shd w:val="clear" w:color="auto" w:fill="FFFFFF"/>
          </w:tcPr>
          <w:p w14:paraId="37A7E84E" w14:textId="77777777" w:rsidR="00363A1F" w:rsidRDefault="00832053">
            <w:r>
              <w:t>нормативы запасов топлива утверждены</w:t>
            </w:r>
          </w:p>
        </w:tc>
      </w:tr>
      <w:tr w:rsidR="00363A1F" w14:paraId="34210F32" w14:textId="77777777">
        <w:trPr>
          <w:cantSplit/>
        </w:trPr>
        <w:tc>
          <w:tcPr>
            <w:tcW w:w="0" w:type="auto"/>
            <w:shd w:val="clear" w:color="auto" w:fill="F2F2F2"/>
          </w:tcPr>
          <w:p w14:paraId="577766F3" w14:textId="77777777" w:rsidR="00363A1F" w:rsidRDefault="00832053">
            <w:r>
              <w:t>УПК № 2 «Шалым»</w:t>
            </w:r>
          </w:p>
        </w:tc>
        <w:tc>
          <w:tcPr>
            <w:tcW w:w="0" w:type="auto"/>
            <w:shd w:val="clear" w:color="auto" w:fill="FFFFFF"/>
          </w:tcPr>
          <w:p w14:paraId="1AB56E24" w14:textId="77777777" w:rsidR="00363A1F" w:rsidRDefault="00832053">
            <w:r>
              <w:t>каменный уголь</w:t>
            </w:r>
          </w:p>
        </w:tc>
        <w:tc>
          <w:tcPr>
            <w:tcW w:w="0" w:type="auto"/>
            <w:shd w:val="clear" w:color="auto" w:fill="FFFFFF"/>
          </w:tcPr>
          <w:p w14:paraId="3D4F2A34" w14:textId="77777777" w:rsidR="00363A1F" w:rsidRDefault="00832053">
            <w:r>
              <w:t>предусмотрен</w:t>
            </w:r>
          </w:p>
        </w:tc>
        <w:tc>
          <w:tcPr>
            <w:tcW w:w="0" w:type="auto"/>
            <w:shd w:val="clear" w:color="auto" w:fill="FFFFFF"/>
          </w:tcPr>
          <w:p w14:paraId="2112DF8A" w14:textId="77777777" w:rsidR="00363A1F" w:rsidRDefault="00832053">
            <w:r>
              <w:t>2035</w:t>
            </w:r>
          </w:p>
        </w:tc>
        <w:tc>
          <w:tcPr>
            <w:tcW w:w="0" w:type="auto"/>
            <w:shd w:val="clear" w:color="auto" w:fill="FFFFFF"/>
          </w:tcPr>
          <w:p w14:paraId="6C167205" w14:textId="77777777" w:rsidR="00363A1F" w:rsidRDefault="00832053">
            <w:r>
              <w:t>нормативы запасов топлива утверждены</w:t>
            </w:r>
          </w:p>
        </w:tc>
      </w:tr>
      <w:tr w:rsidR="00363A1F" w14:paraId="1D78081C" w14:textId="77777777">
        <w:trPr>
          <w:cantSplit/>
        </w:trPr>
        <w:tc>
          <w:tcPr>
            <w:tcW w:w="0" w:type="auto"/>
            <w:shd w:val="clear" w:color="auto" w:fill="F2F2F2"/>
          </w:tcPr>
          <w:p w14:paraId="7350C1DC" w14:textId="77777777" w:rsidR="00363A1F" w:rsidRDefault="00832053">
            <w:r>
              <w:t>УПК № 2 «ЦМК»</w:t>
            </w:r>
          </w:p>
        </w:tc>
        <w:tc>
          <w:tcPr>
            <w:tcW w:w="0" w:type="auto"/>
            <w:shd w:val="clear" w:color="auto" w:fill="FFFFFF"/>
          </w:tcPr>
          <w:p w14:paraId="7C2A06CF" w14:textId="77777777" w:rsidR="00363A1F" w:rsidRDefault="00832053">
            <w:r>
              <w:t>каменный уголь</w:t>
            </w:r>
          </w:p>
        </w:tc>
        <w:tc>
          <w:tcPr>
            <w:tcW w:w="0" w:type="auto"/>
            <w:shd w:val="clear" w:color="auto" w:fill="FFFFFF"/>
          </w:tcPr>
          <w:p w14:paraId="735436FF" w14:textId="77777777" w:rsidR="00363A1F" w:rsidRDefault="00832053">
            <w:r>
              <w:t>предусмотрен</w:t>
            </w:r>
          </w:p>
        </w:tc>
        <w:tc>
          <w:tcPr>
            <w:tcW w:w="0" w:type="auto"/>
            <w:shd w:val="clear" w:color="auto" w:fill="FFFFFF"/>
          </w:tcPr>
          <w:p w14:paraId="00CEC1F6" w14:textId="77777777" w:rsidR="00363A1F" w:rsidRDefault="00832053">
            <w:r>
              <w:t>2035</w:t>
            </w:r>
          </w:p>
        </w:tc>
        <w:tc>
          <w:tcPr>
            <w:tcW w:w="0" w:type="auto"/>
            <w:shd w:val="clear" w:color="auto" w:fill="FFFFFF"/>
          </w:tcPr>
          <w:p w14:paraId="16F3AE72" w14:textId="77777777" w:rsidR="00363A1F" w:rsidRDefault="00832053">
            <w:r>
              <w:t>нормативы запасов топлива утверждены</w:t>
            </w:r>
          </w:p>
        </w:tc>
      </w:tr>
      <w:tr w:rsidR="00363A1F" w14:paraId="34619DA6" w14:textId="77777777">
        <w:trPr>
          <w:cantSplit/>
        </w:trPr>
        <w:tc>
          <w:tcPr>
            <w:tcW w:w="0" w:type="auto"/>
            <w:shd w:val="clear" w:color="auto" w:fill="F2F2F2"/>
          </w:tcPr>
          <w:p w14:paraId="20DBDE19" w14:textId="77777777" w:rsidR="00363A1F" w:rsidRDefault="00832053">
            <w:r>
              <w:t>УПК № 9 «ГРЭ»</w:t>
            </w:r>
          </w:p>
        </w:tc>
        <w:tc>
          <w:tcPr>
            <w:tcW w:w="0" w:type="auto"/>
            <w:shd w:val="clear" w:color="auto" w:fill="FFFFFF"/>
          </w:tcPr>
          <w:p w14:paraId="2DE41E97" w14:textId="77777777" w:rsidR="00363A1F" w:rsidRDefault="00832053">
            <w:r>
              <w:t>каменный уголь</w:t>
            </w:r>
          </w:p>
        </w:tc>
        <w:tc>
          <w:tcPr>
            <w:tcW w:w="0" w:type="auto"/>
            <w:shd w:val="clear" w:color="auto" w:fill="FFFFFF"/>
          </w:tcPr>
          <w:p w14:paraId="23765D36" w14:textId="77777777" w:rsidR="00363A1F" w:rsidRDefault="00832053">
            <w:r>
              <w:t>предусмотрен</w:t>
            </w:r>
          </w:p>
        </w:tc>
        <w:tc>
          <w:tcPr>
            <w:tcW w:w="0" w:type="auto"/>
            <w:shd w:val="clear" w:color="auto" w:fill="FFFFFF"/>
          </w:tcPr>
          <w:p w14:paraId="0EE2B45A" w14:textId="77777777" w:rsidR="00363A1F" w:rsidRDefault="00832053">
            <w:r>
              <w:t>2035</w:t>
            </w:r>
          </w:p>
        </w:tc>
        <w:tc>
          <w:tcPr>
            <w:tcW w:w="0" w:type="auto"/>
            <w:shd w:val="clear" w:color="auto" w:fill="FFFFFF"/>
          </w:tcPr>
          <w:p w14:paraId="2A2DA6B8" w14:textId="77777777" w:rsidR="00363A1F" w:rsidRDefault="00832053">
            <w:r>
              <w:t>нормативы запасов топлива утверждены</w:t>
            </w:r>
          </w:p>
        </w:tc>
      </w:tr>
      <w:tr w:rsidR="00363A1F" w14:paraId="0B31CC6F" w14:textId="77777777">
        <w:trPr>
          <w:cantSplit/>
        </w:trPr>
        <w:tc>
          <w:tcPr>
            <w:tcW w:w="0" w:type="auto"/>
            <w:shd w:val="clear" w:color="auto" w:fill="F2F2F2"/>
          </w:tcPr>
          <w:p w14:paraId="1FE9BF5D" w14:textId="77777777" w:rsidR="00363A1F" w:rsidRDefault="00832053">
            <w:r>
              <w:t>УПК № 5 «Новый Шерегеш»</w:t>
            </w:r>
          </w:p>
        </w:tc>
        <w:tc>
          <w:tcPr>
            <w:tcW w:w="0" w:type="auto"/>
            <w:shd w:val="clear" w:color="auto" w:fill="FFFFFF"/>
          </w:tcPr>
          <w:p w14:paraId="655F0AA4" w14:textId="77777777" w:rsidR="00363A1F" w:rsidRDefault="00832053">
            <w:r>
              <w:t>каменный уголь</w:t>
            </w:r>
          </w:p>
        </w:tc>
        <w:tc>
          <w:tcPr>
            <w:tcW w:w="0" w:type="auto"/>
            <w:shd w:val="clear" w:color="auto" w:fill="FFFFFF"/>
          </w:tcPr>
          <w:p w14:paraId="0A283273" w14:textId="77777777" w:rsidR="00363A1F" w:rsidRDefault="00832053">
            <w:r>
              <w:t>предусмотрен</w:t>
            </w:r>
          </w:p>
        </w:tc>
        <w:tc>
          <w:tcPr>
            <w:tcW w:w="0" w:type="auto"/>
            <w:shd w:val="clear" w:color="auto" w:fill="FFFFFF"/>
          </w:tcPr>
          <w:p w14:paraId="4324211F" w14:textId="77777777" w:rsidR="00363A1F" w:rsidRDefault="00832053">
            <w:r>
              <w:t>срок уточняется</w:t>
            </w:r>
          </w:p>
        </w:tc>
        <w:tc>
          <w:tcPr>
            <w:tcW w:w="0" w:type="auto"/>
            <w:shd w:val="clear" w:color="auto" w:fill="FFFFFF"/>
          </w:tcPr>
          <w:p w14:paraId="5C1776B4" w14:textId="77777777" w:rsidR="00363A1F" w:rsidRDefault="00832053">
            <w:r>
              <w:t>нормативы запасов топлива утверждены</w:t>
            </w:r>
          </w:p>
        </w:tc>
      </w:tr>
      <w:tr w:rsidR="00363A1F" w14:paraId="41C0BF26" w14:textId="77777777">
        <w:trPr>
          <w:cantSplit/>
        </w:trPr>
        <w:tc>
          <w:tcPr>
            <w:tcW w:w="0" w:type="auto"/>
            <w:shd w:val="clear" w:color="auto" w:fill="F2F2F2"/>
          </w:tcPr>
          <w:p w14:paraId="107C672A" w14:textId="77777777" w:rsidR="00363A1F" w:rsidRDefault="00832053">
            <w:r>
              <w:t>УПК № 6 «Старый Шерегеш»</w:t>
            </w:r>
          </w:p>
        </w:tc>
        <w:tc>
          <w:tcPr>
            <w:tcW w:w="0" w:type="auto"/>
            <w:shd w:val="clear" w:color="auto" w:fill="FFFFFF"/>
          </w:tcPr>
          <w:p w14:paraId="0F8E6983" w14:textId="77777777" w:rsidR="00363A1F" w:rsidRDefault="00832053">
            <w:r>
              <w:t>каменный уголь</w:t>
            </w:r>
          </w:p>
        </w:tc>
        <w:tc>
          <w:tcPr>
            <w:tcW w:w="0" w:type="auto"/>
            <w:shd w:val="clear" w:color="auto" w:fill="FFFFFF"/>
          </w:tcPr>
          <w:p w14:paraId="6572835B" w14:textId="77777777" w:rsidR="00363A1F" w:rsidRDefault="00832053">
            <w:r>
              <w:t>предусмотрен</w:t>
            </w:r>
          </w:p>
        </w:tc>
        <w:tc>
          <w:tcPr>
            <w:tcW w:w="0" w:type="auto"/>
            <w:shd w:val="clear" w:color="auto" w:fill="FFFFFF"/>
          </w:tcPr>
          <w:p w14:paraId="75261FCF" w14:textId="77777777" w:rsidR="00363A1F" w:rsidRDefault="00832053">
            <w:r>
              <w:t>срок уточняется</w:t>
            </w:r>
          </w:p>
        </w:tc>
        <w:tc>
          <w:tcPr>
            <w:tcW w:w="0" w:type="auto"/>
            <w:shd w:val="clear" w:color="auto" w:fill="FFFFFF"/>
          </w:tcPr>
          <w:p w14:paraId="529F3BAA" w14:textId="77777777" w:rsidR="00363A1F" w:rsidRDefault="00832053">
            <w:r>
              <w:t>нормативы запасов топлива утверждены</w:t>
            </w:r>
          </w:p>
        </w:tc>
      </w:tr>
      <w:tr w:rsidR="00363A1F" w14:paraId="1D84D216" w14:textId="77777777">
        <w:trPr>
          <w:cantSplit/>
        </w:trPr>
        <w:tc>
          <w:tcPr>
            <w:tcW w:w="0" w:type="auto"/>
            <w:shd w:val="clear" w:color="auto" w:fill="F2F2F2"/>
          </w:tcPr>
          <w:p w14:paraId="1A71FF35" w14:textId="77777777" w:rsidR="00363A1F" w:rsidRDefault="00832053">
            <w:r>
              <w:t>УПК № 7 «Каз»</w:t>
            </w:r>
          </w:p>
        </w:tc>
        <w:tc>
          <w:tcPr>
            <w:tcW w:w="0" w:type="auto"/>
            <w:shd w:val="clear" w:color="auto" w:fill="FFFFFF"/>
          </w:tcPr>
          <w:p w14:paraId="22584509" w14:textId="77777777" w:rsidR="00363A1F" w:rsidRDefault="00832053">
            <w:r>
              <w:t>каменный уголь</w:t>
            </w:r>
          </w:p>
        </w:tc>
        <w:tc>
          <w:tcPr>
            <w:tcW w:w="0" w:type="auto"/>
            <w:shd w:val="clear" w:color="auto" w:fill="FFFFFF"/>
          </w:tcPr>
          <w:p w14:paraId="2F5D2743" w14:textId="77777777" w:rsidR="00363A1F" w:rsidRDefault="00832053">
            <w:r>
              <w:t>предусмотрен</w:t>
            </w:r>
          </w:p>
        </w:tc>
        <w:tc>
          <w:tcPr>
            <w:tcW w:w="0" w:type="auto"/>
            <w:shd w:val="clear" w:color="auto" w:fill="FFFFFF"/>
          </w:tcPr>
          <w:p w14:paraId="23B809A3" w14:textId="77777777" w:rsidR="00363A1F" w:rsidRDefault="00832053">
            <w:r>
              <w:t>2034</w:t>
            </w:r>
          </w:p>
        </w:tc>
        <w:tc>
          <w:tcPr>
            <w:tcW w:w="0" w:type="auto"/>
            <w:shd w:val="clear" w:color="auto" w:fill="FFFFFF"/>
          </w:tcPr>
          <w:p w14:paraId="665672F3" w14:textId="77777777" w:rsidR="00363A1F" w:rsidRDefault="00832053">
            <w:r>
              <w:t>нормативы запасов топлива утверждены</w:t>
            </w:r>
          </w:p>
        </w:tc>
      </w:tr>
      <w:tr w:rsidR="00363A1F" w14:paraId="7FBEB350" w14:textId="77777777">
        <w:trPr>
          <w:cantSplit/>
        </w:trPr>
        <w:tc>
          <w:tcPr>
            <w:tcW w:w="0" w:type="auto"/>
            <w:shd w:val="clear" w:color="auto" w:fill="F2F2F2"/>
          </w:tcPr>
          <w:p w14:paraId="0B7C487F" w14:textId="77777777" w:rsidR="00363A1F" w:rsidRDefault="00832053">
            <w:r>
              <w:t>УПК № 8 «Мундыбаш»</w:t>
            </w:r>
          </w:p>
        </w:tc>
        <w:tc>
          <w:tcPr>
            <w:tcW w:w="0" w:type="auto"/>
            <w:shd w:val="clear" w:color="auto" w:fill="FFFFFF"/>
          </w:tcPr>
          <w:p w14:paraId="39F5F3F3" w14:textId="77777777" w:rsidR="00363A1F" w:rsidRDefault="00832053">
            <w:r>
              <w:t>каменный уголь</w:t>
            </w:r>
          </w:p>
        </w:tc>
        <w:tc>
          <w:tcPr>
            <w:tcW w:w="0" w:type="auto"/>
            <w:shd w:val="clear" w:color="auto" w:fill="FFFFFF"/>
          </w:tcPr>
          <w:p w14:paraId="2B9C7384" w14:textId="77777777" w:rsidR="00363A1F" w:rsidRDefault="00832053">
            <w:r>
              <w:t>предусмотрен</w:t>
            </w:r>
          </w:p>
        </w:tc>
        <w:tc>
          <w:tcPr>
            <w:tcW w:w="0" w:type="auto"/>
            <w:shd w:val="clear" w:color="auto" w:fill="FFFFFF"/>
          </w:tcPr>
          <w:p w14:paraId="2C08584F" w14:textId="77777777" w:rsidR="00363A1F" w:rsidRDefault="00832053">
            <w:r>
              <w:t>2034</w:t>
            </w:r>
          </w:p>
        </w:tc>
        <w:tc>
          <w:tcPr>
            <w:tcW w:w="0" w:type="auto"/>
            <w:shd w:val="clear" w:color="auto" w:fill="FFFFFF"/>
          </w:tcPr>
          <w:p w14:paraId="5730A1DE" w14:textId="77777777" w:rsidR="00363A1F" w:rsidRDefault="00832053">
            <w:r>
              <w:t>нормативы запасов топлива утверждены</w:t>
            </w:r>
          </w:p>
        </w:tc>
      </w:tr>
      <w:tr w:rsidR="00363A1F" w14:paraId="4B7D7892" w14:textId="77777777">
        <w:trPr>
          <w:cantSplit/>
        </w:trPr>
        <w:tc>
          <w:tcPr>
            <w:tcW w:w="0" w:type="auto"/>
            <w:shd w:val="clear" w:color="auto" w:fill="F2F2F2"/>
          </w:tcPr>
          <w:p w14:paraId="51F1F2F5" w14:textId="77777777" w:rsidR="00363A1F" w:rsidRDefault="00832053">
            <w:r>
              <w:t>УПК № 10 «Темир-Тау»</w:t>
            </w:r>
          </w:p>
        </w:tc>
        <w:tc>
          <w:tcPr>
            <w:tcW w:w="0" w:type="auto"/>
            <w:shd w:val="clear" w:color="auto" w:fill="FFFFFF"/>
          </w:tcPr>
          <w:p w14:paraId="4A027440" w14:textId="77777777" w:rsidR="00363A1F" w:rsidRDefault="00832053">
            <w:r>
              <w:t>каменный уголь</w:t>
            </w:r>
          </w:p>
        </w:tc>
        <w:tc>
          <w:tcPr>
            <w:tcW w:w="0" w:type="auto"/>
            <w:shd w:val="clear" w:color="auto" w:fill="FFFFFF"/>
          </w:tcPr>
          <w:p w14:paraId="5B328D85" w14:textId="77777777" w:rsidR="00363A1F" w:rsidRDefault="00832053">
            <w:r>
              <w:t>предусмотрен</w:t>
            </w:r>
          </w:p>
        </w:tc>
        <w:tc>
          <w:tcPr>
            <w:tcW w:w="0" w:type="auto"/>
            <w:shd w:val="clear" w:color="auto" w:fill="FFFFFF"/>
          </w:tcPr>
          <w:p w14:paraId="3D6C1217" w14:textId="77777777" w:rsidR="00363A1F" w:rsidRDefault="00832053">
            <w:r>
              <w:t>2034</w:t>
            </w:r>
          </w:p>
        </w:tc>
        <w:tc>
          <w:tcPr>
            <w:tcW w:w="0" w:type="auto"/>
            <w:shd w:val="clear" w:color="auto" w:fill="FFFFFF"/>
          </w:tcPr>
          <w:p w14:paraId="75FECFF9" w14:textId="77777777" w:rsidR="00363A1F" w:rsidRDefault="00832053">
            <w:r>
              <w:t>нормативы запасов топлива утверждены</w:t>
            </w:r>
          </w:p>
        </w:tc>
      </w:tr>
      <w:tr w:rsidR="00363A1F" w14:paraId="39425FCC" w14:textId="77777777">
        <w:trPr>
          <w:cantSplit/>
        </w:trPr>
        <w:tc>
          <w:tcPr>
            <w:tcW w:w="0" w:type="auto"/>
            <w:shd w:val="clear" w:color="auto" w:fill="F2F2F2"/>
          </w:tcPr>
          <w:p w14:paraId="27874F49" w14:textId="77777777" w:rsidR="00363A1F" w:rsidRDefault="00832053">
            <w:r>
              <w:t>УПК № 3 «Спасск»</w:t>
            </w:r>
          </w:p>
        </w:tc>
        <w:tc>
          <w:tcPr>
            <w:tcW w:w="0" w:type="auto"/>
            <w:shd w:val="clear" w:color="auto" w:fill="FFFFFF"/>
          </w:tcPr>
          <w:p w14:paraId="0CF9599F" w14:textId="77777777" w:rsidR="00363A1F" w:rsidRDefault="00832053">
            <w:r>
              <w:t>каменный уголь</w:t>
            </w:r>
          </w:p>
        </w:tc>
        <w:tc>
          <w:tcPr>
            <w:tcW w:w="0" w:type="auto"/>
            <w:shd w:val="clear" w:color="auto" w:fill="FFFFFF"/>
          </w:tcPr>
          <w:p w14:paraId="54EFE1C8" w14:textId="77777777" w:rsidR="00363A1F" w:rsidRDefault="00832053">
            <w:r>
              <w:t>предусмотрен</w:t>
            </w:r>
          </w:p>
        </w:tc>
        <w:tc>
          <w:tcPr>
            <w:tcW w:w="0" w:type="auto"/>
            <w:shd w:val="clear" w:color="auto" w:fill="FFFFFF"/>
          </w:tcPr>
          <w:p w14:paraId="11B59844" w14:textId="77777777" w:rsidR="00363A1F" w:rsidRDefault="00832053">
            <w:r>
              <w:t>2035</w:t>
            </w:r>
          </w:p>
        </w:tc>
        <w:tc>
          <w:tcPr>
            <w:tcW w:w="0" w:type="auto"/>
            <w:shd w:val="clear" w:color="auto" w:fill="FFFFFF"/>
          </w:tcPr>
          <w:p w14:paraId="7E9F1DAD" w14:textId="77777777" w:rsidR="00363A1F" w:rsidRDefault="00832053">
            <w:r>
              <w:t>нормативы запасов топлива утверждены</w:t>
            </w:r>
          </w:p>
        </w:tc>
      </w:tr>
    </w:tbl>
    <w:p w14:paraId="4261E8F4" w14:textId="77777777" w:rsidR="00363A1F" w:rsidRPr="00844B84" w:rsidRDefault="00832053">
      <w:pPr>
        <w:rPr>
          <w:lang w:val="ru-RU"/>
        </w:rPr>
      </w:pPr>
      <w:r w:rsidRPr="00844B84">
        <w:rPr>
          <w:lang w:val="ru-RU"/>
        </w:rPr>
        <w:t>Перевод на природный газ предусматривается по всем десяти источникам. По источникам УПК № 5 «Новый Шерегеш» и УПК № 6 «Старый Шерегеш» год перевода подлежит уточнению по календарному графику газификации.</w:t>
      </w:r>
    </w:p>
    <w:p w14:paraId="4132BC4C" w14:textId="77777777" w:rsidR="006E7A08" w:rsidRPr="000C24CF" w:rsidRDefault="00267E76">
      <w:pPr>
        <w:pStyle w:val="1"/>
        <w:spacing w:before="1200"/>
        <w:jc w:val="center"/>
        <w:rPr>
          <w:color w:val="4F81BD" w:themeColor="accent1"/>
          <w:lang w:val="ru-RU"/>
        </w:rPr>
      </w:pPr>
      <w:bookmarkStart w:id="89" w:name="_Toc238017288"/>
      <w:r w:rsidRPr="000C24CF">
        <w:rPr>
          <w:color w:val="4F81BD" w:themeColor="accent1"/>
          <w:lang w:val="ru-RU"/>
        </w:rPr>
        <w:t>9. Инвестиции в строительство, реконструкцию, техническое перевооружение и (или) модернизацию</w:t>
      </w:r>
      <w:bookmarkEnd w:id="89"/>
    </w:p>
    <w:p w14:paraId="526E796A" w14:textId="77777777" w:rsidR="006E7A08" w:rsidRPr="001D7D92" w:rsidRDefault="00267E76">
      <w:pPr>
        <w:pStyle w:val="21"/>
        <w:spacing w:before="1200"/>
        <w:jc w:val="center"/>
        <w:rPr>
          <w:lang w:val="ru-RU"/>
        </w:rPr>
      </w:pPr>
      <w:bookmarkStart w:id="90" w:name="_Toc238017289"/>
      <w:r w:rsidRPr="00844B84">
        <w:rPr>
          <w:lang w:val="ru-RU"/>
        </w:rPr>
        <w:t>9.1. Объёмы инвестиций по группам мероприятий</w:t>
      </w:r>
      <w:bookmarkEnd w:id="90"/>
    </w:p>
    <w:p w14:paraId="7334AE1F" w14:textId="77777777" w:rsidR="006E7A08" w:rsidRPr="001D7D92" w:rsidRDefault="00267E76">
      <w:pPr>
        <w:spacing w:before="1200"/>
        <w:jc w:val="center"/>
        <w:rPr>
          <w:lang w:val="ru-RU"/>
        </w:rPr>
      </w:pPr>
      <w:r w:rsidRPr="00844B84">
        <w:rPr>
          <w:lang w:val="ru-RU"/>
        </w:rPr>
        <w:t>Схемой утверждается перечень мероприятий и объёмы капитальных вложений в той части, в которой они определены. Обоснование приведено соответствующей главой обосновывающих материалов; сквозной перечень — реестром мероприятий схемы теплоснабжения.</w:t>
      </w:r>
    </w:p>
    <w:p w14:paraId="4708DA91" w14:textId="77777777" w:rsidR="00BE6252" w:rsidRPr="00844B84" w:rsidRDefault="00454828">
      <w:pPr>
        <w:keepNext/>
        <w:spacing w:before="160"/>
        <w:rPr>
          <w:lang w:val="ru-RU"/>
        </w:rPr>
      </w:pPr>
      <w:r w:rsidRPr="00844B84">
        <w:rPr>
          <w:b/>
          <w:lang w:val="ru-RU"/>
        </w:rPr>
        <w:t>Таблица 9.1 — Объёмы капитальных вложений по группам мероприятий</w:t>
      </w: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195"/>
        <w:gridCol w:w="1635"/>
        <w:gridCol w:w="1741"/>
        <w:gridCol w:w="2061"/>
        <w:gridCol w:w="2847"/>
      </w:tblGrid>
      <w:tr w:rsidR="00BE6252" w14:paraId="2A4167EC" w14:textId="77777777">
        <w:trPr>
          <w:cantSplit/>
          <w:tblHeader/>
          <w:jc w:val="center"/>
        </w:trPr>
        <w:tc>
          <w:tcPr>
            <w:tcW w:w="0" w:type="auto"/>
            <w:shd w:val="clear" w:color="auto" w:fill="E2F0D9"/>
          </w:tcPr>
          <w:p w14:paraId="39B5B788" w14:textId="77777777" w:rsidR="00BE6252" w:rsidRDefault="00454828">
            <w:pPr>
              <w:jc w:val="center"/>
            </w:pPr>
            <w:r>
              <w:rPr>
                <w:b/>
              </w:rPr>
              <w:t>Группа мероприятий</w:t>
            </w:r>
          </w:p>
        </w:tc>
        <w:tc>
          <w:tcPr>
            <w:tcW w:w="0" w:type="auto"/>
            <w:shd w:val="clear" w:color="auto" w:fill="E2F0D9"/>
          </w:tcPr>
          <w:p w14:paraId="0B4EA17E" w14:textId="77777777" w:rsidR="00BE6252" w:rsidRDefault="00454828">
            <w:pPr>
              <w:jc w:val="center"/>
            </w:pPr>
            <w:r>
              <w:rPr>
                <w:b/>
              </w:rPr>
              <w:t>Мероприятий</w:t>
            </w:r>
          </w:p>
        </w:tc>
        <w:tc>
          <w:tcPr>
            <w:tcW w:w="0" w:type="auto"/>
            <w:shd w:val="clear" w:color="auto" w:fill="E2F0D9"/>
          </w:tcPr>
          <w:p w14:paraId="62962461" w14:textId="77777777" w:rsidR="00BE6252" w:rsidRDefault="00454828">
            <w:pPr>
              <w:jc w:val="center"/>
            </w:pPr>
            <w:r>
              <w:rPr>
                <w:b/>
              </w:rPr>
              <w:t>Объём вложений, тыс. руб.</w:t>
            </w:r>
          </w:p>
        </w:tc>
        <w:tc>
          <w:tcPr>
            <w:tcW w:w="0" w:type="auto"/>
            <w:shd w:val="clear" w:color="auto" w:fill="E2F0D9"/>
          </w:tcPr>
          <w:p w14:paraId="34FE93A0" w14:textId="77777777" w:rsidR="00BE6252" w:rsidRDefault="00454828">
            <w:pPr>
              <w:jc w:val="center"/>
            </w:pPr>
            <w:r>
              <w:rPr>
                <w:b/>
              </w:rPr>
              <w:t>Базис цен</w:t>
            </w:r>
          </w:p>
        </w:tc>
        <w:tc>
          <w:tcPr>
            <w:tcW w:w="0" w:type="auto"/>
            <w:shd w:val="clear" w:color="auto" w:fill="E2F0D9"/>
          </w:tcPr>
          <w:p w14:paraId="25723AAB" w14:textId="77777777" w:rsidR="00BE6252" w:rsidRDefault="00454828">
            <w:pPr>
              <w:jc w:val="center"/>
            </w:pPr>
            <w:r>
              <w:rPr>
                <w:b/>
              </w:rPr>
              <w:t>Состояние</w:t>
            </w:r>
          </w:p>
        </w:tc>
      </w:tr>
      <w:tr w:rsidR="00BE6252" w:rsidRPr="004D1FEB" w14:paraId="7908F2DD" w14:textId="77777777">
        <w:trPr>
          <w:cantSplit/>
          <w:jc w:val="center"/>
        </w:trPr>
        <w:tc>
          <w:tcPr>
            <w:tcW w:w="0" w:type="auto"/>
          </w:tcPr>
          <w:p w14:paraId="2A3C8C3F" w14:textId="77777777" w:rsidR="00BE6252" w:rsidRPr="00844B84" w:rsidRDefault="00454828">
            <w:pPr>
              <w:rPr>
                <w:lang w:val="ru-RU"/>
              </w:rPr>
            </w:pPr>
            <w:r w:rsidRPr="00844B84">
              <w:rPr>
                <w:lang w:val="ru-RU"/>
              </w:rPr>
              <w:t>Перевод источников на природный газ</w:t>
            </w:r>
          </w:p>
        </w:tc>
        <w:tc>
          <w:tcPr>
            <w:tcW w:w="0" w:type="auto"/>
          </w:tcPr>
          <w:p w14:paraId="6FDD199C" w14:textId="77777777" w:rsidR="00BE6252" w:rsidRDefault="00454828">
            <w:pPr>
              <w:jc w:val="center"/>
            </w:pPr>
            <w:r>
              <w:t>10</w:t>
            </w:r>
          </w:p>
        </w:tc>
        <w:tc>
          <w:tcPr>
            <w:tcW w:w="0" w:type="auto"/>
          </w:tcPr>
          <w:p w14:paraId="102C75E1" w14:textId="77777777" w:rsidR="00BE6252" w:rsidRDefault="00454828">
            <w:pPr>
              <w:jc w:val="center"/>
            </w:pPr>
            <w:r>
              <w:t>1539328,0</w:t>
            </w:r>
          </w:p>
        </w:tc>
        <w:tc>
          <w:tcPr>
            <w:tcW w:w="0" w:type="auto"/>
          </w:tcPr>
          <w:p w14:paraId="14B2E420" w14:textId="77777777" w:rsidR="00BE6252" w:rsidRPr="00844B84" w:rsidRDefault="00454828">
            <w:pPr>
              <w:jc w:val="center"/>
              <w:rPr>
                <w:lang w:val="ru-RU"/>
              </w:rPr>
            </w:pPr>
            <w:r w:rsidRPr="00844B84">
              <w:rPr>
                <w:lang w:val="ru-RU"/>
              </w:rPr>
              <w:t>цены 2024 года с НДС, ориентировочно</w:t>
            </w:r>
          </w:p>
        </w:tc>
        <w:tc>
          <w:tcPr>
            <w:tcW w:w="0" w:type="auto"/>
          </w:tcPr>
          <w:p w14:paraId="2DE6599F" w14:textId="77777777" w:rsidR="00BE6252" w:rsidRPr="00844B84" w:rsidRDefault="00454828">
            <w:pPr>
              <w:jc w:val="center"/>
              <w:rPr>
                <w:lang w:val="ru-RU"/>
              </w:rPr>
            </w:pPr>
            <w:r w:rsidRPr="00844B84">
              <w:rPr>
                <w:lang w:val="ru-RU"/>
              </w:rPr>
              <w:t>объём принят по программе газификации</w:t>
            </w:r>
          </w:p>
        </w:tc>
      </w:tr>
      <w:tr w:rsidR="00BE6252" w14:paraId="6E404125" w14:textId="77777777">
        <w:trPr>
          <w:cantSplit/>
          <w:jc w:val="center"/>
        </w:trPr>
        <w:tc>
          <w:tcPr>
            <w:tcW w:w="0" w:type="auto"/>
          </w:tcPr>
          <w:p w14:paraId="6759FAC6" w14:textId="77777777" w:rsidR="00BE6252" w:rsidRDefault="00454828">
            <w:r>
              <w:t>Повышение экологических характеристик</w:t>
            </w:r>
          </w:p>
        </w:tc>
        <w:tc>
          <w:tcPr>
            <w:tcW w:w="0" w:type="auto"/>
          </w:tcPr>
          <w:p w14:paraId="01F66CC1" w14:textId="77777777" w:rsidR="00BE6252" w:rsidRDefault="00454828">
            <w:pPr>
              <w:jc w:val="center"/>
            </w:pPr>
            <w:r>
              <w:t>1</w:t>
            </w:r>
          </w:p>
        </w:tc>
        <w:tc>
          <w:tcPr>
            <w:tcW w:w="0" w:type="auto"/>
          </w:tcPr>
          <w:p w14:paraId="65B6CE06" w14:textId="77777777" w:rsidR="00BE6252" w:rsidRDefault="00454828">
            <w:pPr>
              <w:jc w:val="center"/>
            </w:pPr>
            <w:r>
              <w:t>подлежит определению</w:t>
            </w:r>
          </w:p>
        </w:tc>
        <w:tc>
          <w:tcPr>
            <w:tcW w:w="0" w:type="auto"/>
          </w:tcPr>
          <w:p w14:paraId="310AB8F0" w14:textId="77777777" w:rsidR="00BE6252" w:rsidRDefault="00454828">
            <w:pPr>
              <w:jc w:val="center"/>
            </w:pPr>
            <w:r>
              <w:t>—</w:t>
            </w:r>
          </w:p>
        </w:tc>
        <w:tc>
          <w:tcPr>
            <w:tcW w:w="0" w:type="auto"/>
          </w:tcPr>
          <w:p w14:paraId="0365AA3B" w14:textId="77777777" w:rsidR="00BE6252" w:rsidRDefault="00454828">
            <w:pPr>
              <w:jc w:val="center"/>
            </w:pPr>
            <w:r>
              <w:t>зависит от проектного решения</w:t>
            </w:r>
          </w:p>
        </w:tc>
      </w:tr>
      <w:tr w:rsidR="00BE6252" w:rsidRPr="004D1FEB" w14:paraId="5A8BDA1E" w14:textId="77777777">
        <w:trPr>
          <w:cantSplit/>
          <w:jc w:val="center"/>
        </w:trPr>
        <w:tc>
          <w:tcPr>
            <w:tcW w:w="0" w:type="auto"/>
          </w:tcPr>
          <w:p w14:paraId="32100C9F" w14:textId="77777777" w:rsidR="00BE6252" w:rsidRDefault="00454828">
            <w:r>
              <w:t>Повышение надёжности теплоснабжения</w:t>
            </w:r>
          </w:p>
        </w:tc>
        <w:tc>
          <w:tcPr>
            <w:tcW w:w="0" w:type="auto"/>
          </w:tcPr>
          <w:p w14:paraId="2CC1040F" w14:textId="77777777" w:rsidR="00BE6252" w:rsidRDefault="00454828">
            <w:pPr>
              <w:jc w:val="center"/>
            </w:pPr>
            <w:r>
              <w:t>6</w:t>
            </w:r>
          </w:p>
        </w:tc>
        <w:tc>
          <w:tcPr>
            <w:tcW w:w="0" w:type="auto"/>
          </w:tcPr>
          <w:p w14:paraId="03C57431" w14:textId="77777777" w:rsidR="00BE6252" w:rsidRDefault="00454828">
            <w:pPr>
              <w:jc w:val="center"/>
            </w:pPr>
            <w:r>
              <w:t>подлежит определению</w:t>
            </w:r>
          </w:p>
        </w:tc>
        <w:tc>
          <w:tcPr>
            <w:tcW w:w="0" w:type="auto"/>
          </w:tcPr>
          <w:p w14:paraId="49072CE1" w14:textId="77777777" w:rsidR="00BE6252" w:rsidRDefault="00454828">
            <w:pPr>
              <w:jc w:val="center"/>
            </w:pPr>
            <w:r>
              <w:t>—</w:t>
            </w:r>
          </w:p>
        </w:tc>
        <w:tc>
          <w:tcPr>
            <w:tcW w:w="0" w:type="auto"/>
          </w:tcPr>
          <w:p w14:paraId="33518C9B" w14:textId="77777777" w:rsidR="00BE6252" w:rsidRPr="00844B84" w:rsidRDefault="00454828">
            <w:pPr>
              <w:jc w:val="center"/>
              <w:rPr>
                <w:lang w:val="ru-RU"/>
              </w:rPr>
            </w:pPr>
            <w:r w:rsidRPr="00844B84">
              <w:rPr>
                <w:lang w:val="ru-RU"/>
              </w:rPr>
              <w:t>зависит от результатов расчётного моделирования и сведений эксплуатирующей организации</w:t>
            </w:r>
          </w:p>
        </w:tc>
      </w:tr>
      <w:tr w:rsidR="00BE6252" w:rsidRPr="004D1FEB" w14:paraId="6885AE8B" w14:textId="77777777">
        <w:trPr>
          <w:cantSplit/>
          <w:jc w:val="center"/>
        </w:trPr>
        <w:tc>
          <w:tcPr>
            <w:tcW w:w="0" w:type="auto"/>
          </w:tcPr>
          <w:p w14:paraId="423B9980" w14:textId="77777777" w:rsidR="00BE6252" w:rsidRPr="00844B84" w:rsidRDefault="00454828">
            <w:pPr>
              <w:rPr>
                <w:lang w:val="ru-RU"/>
              </w:rPr>
            </w:pPr>
            <w:r w:rsidRPr="00844B84">
              <w:rPr>
                <w:lang w:val="ru-RU"/>
              </w:rPr>
              <w:t>Перевод открытых систем горячего водоснабжения</w:t>
            </w:r>
          </w:p>
        </w:tc>
        <w:tc>
          <w:tcPr>
            <w:tcW w:w="0" w:type="auto"/>
          </w:tcPr>
          <w:p w14:paraId="037C8CDC" w14:textId="77777777" w:rsidR="00BE6252" w:rsidRDefault="00454828">
            <w:pPr>
              <w:jc w:val="center"/>
            </w:pPr>
            <w:r>
              <w:t>10</w:t>
            </w:r>
          </w:p>
        </w:tc>
        <w:tc>
          <w:tcPr>
            <w:tcW w:w="0" w:type="auto"/>
          </w:tcPr>
          <w:p w14:paraId="5C3480BA" w14:textId="77777777" w:rsidR="00BE6252" w:rsidRDefault="00454828">
            <w:pPr>
              <w:jc w:val="center"/>
            </w:pPr>
            <w:r>
              <w:t>ранее оценённая величина 434 441,0</w:t>
            </w:r>
          </w:p>
        </w:tc>
        <w:tc>
          <w:tcPr>
            <w:tcW w:w="0" w:type="auto"/>
          </w:tcPr>
          <w:p w14:paraId="653B513C" w14:textId="77777777" w:rsidR="00BE6252" w:rsidRDefault="00454828">
            <w:pPr>
              <w:jc w:val="center"/>
            </w:pPr>
            <w:r>
              <w:t>цены 2021 года без НДС</w:t>
            </w:r>
          </w:p>
        </w:tc>
        <w:tc>
          <w:tcPr>
            <w:tcW w:w="0" w:type="auto"/>
          </w:tcPr>
          <w:p w14:paraId="2FA859B1" w14:textId="77777777" w:rsidR="00BE6252" w:rsidRPr="00844B84" w:rsidRDefault="00454828">
            <w:pPr>
              <w:jc w:val="center"/>
              <w:rPr>
                <w:lang w:val="ru-RU"/>
              </w:rPr>
            </w:pPr>
            <w:r w:rsidRPr="00844B84">
              <w:rPr>
                <w:lang w:val="ru-RU"/>
              </w:rPr>
              <w:t>подлежит переоценке по актуальному числу тепловых пунктов</w:t>
            </w:r>
          </w:p>
        </w:tc>
      </w:tr>
      <w:tr w:rsidR="00BE6252" w14:paraId="03ED3B60" w14:textId="77777777">
        <w:trPr>
          <w:cantSplit/>
          <w:jc w:val="center"/>
        </w:trPr>
        <w:tc>
          <w:tcPr>
            <w:tcW w:w="0" w:type="auto"/>
          </w:tcPr>
          <w:p w14:paraId="6B860321" w14:textId="77777777" w:rsidR="00BE6252" w:rsidRDefault="00454828">
            <w:r>
              <w:t>Итого определённый объём</w:t>
            </w:r>
          </w:p>
        </w:tc>
        <w:tc>
          <w:tcPr>
            <w:tcW w:w="0" w:type="auto"/>
          </w:tcPr>
          <w:p w14:paraId="0F32F3C4" w14:textId="77777777" w:rsidR="00BE6252" w:rsidRDefault="00454828">
            <w:pPr>
              <w:jc w:val="center"/>
            </w:pPr>
            <w:r>
              <w:t>11</w:t>
            </w:r>
          </w:p>
        </w:tc>
        <w:tc>
          <w:tcPr>
            <w:tcW w:w="0" w:type="auto"/>
          </w:tcPr>
          <w:p w14:paraId="30BE5389" w14:textId="77777777" w:rsidR="00BE6252" w:rsidRDefault="00454828">
            <w:pPr>
              <w:jc w:val="center"/>
            </w:pPr>
            <w:r>
              <w:t>1539328,0</w:t>
            </w:r>
          </w:p>
        </w:tc>
        <w:tc>
          <w:tcPr>
            <w:tcW w:w="0" w:type="auto"/>
          </w:tcPr>
          <w:p w14:paraId="1097847E" w14:textId="77777777" w:rsidR="00BE6252" w:rsidRDefault="00454828">
            <w:pPr>
              <w:jc w:val="center"/>
            </w:pPr>
            <w:r>
              <w:t>цены 2024 года с НДС</w:t>
            </w:r>
          </w:p>
        </w:tc>
        <w:tc>
          <w:tcPr>
            <w:tcW w:w="0" w:type="auto"/>
          </w:tcPr>
          <w:p w14:paraId="1FC28175" w14:textId="77777777" w:rsidR="00BE6252" w:rsidRDefault="00454828">
            <w:pPr>
              <w:jc w:val="center"/>
            </w:pPr>
            <w:r>
              <w:t>прочие группы подлежат определению</w:t>
            </w:r>
          </w:p>
        </w:tc>
      </w:tr>
    </w:tbl>
    <w:p w14:paraId="3F0B8B7F" w14:textId="77777777" w:rsidR="006E7A08" w:rsidRPr="001D7D92" w:rsidRDefault="00267E76">
      <w:pPr>
        <w:pStyle w:val="21"/>
        <w:spacing w:before="1200"/>
        <w:jc w:val="center"/>
        <w:rPr>
          <w:lang w:val="ru-RU"/>
        </w:rPr>
      </w:pPr>
      <w:bookmarkStart w:id="91" w:name="_Toc238017290"/>
      <w:r>
        <w:t>9.2. Источники финансирования</w:t>
      </w:r>
      <w:bookmarkEnd w:id="91"/>
    </w:p>
    <w:p w14:paraId="38F354C3" w14:textId="77777777" w:rsidR="006E7A08" w:rsidRPr="001D7D92" w:rsidRDefault="00267E76">
      <w:pPr>
        <w:spacing w:before="1200"/>
        <w:jc w:val="center"/>
        <w:rPr>
          <w:lang w:val="ru-RU"/>
        </w:rPr>
      </w:pPr>
      <w:r w:rsidRPr="00844B84">
        <w:rPr>
          <w:lang w:val="ru-RU"/>
        </w:rPr>
        <w:t xml:space="preserve">Источники финансирования разделяются на подтверждённые и предлагаемые. Подтверждённым считается источник, отражённый в утверждённом документе; предлагаемым — источник, имеющий правовое или программное основание, но </w:t>
      </w:r>
      <w:r w:rsidR="000C24CF" w:rsidRPr="00844B84">
        <w:rPr>
          <w:lang w:val="ru-RU"/>
        </w:rPr>
        <w:t>решения,</w:t>
      </w:r>
      <w:r w:rsidRPr="00844B84">
        <w:rPr>
          <w:lang w:val="ru-RU"/>
        </w:rPr>
        <w:t xml:space="preserve"> по которому в отношении настоящей схемы не принято.</w:t>
      </w:r>
    </w:p>
    <w:p w14:paraId="6A079D92" w14:textId="77777777" w:rsidR="00BE6252" w:rsidRDefault="00454828">
      <w:pPr>
        <w:keepNext/>
        <w:spacing w:before="160"/>
      </w:pPr>
      <w:r>
        <w:rPr>
          <w:b/>
        </w:rPr>
        <w:t>Таблица 9.2 — Источники финансирования мероприятий</w:t>
      </w: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361"/>
        <w:gridCol w:w="3917"/>
        <w:gridCol w:w="1790"/>
        <w:gridCol w:w="2411"/>
      </w:tblGrid>
      <w:tr w:rsidR="00BE6252" w14:paraId="360E477C" w14:textId="77777777">
        <w:trPr>
          <w:cantSplit/>
          <w:tblHeader/>
          <w:jc w:val="center"/>
        </w:trPr>
        <w:tc>
          <w:tcPr>
            <w:tcW w:w="0" w:type="auto"/>
            <w:shd w:val="clear" w:color="auto" w:fill="E2F0D9"/>
          </w:tcPr>
          <w:p w14:paraId="4134D6FC" w14:textId="77777777" w:rsidR="00BE6252" w:rsidRDefault="00454828">
            <w:pPr>
              <w:jc w:val="center"/>
            </w:pPr>
            <w:r>
              <w:rPr>
                <w:b/>
              </w:rPr>
              <w:t>Источник</w:t>
            </w:r>
          </w:p>
        </w:tc>
        <w:tc>
          <w:tcPr>
            <w:tcW w:w="0" w:type="auto"/>
            <w:shd w:val="clear" w:color="auto" w:fill="E2F0D9"/>
          </w:tcPr>
          <w:p w14:paraId="23285F6F" w14:textId="77777777" w:rsidR="00BE6252" w:rsidRDefault="00454828">
            <w:pPr>
              <w:jc w:val="center"/>
            </w:pPr>
            <w:r>
              <w:rPr>
                <w:b/>
              </w:rPr>
              <w:t>Основание</w:t>
            </w:r>
          </w:p>
        </w:tc>
        <w:tc>
          <w:tcPr>
            <w:tcW w:w="0" w:type="auto"/>
            <w:shd w:val="clear" w:color="auto" w:fill="E2F0D9"/>
          </w:tcPr>
          <w:p w14:paraId="5EE1EFA7" w14:textId="77777777" w:rsidR="00BE6252" w:rsidRDefault="00454828">
            <w:pPr>
              <w:jc w:val="center"/>
            </w:pPr>
            <w:r>
              <w:rPr>
                <w:b/>
              </w:rPr>
              <w:t>Характер</w:t>
            </w:r>
          </w:p>
        </w:tc>
        <w:tc>
          <w:tcPr>
            <w:tcW w:w="0" w:type="auto"/>
            <w:shd w:val="clear" w:color="auto" w:fill="E2F0D9"/>
          </w:tcPr>
          <w:p w14:paraId="1CB3BAB4" w14:textId="77777777" w:rsidR="00BE6252" w:rsidRDefault="00454828">
            <w:pPr>
              <w:jc w:val="center"/>
            </w:pPr>
            <w:r>
              <w:rPr>
                <w:b/>
              </w:rPr>
              <w:t>Применение</w:t>
            </w:r>
          </w:p>
        </w:tc>
      </w:tr>
      <w:tr w:rsidR="00BE6252" w:rsidRPr="004D1FEB" w14:paraId="7D8B3EC4" w14:textId="77777777">
        <w:trPr>
          <w:cantSplit/>
          <w:jc w:val="center"/>
        </w:trPr>
        <w:tc>
          <w:tcPr>
            <w:tcW w:w="0" w:type="auto"/>
          </w:tcPr>
          <w:p w14:paraId="5CD92D72" w14:textId="77777777" w:rsidR="00BE6252" w:rsidRDefault="00454828">
            <w:r>
              <w:t>Инвестиционная программа теплоснабжающей организации</w:t>
            </w:r>
          </w:p>
        </w:tc>
        <w:tc>
          <w:tcPr>
            <w:tcW w:w="0" w:type="auto"/>
          </w:tcPr>
          <w:p w14:paraId="12B1609C" w14:textId="77777777" w:rsidR="00BE6252" w:rsidRPr="00844B84" w:rsidRDefault="00454828">
            <w:pPr>
              <w:jc w:val="center"/>
              <w:rPr>
                <w:lang w:val="ru-RU"/>
              </w:rPr>
            </w:pPr>
            <w:r w:rsidRPr="00844B84">
              <w:rPr>
                <w:lang w:val="ru-RU"/>
              </w:rPr>
              <w:t>статья 23 Федерального закона от 27.07.2010 № 190-ФЗ «О теплоснабжении»; постановление Правительства Российской Федерации от 05.05.2014 № 410 о порядке согласования и утверждения инвестиционных программ организаций в сфере теплоснабжения</w:t>
            </w:r>
          </w:p>
        </w:tc>
        <w:tc>
          <w:tcPr>
            <w:tcW w:w="0" w:type="auto"/>
          </w:tcPr>
          <w:p w14:paraId="39D3ED41" w14:textId="77777777" w:rsidR="00BE6252" w:rsidRDefault="00454828">
            <w:pPr>
              <w:jc w:val="center"/>
            </w:pPr>
            <w:r>
              <w:t>предлагаемый</w:t>
            </w:r>
          </w:p>
        </w:tc>
        <w:tc>
          <w:tcPr>
            <w:tcW w:w="0" w:type="auto"/>
          </w:tcPr>
          <w:p w14:paraId="1241B361" w14:textId="77777777" w:rsidR="00BE6252" w:rsidRPr="00844B84" w:rsidRDefault="00454828">
            <w:pPr>
              <w:jc w:val="center"/>
              <w:rPr>
                <w:lang w:val="ru-RU"/>
              </w:rPr>
            </w:pPr>
            <w:r w:rsidRPr="00844B84">
              <w:rPr>
                <w:lang w:val="ru-RU"/>
              </w:rPr>
              <w:t>мероприятия по источникам, сетям и переводу открытых систем</w:t>
            </w:r>
          </w:p>
        </w:tc>
      </w:tr>
      <w:tr w:rsidR="00BE6252" w14:paraId="3008C999" w14:textId="77777777">
        <w:trPr>
          <w:cantSplit/>
          <w:jc w:val="center"/>
        </w:trPr>
        <w:tc>
          <w:tcPr>
            <w:tcW w:w="0" w:type="auto"/>
          </w:tcPr>
          <w:p w14:paraId="61F3DDB0" w14:textId="77777777" w:rsidR="00BE6252" w:rsidRDefault="00454828">
            <w:r>
              <w:t>Тарифные источники</w:t>
            </w:r>
          </w:p>
        </w:tc>
        <w:tc>
          <w:tcPr>
            <w:tcW w:w="0" w:type="auto"/>
          </w:tcPr>
          <w:p w14:paraId="638C85C6" w14:textId="77777777" w:rsidR="00BE6252" w:rsidRPr="00844B84" w:rsidRDefault="00454828">
            <w:pPr>
              <w:jc w:val="center"/>
              <w:rPr>
                <w:lang w:val="ru-RU"/>
              </w:rPr>
            </w:pPr>
            <w:r w:rsidRPr="00844B84">
              <w:rPr>
                <w:lang w:val="ru-RU"/>
              </w:rPr>
              <w:t>учёт затрат инвестиционной программы в тарифах</w:t>
            </w:r>
          </w:p>
        </w:tc>
        <w:tc>
          <w:tcPr>
            <w:tcW w:w="0" w:type="auto"/>
          </w:tcPr>
          <w:p w14:paraId="20F4D8CB" w14:textId="77777777" w:rsidR="00BE6252" w:rsidRDefault="00454828">
            <w:pPr>
              <w:jc w:val="center"/>
            </w:pPr>
            <w:r>
              <w:t>предлагаемый</w:t>
            </w:r>
          </w:p>
        </w:tc>
        <w:tc>
          <w:tcPr>
            <w:tcW w:w="0" w:type="auto"/>
          </w:tcPr>
          <w:p w14:paraId="6C2DB1BE" w14:textId="77777777" w:rsidR="00BE6252" w:rsidRDefault="00454828">
            <w:pPr>
              <w:jc w:val="center"/>
            </w:pPr>
            <w:r>
              <w:t>возврат инвестиций теплоснабжающей организации</w:t>
            </w:r>
          </w:p>
        </w:tc>
      </w:tr>
      <w:tr w:rsidR="00BE6252" w14:paraId="7676B35C" w14:textId="77777777">
        <w:trPr>
          <w:cantSplit/>
          <w:jc w:val="center"/>
        </w:trPr>
        <w:tc>
          <w:tcPr>
            <w:tcW w:w="0" w:type="auto"/>
          </w:tcPr>
          <w:p w14:paraId="5C2ACAEC" w14:textId="77777777" w:rsidR="00BE6252" w:rsidRDefault="00454828">
            <w:r>
              <w:t>Концессионное соглашение</w:t>
            </w:r>
          </w:p>
        </w:tc>
        <w:tc>
          <w:tcPr>
            <w:tcW w:w="0" w:type="auto"/>
          </w:tcPr>
          <w:p w14:paraId="70B79F7D" w14:textId="77777777" w:rsidR="00BE6252" w:rsidRPr="00844B84" w:rsidRDefault="00454828">
            <w:pPr>
              <w:jc w:val="center"/>
              <w:rPr>
                <w:lang w:val="ru-RU"/>
              </w:rPr>
            </w:pPr>
            <w:r w:rsidRPr="00844B84">
              <w:rPr>
                <w:lang w:val="ru-RU"/>
              </w:rPr>
              <w:t>концессионные механизмы, применявшиеся ранее по округу</w:t>
            </w:r>
          </w:p>
        </w:tc>
        <w:tc>
          <w:tcPr>
            <w:tcW w:w="0" w:type="auto"/>
          </w:tcPr>
          <w:p w14:paraId="4F6E83DB" w14:textId="77777777" w:rsidR="00BE6252" w:rsidRDefault="00454828">
            <w:pPr>
              <w:jc w:val="center"/>
            </w:pPr>
            <w:r>
              <w:t>предлагаемый</w:t>
            </w:r>
          </w:p>
        </w:tc>
        <w:tc>
          <w:tcPr>
            <w:tcW w:w="0" w:type="auto"/>
          </w:tcPr>
          <w:p w14:paraId="5DC555BA" w14:textId="77777777" w:rsidR="00BE6252" w:rsidRDefault="00454828">
            <w:pPr>
              <w:jc w:val="center"/>
            </w:pPr>
            <w:r>
              <w:t>реконструкция источников и сетей</w:t>
            </w:r>
          </w:p>
        </w:tc>
      </w:tr>
      <w:tr w:rsidR="00BE6252" w:rsidRPr="004D1FEB" w14:paraId="6F3D5C42" w14:textId="77777777">
        <w:trPr>
          <w:cantSplit/>
          <w:jc w:val="center"/>
        </w:trPr>
        <w:tc>
          <w:tcPr>
            <w:tcW w:w="0" w:type="auto"/>
          </w:tcPr>
          <w:p w14:paraId="42CBB4C0" w14:textId="77777777" w:rsidR="00BE6252" w:rsidRDefault="00454828">
            <w:r>
              <w:t>Региональная программа газификации</w:t>
            </w:r>
          </w:p>
        </w:tc>
        <w:tc>
          <w:tcPr>
            <w:tcW w:w="0" w:type="auto"/>
          </w:tcPr>
          <w:p w14:paraId="1BE20BFC" w14:textId="77777777" w:rsidR="00BE6252" w:rsidRPr="00844B84" w:rsidRDefault="00454828">
            <w:pPr>
              <w:jc w:val="center"/>
              <w:rPr>
                <w:lang w:val="ru-RU"/>
              </w:rPr>
            </w:pPr>
            <w:r w:rsidRPr="00844B84">
              <w:rPr>
                <w:lang w:val="ru-RU"/>
              </w:rPr>
              <w:t>региональная программа газификации жилищно-коммунального хозяйства Кемеровской области — Кузбасса</w:t>
            </w:r>
          </w:p>
        </w:tc>
        <w:tc>
          <w:tcPr>
            <w:tcW w:w="0" w:type="auto"/>
          </w:tcPr>
          <w:p w14:paraId="49F27B0B" w14:textId="77777777" w:rsidR="00BE6252" w:rsidRDefault="00454828">
            <w:pPr>
              <w:jc w:val="center"/>
            </w:pPr>
            <w:r>
              <w:t>предлагаемый</w:t>
            </w:r>
          </w:p>
        </w:tc>
        <w:tc>
          <w:tcPr>
            <w:tcW w:w="0" w:type="auto"/>
          </w:tcPr>
          <w:p w14:paraId="76672D2F" w14:textId="77777777" w:rsidR="00BE6252" w:rsidRPr="00844B84" w:rsidRDefault="00454828">
            <w:pPr>
              <w:jc w:val="center"/>
              <w:rPr>
                <w:lang w:val="ru-RU"/>
              </w:rPr>
            </w:pPr>
            <w:r w:rsidRPr="00844B84">
              <w:rPr>
                <w:lang w:val="ru-RU"/>
              </w:rPr>
              <w:t>перевод источников на природный газ</w:t>
            </w:r>
          </w:p>
        </w:tc>
      </w:tr>
      <w:tr w:rsidR="00BE6252" w:rsidRPr="004D1FEB" w14:paraId="5EA647F2" w14:textId="77777777">
        <w:trPr>
          <w:cantSplit/>
          <w:jc w:val="center"/>
        </w:trPr>
        <w:tc>
          <w:tcPr>
            <w:tcW w:w="0" w:type="auto"/>
          </w:tcPr>
          <w:p w14:paraId="2009374E" w14:textId="77777777" w:rsidR="00BE6252" w:rsidRDefault="00454828">
            <w:r>
              <w:t>Средства бюджетов</w:t>
            </w:r>
          </w:p>
        </w:tc>
        <w:tc>
          <w:tcPr>
            <w:tcW w:w="0" w:type="auto"/>
          </w:tcPr>
          <w:p w14:paraId="1C9B7165" w14:textId="77777777" w:rsidR="00BE6252" w:rsidRDefault="00454828">
            <w:pPr>
              <w:jc w:val="center"/>
            </w:pPr>
            <w:r>
              <w:t>программы модернизации коммунальной инфраструктуры</w:t>
            </w:r>
          </w:p>
        </w:tc>
        <w:tc>
          <w:tcPr>
            <w:tcW w:w="0" w:type="auto"/>
          </w:tcPr>
          <w:p w14:paraId="125A032A" w14:textId="77777777" w:rsidR="00BE6252" w:rsidRDefault="00454828">
            <w:pPr>
              <w:jc w:val="center"/>
            </w:pPr>
            <w:r>
              <w:t>предлагаемый</w:t>
            </w:r>
          </w:p>
        </w:tc>
        <w:tc>
          <w:tcPr>
            <w:tcW w:w="0" w:type="auto"/>
          </w:tcPr>
          <w:p w14:paraId="22382313" w14:textId="77777777" w:rsidR="00BE6252" w:rsidRPr="00844B84" w:rsidRDefault="00454828">
            <w:pPr>
              <w:jc w:val="center"/>
              <w:rPr>
                <w:lang w:val="ru-RU"/>
              </w:rPr>
            </w:pPr>
            <w:r w:rsidRPr="00844B84">
              <w:rPr>
                <w:lang w:val="ru-RU"/>
              </w:rPr>
              <w:t>объекты социальной сферы при переводе горячего водоснабжения</w:t>
            </w:r>
          </w:p>
        </w:tc>
      </w:tr>
      <w:tr w:rsidR="00BE6252" w:rsidRPr="004D1FEB" w14:paraId="440F8319" w14:textId="77777777">
        <w:trPr>
          <w:cantSplit/>
          <w:jc w:val="center"/>
        </w:trPr>
        <w:tc>
          <w:tcPr>
            <w:tcW w:w="0" w:type="auto"/>
          </w:tcPr>
          <w:p w14:paraId="2C230A06" w14:textId="77777777" w:rsidR="00BE6252" w:rsidRDefault="00454828">
            <w:r>
              <w:t>Средства собственников</w:t>
            </w:r>
          </w:p>
        </w:tc>
        <w:tc>
          <w:tcPr>
            <w:tcW w:w="0" w:type="auto"/>
          </w:tcPr>
          <w:p w14:paraId="57444C5D" w14:textId="77777777" w:rsidR="00BE6252" w:rsidRPr="00844B84" w:rsidRDefault="00454828">
            <w:pPr>
              <w:jc w:val="center"/>
              <w:rPr>
                <w:lang w:val="ru-RU"/>
              </w:rPr>
            </w:pPr>
            <w:r w:rsidRPr="00844B84">
              <w:rPr>
                <w:lang w:val="ru-RU"/>
              </w:rPr>
              <w:t>решение схем поселений редакции 2021 года</w:t>
            </w:r>
          </w:p>
        </w:tc>
        <w:tc>
          <w:tcPr>
            <w:tcW w:w="0" w:type="auto"/>
          </w:tcPr>
          <w:p w14:paraId="723270DC" w14:textId="77777777" w:rsidR="00BE6252" w:rsidRDefault="00454828">
            <w:pPr>
              <w:jc w:val="center"/>
            </w:pPr>
            <w:r>
              <w:t>ранее рассмотренная альтернатива</w:t>
            </w:r>
          </w:p>
        </w:tc>
        <w:tc>
          <w:tcPr>
            <w:tcW w:w="0" w:type="auto"/>
          </w:tcPr>
          <w:p w14:paraId="1420A967" w14:textId="77777777" w:rsidR="00BE6252" w:rsidRPr="00844B84" w:rsidRDefault="00454828">
            <w:pPr>
              <w:jc w:val="center"/>
              <w:rPr>
                <w:lang w:val="ru-RU"/>
              </w:rPr>
            </w:pPr>
            <w:r w:rsidRPr="00844B84">
              <w:rPr>
                <w:lang w:val="ru-RU"/>
              </w:rPr>
              <w:t>тепловые пункты жилых и прочих объектов</w:t>
            </w:r>
          </w:p>
        </w:tc>
      </w:tr>
    </w:tbl>
    <w:p w14:paraId="22253624" w14:textId="77777777" w:rsidR="006E7A08" w:rsidRPr="001D7D92" w:rsidRDefault="00267E76">
      <w:pPr>
        <w:spacing w:before="1200"/>
        <w:jc w:val="center"/>
        <w:rPr>
          <w:lang w:val="ru-RU"/>
        </w:rPr>
      </w:pPr>
      <w:r w:rsidRPr="00844B84">
        <w:rPr>
          <w:lang w:val="ru-RU"/>
        </w:rPr>
        <w:t>Утверждённого решения об источниках финансирования по настоящей схеме не принимается: оно принимается при утверждении инвестиционной программы теплоснабжающей организации.</w:t>
      </w:r>
    </w:p>
    <w:p w14:paraId="089AD7AD" w14:textId="77777777" w:rsidR="00363A1F" w:rsidRPr="00844B84" w:rsidRDefault="00832053">
      <w:pPr>
        <w:pStyle w:val="21"/>
        <w:rPr>
          <w:lang w:val="ru-RU"/>
        </w:rPr>
      </w:pPr>
      <w:bookmarkStart w:id="92" w:name="_Toc238017291"/>
      <w:r w:rsidRPr="00844B84">
        <w:rPr>
          <w:lang w:val="ru-RU"/>
        </w:rPr>
        <w:t>9.3. Реестр мероприятий по источникам тепловой энергии</w:t>
      </w:r>
      <w:bookmarkEnd w:id="92"/>
    </w:p>
    <w:p w14:paraId="3750BE19" w14:textId="77777777" w:rsidR="00363A1F" w:rsidRPr="000C24CF" w:rsidRDefault="00832053">
      <w:pPr>
        <w:rPr>
          <w:b/>
          <w:bCs/>
          <w:lang w:val="ru-RU"/>
        </w:rPr>
      </w:pPr>
      <w:r w:rsidRPr="000C24CF">
        <w:rPr>
          <w:b/>
          <w:bCs/>
          <w:lang w:val="ru-RU"/>
        </w:rPr>
        <w:t>Таблица 9.3 — Мероприятия по переводу источников на природный газ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21"/>
        <w:gridCol w:w="2189"/>
        <w:gridCol w:w="1312"/>
        <w:gridCol w:w="1486"/>
        <w:gridCol w:w="1230"/>
        <w:gridCol w:w="2551"/>
      </w:tblGrid>
      <w:tr w:rsidR="00363A1F" w14:paraId="1B22265F" w14:textId="77777777">
        <w:trPr>
          <w:cantSplit/>
          <w:tblHeader/>
        </w:trPr>
        <w:tc>
          <w:tcPr>
            <w:tcW w:w="0" w:type="auto"/>
            <w:shd w:val="clear" w:color="auto" w:fill="E2F0D9"/>
          </w:tcPr>
          <w:p w14:paraId="2F998C0A" w14:textId="77777777" w:rsidR="00363A1F" w:rsidRDefault="00832053">
            <w:pPr>
              <w:jc w:val="center"/>
            </w:pPr>
            <w:r>
              <w:rPr>
                <w:b/>
              </w:rPr>
              <w:t>Объект</w:t>
            </w:r>
          </w:p>
        </w:tc>
        <w:tc>
          <w:tcPr>
            <w:tcW w:w="0" w:type="auto"/>
            <w:shd w:val="clear" w:color="auto" w:fill="E2F0D9"/>
          </w:tcPr>
          <w:p w14:paraId="309E35FF" w14:textId="77777777" w:rsidR="00363A1F" w:rsidRDefault="00832053">
            <w:pPr>
              <w:jc w:val="center"/>
            </w:pPr>
            <w:r>
              <w:rPr>
                <w:b/>
              </w:rPr>
              <w:t>Мероприятие</w:t>
            </w:r>
          </w:p>
        </w:tc>
        <w:tc>
          <w:tcPr>
            <w:tcW w:w="0" w:type="auto"/>
            <w:shd w:val="clear" w:color="auto" w:fill="E2F0D9"/>
          </w:tcPr>
          <w:p w14:paraId="408A53B9" w14:textId="77777777" w:rsidR="00363A1F" w:rsidRDefault="00832053">
            <w:pPr>
              <w:jc w:val="center"/>
            </w:pPr>
            <w:r>
              <w:rPr>
                <w:b/>
              </w:rPr>
              <w:t>Срок</w:t>
            </w:r>
          </w:p>
        </w:tc>
        <w:tc>
          <w:tcPr>
            <w:tcW w:w="0" w:type="auto"/>
            <w:shd w:val="clear" w:color="auto" w:fill="E2F0D9"/>
          </w:tcPr>
          <w:p w14:paraId="15BAC31E" w14:textId="77777777" w:rsidR="00363A1F" w:rsidRDefault="00832053">
            <w:pPr>
              <w:jc w:val="center"/>
            </w:pPr>
            <w:r>
              <w:rPr>
                <w:b/>
              </w:rPr>
              <w:t>Стоимость, тыс. руб.</w:t>
            </w:r>
          </w:p>
        </w:tc>
        <w:tc>
          <w:tcPr>
            <w:tcW w:w="0" w:type="auto"/>
            <w:shd w:val="clear" w:color="auto" w:fill="E2F0D9"/>
          </w:tcPr>
          <w:p w14:paraId="38DC0062" w14:textId="77777777" w:rsidR="00363A1F" w:rsidRDefault="00832053">
            <w:pPr>
              <w:jc w:val="center"/>
            </w:pPr>
            <w:r>
              <w:rPr>
                <w:b/>
              </w:rPr>
              <w:t>Ценовой базис</w:t>
            </w:r>
          </w:p>
        </w:tc>
        <w:tc>
          <w:tcPr>
            <w:tcW w:w="0" w:type="auto"/>
            <w:shd w:val="clear" w:color="auto" w:fill="E2F0D9"/>
          </w:tcPr>
          <w:p w14:paraId="6B078910" w14:textId="77777777" w:rsidR="00363A1F" w:rsidRDefault="00832053">
            <w:pPr>
              <w:jc w:val="center"/>
            </w:pPr>
            <w:r>
              <w:rPr>
                <w:b/>
              </w:rPr>
              <w:t>Основание выбора варианта</w:t>
            </w:r>
          </w:p>
        </w:tc>
      </w:tr>
      <w:tr w:rsidR="00363A1F" w:rsidRPr="004D1FEB" w14:paraId="124CCFA9" w14:textId="77777777">
        <w:trPr>
          <w:cantSplit/>
        </w:trPr>
        <w:tc>
          <w:tcPr>
            <w:tcW w:w="0" w:type="auto"/>
            <w:shd w:val="clear" w:color="auto" w:fill="F2F2F2"/>
          </w:tcPr>
          <w:p w14:paraId="0826D239" w14:textId="77777777" w:rsidR="00363A1F" w:rsidRDefault="00832053">
            <w:r>
              <w:t>УПК № 1 «Таштагол»</w:t>
            </w:r>
          </w:p>
        </w:tc>
        <w:tc>
          <w:tcPr>
            <w:tcW w:w="0" w:type="auto"/>
            <w:shd w:val="clear" w:color="auto" w:fill="FFFFFF"/>
          </w:tcPr>
          <w:p w14:paraId="545B81AA" w14:textId="77777777" w:rsidR="00363A1F" w:rsidRPr="00844B84" w:rsidRDefault="00832053">
            <w:pPr>
              <w:rPr>
                <w:lang w:val="ru-RU"/>
              </w:rPr>
            </w:pPr>
            <w:r w:rsidRPr="00844B84">
              <w:rPr>
                <w:lang w:val="ru-RU"/>
              </w:rPr>
              <w:t>Реконструкция котельной с переводом на природный газ</w:t>
            </w:r>
          </w:p>
        </w:tc>
        <w:tc>
          <w:tcPr>
            <w:tcW w:w="0" w:type="auto"/>
            <w:shd w:val="clear" w:color="auto" w:fill="FFFFFF"/>
          </w:tcPr>
          <w:p w14:paraId="558A2FFF" w14:textId="77777777" w:rsidR="00363A1F" w:rsidRDefault="00832053">
            <w:r>
              <w:t>2035</w:t>
            </w:r>
          </w:p>
        </w:tc>
        <w:tc>
          <w:tcPr>
            <w:tcW w:w="0" w:type="auto"/>
            <w:shd w:val="clear" w:color="auto" w:fill="FFFFFF"/>
          </w:tcPr>
          <w:p w14:paraId="3160304A" w14:textId="77777777" w:rsidR="00363A1F" w:rsidRDefault="00832053">
            <w:r>
              <w:t>382 000,0</w:t>
            </w:r>
          </w:p>
        </w:tc>
        <w:tc>
          <w:tcPr>
            <w:tcW w:w="0" w:type="auto"/>
            <w:shd w:val="clear" w:color="auto" w:fill="FFFFFF"/>
          </w:tcPr>
          <w:p w14:paraId="52295AE0" w14:textId="77777777" w:rsidR="00363A1F" w:rsidRDefault="00832053">
            <w:r>
              <w:t>цены 2024 года, с НДС</w:t>
            </w:r>
          </w:p>
        </w:tc>
        <w:tc>
          <w:tcPr>
            <w:tcW w:w="0" w:type="auto"/>
            <w:shd w:val="clear" w:color="auto" w:fill="FFFFFF"/>
          </w:tcPr>
          <w:p w14:paraId="179034F8" w14:textId="77777777" w:rsidR="00363A1F" w:rsidRPr="00844B84" w:rsidRDefault="00832053">
            <w:pPr>
              <w:rPr>
                <w:lang w:val="ru-RU"/>
              </w:rPr>
            </w:pPr>
            <w:r w:rsidRPr="00844B84">
              <w:rPr>
                <w:lang w:val="ru-RU"/>
              </w:rPr>
              <w:t>перевод существующих котлоагрегатов — единственный рассмотренный вариант</w:t>
            </w:r>
          </w:p>
        </w:tc>
      </w:tr>
      <w:tr w:rsidR="00363A1F" w:rsidRPr="004D1FEB" w14:paraId="42C463C3" w14:textId="77777777">
        <w:trPr>
          <w:cantSplit/>
        </w:trPr>
        <w:tc>
          <w:tcPr>
            <w:tcW w:w="0" w:type="auto"/>
            <w:shd w:val="clear" w:color="auto" w:fill="F2F2F2"/>
          </w:tcPr>
          <w:p w14:paraId="27C73766" w14:textId="77777777" w:rsidR="00363A1F" w:rsidRDefault="00832053">
            <w:r>
              <w:t>УПК № 2 «Шалым»</w:t>
            </w:r>
          </w:p>
        </w:tc>
        <w:tc>
          <w:tcPr>
            <w:tcW w:w="0" w:type="auto"/>
            <w:shd w:val="clear" w:color="auto" w:fill="FFFFFF"/>
          </w:tcPr>
          <w:p w14:paraId="20A515F4" w14:textId="77777777" w:rsidR="00363A1F" w:rsidRPr="00844B84" w:rsidRDefault="00832053">
            <w:pPr>
              <w:rPr>
                <w:lang w:val="ru-RU"/>
              </w:rPr>
            </w:pPr>
            <w:r w:rsidRPr="00844B84">
              <w:rPr>
                <w:lang w:val="ru-RU"/>
              </w:rPr>
              <w:t>Реконструкция котельной с переводом на природный газ</w:t>
            </w:r>
          </w:p>
        </w:tc>
        <w:tc>
          <w:tcPr>
            <w:tcW w:w="0" w:type="auto"/>
            <w:shd w:val="clear" w:color="auto" w:fill="FFFFFF"/>
          </w:tcPr>
          <w:p w14:paraId="7847F992" w14:textId="77777777" w:rsidR="00363A1F" w:rsidRDefault="00832053">
            <w:r>
              <w:t>2035</w:t>
            </w:r>
          </w:p>
        </w:tc>
        <w:tc>
          <w:tcPr>
            <w:tcW w:w="0" w:type="auto"/>
            <w:shd w:val="clear" w:color="auto" w:fill="FFFFFF"/>
          </w:tcPr>
          <w:p w14:paraId="7C3E3E43" w14:textId="77777777" w:rsidR="00363A1F" w:rsidRDefault="00832053">
            <w:r>
              <w:t>53 360,0</w:t>
            </w:r>
          </w:p>
        </w:tc>
        <w:tc>
          <w:tcPr>
            <w:tcW w:w="0" w:type="auto"/>
            <w:shd w:val="clear" w:color="auto" w:fill="FFFFFF"/>
          </w:tcPr>
          <w:p w14:paraId="7AE783A7" w14:textId="77777777" w:rsidR="00363A1F" w:rsidRDefault="00832053">
            <w:r>
              <w:t>цены 2024 года, с НДС</w:t>
            </w:r>
          </w:p>
        </w:tc>
        <w:tc>
          <w:tcPr>
            <w:tcW w:w="0" w:type="auto"/>
            <w:shd w:val="clear" w:color="auto" w:fill="FFFFFF"/>
          </w:tcPr>
          <w:p w14:paraId="1EB28C7D" w14:textId="77777777" w:rsidR="00363A1F" w:rsidRPr="00844B84" w:rsidRDefault="00832053">
            <w:pPr>
              <w:rPr>
                <w:lang w:val="ru-RU"/>
              </w:rPr>
            </w:pPr>
            <w:r w:rsidRPr="00844B84">
              <w:rPr>
                <w:lang w:val="ru-RU"/>
              </w:rPr>
              <w:t>перевод существующих дешевле новой котельной на 5 929,0</w:t>
            </w:r>
          </w:p>
        </w:tc>
      </w:tr>
      <w:tr w:rsidR="00363A1F" w:rsidRPr="004D1FEB" w14:paraId="03CB1FF4" w14:textId="77777777">
        <w:trPr>
          <w:cantSplit/>
        </w:trPr>
        <w:tc>
          <w:tcPr>
            <w:tcW w:w="0" w:type="auto"/>
            <w:shd w:val="clear" w:color="auto" w:fill="F2F2F2"/>
          </w:tcPr>
          <w:p w14:paraId="03340D34" w14:textId="77777777" w:rsidR="00363A1F" w:rsidRDefault="00832053">
            <w:r>
              <w:t>УПК № 2 «ЦМК»</w:t>
            </w:r>
          </w:p>
        </w:tc>
        <w:tc>
          <w:tcPr>
            <w:tcW w:w="0" w:type="auto"/>
            <w:shd w:val="clear" w:color="auto" w:fill="FFFFFF"/>
          </w:tcPr>
          <w:p w14:paraId="7EEB43CD" w14:textId="77777777" w:rsidR="00363A1F" w:rsidRPr="00844B84" w:rsidRDefault="00832053">
            <w:pPr>
              <w:rPr>
                <w:lang w:val="ru-RU"/>
              </w:rPr>
            </w:pPr>
            <w:r w:rsidRPr="00844B84">
              <w:rPr>
                <w:lang w:val="ru-RU"/>
              </w:rPr>
              <w:t>Реконструкция котельной с переводом на природный газ</w:t>
            </w:r>
          </w:p>
        </w:tc>
        <w:tc>
          <w:tcPr>
            <w:tcW w:w="0" w:type="auto"/>
            <w:shd w:val="clear" w:color="auto" w:fill="FFFFFF"/>
          </w:tcPr>
          <w:p w14:paraId="22950D5B" w14:textId="77777777" w:rsidR="00363A1F" w:rsidRDefault="00832053">
            <w:r>
              <w:t>2035</w:t>
            </w:r>
          </w:p>
        </w:tc>
        <w:tc>
          <w:tcPr>
            <w:tcW w:w="0" w:type="auto"/>
            <w:shd w:val="clear" w:color="auto" w:fill="FFFFFF"/>
          </w:tcPr>
          <w:p w14:paraId="4B2E2C9B" w14:textId="77777777" w:rsidR="00363A1F" w:rsidRDefault="00832053">
            <w:r>
              <w:t>26 680,0</w:t>
            </w:r>
          </w:p>
        </w:tc>
        <w:tc>
          <w:tcPr>
            <w:tcW w:w="0" w:type="auto"/>
            <w:shd w:val="clear" w:color="auto" w:fill="FFFFFF"/>
          </w:tcPr>
          <w:p w14:paraId="45721A43" w14:textId="77777777" w:rsidR="00363A1F" w:rsidRDefault="00832053">
            <w:r>
              <w:t>цены 2024 года, с НДС</w:t>
            </w:r>
          </w:p>
        </w:tc>
        <w:tc>
          <w:tcPr>
            <w:tcW w:w="0" w:type="auto"/>
            <w:shd w:val="clear" w:color="auto" w:fill="FFFFFF"/>
          </w:tcPr>
          <w:p w14:paraId="45666204" w14:textId="77777777" w:rsidR="00363A1F" w:rsidRPr="00844B84" w:rsidRDefault="00832053">
            <w:pPr>
              <w:rPr>
                <w:lang w:val="ru-RU"/>
              </w:rPr>
            </w:pPr>
            <w:r w:rsidRPr="00844B84">
              <w:rPr>
                <w:lang w:val="ru-RU"/>
              </w:rPr>
              <w:t>перевод существующих дешевле новых котлоагрегатов на 2 964,0</w:t>
            </w:r>
          </w:p>
        </w:tc>
      </w:tr>
      <w:tr w:rsidR="00363A1F" w:rsidRPr="004D1FEB" w14:paraId="7D719B8F" w14:textId="77777777">
        <w:trPr>
          <w:cantSplit/>
        </w:trPr>
        <w:tc>
          <w:tcPr>
            <w:tcW w:w="0" w:type="auto"/>
            <w:shd w:val="clear" w:color="auto" w:fill="F2F2F2"/>
          </w:tcPr>
          <w:p w14:paraId="229587B8" w14:textId="77777777" w:rsidR="00363A1F" w:rsidRDefault="00832053">
            <w:r>
              <w:t>УПК № 9 «ГРЭ»</w:t>
            </w:r>
          </w:p>
        </w:tc>
        <w:tc>
          <w:tcPr>
            <w:tcW w:w="0" w:type="auto"/>
            <w:shd w:val="clear" w:color="auto" w:fill="FFFFFF"/>
          </w:tcPr>
          <w:p w14:paraId="5D845A89" w14:textId="77777777" w:rsidR="00363A1F" w:rsidRPr="00844B84" w:rsidRDefault="00832053">
            <w:pPr>
              <w:rPr>
                <w:lang w:val="ru-RU"/>
              </w:rPr>
            </w:pPr>
            <w:r w:rsidRPr="00844B84">
              <w:rPr>
                <w:lang w:val="ru-RU"/>
              </w:rPr>
              <w:t>Реконструкция котельной с переводом на природный газ</w:t>
            </w:r>
          </w:p>
        </w:tc>
        <w:tc>
          <w:tcPr>
            <w:tcW w:w="0" w:type="auto"/>
            <w:shd w:val="clear" w:color="auto" w:fill="FFFFFF"/>
          </w:tcPr>
          <w:p w14:paraId="3992188E" w14:textId="77777777" w:rsidR="00363A1F" w:rsidRDefault="00832053">
            <w:r>
              <w:t>2035</w:t>
            </w:r>
          </w:p>
        </w:tc>
        <w:tc>
          <w:tcPr>
            <w:tcW w:w="0" w:type="auto"/>
            <w:shd w:val="clear" w:color="auto" w:fill="FFFFFF"/>
          </w:tcPr>
          <w:p w14:paraId="34C4D0CF" w14:textId="77777777" w:rsidR="00363A1F" w:rsidRDefault="00832053">
            <w:r>
              <w:t>17 786,0</w:t>
            </w:r>
          </w:p>
        </w:tc>
        <w:tc>
          <w:tcPr>
            <w:tcW w:w="0" w:type="auto"/>
            <w:shd w:val="clear" w:color="auto" w:fill="FFFFFF"/>
          </w:tcPr>
          <w:p w14:paraId="7D8B6B23" w14:textId="77777777" w:rsidR="00363A1F" w:rsidRDefault="00832053">
            <w:r>
              <w:t>цены 2024 года, с НДС</w:t>
            </w:r>
          </w:p>
        </w:tc>
        <w:tc>
          <w:tcPr>
            <w:tcW w:w="0" w:type="auto"/>
            <w:shd w:val="clear" w:color="auto" w:fill="FFFFFF"/>
          </w:tcPr>
          <w:p w14:paraId="689A2B07" w14:textId="77777777" w:rsidR="00363A1F" w:rsidRPr="00844B84" w:rsidRDefault="00832053">
            <w:pPr>
              <w:rPr>
                <w:lang w:val="ru-RU"/>
              </w:rPr>
            </w:pPr>
            <w:r w:rsidRPr="00844B84">
              <w:rPr>
                <w:lang w:val="ru-RU"/>
              </w:rPr>
              <w:t>установка новых котлоагрегатов — единственный рассмотренный вариант</w:t>
            </w:r>
          </w:p>
        </w:tc>
      </w:tr>
      <w:tr w:rsidR="00363A1F" w:rsidRPr="004D1FEB" w14:paraId="6A55D37E" w14:textId="77777777">
        <w:trPr>
          <w:cantSplit/>
        </w:trPr>
        <w:tc>
          <w:tcPr>
            <w:tcW w:w="0" w:type="auto"/>
            <w:shd w:val="clear" w:color="auto" w:fill="F2F2F2"/>
          </w:tcPr>
          <w:p w14:paraId="0A69ABFF" w14:textId="77777777" w:rsidR="00363A1F" w:rsidRDefault="00832053">
            <w:r>
              <w:t>УПК № 5 «Новый Шерегеш»</w:t>
            </w:r>
          </w:p>
        </w:tc>
        <w:tc>
          <w:tcPr>
            <w:tcW w:w="0" w:type="auto"/>
            <w:shd w:val="clear" w:color="auto" w:fill="FFFFFF"/>
          </w:tcPr>
          <w:p w14:paraId="12F8109C" w14:textId="77777777" w:rsidR="00363A1F" w:rsidRPr="00844B84" w:rsidRDefault="00832053">
            <w:pPr>
              <w:rPr>
                <w:lang w:val="ru-RU"/>
              </w:rPr>
            </w:pPr>
            <w:r w:rsidRPr="00844B84">
              <w:rPr>
                <w:lang w:val="ru-RU"/>
              </w:rPr>
              <w:t>Реконструкция котельной с переводом на природный газ</w:t>
            </w:r>
          </w:p>
        </w:tc>
        <w:tc>
          <w:tcPr>
            <w:tcW w:w="0" w:type="auto"/>
            <w:shd w:val="clear" w:color="auto" w:fill="FFFFFF"/>
          </w:tcPr>
          <w:p w14:paraId="51A1E246" w14:textId="77777777" w:rsidR="00363A1F" w:rsidRDefault="00832053">
            <w:r>
              <w:t>срок уточняется</w:t>
            </w:r>
          </w:p>
        </w:tc>
        <w:tc>
          <w:tcPr>
            <w:tcW w:w="0" w:type="auto"/>
            <w:shd w:val="clear" w:color="auto" w:fill="FFFFFF"/>
          </w:tcPr>
          <w:p w14:paraId="4A727AB6" w14:textId="77777777" w:rsidR="00363A1F" w:rsidRDefault="00832053">
            <w:r>
              <w:t>423 920,0</w:t>
            </w:r>
          </w:p>
        </w:tc>
        <w:tc>
          <w:tcPr>
            <w:tcW w:w="0" w:type="auto"/>
            <w:shd w:val="clear" w:color="auto" w:fill="FFFFFF"/>
          </w:tcPr>
          <w:p w14:paraId="24DA6572" w14:textId="77777777" w:rsidR="00363A1F" w:rsidRDefault="00832053">
            <w:r>
              <w:t>цены 2024 года, с НДС</w:t>
            </w:r>
          </w:p>
        </w:tc>
        <w:tc>
          <w:tcPr>
            <w:tcW w:w="0" w:type="auto"/>
            <w:shd w:val="clear" w:color="auto" w:fill="FFFFFF"/>
          </w:tcPr>
          <w:p w14:paraId="69728B45" w14:textId="77777777" w:rsidR="00363A1F" w:rsidRPr="00844B84" w:rsidRDefault="00832053">
            <w:pPr>
              <w:rPr>
                <w:lang w:val="ru-RU"/>
              </w:rPr>
            </w:pPr>
            <w:r w:rsidRPr="00844B84">
              <w:rPr>
                <w:lang w:val="ru-RU"/>
              </w:rPr>
              <w:t>перевод существующих дешевле новых котлоагрегатов на 228 266,0</w:t>
            </w:r>
          </w:p>
        </w:tc>
      </w:tr>
      <w:tr w:rsidR="00363A1F" w:rsidRPr="004D1FEB" w14:paraId="69A25E1D" w14:textId="77777777">
        <w:trPr>
          <w:cantSplit/>
        </w:trPr>
        <w:tc>
          <w:tcPr>
            <w:tcW w:w="0" w:type="auto"/>
            <w:shd w:val="clear" w:color="auto" w:fill="F2F2F2"/>
          </w:tcPr>
          <w:p w14:paraId="799F8B85" w14:textId="77777777" w:rsidR="00363A1F" w:rsidRDefault="00832053">
            <w:r>
              <w:t>УПК № 6 «Старый Шерегеш»</w:t>
            </w:r>
          </w:p>
        </w:tc>
        <w:tc>
          <w:tcPr>
            <w:tcW w:w="0" w:type="auto"/>
            <w:shd w:val="clear" w:color="auto" w:fill="FFFFFF"/>
          </w:tcPr>
          <w:p w14:paraId="78B86C18" w14:textId="77777777" w:rsidR="00363A1F" w:rsidRPr="00844B84" w:rsidRDefault="00832053">
            <w:pPr>
              <w:rPr>
                <w:lang w:val="ru-RU"/>
              </w:rPr>
            </w:pPr>
            <w:r w:rsidRPr="00844B84">
              <w:rPr>
                <w:lang w:val="ru-RU"/>
              </w:rPr>
              <w:t>Реконструкция котельной с переводом на природный газ</w:t>
            </w:r>
          </w:p>
        </w:tc>
        <w:tc>
          <w:tcPr>
            <w:tcW w:w="0" w:type="auto"/>
            <w:shd w:val="clear" w:color="auto" w:fill="FFFFFF"/>
          </w:tcPr>
          <w:p w14:paraId="5617BB72" w14:textId="77777777" w:rsidR="00363A1F" w:rsidRDefault="00832053">
            <w:r>
              <w:t>срок уточняется</w:t>
            </w:r>
          </w:p>
        </w:tc>
        <w:tc>
          <w:tcPr>
            <w:tcW w:w="0" w:type="auto"/>
            <w:shd w:val="clear" w:color="auto" w:fill="FFFFFF"/>
          </w:tcPr>
          <w:p w14:paraId="677EDF73" w14:textId="77777777" w:rsidR="00363A1F" w:rsidRDefault="00832053">
            <w:r>
              <w:t>41 502,0</w:t>
            </w:r>
          </w:p>
        </w:tc>
        <w:tc>
          <w:tcPr>
            <w:tcW w:w="0" w:type="auto"/>
            <w:shd w:val="clear" w:color="auto" w:fill="FFFFFF"/>
          </w:tcPr>
          <w:p w14:paraId="094F3338" w14:textId="77777777" w:rsidR="00363A1F" w:rsidRDefault="00832053">
            <w:r>
              <w:t>цены 2024 года, с НДС</w:t>
            </w:r>
          </w:p>
        </w:tc>
        <w:tc>
          <w:tcPr>
            <w:tcW w:w="0" w:type="auto"/>
            <w:shd w:val="clear" w:color="auto" w:fill="FFFFFF"/>
          </w:tcPr>
          <w:p w14:paraId="3E6CA929" w14:textId="77777777" w:rsidR="00363A1F" w:rsidRPr="00844B84" w:rsidRDefault="00832053">
            <w:pPr>
              <w:rPr>
                <w:lang w:val="ru-RU"/>
              </w:rPr>
            </w:pPr>
            <w:r w:rsidRPr="00844B84">
              <w:rPr>
                <w:lang w:val="ru-RU"/>
              </w:rPr>
              <w:t>установка новых котлоагрегатов — единственный рассмотренный вариант</w:t>
            </w:r>
          </w:p>
        </w:tc>
      </w:tr>
      <w:tr w:rsidR="00363A1F" w:rsidRPr="004D1FEB" w14:paraId="20BE06CD" w14:textId="77777777">
        <w:trPr>
          <w:cantSplit/>
        </w:trPr>
        <w:tc>
          <w:tcPr>
            <w:tcW w:w="0" w:type="auto"/>
            <w:shd w:val="clear" w:color="auto" w:fill="F2F2F2"/>
          </w:tcPr>
          <w:p w14:paraId="15015EAC" w14:textId="77777777" w:rsidR="00363A1F" w:rsidRDefault="00832053">
            <w:r>
              <w:t>УПК № 7 «Каз»</w:t>
            </w:r>
          </w:p>
        </w:tc>
        <w:tc>
          <w:tcPr>
            <w:tcW w:w="0" w:type="auto"/>
            <w:shd w:val="clear" w:color="auto" w:fill="FFFFFF"/>
          </w:tcPr>
          <w:p w14:paraId="7099A1AE" w14:textId="77777777" w:rsidR="00363A1F" w:rsidRPr="00844B84" w:rsidRDefault="00832053">
            <w:pPr>
              <w:rPr>
                <w:lang w:val="ru-RU"/>
              </w:rPr>
            </w:pPr>
            <w:r w:rsidRPr="00844B84">
              <w:rPr>
                <w:lang w:val="ru-RU"/>
              </w:rPr>
              <w:t>Реконструкция котельной с переводом на природный газ</w:t>
            </w:r>
          </w:p>
        </w:tc>
        <w:tc>
          <w:tcPr>
            <w:tcW w:w="0" w:type="auto"/>
            <w:shd w:val="clear" w:color="auto" w:fill="FFFFFF"/>
          </w:tcPr>
          <w:p w14:paraId="50DC8F10" w14:textId="77777777" w:rsidR="00363A1F" w:rsidRDefault="00832053">
            <w:r>
              <w:t>2034</w:t>
            </w:r>
          </w:p>
        </w:tc>
        <w:tc>
          <w:tcPr>
            <w:tcW w:w="0" w:type="auto"/>
            <w:shd w:val="clear" w:color="auto" w:fill="FFFFFF"/>
          </w:tcPr>
          <w:p w14:paraId="38694695" w14:textId="77777777" w:rsidR="00363A1F" w:rsidRDefault="00832053">
            <w:r>
              <w:t>115 614,0</w:t>
            </w:r>
          </w:p>
        </w:tc>
        <w:tc>
          <w:tcPr>
            <w:tcW w:w="0" w:type="auto"/>
            <w:shd w:val="clear" w:color="auto" w:fill="FFFFFF"/>
          </w:tcPr>
          <w:p w14:paraId="39C59FF1" w14:textId="77777777" w:rsidR="00363A1F" w:rsidRDefault="00832053">
            <w:r>
              <w:t>цены 2024 года, с НДС</w:t>
            </w:r>
          </w:p>
        </w:tc>
        <w:tc>
          <w:tcPr>
            <w:tcW w:w="0" w:type="auto"/>
            <w:shd w:val="clear" w:color="auto" w:fill="FFFFFF"/>
          </w:tcPr>
          <w:p w14:paraId="6D95A3E9" w14:textId="77777777" w:rsidR="00363A1F" w:rsidRPr="00844B84" w:rsidRDefault="00832053">
            <w:pPr>
              <w:rPr>
                <w:lang w:val="ru-RU"/>
              </w:rPr>
            </w:pPr>
            <w:r w:rsidRPr="00844B84">
              <w:rPr>
                <w:lang w:val="ru-RU"/>
              </w:rPr>
              <w:t>перевод существующих дешевле новых котлоагрегатов на 62 254,0</w:t>
            </w:r>
          </w:p>
        </w:tc>
      </w:tr>
      <w:tr w:rsidR="00363A1F" w:rsidRPr="004D1FEB" w14:paraId="00899248" w14:textId="77777777">
        <w:trPr>
          <w:cantSplit/>
        </w:trPr>
        <w:tc>
          <w:tcPr>
            <w:tcW w:w="0" w:type="auto"/>
            <w:shd w:val="clear" w:color="auto" w:fill="F2F2F2"/>
          </w:tcPr>
          <w:p w14:paraId="3517A257" w14:textId="77777777" w:rsidR="00363A1F" w:rsidRDefault="00832053">
            <w:r>
              <w:t>УПК № 8 «Мундыбаш»</w:t>
            </w:r>
          </w:p>
        </w:tc>
        <w:tc>
          <w:tcPr>
            <w:tcW w:w="0" w:type="auto"/>
            <w:shd w:val="clear" w:color="auto" w:fill="FFFFFF"/>
          </w:tcPr>
          <w:p w14:paraId="66BBC276" w14:textId="77777777" w:rsidR="00363A1F" w:rsidRPr="00844B84" w:rsidRDefault="00832053">
            <w:pPr>
              <w:rPr>
                <w:lang w:val="ru-RU"/>
              </w:rPr>
            </w:pPr>
            <w:r w:rsidRPr="00844B84">
              <w:rPr>
                <w:lang w:val="ru-RU"/>
              </w:rPr>
              <w:t>Реконструкция котельной с переводом на природный газ</w:t>
            </w:r>
          </w:p>
        </w:tc>
        <w:tc>
          <w:tcPr>
            <w:tcW w:w="0" w:type="auto"/>
            <w:shd w:val="clear" w:color="auto" w:fill="FFFFFF"/>
          </w:tcPr>
          <w:p w14:paraId="4C20276C" w14:textId="77777777" w:rsidR="00363A1F" w:rsidRDefault="00832053">
            <w:r>
              <w:t>2034</w:t>
            </w:r>
          </w:p>
        </w:tc>
        <w:tc>
          <w:tcPr>
            <w:tcW w:w="0" w:type="auto"/>
            <w:shd w:val="clear" w:color="auto" w:fill="FFFFFF"/>
          </w:tcPr>
          <w:p w14:paraId="08952C0F" w14:textId="77777777" w:rsidR="00363A1F" w:rsidRDefault="00832053">
            <w:r>
              <w:t>71 147,0</w:t>
            </w:r>
          </w:p>
        </w:tc>
        <w:tc>
          <w:tcPr>
            <w:tcW w:w="0" w:type="auto"/>
            <w:shd w:val="clear" w:color="auto" w:fill="FFFFFF"/>
          </w:tcPr>
          <w:p w14:paraId="5DC7FC69" w14:textId="77777777" w:rsidR="00363A1F" w:rsidRDefault="00832053">
            <w:r>
              <w:t>цены 2024 года, с НДС</w:t>
            </w:r>
          </w:p>
        </w:tc>
        <w:tc>
          <w:tcPr>
            <w:tcW w:w="0" w:type="auto"/>
            <w:shd w:val="clear" w:color="auto" w:fill="FFFFFF"/>
          </w:tcPr>
          <w:p w14:paraId="5C2B347D" w14:textId="77777777" w:rsidR="00363A1F" w:rsidRPr="00844B84" w:rsidRDefault="00832053">
            <w:pPr>
              <w:rPr>
                <w:lang w:val="ru-RU"/>
              </w:rPr>
            </w:pPr>
            <w:r w:rsidRPr="00844B84">
              <w:rPr>
                <w:lang w:val="ru-RU"/>
              </w:rPr>
              <w:t>установка новых котлоагрегатов дешевле перевода на 7 115,0</w:t>
            </w:r>
          </w:p>
        </w:tc>
      </w:tr>
      <w:tr w:rsidR="00363A1F" w:rsidRPr="004D1FEB" w14:paraId="72C30735" w14:textId="77777777">
        <w:trPr>
          <w:cantSplit/>
        </w:trPr>
        <w:tc>
          <w:tcPr>
            <w:tcW w:w="0" w:type="auto"/>
            <w:shd w:val="clear" w:color="auto" w:fill="F2F2F2"/>
          </w:tcPr>
          <w:p w14:paraId="38BD72BA" w14:textId="77777777" w:rsidR="00363A1F" w:rsidRDefault="00832053">
            <w:r>
              <w:t>УПК № 10 «Темир-Тау»</w:t>
            </w:r>
          </w:p>
        </w:tc>
        <w:tc>
          <w:tcPr>
            <w:tcW w:w="0" w:type="auto"/>
            <w:shd w:val="clear" w:color="auto" w:fill="FFFFFF"/>
          </w:tcPr>
          <w:p w14:paraId="56E7279B" w14:textId="77777777" w:rsidR="00363A1F" w:rsidRPr="00844B84" w:rsidRDefault="00832053">
            <w:pPr>
              <w:rPr>
                <w:lang w:val="ru-RU"/>
              </w:rPr>
            </w:pPr>
            <w:r w:rsidRPr="00844B84">
              <w:rPr>
                <w:lang w:val="ru-RU"/>
              </w:rPr>
              <w:t>Реконструкция котельной с переводом на природный газ</w:t>
            </w:r>
          </w:p>
        </w:tc>
        <w:tc>
          <w:tcPr>
            <w:tcW w:w="0" w:type="auto"/>
            <w:shd w:val="clear" w:color="auto" w:fill="FFFFFF"/>
          </w:tcPr>
          <w:p w14:paraId="7CE74909" w14:textId="77777777" w:rsidR="00363A1F" w:rsidRDefault="00832053">
            <w:r>
              <w:t>2034</w:t>
            </w:r>
          </w:p>
        </w:tc>
        <w:tc>
          <w:tcPr>
            <w:tcW w:w="0" w:type="auto"/>
            <w:shd w:val="clear" w:color="auto" w:fill="FFFFFF"/>
          </w:tcPr>
          <w:p w14:paraId="4FE9D568" w14:textId="77777777" w:rsidR="00363A1F" w:rsidRDefault="00832053">
            <w:r>
              <w:t>71 000,0</w:t>
            </w:r>
          </w:p>
        </w:tc>
        <w:tc>
          <w:tcPr>
            <w:tcW w:w="0" w:type="auto"/>
            <w:shd w:val="clear" w:color="auto" w:fill="FFFFFF"/>
          </w:tcPr>
          <w:p w14:paraId="58ACC96D" w14:textId="77777777" w:rsidR="00363A1F" w:rsidRDefault="00832053">
            <w:r>
              <w:t>цены 2024 года, с НДС</w:t>
            </w:r>
          </w:p>
        </w:tc>
        <w:tc>
          <w:tcPr>
            <w:tcW w:w="0" w:type="auto"/>
            <w:shd w:val="clear" w:color="auto" w:fill="FFFFFF"/>
          </w:tcPr>
          <w:p w14:paraId="77B841D9" w14:textId="77777777" w:rsidR="00363A1F" w:rsidRPr="00844B84" w:rsidRDefault="00832053">
            <w:pPr>
              <w:rPr>
                <w:lang w:val="ru-RU"/>
              </w:rPr>
            </w:pPr>
            <w:r w:rsidRPr="00844B84">
              <w:rPr>
                <w:lang w:val="ru-RU"/>
              </w:rPr>
              <w:t>перевод существующих дешевле новых котлоагрегатов на 147,0</w:t>
            </w:r>
          </w:p>
        </w:tc>
      </w:tr>
      <w:tr w:rsidR="00363A1F" w:rsidRPr="004D1FEB" w14:paraId="3C81EFBC" w14:textId="77777777">
        <w:trPr>
          <w:cantSplit/>
        </w:trPr>
        <w:tc>
          <w:tcPr>
            <w:tcW w:w="0" w:type="auto"/>
            <w:shd w:val="clear" w:color="auto" w:fill="F2F2F2"/>
          </w:tcPr>
          <w:p w14:paraId="3EF87351" w14:textId="77777777" w:rsidR="00363A1F" w:rsidRDefault="00832053">
            <w:r>
              <w:t>УПК № 3 «Спасск»</w:t>
            </w:r>
          </w:p>
        </w:tc>
        <w:tc>
          <w:tcPr>
            <w:tcW w:w="0" w:type="auto"/>
            <w:shd w:val="clear" w:color="auto" w:fill="FFFFFF"/>
          </w:tcPr>
          <w:p w14:paraId="5C6CB607" w14:textId="77777777" w:rsidR="00363A1F" w:rsidRPr="00844B84" w:rsidRDefault="00832053">
            <w:pPr>
              <w:rPr>
                <w:lang w:val="ru-RU"/>
              </w:rPr>
            </w:pPr>
            <w:r w:rsidRPr="00844B84">
              <w:rPr>
                <w:lang w:val="ru-RU"/>
              </w:rPr>
              <w:t>Реконструкция котельной с переводом на природный газ</w:t>
            </w:r>
          </w:p>
        </w:tc>
        <w:tc>
          <w:tcPr>
            <w:tcW w:w="0" w:type="auto"/>
            <w:shd w:val="clear" w:color="auto" w:fill="FFFFFF"/>
          </w:tcPr>
          <w:p w14:paraId="51900EF2" w14:textId="77777777" w:rsidR="00363A1F" w:rsidRDefault="00832053">
            <w:r>
              <w:t>2035</w:t>
            </w:r>
          </w:p>
        </w:tc>
        <w:tc>
          <w:tcPr>
            <w:tcW w:w="0" w:type="auto"/>
            <w:shd w:val="clear" w:color="auto" w:fill="FFFFFF"/>
          </w:tcPr>
          <w:p w14:paraId="1E9A430A" w14:textId="77777777" w:rsidR="00363A1F" w:rsidRDefault="00832053">
            <w:r>
              <w:t>29 644,0</w:t>
            </w:r>
          </w:p>
        </w:tc>
        <w:tc>
          <w:tcPr>
            <w:tcW w:w="0" w:type="auto"/>
            <w:shd w:val="clear" w:color="auto" w:fill="FFFFFF"/>
          </w:tcPr>
          <w:p w14:paraId="1F0AAA68" w14:textId="77777777" w:rsidR="00363A1F" w:rsidRDefault="00832053">
            <w:r>
              <w:t>цены 2024 года, с НДС</w:t>
            </w:r>
          </w:p>
        </w:tc>
        <w:tc>
          <w:tcPr>
            <w:tcW w:w="0" w:type="auto"/>
            <w:shd w:val="clear" w:color="auto" w:fill="FFFFFF"/>
          </w:tcPr>
          <w:p w14:paraId="77380E1A" w14:textId="77777777" w:rsidR="00363A1F" w:rsidRPr="00844B84" w:rsidRDefault="00832053">
            <w:pPr>
              <w:rPr>
                <w:lang w:val="ru-RU"/>
              </w:rPr>
            </w:pPr>
            <w:r w:rsidRPr="00844B84">
              <w:rPr>
                <w:lang w:val="ru-RU"/>
              </w:rPr>
              <w:t>установка новых котлоагрегатов — единственный рассмотренный вариант</w:t>
            </w:r>
          </w:p>
        </w:tc>
      </w:tr>
    </w:tbl>
    <w:p w14:paraId="5FD6D58A" w14:textId="77777777" w:rsidR="00363A1F" w:rsidRPr="00844B84" w:rsidRDefault="00832053">
      <w:pPr>
        <w:rPr>
          <w:lang w:val="ru-RU"/>
        </w:rPr>
      </w:pPr>
      <w:r w:rsidRPr="00844B84">
        <w:rPr>
          <w:lang w:val="ru-RU"/>
        </w:rPr>
        <w:t>Совокупная стоимость мероприятий по переводу на природный газ при выборе по каждому источнику варианта с меньшей стоимостью составляет 1 232 653,0 тыс. руб. в ценах 2024 года с налогом на добавленную стоимость.</w:t>
      </w:r>
    </w:p>
    <w:p w14:paraId="4FCAEB98" w14:textId="77777777" w:rsidR="00363A1F" w:rsidRPr="00844B84" w:rsidRDefault="00832053">
      <w:pPr>
        <w:pStyle w:val="21"/>
        <w:rPr>
          <w:lang w:val="ru-RU"/>
        </w:rPr>
      </w:pPr>
      <w:bookmarkStart w:id="93" w:name="_Toc238017292"/>
      <w:r w:rsidRPr="00844B84">
        <w:rPr>
          <w:lang w:val="ru-RU"/>
        </w:rPr>
        <w:t>9.4. Сравнение вариантов перевода источников на природный газ</w:t>
      </w:r>
      <w:bookmarkEnd w:id="93"/>
    </w:p>
    <w:p w14:paraId="36BD059A" w14:textId="77777777" w:rsidR="00363A1F" w:rsidRPr="000C24CF" w:rsidRDefault="00832053">
      <w:pPr>
        <w:rPr>
          <w:b/>
          <w:bCs/>
          <w:lang w:val="ru-RU"/>
        </w:rPr>
      </w:pPr>
      <w:r w:rsidRPr="000C24CF">
        <w:rPr>
          <w:b/>
          <w:bCs/>
          <w:lang w:val="ru-RU"/>
        </w:rPr>
        <w:t>Таблица 9.4 — Технико-экономическое сравнение вариантов, тыс. руб.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923"/>
        <w:gridCol w:w="2296"/>
        <w:gridCol w:w="2466"/>
        <w:gridCol w:w="1504"/>
        <w:gridCol w:w="2300"/>
      </w:tblGrid>
      <w:tr w:rsidR="00363A1F" w14:paraId="241EC524" w14:textId="77777777">
        <w:trPr>
          <w:cantSplit/>
          <w:tblHeader/>
        </w:trPr>
        <w:tc>
          <w:tcPr>
            <w:tcW w:w="0" w:type="auto"/>
            <w:shd w:val="clear" w:color="auto" w:fill="E2F0D9"/>
          </w:tcPr>
          <w:p w14:paraId="0C8CC78E" w14:textId="77777777" w:rsidR="00363A1F" w:rsidRDefault="00832053">
            <w:pPr>
              <w:jc w:val="center"/>
            </w:pPr>
            <w:r>
              <w:rPr>
                <w:b/>
              </w:rPr>
              <w:t>Источник</w:t>
            </w:r>
          </w:p>
        </w:tc>
        <w:tc>
          <w:tcPr>
            <w:tcW w:w="0" w:type="auto"/>
            <w:shd w:val="clear" w:color="auto" w:fill="E2F0D9"/>
          </w:tcPr>
          <w:p w14:paraId="0FD04790" w14:textId="77777777" w:rsidR="00363A1F" w:rsidRDefault="00832053">
            <w:pPr>
              <w:jc w:val="center"/>
            </w:pPr>
            <w:r>
              <w:rPr>
                <w:b/>
              </w:rPr>
              <w:t>Установка новых котлоагрегатов</w:t>
            </w:r>
          </w:p>
        </w:tc>
        <w:tc>
          <w:tcPr>
            <w:tcW w:w="0" w:type="auto"/>
            <w:shd w:val="clear" w:color="auto" w:fill="E2F0D9"/>
          </w:tcPr>
          <w:p w14:paraId="445622E6" w14:textId="77777777" w:rsidR="00363A1F" w:rsidRDefault="00832053">
            <w:pPr>
              <w:jc w:val="center"/>
            </w:pPr>
            <w:r>
              <w:rPr>
                <w:b/>
              </w:rPr>
              <w:t>Перевод существующих котлоагрегатов</w:t>
            </w:r>
          </w:p>
        </w:tc>
        <w:tc>
          <w:tcPr>
            <w:tcW w:w="0" w:type="auto"/>
            <w:shd w:val="clear" w:color="auto" w:fill="E2F0D9"/>
          </w:tcPr>
          <w:p w14:paraId="3785A540" w14:textId="77777777" w:rsidR="00363A1F" w:rsidRDefault="00832053">
            <w:pPr>
              <w:jc w:val="center"/>
            </w:pPr>
            <w:r>
              <w:rPr>
                <w:b/>
              </w:rPr>
              <w:t>Меньшая стоимость</w:t>
            </w:r>
          </w:p>
        </w:tc>
        <w:tc>
          <w:tcPr>
            <w:tcW w:w="0" w:type="auto"/>
            <w:shd w:val="clear" w:color="auto" w:fill="E2F0D9"/>
          </w:tcPr>
          <w:p w14:paraId="1D215DF8" w14:textId="77777777" w:rsidR="00363A1F" w:rsidRDefault="00832053">
            <w:pPr>
              <w:jc w:val="center"/>
            </w:pPr>
            <w:r>
              <w:rPr>
                <w:b/>
              </w:rPr>
              <w:t>Вариант с меньшей стоимостью</w:t>
            </w:r>
          </w:p>
        </w:tc>
      </w:tr>
      <w:tr w:rsidR="00363A1F" w14:paraId="25142B86" w14:textId="77777777">
        <w:trPr>
          <w:cantSplit/>
        </w:trPr>
        <w:tc>
          <w:tcPr>
            <w:tcW w:w="0" w:type="auto"/>
            <w:shd w:val="clear" w:color="auto" w:fill="F2F2F2"/>
          </w:tcPr>
          <w:p w14:paraId="4B7DCBF2" w14:textId="77777777" w:rsidR="00363A1F" w:rsidRDefault="00832053">
            <w:r>
              <w:t>УПК № 1 «Таштагол»</w:t>
            </w:r>
          </w:p>
        </w:tc>
        <w:tc>
          <w:tcPr>
            <w:tcW w:w="0" w:type="auto"/>
            <w:shd w:val="clear" w:color="auto" w:fill="FFFFFF"/>
          </w:tcPr>
          <w:p w14:paraId="3405E2E6" w14:textId="77777777" w:rsidR="00363A1F" w:rsidRDefault="00832053">
            <w:r>
              <w:t>не рассматривался</w:t>
            </w:r>
          </w:p>
        </w:tc>
        <w:tc>
          <w:tcPr>
            <w:tcW w:w="0" w:type="auto"/>
            <w:shd w:val="clear" w:color="auto" w:fill="FFFFFF"/>
          </w:tcPr>
          <w:p w14:paraId="60DE5F2E" w14:textId="77777777" w:rsidR="00363A1F" w:rsidRDefault="00832053">
            <w:r>
              <w:t>382 000,0</w:t>
            </w:r>
          </w:p>
        </w:tc>
        <w:tc>
          <w:tcPr>
            <w:tcW w:w="0" w:type="auto"/>
            <w:shd w:val="clear" w:color="auto" w:fill="FFFFFF"/>
          </w:tcPr>
          <w:p w14:paraId="4DF64871" w14:textId="77777777" w:rsidR="00363A1F" w:rsidRDefault="00832053">
            <w:r>
              <w:t>382000,0</w:t>
            </w:r>
          </w:p>
        </w:tc>
        <w:tc>
          <w:tcPr>
            <w:tcW w:w="0" w:type="auto"/>
            <w:shd w:val="clear" w:color="auto" w:fill="FFFFFF"/>
          </w:tcPr>
          <w:p w14:paraId="7C4603FE" w14:textId="77777777" w:rsidR="00363A1F" w:rsidRDefault="00832053">
            <w:r>
              <w:t>перевод существующих котлоагрегатов</w:t>
            </w:r>
          </w:p>
        </w:tc>
      </w:tr>
      <w:tr w:rsidR="00363A1F" w14:paraId="124D384D" w14:textId="77777777">
        <w:trPr>
          <w:cantSplit/>
        </w:trPr>
        <w:tc>
          <w:tcPr>
            <w:tcW w:w="0" w:type="auto"/>
            <w:shd w:val="clear" w:color="auto" w:fill="F2F2F2"/>
          </w:tcPr>
          <w:p w14:paraId="11D67E16" w14:textId="77777777" w:rsidR="00363A1F" w:rsidRDefault="00832053">
            <w:r>
              <w:t>УПК № 2 «Шалым»</w:t>
            </w:r>
          </w:p>
        </w:tc>
        <w:tc>
          <w:tcPr>
            <w:tcW w:w="0" w:type="auto"/>
            <w:shd w:val="clear" w:color="auto" w:fill="FFFFFF"/>
          </w:tcPr>
          <w:p w14:paraId="6CAFD3A1" w14:textId="77777777" w:rsidR="00363A1F" w:rsidRDefault="00832053">
            <w:r>
              <w:t>59 289,0</w:t>
            </w:r>
          </w:p>
        </w:tc>
        <w:tc>
          <w:tcPr>
            <w:tcW w:w="0" w:type="auto"/>
            <w:shd w:val="clear" w:color="auto" w:fill="FFFFFF"/>
          </w:tcPr>
          <w:p w14:paraId="3056A5D3" w14:textId="77777777" w:rsidR="00363A1F" w:rsidRDefault="00832053">
            <w:r>
              <w:t>53 360,0</w:t>
            </w:r>
          </w:p>
        </w:tc>
        <w:tc>
          <w:tcPr>
            <w:tcW w:w="0" w:type="auto"/>
            <w:shd w:val="clear" w:color="auto" w:fill="FFFFFF"/>
          </w:tcPr>
          <w:p w14:paraId="07245D82" w14:textId="77777777" w:rsidR="00363A1F" w:rsidRDefault="00832053">
            <w:r>
              <w:t>53360,0</w:t>
            </w:r>
          </w:p>
        </w:tc>
        <w:tc>
          <w:tcPr>
            <w:tcW w:w="0" w:type="auto"/>
            <w:shd w:val="clear" w:color="auto" w:fill="FFFFFF"/>
          </w:tcPr>
          <w:p w14:paraId="1923ED24" w14:textId="77777777" w:rsidR="00363A1F" w:rsidRDefault="00832053">
            <w:r>
              <w:t>перевод существующих котлоагрегатов</w:t>
            </w:r>
          </w:p>
        </w:tc>
      </w:tr>
      <w:tr w:rsidR="00363A1F" w14:paraId="59B1CD03" w14:textId="77777777">
        <w:trPr>
          <w:cantSplit/>
        </w:trPr>
        <w:tc>
          <w:tcPr>
            <w:tcW w:w="0" w:type="auto"/>
            <w:shd w:val="clear" w:color="auto" w:fill="F2F2F2"/>
          </w:tcPr>
          <w:p w14:paraId="37759A9F" w14:textId="77777777" w:rsidR="00363A1F" w:rsidRDefault="00832053">
            <w:r>
              <w:t>УПК № 2 «ЦМК»</w:t>
            </w:r>
          </w:p>
        </w:tc>
        <w:tc>
          <w:tcPr>
            <w:tcW w:w="0" w:type="auto"/>
            <w:shd w:val="clear" w:color="auto" w:fill="FFFFFF"/>
          </w:tcPr>
          <w:p w14:paraId="35B98587" w14:textId="77777777" w:rsidR="00363A1F" w:rsidRDefault="00832053">
            <w:r>
              <w:t>29 644,0</w:t>
            </w:r>
          </w:p>
        </w:tc>
        <w:tc>
          <w:tcPr>
            <w:tcW w:w="0" w:type="auto"/>
            <w:shd w:val="clear" w:color="auto" w:fill="FFFFFF"/>
          </w:tcPr>
          <w:p w14:paraId="294455A0" w14:textId="77777777" w:rsidR="00363A1F" w:rsidRDefault="00832053">
            <w:r>
              <w:t>26 680,0</w:t>
            </w:r>
          </w:p>
        </w:tc>
        <w:tc>
          <w:tcPr>
            <w:tcW w:w="0" w:type="auto"/>
            <w:shd w:val="clear" w:color="auto" w:fill="FFFFFF"/>
          </w:tcPr>
          <w:p w14:paraId="3D959CD6" w14:textId="77777777" w:rsidR="00363A1F" w:rsidRDefault="00832053">
            <w:r>
              <w:t>26680,0</w:t>
            </w:r>
          </w:p>
        </w:tc>
        <w:tc>
          <w:tcPr>
            <w:tcW w:w="0" w:type="auto"/>
            <w:shd w:val="clear" w:color="auto" w:fill="FFFFFF"/>
          </w:tcPr>
          <w:p w14:paraId="2FAEA30C" w14:textId="77777777" w:rsidR="00363A1F" w:rsidRDefault="00832053">
            <w:r>
              <w:t>перевод существующих котлоагрегатов</w:t>
            </w:r>
          </w:p>
        </w:tc>
      </w:tr>
      <w:tr w:rsidR="00363A1F" w14:paraId="27EAD0BC" w14:textId="77777777">
        <w:trPr>
          <w:cantSplit/>
        </w:trPr>
        <w:tc>
          <w:tcPr>
            <w:tcW w:w="0" w:type="auto"/>
            <w:shd w:val="clear" w:color="auto" w:fill="F2F2F2"/>
          </w:tcPr>
          <w:p w14:paraId="1512DB23" w14:textId="77777777" w:rsidR="00363A1F" w:rsidRDefault="00832053">
            <w:r>
              <w:t>УПК № 3 «Спасск»</w:t>
            </w:r>
          </w:p>
        </w:tc>
        <w:tc>
          <w:tcPr>
            <w:tcW w:w="0" w:type="auto"/>
            <w:shd w:val="clear" w:color="auto" w:fill="FFFFFF"/>
          </w:tcPr>
          <w:p w14:paraId="0F6D8889" w14:textId="77777777" w:rsidR="00363A1F" w:rsidRDefault="00832053">
            <w:r>
              <w:t>29 644,0</w:t>
            </w:r>
          </w:p>
        </w:tc>
        <w:tc>
          <w:tcPr>
            <w:tcW w:w="0" w:type="auto"/>
            <w:shd w:val="clear" w:color="auto" w:fill="FFFFFF"/>
          </w:tcPr>
          <w:p w14:paraId="781BB9CC" w14:textId="77777777" w:rsidR="00363A1F" w:rsidRDefault="00832053">
            <w:r>
              <w:t>не рассматривался</w:t>
            </w:r>
          </w:p>
        </w:tc>
        <w:tc>
          <w:tcPr>
            <w:tcW w:w="0" w:type="auto"/>
            <w:shd w:val="clear" w:color="auto" w:fill="FFFFFF"/>
          </w:tcPr>
          <w:p w14:paraId="5AB3B2A1" w14:textId="77777777" w:rsidR="00363A1F" w:rsidRDefault="00832053">
            <w:r>
              <w:t>29644,0</w:t>
            </w:r>
          </w:p>
        </w:tc>
        <w:tc>
          <w:tcPr>
            <w:tcW w:w="0" w:type="auto"/>
            <w:shd w:val="clear" w:color="auto" w:fill="FFFFFF"/>
          </w:tcPr>
          <w:p w14:paraId="3AD8BD81" w14:textId="77777777" w:rsidR="00363A1F" w:rsidRDefault="00832053">
            <w:r>
              <w:t>установка новых котлоагрегатов</w:t>
            </w:r>
          </w:p>
        </w:tc>
      </w:tr>
      <w:tr w:rsidR="00363A1F" w14:paraId="1944F481" w14:textId="77777777">
        <w:trPr>
          <w:cantSplit/>
        </w:trPr>
        <w:tc>
          <w:tcPr>
            <w:tcW w:w="0" w:type="auto"/>
            <w:shd w:val="clear" w:color="auto" w:fill="F2F2F2"/>
          </w:tcPr>
          <w:p w14:paraId="76569216" w14:textId="77777777" w:rsidR="00363A1F" w:rsidRDefault="00832053">
            <w:r>
              <w:t>УПК № 5 «Новый Шерегеш»</w:t>
            </w:r>
          </w:p>
        </w:tc>
        <w:tc>
          <w:tcPr>
            <w:tcW w:w="0" w:type="auto"/>
            <w:shd w:val="clear" w:color="auto" w:fill="FFFFFF"/>
          </w:tcPr>
          <w:p w14:paraId="722F555E" w14:textId="77777777" w:rsidR="00363A1F" w:rsidRDefault="00832053">
            <w:r>
              <w:t>652 186,0</w:t>
            </w:r>
          </w:p>
        </w:tc>
        <w:tc>
          <w:tcPr>
            <w:tcW w:w="0" w:type="auto"/>
            <w:shd w:val="clear" w:color="auto" w:fill="FFFFFF"/>
          </w:tcPr>
          <w:p w14:paraId="1CEAEF43" w14:textId="77777777" w:rsidR="00363A1F" w:rsidRDefault="00832053">
            <w:r>
              <w:t>423 920,0</w:t>
            </w:r>
          </w:p>
        </w:tc>
        <w:tc>
          <w:tcPr>
            <w:tcW w:w="0" w:type="auto"/>
            <w:shd w:val="clear" w:color="auto" w:fill="FFFFFF"/>
          </w:tcPr>
          <w:p w14:paraId="7BE99768" w14:textId="77777777" w:rsidR="00363A1F" w:rsidRDefault="00832053">
            <w:r>
              <w:t>423920,0</w:t>
            </w:r>
          </w:p>
        </w:tc>
        <w:tc>
          <w:tcPr>
            <w:tcW w:w="0" w:type="auto"/>
            <w:shd w:val="clear" w:color="auto" w:fill="FFFFFF"/>
          </w:tcPr>
          <w:p w14:paraId="4B626837" w14:textId="77777777" w:rsidR="00363A1F" w:rsidRDefault="00832053">
            <w:r>
              <w:t>перевод существующих котлоагрегатов</w:t>
            </w:r>
          </w:p>
        </w:tc>
      </w:tr>
      <w:tr w:rsidR="00363A1F" w14:paraId="6F52CAB4" w14:textId="77777777">
        <w:trPr>
          <w:cantSplit/>
        </w:trPr>
        <w:tc>
          <w:tcPr>
            <w:tcW w:w="0" w:type="auto"/>
            <w:shd w:val="clear" w:color="auto" w:fill="F2F2F2"/>
          </w:tcPr>
          <w:p w14:paraId="0564A945" w14:textId="77777777" w:rsidR="00363A1F" w:rsidRDefault="00832053">
            <w:r>
              <w:t>УПК № 6 «Старый Шерегеш»</w:t>
            </w:r>
          </w:p>
        </w:tc>
        <w:tc>
          <w:tcPr>
            <w:tcW w:w="0" w:type="auto"/>
            <w:shd w:val="clear" w:color="auto" w:fill="FFFFFF"/>
          </w:tcPr>
          <w:p w14:paraId="01BE7C95" w14:textId="77777777" w:rsidR="00363A1F" w:rsidRDefault="00832053">
            <w:r>
              <w:t>41 502,0</w:t>
            </w:r>
          </w:p>
        </w:tc>
        <w:tc>
          <w:tcPr>
            <w:tcW w:w="0" w:type="auto"/>
            <w:shd w:val="clear" w:color="auto" w:fill="FFFFFF"/>
          </w:tcPr>
          <w:p w14:paraId="03BE22AB" w14:textId="77777777" w:rsidR="00363A1F" w:rsidRDefault="00832053">
            <w:r>
              <w:t>не рассматривался</w:t>
            </w:r>
          </w:p>
        </w:tc>
        <w:tc>
          <w:tcPr>
            <w:tcW w:w="0" w:type="auto"/>
            <w:shd w:val="clear" w:color="auto" w:fill="FFFFFF"/>
          </w:tcPr>
          <w:p w14:paraId="3044B8FD" w14:textId="77777777" w:rsidR="00363A1F" w:rsidRDefault="00832053">
            <w:r>
              <w:t>41502,0</w:t>
            </w:r>
          </w:p>
        </w:tc>
        <w:tc>
          <w:tcPr>
            <w:tcW w:w="0" w:type="auto"/>
            <w:shd w:val="clear" w:color="auto" w:fill="FFFFFF"/>
          </w:tcPr>
          <w:p w14:paraId="57799B97" w14:textId="77777777" w:rsidR="00363A1F" w:rsidRDefault="00832053">
            <w:r>
              <w:t>установка новых котлоагрегатов</w:t>
            </w:r>
          </w:p>
        </w:tc>
      </w:tr>
      <w:tr w:rsidR="00363A1F" w14:paraId="1F504CE8" w14:textId="77777777">
        <w:trPr>
          <w:cantSplit/>
        </w:trPr>
        <w:tc>
          <w:tcPr>
            <w:tcW w:w="0" w:type="auto"/>
            <w:shd w:val="clear" w:color="auto" w:fill="F2F2F2"/>
          </w:tcPr>
          <w:p w14:paraId="563751A0" w14:textId="77777777" w:rsidR="00363A1F" w:rsidRDefault="00832053">
            <w:r>
              <w:t>УПК № 7 «Каз»</w:t>
            </w:r>
          </w:p>
        </w:tc>
        <w:tc>
          <w:tcPr>
            <w:tcW w:w="0" w:type="auto"/>
            <w:shd w:val="clear" w:color="auto" w:fill="FFFFFF"/>
          </w:tcPr>
          <w:p w14:paraId="2343593E" w14:textId="77777777" w:rsidR="00363A1F" w:rsidRDefault="00832053">
            <w:r>
              <w:t>177 868,0</w:t>
            </w:r>
          </w:p>
        </w:tc>
        <w:tc>
          <w:tcPr>
            <w:tcW w:w="0" w:type="auto"/>
            <w:shd w:val="clear" w:color="auto" w:fill="FFFFFF"/>
          </w:tcPr>
          <w:p w14:paraId="69C36B80" w14:textId="77777777" w:rsidR="00363A1F" w:rsidRDefault="00832053">
            <w:r>
              <w:t>115 614,0</w:t>
            </w:r>
          </w:p>
        </w:tc>
        <w:tc>
          <w:tcPr>
            <w:tcW w:w="0" w:type="auto"/>
            <w:shd w:val="clear" w:color="auto" w:fill="FFFFFF"/>
          </w:tcPr>
          <w:p w14:paraId="08FFEE63" w14:textId="77777777" w:rsidR="00363A1F" w:rsidRDefault="00832053">
            <w:r>
              <w:t>115614,0</w:t>
            </w:r>
          </w:p>
        </w:tc>
        <w:tc>
          <w:tcPr>
            <w:tcW w:w="0" w:type="auto"/>
            <w:shd w:val="clear" w:color="auto" w:fill="FFFFFF"/>
          </w:tcPr>
          <w:p w14:paraId="5D68FA1F" w14:textId="77777777" w:rsidR="00363A1F" w:rsidRDefault="00832053">
            <w:r>
              <w:t>перевод существующих котлоагрегатов</w:t>
            </w:r>
          </w:p>
        </w:tc>
      </w:tr>
      <w:tr w:rsidR="00363A1F" w14:paraId="6A880B22" w14:textId="77777777">
        <w:trPr>
          <w:cantSplit/>
        </w:trPr>
        <w:tc>
          <w:tcPr>
            <w:tcW w:w="0" w:type="auto"/>
            <w:shd w:val="clear" w:color="auto" w:fill="F2F2F2"/>
          </w:tcPr>
          <w:p w14:paraId="66A32B5B" w14:textId="77777777" w:rsidR="00363A1F" w:rsidRDefault="00832053">
            <w:r>
              <w:t>УПК № 8 «Мундыбаш»</w:t>
            </w:r>
          </w:p>
        </w:tc>
        <w:tc>
          <w:tcPr>
            <w:tcW w:w="0" w:type="auto"/>
            <w:shd w:val="clear" w:color="auto" w:fill="FFFFFF"/>
          </w:tcPr>
          <w:p w14:paraId="1CC3426A" w14:textId="77777777" w:rsidR="00363A1F" w:rsidRDefault="00832053">
            <w:r>
              <w:t>71 147,0</w:t>
            </w:r>
          </w:p>
        </w:tc>
        <w:tc>
          <w:tcPr>
            <w:tcW w:w="0" w:type="auto"/>
            <w:shd w:val="clear" w:color="auto" w:fill="FFFFFF"/>
          </w:tcPr>
          <w:p w14:paraId="09D795C2" w14:textId="77777777" w:rsidR="00363A1F" w:rsidRDefault="00832053">
            <w:r>
              <w:t>78 262,0</w:t>
            </w:r>
          </w:p>
        </w:tc>
        <w:tc>
          <w:tcPr>
            <w:tcW w:w="0" w:type="auto"/>
            <w:shd w:val="clear" w:color="auto" w:fill="FFFFFF"/>
          </w:tcPr>
          <w:p w14:paraId="2E98DE43" w14:textId="77777777" w:rsidR="00363A1F" w:rsidRDefault="00832053">
            <w:r>
              <w:t>71147,0</w:t>
            </w:r>
          </w:p>
        </w:tc>
        <w:tc>
          <w:tcPr>
            <w:tcW w:w="0" w:type="auto"/>
            <w:shd w:val="clear" w:color="auto" w:fill="FFFFFF"/>
          </w:tcPr>
          <w:p w14:paraId="39937F51" w14:textId="77777777" w:rsidR="00363A1F" w:rsidRDefault="00832053">
            <w:r>
              <w:t>установка новых котлоагрегатов</w:t>
            </w:r>
          </w:p>
        </w:tc>
      </w:tr>
      <w:tr w:rsidR="00363A1F" w14:paraId="409D2E56" w14:textId="77777777">
        <w:trPr>
          <w:cantSplit/>
        </w:trPr>
        <w:tc>
          <w:tcPr>
            <w:tcW w:w="0" w:type="auto"/>
            <w:shd w:val="clear" w:color="auto" w:fill="F2F2F2"/>
          </w:tcPr>
          <w:p w14:paraId="002006D9" w14:textId="77777777" w:rsidR="00363A1F" w:rsidRDefault="00832053">
            <w:r>
              <w:t>УПК № 9 «ГРЭ»</w:t>
            </w:r>
          </w:p>
        </w:tc>
        <w:tc>
          <w:tcPr>
            <w:tcW w:w="0" w:type="auto"/>
            <w:shd w:val="clear" w:color="auto" w:fill="FFFFFF"/>
          </w:tcPr>
          <w:p w14:paraId="67B37118" w14:textId="77777777" w:rsidR="00363A1F" w:rsidRDefault="00832053">
            <w:r>
              <w:t>17 786,0</w:t>
            </w:r>
          </w:p>
        </w:tc>
        <w:tc>
          <w:tcPr>
            <w:tcW w:w="0" w:type="auto"/>
            <w:shd w:val="clear" w:color="auto" w:fill="FFFFFF"/>
          </w:tcPr>
          <w:p w14:paraId="6A06A3BF" w14:textId="77777777" w:rsidR="00363A1F" w:rsidRDefault="00832053">
            <w:r>
              <w:t>не рассматривался</w:t>
            </w:r>
          </w:p>
        </w:tc>
        <w:tc>
          <w:tcPr>
            <w:tcW w:w="0" w:type="auto"/>
            <w:shd w:val="clear" w:color="auto" w:fill="FFFFFF"/>
          </w:tcPr>
          <w:p w14:paraId="1BC4D28C" w14:textId="77777777" w:rsidR="00363A1F" w:rsidRDefault="00832053">
            <w:r>
              <w:t>17786,0</w:t>
            </w:r>
          </w:p>
        </w:tc>
        <w:tc>
          <w:tcPr>
            <w:tcW w:w="0" w:type="auto"/>
            <w:shd w:val="clear" w:color="auto" w:fill="FFFFFF"/>
          </w:tcPr>
          <w:p w14:paraId="68CDF782" w14:textId="77777777" w:rsidR="00363A1F" w:rsidRDefault="00832053">
            <w:r>
              <w:t>установка новых котлоагрегатов</w:t>
            </w:r>
          </w:p>
        </w:tc>
      </w:tr>
      <w:tr w:rsidR="00363A1F" w14:paraId="39CBA84F" w14:textId="77777777">
        <w:trPr>
          <w:cantSplit/>
        </w:trPr>
        <w:tc>
          <w:tcPr>
            <w:tcW w:w="0" w:type="auto"/>
            <w:shd w:val="clear" w:color="auto" w:fill="F2F2F2"/>
          </w:tcPr>
          <w:p w14:paraId="69077999" w14:textId="77777777" w:rsidR="00363A1F" w:rsidRDefault="00832053">
            <w:r>
              <w:t>УПК № 10 «Темир-Тау»</w:t>
            </w:r>
          </w:p>
        </w:tc>
        <w:tc>
          <w:tcPr>
            <w:tcW w:w="0" w:type="auto"/>
            <w:shd w:val="clear" w:color="auto" w:fill="FFFFFF"/>
          </w:tcPr>
          <w:p w14:paraId="5ED0D30C" w14:textId="77777777" w:rsidR="00363A1F" w:rsidRDefault="00832053">
            <w:r>
              <w:t>71 147,0</w:t>
            </w:r>
          </w:p>
        </w:tc>
        <w:tc>
          <w:tcPr>
            <w:tcW w:w="0" w:type="auto"/>
            <w:shd w:val="clear" w:color="auto" w:fill="FFFFFF"/>
          </w:tcPr>
          <w:p w14:paraId="0C3D65DA" w14:textId="77777777" w:rsidR="00363A1F" w:rsidRDefault="00832053">
            <w:r>
              <w:t>71 000,0</w:t>
            </w:r>
          </w:p>
        </w:tc>
        <w:tc>
          <w:tcPr>
            <w:tcW w:w="0" w:type="auto"/>
            <w:shd w:val="clear" w:color="auto" w:fill="FFFFFF"/>
          </w:tcPr>
          <w:p w14:paraId="2A7924A7" w14:textId="77777777" w:rsidR="00363A1F" w:rsidRDefault="00832053">
            <w:r>
              <w:t>71000,0</w:t>
            </w:r>
          </w:p>
        </w:tc>
        <w:tc>
          <w:tcPr>
            <w:tcW w:w="0" w:type="auto"/>
            <w:shd w:val="clear" w:color="auto" w:fill="FFFFFF"/>
          </w:tcPr>
          <w:p w14:paraId="047FE6F3" w14:textId="77777777" w:rsidR="00363A1F" w:rsidRDefault="00832053">
            <w:r>
              <w:t>перевод существующих котлоагрегатов</w:t>
            </w:r>
          </w:p>
        </w:tc>
      </w:tr>
      <w:tr w:rsidR="00363A1F" w14:paraId="35CE16FE" w14:textId="77777777">
        <w:trPr>
          <w:cantSplit/>
        </w:trPr>
        <w:tc>
          <w:tcPr>
            <w:tcW w:w="0" w:type="auto"/>
            <w:shd w:val="clear" w:color="auto" w:fill="DBE5F1"/>
          </w:tcPr>
          <w:p w14:paraId="5504A2BC" w14:textId="77777777" w:rsidR="00363A1F" w:rsidRDefault="00832053">
            <w:r>
              <w:rPr>
                <w:b/>
              </w:rPr>
              <w:t>Итого</w:t>
            </w:r>
          </w:p>
        </w:tc>
        <w:tc>
          <w:tcPr>
            <w:tcW w:w="0" w:type="auto"/>
            <w:shd w:val="clear" w:color="auto" w:fill="DBE5F1"/>
          </w:tcPr>
          <w:p w14:paraId="2DE3DD71" w14:textId="77777777" w:rsidR="00363A1F" w:rsidRDefault="00832053">
            <w:r>
              <w:rPr>
                <w:b/>
              </w:rPr>
              <w:t>—</w:t>
            </w:r>
          </w:p>
        </w:tc>
        <w:tc>
          <w:tcPr>
            <w:tcW w:w="0" w:type="auto"/>
            <w:shd w:val="clear" w:color="auto" w:fill="DBE5F1"/>
          </w:tcPr>
          <w:p w14:paraId="19B2F50C" w14:textId="77777777" w:rsidR="00363A1F" w:rsidRDefault="00832053">
            <w:r>
              <w:rPr>
                <w:b/>
              </w:rPr>
              <w:t>—</w:t>
            </w:r>
          </w:p>
        </w:tc>
        <w:tc>
          <w:tcPr>
            <w:tcW w:w="0" w:type="auto"/>
            <w:shd w:val="clear" w:color="auto" w:fill="DBE5F1"/>
          </w:tcPr>
          <w:p w14:paraId="016F7B4B" w14:textId="77777777" w:rsidR="00363A1F" w:rsidRDefault="00832053">
            <w:r>
              <w:rPr>
                <w:b/>
              </w:rPr>
              <w:t>1 232 653,0</w:t>
            </w:r>
          </w:p>
        </w:tc>
        <w:tc>
          <w:tcPr>
            <w:tcW w:w="0" w:type="auto"/>
            <w:shd w:val="clear" w:color="auto" w:fill="DBE5F1"/>
          </w:tcPr>
          <w:p w14:paraId="2CD9ACFC" w14:textId="77777777" w:rsidR="00363A1F" w:rsidRDefault="00832053">
            <w:r>
              <w:rPr>
                <w:b/>
              </w:rPr>
              <w:t>—</w:t>
            </w:r>
          </w:p>
        </w:tc>
      </w:tr>
    </w:tbl>
    <w:p w14:paraId="3E54CC47" w14:textId="77777777" w:rsidR="00363A1F" w:rsidRPr="00844B84" w:rsidRDefault="00832053">
      <w:pPr>
        <w:rPr>
          <w:lang w:val="ru-RU"/>
        </w:rPr>
      </w:pPr>
      <w:r w:rsidRPr="00844B84">
        <w:rPr>
          <w:lang w:val="ru-RU"/>
        </w:rPr>
        <w:t>Стоимостное сопоставление окончательным выбором технического варианта не является: выбор выполняется проектной документацией с учётом состояния котлоагрегатов, остаточного ресурса и требований к дымовым трактам.</w:t>
      </w:r>
    </w:p>
    <w:p w14:paraId="562D9237" w14:textId="77777777" w:rsidR="00363A1F" w:rsidRPr="00844B84" w:rsidRDefault="00832053">
      <w:pPr>
        <w:pStyle w:val="21"/>
        <w:rPr>
          <w:lang w:val="ru-RU"/>
        </w:rPr>
      </w:pPr>
      <w:bookmarkStart w:id="94" w:name="_Toc238017293"/>
      <w:r w:rsidRPr="00844B84">
        <w:rPr>
          <w:lang w:val="ru-RU"/>
        </w:rPr>
        <w:t>9.5. Мероприятия по надёжности и горячему водоснабжению</w:t>
      </w:r>
      <w:bookmarkEnd w:id="94"/>
    </w:p>
    <w:p w14:paraId="2D4F1A54" w14:textId="77777777" w:rsidR="00363A1F" w:rsidRPr="000C24CF" w:rsidRDefault="00832053">
      <w:pPr>
        <w:rPr>
          <w:b/>
          <w:bCs/>
          <w:lang w:val="ru-RU"/>
        </w:rPr>
      </w:pPr>
      <w:r w:rsidRPr="000C24CF">
        <w:rPr>
          <w:b/>
          <w:bCs/>
          <w:lang w:val="ru-RU"/>
        </w:rPr>
        <w:t>Таблица 9.5 — Мероприятия по повышению надёжности теплоснабжения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502"/>
        <w:gridCol w:w="3308"/>
        <w:gridCol w:w="1649"/>
        <w:gridCol w:w="1826"/>
        <w:gridCol w:w="2204"/>
      </w:tblGrid>
      <w:tr w:rsidR="00363A1F" w14:paraId="3A09C62E" w14:textId="77777777">
        <w:trPr>
          <w:cantSplit/>
          <w:tblHeader/>
        </w:trPr>
        <w:tc>
          <w:tcPr>
            <w:tcW w:w="0" w:type="auto"/>
            <w:shd w:val="clear" w:color="auto" w:fill="E2F0D9"/>
          </w:tcPr>
          <w:p w14:paraId="4EB1D3E5" w14:textId="77777777" w:rsidR="00363A1F" w:rsidRDefault="00832053">
            <w:pPr>
              <w:jc w:val="center"/>
            </w:pPr>
            <w:r>
              <w:rPr>
                <w:b/>
              </w:rPr>
              <w:t>Объект</w:t>
            </w:r>
          </w:p>
        </w:tc>
        <w:tc>
          <w:tcPr>
            <w:tcW w:w="0" w:type="auto"/>
            <w:shd w:val="clear" w:color="auto" w:fill="E2F0D9"/>
          </w:tcPr>
          <w:p w14:paraId="171AC7B1" w14:textId="77777777" w:rsidR="00363A1F" w:rsidRDefault="00832053">
            <w:pPr>
              <w:jc w:val="center"/>
            </w:pPr>
            <w:r>
              <w:rPr>
                <w:b/>
              </w:rPr>
              <w:t>Мероприятие</w:t>
            </w:r>
          </w:p>
        </w:tc>
        <w:tc>
          <w:tcPr>
            <w:tcW w:w="0" w:type="auto"/>
            <w:shd w:val="clear" w:color="auto" w:fill="E2F0D9"/>
          </w:tcPr>
          <w:p w14:paraId="796BA06C" w14:textId="77777777" w:rsidR="00363A1F" w:rsidRDefault="00832053">
            <w:pPr>
              <w:jc w:val="center"/>
            </w:pPr>
            <w:r>
              <w:rPr>
                <w:b/>
              </w:rPr>
              <w:t>Срок</w:t>
            </w:r>
          </w:p>
        </w:tc>
        <w:tc>
          <w:tcPr>
            <w:tcW w:w="0" w:type="auto"/>
            <w:shd w:val="clear" w:color="auto" w:fill="E2F0D9"/>
          </w:tcPr>
          <w:p w14:paraId="30F6483F" w14:textId="77777777" w:rsidR="00363A1F" w:rsidRDefault="00832053">
            <w:pPr>
              <w:jc w:val="center"/>
            </w:pPr>
            <w:r>
              <w:rPr>
                <w:b/>
              </w:rPr>
              <w:t>Стоимость</w:t>
            </w:r>
          </w:p>
        </w:tc>
        <w:tc>
          <w:tcPr>
            <w:tcW w:w="0" w:type="auto"/>
            <w:shd w:val="clear" w:color="auto" w:fill="E2F0D9"/>
          </w:tcPr>
          <w:p w14:paraId="733E59D9" w14:textId="77777777" w:rsidR="00363A1F" w:rsidRDefault="00832053">
            <w:pPr>
              <w:jc w:val="center"/>
            </w:pPr>
            <w:r>
              <w:rPr>
                <w:b/>
              </w:rPr>
              <w:t>Состояние</w:t>
            </w:r>
          </w:p>
        </w:tc>
      </w:tr>
      <w:tr w:rsidR="00363A1F" w14:paraId="72EF4001" w14:textId="77777777">
        <w:trPr>
          <w:cantSplit/>
        </w:trPr>
        <w:tc>
          <w:tcPr>
            <w:tcW w:w="0" w:type="auto"/>
            <w:shd w:val="clear" w:color="auto" w:fill="F2F2F2"/>
          </w:tcPr>
          <w:p w14:paraId="24049F5D" w14:textId="77777777" w:rsidR="00363A1F" w:rsidRDefault="00832053">
            <w:r>
              <w:t>УПК № 5 «Новый Шерегеш»</w:t>
            </w:r>
          </w:p>
        </w:tc>
        <w:tc>
          <w:tcPr>
            <w:tcW w:w="0" w:type="auto"/>
            <w:shd w:val="clear" w:color="auto" w:fill="FFFFFF"/>
          </w:tcPr>
          <w:p w14:paraId="606285A7" w14:textId="77777777" w:rsidR="00363A1F" w:rsidRPr="00844B84" w:rsidRDefault="00832053">
            <w:pPr>
              <w:rPr>
                <w:lang w:val="ru-RU"/>
              </w:rPr>
            </w:pPr>
            <w:r w:rsidRPr="00844B84">
              <w:rPr>
                <w:lang w:val="ru-RU"/>
              </w:rPr>
              <w:t>Техническое перевооружение с установкой второй ступени очистки дымовых газов</w:t>
            </w:r>
          </w:p>
        </w:tc>
        <w:tc>
          <w:tcPr>
            <w:tcW w:w="0" w:type="auto"/>
            <w:shd w:val="clear" w:color="auto" w:fill="FFFFFF"/>
          </w:tcPr>
          <w:p w14:paraId="3EAE53D3" w14:textId="77777777" w:rsidR="00363A1F" w:rsidRDefault="00832053">
            <w:r>
              <w:t>подлежит определению</w:t>
            </w:r>
          </w:p>
        </w:tc>
        <w:tc>
          <w:tcPr>
            <w:tcW w:w="0" w:type="auto"/>
            <w:shd w:val="clear" w:color="auto" w:fill="FFFFFF"/>
          </w:tcPr>
          <w:p w14:paraId="40D29EAB" w14:textId="77777777" w:rsidR="00363A1F" w:rsidRDefault="00832053">
            <w:r>
              <w:t>стоимость подлежит определению</w:t>
            </w:r>
          </w:p>
        </w:tc>
        <w:tc>
          <w:tcPr>
            <w:tcW w:w="0" w:type="auto"/>
            <w:shd w:val="clear" w:color="auto" w:fill="FFFFFF"/>
          </w:tcPr>
          <w:p w14:paraId="6B1DD7DE" w14:textId="77777777" w:rsidR="00363A1F" w:rsidRDefault="00832053">
            <w:r>
              <w:t>состав определяется проектной документацией</w:t>
            </w:r>
          </w:p>
        </w:tc>
      </w:tr>
      <w:tr w:rsidR="00363A1F" w14:paraId="2B78C73E" w14:textId="77777777">
        <w:trPr>
          <w:cantSplit/>
        </w:trPr>
        <w:tc>
          <w:tcPr>
            <w:tcW w:w="0" w:type="auto"/>
            <w:shd w:val="clear" w:color="auto" w:fill="F2F2F2"/>
          </w:tcPr>
          <w:p w14:paraId="5F7756FB" w14:textId="77777777" w:rsidR="00363A1F" w:rsidRDefault="00832053">
            <w:r>
              <w:t>УПК № 9 «ГРЭ»</w:t>
            </w:r>
          </w:p>
        </w:tc>
        <w:tc>
          <w:tcPr>
            <w:tcW w:w="0" w:type="auto"/>
            <w:shd w:val="clear" w:color="auto" w:fill="FFFFFF"/>
          </w:tcPr>
          <w:p w14:paraId="0050B554" w14:textId="77777777" w:rsidR="00363A1F" w:rsidRDefault="00832053">
            <w:r>
              <w:t>Обеспечение резервного электроснабжения источника</w:t>
            </w:r>
          </w:p>
        </w:tc>
        <w:tc>
          <w:tcPr>
            <w:tcW w:w="0" w:type="auto"/>
            <w:shd w:val="clear" w:color="auto" w:fill="FFFFFF"/>
          </w:tcPr>
          <w:p w14:paraId="3348F856" w14:textId="77777777" w:rsidR="00363A1F" w:rsidRDefault="00832053">
            <w:r>
              <w:t>подлежит определению</w:t>
            </w:r>
          </w:p>
        </w:tc>
        <w:tc>
          <w:tcPr>
            <w:tcW w:w="0" w:type="auto"/>
            <w:shd w:val="clear" w:color="auto" w:fill="FFFFFF"/>
          </w:tcPr>
          <w:p w14:paraId="116BC427" w14:textId="77777777" w:rsidR="00363A1F" w:rsidRDefault="00832053">
            <w:r>
              <w:t>стоимость подлежит определению</w:t>
            </w:r>
          </w:p>
        </w:tc>
        <w:tc>
          <w:tcPr>
            <w:tcW w:w="0" w:type="auto"/>
            <w:shd w:val="clear" w:color="auto" w:fill="FFFFFF"/>
          </w:tcPr>
          <w:p w14:paraId="6E50C3EA" w14:textId="77777777" w:rsidR="00363A1F" w:rsidRDefault="00832053">
            <w:r>
              <w:t>состав определяется проектной документацией</w:t>
            </w:r>
          </w:p>
        </w:tc>
      </w:tr>
      <w:tr w:rsidR="00363A1F" w14:paraId="11CF60AE" w14:textId="77777777">
        <w:trPr>
          <w:cantSplit/>
        </w:trPr>
        <w:tc>
          <w:tcPr>
            <w:tcW w:w="0" w:type="auto"/>
            <w:shd w:val="clear" w:color="auto" w:fill="F2F2F2"/>
          </w:tcPr>
          <w:p w14:paraId="53806A44" w14:textId="77777777" w:rsidR="00363A1F" w:rsidRDefault="00832053">
            <w:r>
              <w:t>все зоны</w:t>
            </w:r>
          </w:p>
        </w:tc>
        <w:tc>
          <w:tcPr>
            <w:tcW w:w="0" w:type="auto"/>
            <w:shd w:val="clear" w:color="auto" w:fill="FFFFFF"/>
          </w:tcPr>
          <w:p w14:paraId="00799D41" w14:textId="77777777" w:rsidR="00363A1F" w:rsidRPr="00844B84" w:rsidRDefault="00832053">
            <w:pPr>
              <w:rPr>
                <w:lang w:val="ru-RU"/>
              </w:rPr>
            </w:pPr>
            <w:r w:rsidRPr="00844B84">
              <w:rPr>
                <w:lang w:val="ru-RU"/>
              </w:rPr>
              <w:t>Обследование технического состояния тепловых сетей возрастом более тридцати лет</w:t>
            </w:r>
          </w:p>
        </w:tc>
        <w:tc>
          <w:tcPr>
            <w:tcW w:w="0" w:type="auto"/>
            <w:shd w:val="clear" w:color="auto" w:fill="FFFFFF"/>
          </w:tcPr>
          <w:p w14:paraId="54928554" w14:textId="77777777" w:rsidR="00363A1F" w:rsidRDefault="00832053">
            <w:r>
              <w:t>подлежит определению</w:t>
            </w:r>
          </w:p>
        </w:tc>
        <w:tc>
          <w:tcPr>
            <w:tcW w:w="0" w:type="auto"/>
            <w:shd w:val="clear" w:color="auto" w:fill="FFFFFF"/>
          </w:tcPr>
          <w:p w14:paraId="1411C2A2" w14:textId="77777777" w:rsidR="00363A1F" w:rsidRDefault="00832053">
            <w:r>
              <w:t>стоимость подлежит определению</w:t>
            </w:r>
          </w:p>
        </w:tc>
        <w:tc>
          <w:tcPr>
            <w:tcW w:w="0" w:type="auto"/>
            <w:shd w:val="clear" w:color="auto" w:fill="FFFFFF"/>
          </w:tcPr>
          <w:p w14:paraId="08647B00" w14:textId="77777777" w:rsidR="00363A1F" w:rsidRDefault="00832053">
            <w:r>
              <w:t>состав определяется проектной документацией</w:t>
            </w:r>
          </w:p>
        </w:tc>
      </w:tr>
      <w:tr w:rsidR="00363A1F" w14:paraId="4086C29A" w14:textId="77777777">
        <w:trPr>
          <w:cantSplit/>
        </w:trPr>
        <w:tc>
          <w:tcPr>
            <w:tcW w:w="0" w:type="auto"/>
            <w:shd w:val="clear" w:color="auto" w:fill="F2F2F2"/>
          </w:tcPr>
          <w:p w14:paraId="5BBCB718" w14:textId="77777777" w:rsidR="00363A1F" w:rsidRDefault="00832053">
            <w:r>
              <w:t>УПК № 5 «Новый Шерегеш»</w:t>
            </w:r>
          </w:p>
        </w:tc>
        <w:tc>
          <w:tcPr>
            <w:tcW w:w="0" w:type="auto"/>
            <w:shd w:val="clear" w:color="auto" w:fill="FFFFFF"/>
          </w:tcPr>
          <w:p w14:paraId="71C90349" w14:textId="77777777" w:rsidR="00363A1F" w:rsidRDefault="00832053">
            <w:r>
              <w:t>Замещение низкоэффективного котельного оборудования</w:t>
            </w:r>
          </w:p>
        </w:tc>
        <w:tc>
          <w:tcPr>
            <w:tcW w:w="0" w:type="auto"/>
            <w:shd w:val="clear" w:color="auto" w:fill="FFFFFF"/>
          </w:tcPr>
          <w:p w14:paraId="478FF31E" w14:textId="77777777" w:rsidR="00363A1F" w:rsidRDefault="00832053">
            <w:r>
              <w:t>подлежит определению</w:t>
            </w:r>
          </w:p>
        </w:tc>
        <w:tc>
          <w:tcPr>
            <w:tcW w:w="0" w:type="auto"/>
            <w:shd w:val="clear" w:color="auto" w:fill="FFFFFF"/>
          </w:tcPr>
          <w:p w14:paraId="786E9971" w14:textId="77777777" w:rsidR="00363A1F" w:rsidRDefault="00832053">
            <w:r>
              <w:t>стоимость подлежит определению</w:t>
            </w:r>
          </w:p>
        </w:tc>
        <w:tc>
          <w:tcPr>
            <w:tcW w:w="0" w:type="auto"/>
            <w:shd w:val="clear" w:color="auto" w:fill="FFFFFF"/>
          </w:tcPr>
          <w:p w14:paraId="46017232" w14:textId="77777777" w:rsidR="00363A1F" w:rsidRDefault="00832053">
            <w:r>
              <w:t>состав определяется проектной документацией</w:t>
            </w:r>
          </w:p>
        </w:tc>
      </w:tr>
      <w:tr w:rsidR="00363A1F" w14:paraId="65CAAB73" w14:textId="77777777">
        <w:trPr>
          <w:cantSplit/>
        </w:trPr>
        <w:tc>
          <w:tcPr>
            <w:tcW w:w="0" w:type="auto"/>
            <w:shd w:val="clear" w:color="auto" w:fill="F2F2F2"/>
          </w:tcPr>
          <w:p w14:paraId="0CE47101" w14:textId="77777777" w:rsidR="00363A1F" w:rsidRDefault="00832053">
            <w:r>
              <w:t>все зоны</w:t>
            </w:r>
          </w:p>
        </w:tc>
        <w:tc>
          <w:tcPr>
            <w:tcW w:w="0" w:type="auto"/>
            <w:shd w:val="clear" w:color="auto" w:fill="FFFFFF"/>
          </w:tcPr>
          <w:p w14:paraId="32CFEBC9" w14:textId="77777777" w:rsidR="00363A1F" w:rsidRPr="00844B84" w:rsidRDefault="00832053">
            <w:pPr>
              <w:rPr>
                <w:lang w:val="ru-RU"/>
              </w:rPr>
            </w:pPr>
            <w:r w:rsidRPr="00844B84">
              <w:rPr>
                <w:lang w:val="ru-RU"/>
              </w:rPr>
              <w:t>Устройство резервирующих связей тепловых сетей</w:t>
            </w:r>
          </w:p>
        </w:tc>
        <w:tc>
          <w:tcPr>
            <w:tcW w:w="0" w:type="auto"/>
            <w:shd w:val="clear" w:color="auto" w:fill="FFFFFF"/>
          </w:tcPr>
          <w:p w14:paraId="6D954F3D" w14:textId="77777777" w:rsidR="00363A1F" w:rsidRDefault="00832053">
            <w:r>
              <w:t>подлежит определению</w:t>
            </w:r>
          </w:p>
        </w:tc>
        <w:tc>
          <w:tcPr>
            <w:tcW w:w="0" w:type="auto"/>
            <w:shd w:val="clear" w:color="auto" w:fill="FFFFFF"/>
          </w:tcPr>
          <w:p w14:paraId="140DD378" w14:textId="77777777" w:rsidR="00363A1F" w:rsidRDefault="00832053">
            <w:r>
              <w:t>стоимость подлежит определению</w:t>
            </w:r>
          </w:p>
        </w:tc>
        <w:tc>
          <w:tcPr>
            <w:tcW w:w="0" w:type="auto"/>
            <w:shd w:val="clear" w:color="auto" w:fill="FFFFFF"/>
          </w:tcPr>
          <w:p w14:paraId="71766341" w14:textId="77777777" w:rsidR="00363A1F" w:rsidRDefault="00832053">
            <w:r>
              <w:t>состав определяется проектной документацией</w:t>
            </w:r>
          </w:p>
        </w:tc>
      </w:tr>
      <w:tr w:rsidR="00363A1F" w14:paraId="43C83329" w14:textId="77777777">
        <w:trPr>
          <w:cantSplit/>
        </w:trPr>
        <w:tc>
          <w:tcPr>
            <w:tcW w:w="0" w:type="auto"/>
            <w:shd w:val="clear" w:color="auto" w:fill="F2F2F2"/>
          </w:tcPr>
          <w:p w14:paraId="2B2037EA" w14:textId="77777777" w:rsidR="00363A1F" w:rsidRDefault="00832053">
            <w:r>
              <w:t>SYS-02, SYS-09, SYS-10</w:t>
            </w:r>
          </w:p>
        </w:tc>
        <w:tc>
          <w:tcPr>
            <w:tcW w:w="0" w:type="auto"/>
            <w:shd w:val="clear" w:color="auto" w:fill="FFFFFF"/>
          </w:tcPr>
          <w:p w14:paraId="0E0DDD62" w14:textId="77777777" w:rsidR="00363A1F" w:rsidRPr="00844B84" w:rsidRDefault="00832053">
            <w:pPr>
              <w:rPr>
                <w:lang w:val="ru-RU"/>
              </w:rPr>
            </w:pPr>
            <w:r w:rsidRPr="00844B84">
              <w:rPr>
                <w:lang w:val="ru-RU"/>
              </w:rPr>
              <w:t>Подтверждение технологии и закрытие дефицита производительности водоподготовки</w:t>
            </w:r>
          </w:p>
        </w:tc>
        <w:tc>
          <w:tcPr>
            <w:tcW w:w="0" w:type="auto"/>
            <w:shd w:val="clear" w:color="auto" w:fill="FFFFFF"/>
          </w:tcPr>
          <w:p w14:paraId="44F2B61E" w14:textId="77777777" w:rsidR="00363A1F" w:rsidRDefault="00832053">
            <w:r>
              <w:t>подлежит определению</w:t>
            </w:r>
          </w:p>
        </w:tc>
        <w:tc>
          <w:tcPr>
            <w:tcW w:w="0" w:type="auto"/>
            <w:shd w:val="clear" w:color="auto" w:fill="FFFFFF"/>
          </w:tcPr>
          <w:p w14:paraId="2E417B9C" w14:textId="77777777" w:rsidR="00363A1F" w:rsidRDefault="00832053">
            <w:r>
              <w:t>стоимость подлежит определению</w:t>
            </w:r>
          </w:p>
        </w:tc>
        <w:tc>
          <w:tcPr>
            <w:tcW w:w="0" w:type="auto"/>
            <w:shd w:val="clear" w:color="auto" w:fill="FFFFFF"/>
          </w:tcPr>
          <w:p w14:paraId="212FD9EE" w14:textId="77777777" w:rsidR="00363A1F" w:rsidRDefault="00832053">
            <w:r>
              <w:t>состав определяется проектной документацией</w:t>
            </w:r>
          </w:p>
        </w:tc>
      </w:tr>
      <w:tr w:rsidR="00363A1F" w14:paraId="1BB14239" w14:textId="77777777">
        <w:trPr>
          <w:cantSplit/>
        </w:trPr>
        <w:tc>
          <w:tcPr>
            <w:tcW w:w="0" w:type="auto"/>
            <w:shd w:val="clear" w:color="auto" w:fill="F2F2F2"/>
          </w:tcPr>
          <w:p w14:paraId="725F9278" w14:textId="77777777" w:rsidR="00363A1F" w:rsidRDefault="00832053">
            <w:r>
              <w:t>УПК № 5 «Новый Шерегеш»</w:t>
            </w:r>
          </w:p>
        </w:tc>
        <w:tc>
          <w:tcPr>
            <w:tcW w:w="0" w:type="auto"/>
            <w:shd w:val="clear" w:color="auto" w:fill="FFFFFF"/>
          </w:tcPr>
          <w:p w14:paraId="5782F8FB" w14:textId="77777777" w:rsidR="00363A1F" w:rsidRPr="00844B84" w:rsidRDefault="00832053">
            <w:pPr>
              <w:rPr>
                <w:lang w:val="ru-RU"/>
              </w:rPr>
            </w:pPr>
            <w:r w:rsidRPr="00844B84">
              <w:rPr>
                <w:lang w:val="ru-RU"/>
              </w:rPr>
              <w:t>Обеспечение подпитки тепловой сети в аварийном режиме</w:t>
            </w:r>
          </w:p>
        </w:tc>
        <w:tc>
          <w:tcPr>
            <w:tcW w:w="0" w:type="auto"/>
            <w:shd w:val="clear" w:color="auto" w:fill="FFFFFF"/>
          </w:tcPr>
          <w:p w14:paraId="5696AAE5" w14:textId="77777777" w:rsidR="00363A1F" w:rsidRDefault="00832053">
            <w:r>
              <w:t>подлежит определению</w:t>
            </w:r>
          </w:p>
        </w:tc>
        <w:tc>
          <w:tcPr>
            <w:tcW w:w="0" w:type="auto"/>
            <w:shd w:val="clear" w:color="auto" w:fill="FFFFFF"/>
          </w:tcPr>
          <w:p w14:paraId="6D26FABD" w14:textId="77777777" w:rsidR="00363A1F" w:rsidRDefault="00832053">
            <w:r>
              <w:t>стоимость подлежит определению</w:t>
            </w:r>
          </w:p>
        </w:tc>
        <w:tc>
          <w:tcPr>
            <w:tcW w:w="0" w:type="auto"/>
            <w:shd w:val="clear" w:color="auto" w:fill="FFFFFF"/>
          </w:tcPr>
          <w:p w14:paraId="0B6E25EA" w14:textId="77777777" w:rsidR="00363A1F" w:rsidRDefault="00832053">
            <w:r>
              <w:t>состав определяется проектной документацией</w:t>
            </w:r>
          </w:p>
        </w:tc>
      </w:tr>
    </w:tbl>
    <w:p w14:paraId="7A4651BB" w14:textId="77777777" w:rsidR="00363A1F" w:rsidRPr="000C24CF" w:rsidRDefault="00832053">
      <w:pPr>
        <w:rPr>
          <w:b/>
          <w:bCs/>
          <w:lang w:val="ru-RU"/>
        </w:rPr>
      </w:pPr>
      <w:r w:rsidRPr="000C24CF">
        <w:rPr>
          <w:b/>
          <w:bCs/>
          <w:lang w:val="ru-RU"/>
        </w:rPr>
        <w:t>Таблица 9.6 — Мероприятия по переводу открытых систем горячего водоснабжения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99"/>
        <w:gridCol w:w="2922"/>
        <w:gridCol w:w="984"/>
        <w:gridCol w:w="2187"/>
        <w:gridCol w:w="2497"/>
      </w:tblGrid>
      <w:tr w:rsidR="00363A1F" w14:paraId="4B5690E5" w14:textId="77777777">
        <w:trPr>
          <w:cantSplit/>
          <w:tblHeader/>
        </w:trPr>
        <w:tc>
          <w:tcPr>
            <w:tcW w:w="0" w:type="auto"/>
            <w:shd w:val="clear" w:color="auto" w:fill="E2F0D9"/>
          </w:tcPr>
          <w:p w14:paraId="76BA68A5" w14:textId="77777777" w:rsidR="00363A1F" w:rsidRDefault="00832053">
            <w:pPr>
              <w:jc w:val="center"/>
            </w:pPr>
            <w:r>
              <w:rPr>
                <w:b/>
              </w:rPr>
              <w:t>Объект</w:t>
            </w:r>
          </w:p>
        </w:tc>
        <w:tc>
          <w:tcPr>
            <w:tcW w:w="0" w:type="auto"/>
            <w:shd w:val="clear" w:color="auto" w:fill="E2F0D9"/>
          </w:tcPr>
          <w:p w14:paraId="684D6991" w14:textId="77777777" w:rsidR="00363A1F" w:rsidRDefault="00832053">
            <w:pPr>
              <w:jc w:val="center"/>
            </w:pPr>
            <w:r>
              <w:rPr>
                <w:b/>
              </w:rPr>
              <w:t>Мероприятие</w:t>
            </w:r>
          </w:p>
        </w:tc>
        <w:tc>
          <w:tcPr>
            <w:tcW w:w="0" w:type="auto"/>
            <w:shd w:val="clear" w:color="auto" w:fill="E2F0D9"/>
          </w:tcPr>
          <w:p w14:paraId="7CD7C19B" w14:textId="77777777" w:rsidR="00363A1F" w:rsidRDefault="00832053">
            <w:pPr>
              <w:jc w:val="center"/>
            </w:pPr>
            <w:r>
              <w:rPr>
                <w:b/>
              </w:rPr>
              <w:t>Период</w:t>
            </w:r>
          </w:p>
        </w:tc>
        <w:tc>
          <w:tcPr>
            <w:tcW w:w="0" w:type="auto"/>
            <w:shd w:val="clear" w:color="auto" w:fill="E2F0D9"/>
          </w:tcPr>
          <w:p w14:paraId="7C2B40A8" w14:textId="77777777" w:rsidR="00363A1F" w:rsidRDefault="00832053">
            <w:pPr>
              <w:jc w:val="center"/>
            </w:pPr>
            <w:r>
              <w:rPr>
                <w:b/>
              </w:rPr>
              <w:t>Стоимость</w:t>
            </w:r>
          </w:p>
        </w:tc>
        <w:tc>
          <w:tcPr>
            <w:tcW w:w="0" w:type="auto"/>
            <w:shd w:val="clear" w:color="auto" w:fill="E2F0D9"/>
          </w:tcPr>
          <w:p w14:paraId="225C55DC" w14:textId="77777777" w:rsidR="00363A1F" w:rsidRDefault="00832053">
            <w:pPr>
              <w:jc w:val="center"/>
            </w:pPr>
            <w:r>
              <w:rPr>
                <w:b/>
              </w:rPr>
              <w:t>Примечание</w:t>
            </w:r>
          </w:p>
        </w:tc>
      </w:tr>
      <w:tr w:rsidR="00363A1F" w:rsidRPr="004D1FEB" w14:paraId="6B34A779" w14:textId="77777777">
        <w:trPr>
          <w:cantSplit/>
        </w:trPr>
        <w:tc>
          <w:tcPr>
            <w:tcW w:w="0" w:type="auto"/>
            <w:shd w:val="clear" w:color="auto" w:fill="F2F2F2"/>
          </w:tcPr>
          <w:p w14:paraId="53016EF7" w14:textId="77777777" w:rsidR="00363A1F" w:rsidRDefault="00832053">
            <w:r>
              <w:t>УПК № 1 «Таштагол»</w:t>
            </w:r>
          </w:p>
        </w:tc>
        <w:tc>
          <w:tcPr>
            <w:tcW w:w="0" w:type="auto"/>
            <w:shd w:val="clear" w:color="auto" w:fill="FFFFFF"/>
          </w:tcPr>
          <w:p w14:paraId="790AE865" w14:textId="77777777" w:rsidR="00363A1F" w:rsidRPr="00844B84" w:rsidRDefault="00832053">
            <w:pPr>
              <w:rPr>
                <w:lang w:val="ru-RU"/>
              </w:rPr>
            </w:pPr>
            <w:r w:rsidRPr="00844B84">
              <w:rPr>
                <w:lang w:val="ru-RU"/>
              </w:rPr>
              <w:t>Перевод на закрытую схему с реконструкцией тепловых пунктов</w:t>
            </w:r>
          </w:p>
        </w:tc>
        <w:tc>
          <w:tcPr>
            <w:tcW w:w="0" w:type="auto"/>
            <w:shd w:val="clear" w:color="auto" w:fill="FFFFFF"/>
          </w:tcPr>
          <w:p w14:paraId="328275C2" w14:textId="77777777" w:rsidR="00363A1F" w:rsidRDefault="00832053">
            <w:r>
              <w:t>2027–2036</w:t>
            </w:r>
          </w:p>
        </w:tc>
        <w:tc>
          <w:tcPr>
            <w:tcW w:w="0" w:type="auto"/>
            <w:shd w:val="clear" w:color="auto" w:fill="FFFFFF"/>
          </w:tcPr>
          <w:p w14:paraId="51EC721C" w14:textId="77777777" w:rsidR="00363A1F" w:rsidRDefault="00832053">
            <w:r>
              <w:t>текущая стоимость подлежит определению</w:t>
            </w:r>
          </w:p>
        </w:tc>
        <w:tc>
          <w:tcPr>
            <w:tcW w:w="0" w:type="auto"/>
            <w:shd w:val="clear" w:color="auto" w:fill="FFFFFF"/>
          </w:tcPr>
          <w:p w14:paraId="76E285D1" w14:textId="77777777" w:rsidR="00363A1F" w:rsidRPr="00844B84" w:rsidRDefault="00832053">
            <w:pPr>
              <w:rPr>
                <w:lang w:val="ru-RU"/>
              </w:rPr>
            </w:pPr>
            <w:r w:rsidRPr="00844B84">
              <w:rPr>
                <w:lang w:val="ru-RU"/>
              </w:rPr>
              <w:t>ранее оценённая стоимость приведена в ценах 2021 года</w:t>
            </w:r>
          </w:p>
        </w:tc>
      </w:tr>
      <w:tr w:rsidR="00363A1F" w:rsidRPr="004D1FEB" w14:paraId="266169B4" w14:textId="77777777">
        <w:trPr>
          <w:cantSplit/>
        </w:trPr>
        <w:tc>
          <w:tcPr>
            <w:tcW w:w="0" w:type="auto"/>
            <w:shd w:val="clear" w:color="auto" w:fill="F2F2F2"/>
          </w:tcPr>
          <w:p w14:paraId="5E09B33C" w14:textId="77777777" w:rsidR="00363A1F" w:rsidRDefault="00832053">
            <w:r>
              <w:t>УПК № 2 «Шалым»</w:t>
            </w:r>
          </w:p>
        </w:tc>
        <w:tc>
          <w:tcPr>
            <w:tcW w:w="0" w:type="auto"/>
            <w:shd w:val="clear" w:color="auto" w:fill="FFFFFF"/>
          </w:tcPr>
          <w:p w14:paraId="352DDC64" w14:textId="77777777" w:rsidR="00363A1F" w:rsidRPr="00844B84" w:rsidRDefault="00832053">
            <w:pPr>
              <w:rPr>
                <w:lang w:val="ru-RU"/>
              </w:rPr>
            </w:pPr>
            <w:r w:rsidRPr="00844B84">
              <w:rPr>
                <w:lang w:val="ru-RU"/>
              </w:rPr>
              <w:t>Перевод на закрытую схему с реконструкцией тепловых пунктов</w:t>
            </w:r>
          </w:p>
        </w:tc>
        <w:tc>
          <w:tcPr>
            <w:tcW w:w="0" w:type="auto"/>
            <w:shd w:val="clear" w:color="auto" w:fill="FFFFFF"/>
          </w:tcPr>
          <w:p w14:paraId="3B6CA8C4" w14:textId="77777777" w:rsidR="00363A1F" w:rsidRDefault="00832053">
            <w:r>
              <w:t>2027–2036</w:t>
            </w:r>
          </w:p>
        </w:tc>
        <w:tc>
          <w:tcPr>
            <w:tcW w:w="0" w:type="auto"/>
            <w:shd w:val="clear" w:color="auto" w:fill="FFFFFF"/>
          </w:tcPr>
          <w:p w14:paraId="52934922" w14:textId="77777777" w:rsidR="00363A1F" w:rsidRDefault="00832053">
            <w:r>
              <w:t>текущая стоимость подлежит определению</w:t>
            </w:r>
          </w:p>
        </w:tc>
        <w:tc>
          <w:tcPr>
            <w:tcW w:w="0" w:type="auto"/>
            <w:shd w:val="clear" w:color="auto" w:fill="FFFFFF"/>
          </w:tcPr>
          <w:p w14:paraId="776986B3" w14:textId="77777777" w:rsidR="00363A1F" w:rsidRPr="00844B84" w:rsidRDefault="00832053">
            <w:pPr>
              <w:rPr>
                <w:lang w:val="ru-RU"/>
              </w:rPr>
            </w:pPr>
            <w:r w:rsidRPr="00844B84">
              <w:rPr>
                <w:lang w:val="ru-RU"/>
              </w:rPr>
              <w:t>ранее оценённая стоимость приведена в ценах 2021 года</w:t>
            </w:r>
          </w:p>
        </w:tc>
      </w:tr>
      <w:tr w:rsidR="00363A1F" w:rsidRPr="004D1FEB" w14:paraId="5B6605B8" w14:textId="77777777">
        <w:trPr>
          <w:cantSplit/>
        </w:trPr>
        <w:tc>
          <w:tcPr>
            <w:tcW w:w="0" w:type="auto"/>
            <w:shd w:val="clear" w:color="auto" w:fill="F2F2F2"/>
          </w:tcPr>
          <w:p w14:paraId="0220EECB" w14:textId="77777777" w:rsidR="00363A1F" w:rsidRDefault="00832053">
            <w:r>
              <w:t>УПК № 2 «ЦМК»</w:t>
            </w:r>
          </w:p>
        </w:tc>
        <w:tc>
          <w:tcPr>
            <w:tcW w:w="0" w:type="auto"/>
            <w:shd w:val="clear" w:color="auto" w:fill="FFFFFF"/>
          </w:tcPr>
          <w:p w14:paraId="44759167" w14:textId="77777777" w:rsidR="00363A1F" w:rsidRPr="00844B84" w:rsidRDefault="00832053">
            <w:pPr>
              <w:rPr>
                <w:lang w:val="ru-RU"/>
              </w:rPr>
            </w:pPr>
            <w:r w:rsidRPr="00844B84">
              <w:rPr>
                <w:lang w:val="ru-RU"/>
              </w:rPr>
              <w:t>Перевод на закрытую схему с реконструкцией тепловых пунктов</w:t>
            </w:r>
          </w:p>
        </w:tc>
        <w:tc>
          <w:tcPr>
            <w:tcW w:w="0" w:type="auto"/>
            <w:shd w:val="clear" w:color="auto" w:fill="FFFFFF"/>
          </w:tcPr>
          <w:p w14:paraId="6D57E3F9" w14:textId="77777777" w:rsidR="00363A1F" w:rsidRDefault="00832053">
            <w:r>
              <w:t>2027–2036</w:t>
            </w:r>
          </w:p>
        </w:tc>
        <w:tc>
          <w:tcPr>
            <w:tcW w:w="0" w:type="auto"/>
            <w:shd w:val="clear" w:color="auto" w:fill="FFFFFF"/>
          </w:tcPr>
          <w:p w14:paraId="5FD1CA35" w14:textId="77777777" w:rsidR="00363A1F" w:rsidRDefault="00832053">
            <w:r>
              <w:t>текущая стоимость подлежит определению</w:t>
            </w:r>
          </w:p>
        </w:tc>
        <w:tc>
          <w:tcPr>
            <w:tcW w:w="0" w:type="auto"/>
            <w:shd w:val="clear" w:color="auto" w:fill="FFFFFF"/>
          </w:tcPr>
          <w:p w14:paraId="0E472BBF" w14:textId="77777777" w:rsidR="00363A1F" w:rsidRPr="00844B84" w:rsidRDefault="00832053">
            <w:pPr>
              <w:rPr>
                <w:lang w:val="ru-RU"/>
              </w:rPr>
            </w:pPr>
            <w:r w:rsidRPr="00844B84">
              <w:rPr>
                <w:lang w:val="ru-RU"/>
              </w:rPr>
              <w:t>ранее оценённая стоимость приведена в ценах 2021 года</w:t>
            </w:r>
          </w:p>
        </w:tc>
      </w:tr>
      <w:tr w:rsidR="00363A1F" w:rsidRPr="004D1FEB" w14:paraId="202FC02B" w14:textId="77777777">
        <w:trPr>
          <w:cantSplit/>
        </w:trPr>
        <w:tc>
          <w:tcPr>
            <w:tcW w:w="0" w:type="auto"/>
            <w:shd w:val="clear" w:color="auto" w:fill="F2F2F2"/>
          </w:tcPr>
          <w:p w14:paraId="73F63AAF" w14:textId="77777777" w:rsidR="00363A1F" w:rsidRDefault="00832053">
            <w:r>
              <w:t>УПК № 9 «ГРЭ»</w:t>
            </w:r>
          </w:p>
        </w:tc>
        <w:tc>
          <w:tcPr>
            <w:tcW w:w="0" w:type="auto"/>
            <w:shd w:val="clear" w:color="auto" w:fill="FFFFFF"/>
          </w:tcPr>
          <w:p w14:paraId="4836396B" w14:textId="77777777" w:rsidR="00363A1F" w:rsidRPr="00844B84" w:rsidRDefault="00832053">
            <w:pPr>
              <w:rPr>
                <w:lang w:val="ru-RU"/>
              </w:rPr>
            </w:pPr>
            <w:r w:rsidRPr="00844B84">
              <w:rPr>
                <w:lang w:val="ru-RU"/>
              </w:rPr>
              <w:t>Перевод на закрытую схему с реконструкцией тепловых пунктов</w:t>
            </w:r>
          </w:p>
        </w:tc>
        <w:tc>
          <w:tcPr>
            <w:tcW w:w="0" w:type="auto"/>
            <w:shd w:val="clear" w:color="auto" w:fill="FFFFFF"/>
          </w:tcPr>
          <w:p w14:paraId="6345A2CC" w14:textId="77777777" w:rsidR="00363A1F" w:rsidRDefault="00832053">
            <w:r>
              <w:t>2027–2036</w:t>
            </w:r>
          </w:p>
        </w:tc>
        <w:tc>
          <w:tcPr>
            <w:tcW w:w="0" w:type="auto"/>
            <w:shd w:val="clear" w:color="auto" w:fill="FFFFFF"/>
          </w:tcPr>
          <w:p w14:paraId="01835FA7" w14:textId="77777777" w:rsidR="00363A1F" w:rsidRDefault="00832053">
            <w:r>
              <w:t>текущая стоимость подлежит определению</w:t>
            </w:r>
          </w:p>
        </w:tc>
        <w:tc>
          <w:tcPr>
            <w:tcW w:w="0" w:type="auto"/>
            <w:shd w:val="clear" w:color="auto" w:fill="FFFFFF"/>
          </w:tcPr>
          <w:p w14:paraId="27F94098" w14:textId="77777777" w:rsidR="00363A1F" w:rsidRPr="00844B84" w:rsidRDefault="00832053">
            <w:pPr>
              <w:rPr>
                <w:lang w:val="ru-RU"/>
              </w:rPr>
            </w:pPr>
            <w:r w:rsidRPr="00844B84">
              <w:rPr>
                <w:lang w:val="ru-RU"/>
              </w:rPr>
              <w:t>ранее оценённая стоимость приведена в ценах 2021 года</w:t>
            </w:r>
          </w:p>
        </w:tc>
      </w:tr>
      <w:tr w:rsidR="00363A1F" w:rsidRPr="004D1FEB" w14:paraId="2F3CA4F1" w14:textId="77777777">
        <w:trPr>
          <w:cantSplit/>
        </w:trPr>
        <w:tc>
          <w:tcPr>
            <w:tcW w:w="0" w:type="auto"/>
            <w:shd w:val="clear" w:color="auto" w:fill="F2F2F2"/>
          </w:tcPr>
          <w:p w14:paraId="62EBF265" w14:textId="77777777" w:rsidR="00363A1F" w:rsidRDefault="00832053">
            <w:r>
              <w:t>УПК № 5 «Новый Шерегеш»</w:t>
            </w:r>
          </w:p>
        </w:tc>
        <w:tc>
          <w:tcPr>
            <w:tcW w:w="0" w:type="auto"/>
            <w:shd w:val="clear" w:color="auto" w:fill="FFFFFF"/>
          </w:tcPr>
          <w:p w14:paraId="10BEFACD" w14:textId="77777777" w:rsidR="00363A1F" w:rsidRPr="00844B84" w:rsidRDefault="00832053">
            <w:pPr>
              <w:rPr>
                <w:lang w:val="ru-RU"/>
              </w:rPr>
            </w:pPr>
            <w:r w:rsidRPr="00844B84">
              <w:rPr>
                <w:lang w:val="ru-RU"/>
              </w:rPr>
              <w:t>Перевод на закрытую схему с реконструкцией тепловых пунктов</w:t>
            </w:r>
          </w:p>
        </w:tc>
        <w:tc>
          <w:tcPr>
            <w:tcW w:w="0" w:type="auto"/>
            <w:shd w:val="clear" w:color="auto" w:fill="FFFFFF"/>
          </w:tcPr>
          <w:p w14:paraId="09A84E10" w14:textId="77777777" w:rsidR="00363A1F" w:rsidRDefault="00832053">
            <w:r>
              <w:t>2027–2036</w:t>
            </w:r>
          </w:p>
        </w:tc>
        <w:tc>
          <w:tcPr>
            <w:tcW w:w="0" w:type="auto"/>
            <w:shd w:val="clear" w:color="auto" w:fill="FFFFFF"/>
          </w:tcPr>
          <w:p w14:paraId="18C76926" w14:textId="77777777" w:rsidR="00363A1F" w:rsidRDefault="00832053">
            <w:r>
              <w:t>текущая стоимость подлежит определению</w:t>
            </w:r>
          </w:p>
        </w:tc>
        <w:tc>
          <w:tcPr>
            <w:tcW w:w="0" w:type="auto"/>
            <w:shd w:val="clear" w:color="auto" w:fill="FFFFFF"/>
          </w:tcPr>
          <w:p w14:paraId="35198629" w14:textId="77777777" w:rsidR="00363A1F" w:rsidRPr="00844B84" w:rsidRDefault="00832053">
            <w:pPr>
              <w:rPr>
                <w:lang w:val="ru-RU"/>
              </w:rPr>
            </w:pPr>
            <w:r w:rsidRPr="00844B84">
              <w:rPr>
                <w:lang w:val="ru-RU"/>
              </w:rPr>
              <w:t>ранее оценённая стоимость приведена в ценах 2021 года</w:t>
            </w:r>
          </w:p>
        </w:tc>
      </w:tr>
      <w:tr w:rsidR="00363A1F" w:rsidRPr="004D1FEB" w14:paraId="2256A215" w14:textId="77777777">
        <w:trPr>
          <w:cantSplit/>
        </w:trPr>
        <w:tc>
          <w:tcPr>
            <w:tcW w:w="0" w:type="auto"/>
            <w:shd w:val="clear" w:color="auto" w:fill="F2F2F2"/>
          </w:tcPr>
          <w:p w14:paraId="4490876B" w14:textId="77777777" w:rsidR="00363A1F" w:rsidRDefault="00832053">
            <w:r>
              <w:t>УПК № 6 «Старый Шерегеш»</w:t>
            </w:r>
          </w:p>
        </w:tc>
        <w:tc>
          <w:tcPr>
            <w:tcW w:w="0" w:type="auto"/>
            <w:shd w:val="clear" w:color="auto" w:fill="FFFFFF"/>
          </w:tcPr>
          <w:p w14:paraId="77A7F3DA" w14:textId="77777777" w:rsidR="00363A1F" w:rsidRPr="00844B84" w:rsidRDefault="00832053">
            <w:pPr>
              <w:rPr>
                <w:lang w:val="ru-RU"/>
              </w:rPr>
            </w:pPr>
            <w:r w:rsidRPr="00844B84">
              <w:rPr>
                <w:lang w:val="ru-RU"/>
              </w:rPr>
              <w:t>Перевод на закрытую схему с реконструкцией тепловых пунктов</w:t>
            </w:r>
          </w:p>
        </w:tc>
        <w:tc>
          <w:tcPr>
            <w:tcW w:w="0" w:type="auto"/>
            <w:shd w:val="clear" w:color="auto" w:fill="FFFFFF"/>
          </w:tcPr>
          <w:p w14:paraId="0142E630" w14:textId="77777777" w:rsidR="00363A1F" w:rsidRDefault="00832053">
            <w:r>
              <w:t>2027–2036</w:t>
            </w:r>
          </w:p>
        </w:tc>
        <w:tc>
          <w:tcPr>
            <w:tcW w:w="0" w:type="auto"/>
            <w:shd w:val="clear" w:color="auto" w:fill="FFFFFF"/>
          </w:tcPr>
          <w:p w14:paraId="7E8579CE" w14:textId="77777777" w:rsidR="00363A1F" w:rsidRDefault="00832053">
            <w:r>
              <w:t>текущая стоимость подлежит определению</w:t>
            </w:r>
          </w:p>
        </w:tc>
        <w:tc>
          <w:tcPr>
            <w:tcW w:w="0" w:type="auto"/>
            <w:shd w:val="clear" w:color="auto" w:fill="FFFFFF"/>
          </w:tcPr>
          <w:p w14:paraId="619EC0C8" w14:textId="77777777" w:rsidR="00363A1F" w:rsidRPr="00844B84" w:rsidRDefault="00832053">
            <w:pPr>
              <w:rPr>
                <w:lang w:val="ru-RU"/>
              </w:rPr>
            </w:pPr>
            <w:r w:rsidRPr="00844B84">
              <w:rPr>
                <w:lang w:val="ru-RU"/>
              </w:rPr>
              <w:t>ранее оценённая стоимость приведена в ценах 2021 года</w:t>
            </w:r>
          </w:p>
        </w:tc>
      </w:tr>
      <w:tr w:rsidR="00363A1F" w:rsidRPr="004D1FEB" w14:paraId="3171F6FB" w14:textId="77777777">
        <w:trPr>
          <w:cantSplit/>
        </w:trPr>
        <w:tc>
          <w:tcPr>
            <w:tcW w:w="0" w:type="auto"/>
            <w:shd w:val="clear" w:color="auto" w:fill="F2F2F2"/>
          </w:tcPr>
          <w:p w14:paraId="7094C8E8" w14:textId="77777777" w:rsidR="00363A1F" w:rsidRDefault="00832053">
            <w:r>
              <w:t>УПК № 7 «Каз»</w:t>
            </w:r>
          </w:p>
        </w:tc>
        <w:tc>
          <w:tcPr>
            <w:tcW w:w="0" w:type="auto"/>
            <w:shd w:val="clear" w:color="auto" w:fill="FFFFFF"/>
          </w:tcPr>
          <w:p w14:paraId="16EC5ED9" w14:textId="77777777" w:rsidR="00363A1F" w:rsidRPr="00844B84" w:rsidRDefault="00832053">
            <w:pPr>
              <w:rPr>
                <w:lang w:val="ru-RU"/>
              </w:rPr>
            </w:pPr>
            <w:r w:rsidRPr="00844B84">
              <w:rPr>
                <w:lang w:val="ru-RU"/>
              </w:rPr>
              <w:t>Перевод на закрытую схему с реконструкцией тепловых пунктов</w:t>
            </w:r>
          </w:p>
        </w:tc>
        <w:tc>
          <w:tcPr>
            <w:tcW w:w="0" w:type="auto"/>
            <w:shd w:val="clear" w:color="auto" w:fill="FFFFFF"/>
          </w:tcPr>
          <w:p w14:paraId="04FF7A56" w14:textId="77777777" w:rsidR="00363A1F" w:rsidRDefault="00832053">
            <w:r>
              <w:t>2027–2036</w:t>
            </w:r>
          </w:p>
        </w:tc>
        <w:tc>
          <w:tcPr>
            <w:tcW w:w="0" w:type="auto"/>
            <w:shd w:val="clear" w:color="auto" w:fill="FFFFFF"/>
          </w:tcPr>
          <w:p w14:paraId="5804DE01" w14:textId="77777777" w:rsidR="00363A1F" w:rsidRDefault="00832053">
            <w:r>
              <w:t>текущая стоимость подлежит определению</w:t>
            </w:r>
          </w:p>
        </w:tc>
        <w:tc>
          <w:tcPr>
            <w:tcW w:w="0" w:type="auto"/>
            <w:shd w:val="clear" w:color="auto" w:fill="FFFFFF"/>
          </w:tcPr>
          <w:p w14:paraId="4DC59F02" w14:textId="77777777" w:rsidR="00363A1F" w:rsidRPr="00844B84" w:rsidRDefault="00832053">
            <w:pPr>
              <w:rPr>
                <w:lang w:val="ru-RU"/>
              </w:rPr>
            </w:pPr>
            <w:r w:rsidRPr="00844B84">
              <w:rPr>
                <w:lang w:val="ru-RU"/>
              </w:rPr>
              <w:t>ранее оценённая стоимость приведена в ценах 2021 года</w:t>
            </w:r>
          </w:p>
        </w:tc>
      </w:tr>
      <w:tr w:rsidR="00363A1F" w:rsidRPr="004D1FEB" w14:paraId="6FD66CF1" w14:textId="77777777">
        <w:trPr>
          <w:cantSplit/>
        </w:trPr>
        <w:tc>
          <w:tcPr>
            <w:tcW w:w="0" w:type="auto"/>
            <w:shd w:val="clear" w:color="auto" w:fill="F2F2F2"/>
          </w:tcPr>
          <w:p w14:paraId="7C1CBA32" w14:textId="77777777" w:rsidR="00363A1F" w:rsidRDefault="00832053">
            <w:r>
              <w:t>УПК № 8 «Мундыбаш»</w:t>
            </w:r>
          </w:p>
        </w:tc>
        <w:tc>
          <w:tcPr>
            <w:tcW w:w="0" w:type="auto"/>
            <w:shd w:val="clear" w:color="auto" w:fill="FFFFFF"/>
          </w:tcPr>
          <w:p w14:paraId="75200726" w14:textId="77777777" w:rsidR="00363A1F" w:rsidRPr="00844B84" w:rsidRDefault="00832053">
            <w:pPr>
              <w:rPr>
                <w:lang w:val="ru-RU"/>
              </w:rPr>
            </w:pPr>
            <w:r w:rsidRPr="00844B84">
              <w:rPr>
                <w:lang w:val="ru-RU"/>
              </w:rPr>
              <w:t>Перевод на закрытую схему с реконструкцией тепловых пунктов</w:t>
            </w:r>
          </w:p>
        </w:tc>
        <w:tc>
          <w:tcPr>
            <w:tcW w:w="0" w:type="auto"/>
            <w:shd w:val="clear" w:color="auto" w:fill="FFFFFF"/>
          </w:tcPr>
          <w:p w14:paraId="68BF27BA" w14:textId="77777777" w:rsidR="00363A1F" w:rsidRDefault="00832053">
            <w:r>
              <w:t>2027–2036</w:t>
            </w:r>
          </w:p>
        </w:tc>
        <w:tc>
          <w:tcPr>
            <w:tcW w:w="0" w:type="auto"/>
            <w:shd w:val="clear" w:color="auto" w:fill="FFFFFF"/>
          </w:tcPr>
          <w:p w14:paraId="0863EC35" w14:textId="77777777" w:rsidR="00363A1F" w:rsidRDefault="00832053">
            <w:r>
              <w:t>текущая стоимость подлежит определению</w:t>
            </w:r>
          </w:p>
        </w:tc>
        <w:tc>
          <w:tcPr>
            <w:tcW w:w="0" w:type="auto"/>
            <w:shd w:val="clear" w:color="auto" w:fill="FFFFFF"/>
          </w:tcPr>
          <w:p w14:paraId="7C69545D" w14:textId="77777777" w:rsidR="00363A1F" w:rsidRPr="00844B84" w:rsidRDefault="00832053">
            <w:pPr>
              <w:rPr>
                <w:lang w:val="ru-RU"/>
              </w:rPr>
            </w:pPr>
            <w:r w:rsidRPr="00844B84">
              <w:rPr>
                <w:lang w:val="ru-RU"/>
              </w:rPr>
              <w:t>ранее оценённая стоимость приведена в ценах 2021 года</w:t>
            </w:r>
          </w:p>
        </w:tc>
      </w:tr>
      <w:tr w:rsidR="00363A1F" w:rsidRPr="004D1FEB" w14:paraId="51DB77DC" w14:textId="77777777">
        <w:trPr>
          <w:cantSplit/>
        </w:trPr>
        <w:tc>
          <w:tcPr>
            <w:tcW w:w="0" w:type="auto"/>
            <w:shd w:val="clear" w:color="auto" w:fill="F2F2F2"/>
          </w:tcPr>
          <w:p w14:paraId="101E4ED1" w14:textId="77777777" w:rsidR="00363A1F" w:rsidRDefault="00832053">
            <w:r>
              <w:t>УПК № 10 «Темир-Тау»</w:t>
            </w:r>
          </w:p>
        </w:tc>
        <w:tc>
          <w:tcPr>
            <w:tcW w:w="0" w:type="auto"/>
            <w:shd w:val="clear" w:color="auto" w:fill="FFFFFF"/>
          </w:tcPr>
          <w:p w14:paraId="75C265BD" w14:textId="77777777" w:rsidR="00363A1F" w:rsidRPr="00844B84" w:rsidRDefault="00832053">
            <w:pPr>
              <w:rPr>
                <w:lang w:val="ru-RU"/>
              </w:rPr>
            </w:pPr>
            <w:r w:rsidRPr="00844B84">
              <w:rPr>
                <w:lang w:val="ru-RU"/>
              </w:rPr>
              <w:t>Перевод на закрытую схему с реконструкцией тепловых пунктов</w:t>
            </w:r>
          </w:p>
        </w:tc>
        <w:tc>
          <w:tcPr>
            <w:tcW w:w="0" w:type="auto"/>
            <w:shd w:val="clear" w:color="auto" w:fill="FFFFFF"/>
          </w:tcPr>
          <w:p w14:paraId="3DC5FE3E" w14:textId="77777777" w:rsidR="00363A1F" w:rsidRDefault="00832053">
            <w:r>
              <w:t>2027–2036</w:t>
            </w:r>
          </w:p>
        </w:tc>
        <w:tc>
          <w:tcPr>
            <w:tcW w:w="0" w:type="auto"/>
            <w:shd w:val="clear" w:color="auto" w:fill="FFFFFF"/>
          </w:tcPr>
          <w:p w14:paraId="6FB770A7" w14:textId="77777777" w:rsidR="00363A1F" w:rsidRDefault="00832053">
            <w:r>
              <w:t>текущая стоимость подлежит определению</w:t>
            </w:r>
          </w:p>
        </w:tc>
        <w:tc>
          <w:tcPr>
            <w:tcW w:w="0" w:type="auto"/>
            <w:shd w:val="clear" w:color="auto" w:fill="FFFFFF"/>
          </w:tcPr>
          <w:p w14:paraId="6B69B897" w14:textId="77777777" w:rsidR="00363A1F" w:rsidRPr="00844B84" w:rsidRDefault="00832053">
            <w:pPr>
              <w:rPr>
                <w:lang w:val="ru-RU"/>
              </w:rPr>
            </w:pPr>
            <w:r w:rsidRPr="00844B84">
              <w:rPr>
                <w:lang w:val="ru-RU"/>
              </w:rPr>
              <w:t>ранее оценённая стоимость приведена в ценах 2021 года</w:t>
            </w:r>
          </w:p>
        </w:tc>
      </w:tr>
      <w:tr w:rsidR="00363A1F" w:rsidRPr="004D1FEB" w14:paraId="731BEBA0" w14:textId="77777777">
        <w:trPr>
          <w:cantSplit/>
        </w:trPr>
        <w:tc>
          <w:tcPr>
            <w:tcW w:w="0" w:type="auto"/>
            <w:shd w:val="clear" w:color="auto" w:fill="F2F2F2"/>
          </w:tcPr>
          <w:p w14:paraId="6B920843" w14:textId="77777777" w:rsidR="00363A1F" w:rsidRDefault="00832053">
            <w:r>
              <w:t>УПК № 3 «Спасск»</w:t>
            </w:r>
          </w:p>
        </w:tc>
        <w:tc>
          <w:tcPr>
            <w:tcW w:w="0" w:type="auto"/>
            <w:shd w:val="clear" w:color="auto" w:fill="FFFFFF"/>
          </w:tcPr>
          <w:p w14:paraId="5C53EE45" w14:textId="77777777" w:rsidR="00363A1F" w:rsidRPr="00844B84" w:rsidRDefault="00832053">
            <w:pPr>
              <w:rPr>
                <w:lang w:val="ru-RU"/>
              </w:rPr>
            </w:pPr>
            <w:r w:rsidRPr="00844B84">
              <w:rPr>
                <w:lang w:val="ru-RU"/>
              </w:rPr>
              <w:t>Перевод на закрытую схему с реконструкцией тепловых пунктов</w:t>
            </w:r>
          </w:p>
        </w:tc>
        <w:tc>
          <w:tcPr>
            <w:tcW w:w="0" w:type="auto"/>
            <w:shd w:val="clear" w:color="auto" w:fill="FFFFFF"/>
          </w:tcPr>
          <w:p w14:paraId="1AE8B7B1" w14:textId="77777777" w:rsidR="00363A1F" w:rsidRDefault="00832053">
            <w:r>
              <w:t>2027–2036</w:t>
            </w:r>
          </w:p>
        </w:tc>
        <w:tc>
          <w:tcPr>
            <w:tcW w:w="0" w:type="auto"/>
            <w:shd w:val="clear" w:color="auto" w:fill="FFFFFF"/>
          </w:tcPr>
          <w:p w14:paraId="6CDBC6FB" w14:textId="77777777" w:rsidR="00363A1F" w:rsidRDefault="00832053">
            <w:r>
              <w:t>текущая стоимость подлежит определению</w:t>
            </w:r>
          </w:p>
        </w:tc>
        <w:tc>
          <w:tcPr>
            <w:tcW w:w="0" w:type="auto"/>
            <w:shd w:val="clear" w:color="auto" w:fill="FFFFFF"/>
          </w:tcPr>
          <w:p w14:paraId="466D888A" w14:textId="77777777" w:rsidR="00363A1F" w:rsidRPr="00844B84" w:rsidRDefault="00832053">
            <w:pPr>
              <w:rPr>
                <w:lang w:val="ru-RU"/>
              </w:rPr>
            </w:pPr>
            <w:r w:rsidRPr="00844B84">
              <w:rPr>
                <w:lang w:val="ru-RU"/>
              </w:rPr>
              <w:t>ранее оценённая стоимость приведена в ценах 2021 года</w:t>
            </w:r>
          </w:p>
        </w:tc>
      </w:tr>
    </w:tbl>
    <w:p w14:paraId="112B3CA2" w14:textId="77777777" w:rsidR="00363A1F" w:rsidRPr="00844B84" w:rsidRDefault="00832053">
      <w:pPr>
        <w:pStyle w:val="21"/>
        <w:rPr>
          <w:lang w:val="ru-RU"/>
        </w:rPr>
      </w:pPr>
      <w:bookmarkStart w:id="95" w:name="_Toc238017294"/>
      <w:r w:rsidRPr="00844B84">
        <w:rPr>
          <w:lang w:val="ru-RU"/>
        </w:rPr>
        <w:t>9.6. Стоимостная база и источники финансирования</w:t>
      </w:r>
      <w:bookmarkEnd w:id="95"/>
    </w:p>
    <w:p w14:paraId="42C1CEB8" w14:textId="77777777" w:rsidR="00363A1F" w:rsidRPr="000C24CF" w:rsidRDefault="00832053">
      <w:pPr>
        <w:rPr>
          <w:b/>
          <w:bCs/>
          <w:lang w:val="ru-RU"/>
        </w:rPr>
      </w:pPr>
      <w:r w:rsidRPr="000C24CF">
        <w:rPr>
          <w:b/>
          <w:bCs/>
          <w:lang w:val="ru-RU"/>
        </w:rPr>
        <w:t>Таблица 9.7 — Стоимость мероприятий по группам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947"/>
        <w:gridCol w:w="1635"/>
        <w:gridCol w:w="1817"/>
        <w:gridCol w:w="1574"/>
        <w:gridCol w:w="2516"/>
      </w:tblGrid>
      <w:tr w:rsidR="00363A1F" w14:paraId="749BB7BF" w14:textId="77777777">
        <w:trPr>
          <w:cantSplit/>
          <w:tblHeader/>
        </w:trPr>
        <w:tc>
          <w:tcPr>
            <w:tcW w:w="0" w:type="auto"/>
            <w:shd w:val="clear" w:color="auto" w:fill="E2F0D9"/>
          </w:tcPr>
          <w:p w14:paraId="202447B5" w14:textId="77777777" w:rsidR="00363A1F" w:rsidRDefault="00832053">
            <w:pPr>
              <w:jc w:val="center"/>
            </w:pPr>
            <w:r>
              <w:rPr>
                <w:b/>
              </w:rPr>
              <w:t>Группа мероприятий</w:t>
            </w:r>
          </w:p>
        </w:tc>
        <w:tc>
          <w:tcPr>
            <w:tcW w:w="0" w:type="auto"/>
            <w:shd w:val="clear" w:color="auto" w:fill="E2F0D9"/>
          </w:tcPr>
          <w:p w14:paraId="2ADF9C95" w14:textId="77777777" w:rsidR="00363A1F" w:rsidRDefault="00832053">
            <w:pPr>
              <w:jc w:val="center"/>
            </w:pPr>
            <w:r>
              <w:rPr>
                <w:b/>
              </w:rPr>
              <w:t>Мероприятий</w:t>
            </w:r>
          </w:p>
        </w:tc>
        <w:tc>
          <w:tcPr>
            <w:tcW w:w="0" w:type="auto"/>
            <w:shd w:val="clear" w:color="auto" w:fill="E2F0D9"/>
          </w:tcPr>
          <w:p w14:paraId="5F86D1F3" w14:textId="77777777" w:rsidR="00363A1F" w:rsidRDefault="00832053">
            <w:pPr>
              <w:jc w:val="center"/>
            </w:pPr>
            <w:r>
              <w:rPr>
                <w:b/>
              </w:rPr>
              <w:t>Стоимость</w:t>
            </w:r>
          </w:p>
        </w:tc>
        <w:tc>
          <w:tcPr>
            <w:tcW w:w="0" w:type="auto"/>
            <w:shd w:val="clear" w:color="auto" w:fill="E2F0D9"/>
          </w:tcPr>
          <w:p w14:paraId="52313E9A" w14:textId="77777777" w:rsidR="00363A1F" w:rsidRDefault="00832053">
            <w:pPr>
              <w:jc w:val="center"/>
            </w:pPr>
            <w:r>
              <w:rPr>
                <w:b/>
              </w:rPr>
              <w:t>Ценовой базис</w:t>
            </w:r>
          </w:p>
        </w:tc>
        <w:tc>
          <w:tcPr>
            <w:tcW w:w="0" w:type="auto"/>
            <w:shd w:val="clear" w:color="auto" w:fill="E2F0D9"/>
          </w:tcPr>
          <w:p w14:paraId="463B864B" w14:textId="77777777" w:rsidR="00363A1F" w:rsidRDefault="00832053">
            <w:pPr>
              <w:jc w:val="center"/>
            </w:pPr>
            <w:r>
              <w:rPr>
                <w:b/>
              </w:rPr>
              <w:t>Состояние</w:t>
            </w:r>
          </w:p>
        </w:tc>
      </w:tr>
      <w:tr w:rsidR="00363A1F" w14:paraId="772E6BC5" w14:textId="77777777">
        <w:trPr>
          <w:cantSplit/>
        </w:trPr>
        <w:tc>
          <w:tcPr>
            <w:tcW w:w="0" w:type="auto"/>
            <w:shd w:val="clear" w:color="auto" w:fill="F2F2F2"/>
          </w:tcPr>
          <w:p w14:paraId="14E505B0" w14:textId="77777777" w:rsidR="00363A1F" w:rsidRPr="00844B84" w:rsidRDefault="00832053">
            <w:pPr>
              <w:rPr>
                <w:lang w:val="ru-RU"/>
              </w:rPr>
            </w:pPr>
            <w:r w:rsidRPr="00844B84">
              <w:rPr>
                <w:lang w:val="ru-RU"/>
              </w:rPr>
              <w:t>Перевод источников на природный газ</w:t>
            </w:r>
          </w:p>
        </w:tc>
        <w:tc>
          <w:tcPr>
            <w:tcW w:w="0" w:type="auto"/>
            <w:shd w:val="clear" w:color="auto" w:fill="FFFFFF"/>
          </w:tcPr>
          <w:p w14:paraId="3117E89C" w14:textId="77777777" w:rsidR="00363A1F" w:rsidRDefault="00832053">
            <w:r>
              <w:t>10</w:t>
            </w:r>
          </w:p>
        </w:tc>
        <w:tc>
          <w:tcPr>
            <w:tcW w:w="0" w:type="auto"/>
            <w:shd w:val="clear" w:color="auto" w:fill="FFFFFF"/>
          </w:tcPr>
          <w:p w14:paraId="7D4380EF" w14:textId="77777777" w:rsidR="00363A1F" w:rsidRDefault="00832053">
            <w:r>
              <w:t>1 232 653,0 тыс. руб.</w:t>
            </w:r>
          </w:p>
        </w:tc>
        <w:tc>
          <w:tcPr>
            <w:tcW w:w="0" w:type="auto"/>
            <w:shd w:val="clear" w:color="auto" w:fill="FFFFFF"/>
          </w:tcPr>
          <w:p w14:paraId="21B64FFB" w14:textId="77777777" w:rsidR="00363A1F" w:rsidRDefault="00832053">
            <w:r>
              <w:t>цены 2024 года, с НДС</w:t>
            </w:r>
          </w:p>
        </w:tc>
        <w:tc>
          <w:tcPr>
            <w:tcW w:w="0" w:type="auto"/>
            <w:shd w:val="clear" w:color="auto" w:fill="FFFFFF"/>
          </w:tcPr>
          <w:p w14:paraId="6A270D19" w14:textId="77777777" w:rsidR="00363A1F" w:rsidRDefault="00832053">
            <w:r>
              <w:t>ориентировочная оценка</w:t>
            </w:r>
          </w:p>
        </w:tc>
      </w:tr>
      <w:tr w:rsidR="00363A1F" w14:paraId="53A968BB" w14:textId="77777777">
        <w:trPr>
          <w:cantSplit/>
        </w:trPr>
        <w:tc>
          <w:tcPr>
            <w:tcW w:w="0" w:type="auto"/>
            <w:shd w:val="clear" w:color="auto" w:fill="F2F2F2"/>
          </w:tcPr>
          <w:p w14:paraId="4AE94FCA" w14:textId="77777777" w:rsidR="00363A1F" w:rsidRPr="00844B84" w:rsidRDefault="00832053">
            <w:pPr>
              <w:rPr>
                <w:lang w:val="ru-RU"/>
              </w:rPr>
            </w:pPr>
            <w:r w:rsidRPr="00844B84">
              <w:rPr>
                <w:lang w:val="ru-RU"/>
              </w:rPr>
              <w:t>Перевод открытых систем горячего водоснабжения</w:t>
            </w:r>
          </w:p>
        </w:tc>
        <w:tc>
          <w:tcPr>
            <w:tcW w:w="0" w:type="auto"/>
            <w:shd w:val="clear" w:color="auto" w:fill="FFFFFF"/>
          </w:tcPr>
          <w:p w14:paraId="73A6CF86" w14:textId="77777777" w:rsidR="00363A1F" w:rsidRDefault="00832053">
            <w:r>
              <w:t>10</w:t>
            </w:r>
          </w:p>
        </w:tc>
        <w:tc>
          <w:tcPr>
            <w:tcW w:w="0" w:type="auto"/>
            <w:shd w:val="clear" w:color="auto" w:fill="FFFFFF"/>
          </w:tcPr>
          <w:p w14:paraId="61742B08" w14:textId="77777777" w:rsidR="00363A1F" w:rsidRDefault="00832053">
            <w:r>
              <w:t>434 441,0 тыс. руб.</w:t>
            </w:r>
          </w:p>
        </w:tc>
        <w:tc>
          <w:tcPr>
            <w:tcW w:w="0" w:type="auto"/>
            <w:shd w:val="clear" w:color="auto" w:fill="FFFFFF"/>
          </w:tcPr>
          <w:p w14:paraId="40A3CCB7" w14:textId="77777777" w:rsidR="00363A1F" w:rsidRDefault="00832053">
            <w:r>
              <w:t>цены 2021 года, без НДС</w:t>
            </w:r>
          </w:p>
        </w:tc>
        <w:tc>
          <w:tcPr>
            <w:tcW w:w="0" w:type="auto"/>
            <w:shd w:val="clear" w:color="auto" w:fill="FFFFFF"/>
          </w:tcPr>
          <w:p w14:paraId="66F15727" w14:textId="77777777" w:rsidR="00363A1F" w:rsidRDefault="00832053">
            <w:r>
              <w:t>ранее оценённая величина</w:t>
            </w:r>
          </w:p>
        </w:tc>
      </w:tr>
      <w:tr w:rsidR="00363A1F" w14:paraId="63F4E697" w14:textId="77777777">
        <w:trPr>
          <w:cantSplit/>
        </w:trPr>
        <w:tc>
          <w:tcPr>
            <w:tcW w:w="0" w:type="auto"/>
            <w:shd w:val="clear" w:color="auto" w:fill="F2F2F2"/>
          </w:tcPr>
          <w:p w14:paraId="2523A78D" w14:textId="77777777" w:rsidR="00363A1F" w:rsidRDefault="00832053">
            <w:r>
              <w:t>Повышение надёжности теплоснабжения</w:t>
            </w:r>
          </w:p>
        </w:tc>
        <w:tc>
          <w:tcPr>
            <w:tcW w:w="0" w:type="auto"/>
            <w:shd w:val="clear" w:color="auto" w:fill="FFFFFF"/>
          </w:tcPr>
          <w:p w14:paraId="63DF88FD" w14:textId="77777777" w:rsidR="00363A1F" w:rsidRDefault="00832053">
            <w:r>
              <w:t>6</w:t>
            </w:r>
          </w:p>
        </w:tc>
        <w:tc>
          <w:tcPr>
            <w:tcW w:w="0" w:type="auto"/>
            <w:shd w:val="clear" w:color="auto" w:fill="FFFFFF"/>
          </w:tcPr>
          <w:p w14:paraId="119737AA" w14:textId="77777777" w:rsidR="00363A1F" w:rsidRDefault="00832053">
            <w:r>
              <w:t>подлежит определению</w:t>
            </w:r>
          </w:p>
        </w:tc>
        <w:tc>
          <w:tcPr>
            <w:tcW w:w="0" w:type="auto"/>
            <w:shd w:val="clear" w:color="auto" w:fill="FFFFFF"/>
          </w:tcPr>
          <w:p w14:paraId="713F41DB" w14:textId="77777777" w:rsidR="00363A1F" w:rsidRDefault="00832053">
            <w:r>
              <w:t>—</w:t>
            </w:r>
          </w:p>
        </w:tc>
        <w:tc>
          <w:tcPr>
            <w:tcW w:w="0" w:type="auto"/>
            <w:shd w:val="clear" w:color="auto" w:fill="FFFFFF"/>
          </w:tcPr>
          <w:p w14:paraId="22CE6B3E" w14:textId="77777777" w:rsidR="00363A1F" w:rsidRDefault="00832053">
            <w:r>
              <w:t>техническое решение не определено</w:t>
            </w:r>
          </w:p>
        </w:tc>
      </w:tr>
      <w:tr w:rsidR="00363A1F" w14:paraId="3DACB104" w14:textId="77777777">
        <w:trPr>
          <w:cantSplit/>
        </w:trPr>
        <w:tc>
          <w:tcPr>
            <w:tcW w:w="0" w:type="auto"/>
            <w:shd w:val="clear" w:color="auto" w:fill="F2F2F2"/>
          </w:tcPr>
          <w:p w14:paraId="453F0A1E" w14:textId="77777777" w:rsidR="00363A1F" w:rsidRDefault="00832053">
            <w:r>
              <w:t>Повышение экологических характеристик</w:t>
            </w:r>
          </w:p>
        </w:tc>
        <w:tc>
          <w:tcPr>
            <w:tcW w:w="0" w:type="auto"/>
            <w:shd w:val="clear" w:color="auto" w:fill="FFFFFF"/>
          </w:tcPr>
          <w:p w14:paraId="1E7403E2" w14:textId="77777777" w:rsidR="00363A1F" w:rsidRDefault="00832053">
            <w:r>
              <w:t>1</w:t>
            </w:r>
          </w:p>
        </w:tc>
        <w:tc>
          <w:tcPr>
            <w:tcW w:w="0" w:type="auto"/>
            <w:shd w:val="clear" w:color="auto" w:fill="FFFFFF"/>
          </w:tcPr>
          <w:p w14:paraId="63C5A68D" w14:textId="77777777" w:rsidR="00363A1F" w:rsidRDefault="00832053">
            <w:r>
              <w:t>подлежит определению</w:t>
            </w:r>
          </w:p>
        </w:tc>
        <w:tc>
          <w:tcPr>
            <w:tcW w:w="0" w:type="auto"/>
            <w:shd w:val="clear" w:color="auto" w:fill="FFFFFF"/>
          </w:tcPr>
          <w:p w14:paraId="30936AEE" w14:textId="77777777" w:rsidR="00363A1F" w:rsidRDefault="00832053">
            <w:r>
              <w:t>—</w:t>
            </w:r>
          </w:p>
        </w:tc>
        <w:tc>
          <w:tcPr>
            <w:tcW w:w="0" w:type="auto"/>
            <w:shd w:val="clear" w:color="auto" w:fill="FFFFFF"/>
          </w:tcPr>
          <w:p w14:paraId="227A0208" w14:textId="77777777" w:rsidR="00363A1F" w:rsidRDefault="00832053">
            <w:r>
              <w:t>техническое решение не определено</w:t>
            </w:r>
          </w:p>
        </w:tc>
      </w:tr>
    </w:tbl>
    <w:p w14:paraId="250FC491" w14:textId="77777777" w:rsidR="00363A1F" w:rsidRPr="00844B84" w:rsidRDefault="00832053">
      <w:pPr>
        <w:rPr>
          <w:lang w:val="ru-RU"/>
        </w:rPr>
      </w:pPr>
      <w:r w:rsidRPr="00844B84">
        <w:rPr>
          <w:lang w:val="ru-RU"/>
        </w:rPr>
        <w:t>Величины разных ценовых базисов не суммируются. Совокупная стоимость мероприятий схемы в едином уровне цен настоящей редакцией не утверждается.</w:t>
      </w:r>
    </w:p>
    <w:p w14:paraId="68F4A78B" w14:textId="77777777" w:rsidR="00363A1F" w:rsidRPr="000C24CF" w:rsidRDefault="00832053">
      <w:pPr>
        <w:rPr>
          <w:b/>
          <w:bCs/>
        </w:rPr>
      </w:pPr>
      <w:r w:rsidRPr="000C24CF">
        <w:rPr>
          <w:b/>
          <w:bCs/>
        </w:rPr>
        <w:t>Таблица 9.8 — Источники финансирования мероприятий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71"/>
        <w:gridCol w:w="2166"/>
        <w:gridCol w:w="2178"/>
        <w:gridCol w:w="2244"/>
        <w:gridCol w:w="2230"/>
      </w:tblGrid>
      <w:tr w:rsidR="00363A1F" w14:paraId="1F8F992D" w14:textId="77777777">
        <w:trPr>
          <w:cantSplit/>
          <w:tblHeader/>
        </w:trPr>
        <w:tc>
          <w:tcPr>
            <w:tcW w:w="0" w:type="auto"/>
            <w:shd w:val="clear" w:color="auto" w:fill="E2F0D9"/>
          </w:tcPr>
          <w:p w14:paraId="0CCC7A88" w14:textId="77777777" w:rsidR="00363A1F" w:rsidRDefault="00832053">
            <w:pPr>
              <w:jc w:val="center"/>
            </w:pPr>
            <w:r>
              <w:rPr>
                <w:b/>
              </w:rPr>
              <w:t>Мероприятия</w:t>
            </w:r>
          </w:p>
        </w:tc>
        <w:tc>
          <w:tcPr>
            <w:tcW w:w="0" w:type="auto"/>
            <w:shd w:val="clear" w:color="auto" w:fill="E2F0D9"/>
          </w:tcPr>
          <w:p w14:paraId="1B8570A0" w14:textId="77777777" w:rsidR="00363A1F" w:rsidRDefault="00832053">
            <w:pPr>
              <w:jc w:val="center"/>
            </w:pPr>
            <w:r>
              <w:rPr>
                <w:b/>
              </w:rPr>
              <w:t>Механизм финансирования</w:t>
            </w:r>
          </w:p>
        </w:tc>
        <w:tc>
          <w:tcPr>
            <w:tcW w:w="0" w:type="auto"/>
            <w:shd w:val="clear" w:color="auto" w:fill="E2F0D9"/>
          </w:tcPr>
          <w:p w14:paraId="693E6CF5" w14:textId="77777777" w:rsidR="00363A1F" w:rsidRDefault="00832053">
            <w:pPr>
              <w:jc w:val="center"/>
            </w:pPr>
            <w:r>
              <w:rPr>
                <w:b/>
              </w:rPr>
              <w:t>Характер</w:t>
            </w:r>
          </w:p>
        </w:tc>
        <w:tc>
          <w:tcPr>
            <w:tcW w:w="0" w:type="auto"/>
            <w:shd w:val="clear" w:color="auto" w:fill="E2F0D9"/>
          </w:tcPr>
          <w:p w14:paraId="1AE6F41C" w14:textId="77777777" w:rsidR="00363A1F" w:rsidRDefault="00832053">
            <w:pPr>
              <w:jc w:val="center"/>
            </w:pPr>
            <w:r>
              <w:rPr>
                <w:b/>
              </w:rPr>
              <w:t>Основание</w:t>
            </w:r>
          </w:p>
        </w:tc>
        <w:tc>
          <w:tcPr>
            <w:tcW w:w="0" w:type="auto"/>
            <w:shd w:val="clear" w:color="auto" w:fill="E2F0D9"/>
          </w:tcPr>
          <w:p w14:paraId="292F8860" w14:textId="77777777" w:rsidR="00363A1F" w:rsidRDefault="00832053">
            <w:pPr>
              <w:jc w:val="center"/>
            </w:pPr>
            <w:r>
              <w:rPr>
                <w:b/>
              </w:rPr>
              <w:t>Примечание</w:t>
            </w:r>
          </w:p>
        </w:tc>
      </w:tr>
      <w:tr w:rsidR="00363A1F" w:rsidRPr="004D1FEB" w14:paraId="53463654" w14:textId="77777777">
        <w:trPr>
          <w:cantSplit/>
        </w:trPr>
        <w:tc>
          <w:tcPr>
            <w:tcW w:w="0" w:type="auto"/>
            <w:shd w:val="clear" w:color="auto" w:fill="F2F2F2"/>
          </w:tcPr>
          <w:p w14:paraId="62F42611" w14:textId="77777777" w:rsidR="00363A1F" w:rsidRDefault="00832053">
            <w:r>
              <w:t>MS-G-01…MS-G-10</w:t>
            </w:r>
          </w:p>
        </w:tc>
        <w:tc>
          <w:tcPr>
            <w:tcW w:w="0" w:type="auto"/>
            <w:shd w:val="clear" w:color="auto" w:fill="FFFFFF"/>
          </w:tcPr>
          <w:p w14:paraId="4B654865" w14:textId="77777777" w:rsidR="00363A1F" w:rsidRDefault="00832053">
            <w:r>
              <w:t>Инвестиционная программа теплоснабжающей организации</w:t>
            </w:r>
          </w:p>
        </w:tc>
        <w:tc>
          <w:tcPr>
            <w:tcW w:w="0" w:type="auto"/>
            <w:shd w:val="clear" w:color="auto" w:fill="FFFFFF"/>
          </w:tcPr>
          <w:p w14:paraId="07972BF4" w14:textId="77777777" w:rsidR="00363A1F" w:rsidRDefault="00832053">
            <w:r>
              <w:t>предлагаемый</w:t>
            </w:r>
          </w:p>
        </w:tc>
        <w:tc>
          <w:tcPr>
            <w:tcW w:w="0" w:type="auto"/>
            <w:shd w:val="clear" w:color="auto" w:fill="FFFFFF"/>
          </w:tcPr>
          <w:p w14:paraId="4D7DDA46" w14:textId="77777777" w:rsidR="00363A1F" w:rsidRPr="00844B84" w:rsidRDefault="00832053">
            <w:pPr>
              <w:rPr>
                <w:lang w:val="ru-RU"/>
              </w:rPr>
            </w:pPr>
            <w:r w:rsidRPr="00844B84">
              <w:rPr>
                <w:lang w:val="ru-RU"/>
              </w:rPr>
              <w:t>статья 23 Федерального закона от 27.07.2010 № 190-ФЗ; постановление Правительства Российской Федерации от 05.05.2014 № 4</w:t>
            </w:r>
          </w:p>
        </w:tc>
        <w:tc>
          <w:tcPr>
            <w:tcW w:w="0" w:type="auto"/>
            <w:shd w:val="clear" w:color="auto" w:fill="FFFFFF"/>
          </w:tcPr>
          <w:p w14:paraId="702B96D4" w14:textId="77777777" w:rsidR="00363A1F" w:rsidRPr="00844B84" w:rsidRDefault="00832053">
            <w:pPr>
              <w:rPr>
                <w:lang w:val="ru-RU"/>
              </w:rPr>
            </w:pPr>
            <w:r w:rsidRPr="00844B84">
              <w:rPr>
                <w:lang w:val="ru-RU"/>
              </w:rPr>
              <w:t>механизм применим; решение по конкретным мероприятиям не принято</w:t>
            </w:r>
          </w:p>
        </w:tc>
      </w:tr>
      <w:tr w:rsidR="00363A1F" w:rsidRPr="004D1FEB" w14:paraId="06DA410F" w14:textId="77777777">
        <w:trPr>
          <w:cantSplit/>
        </w:trPr>
        <w:tc>
          <w:tcPr>
            <w:tcW w:w="0" w:type="auto"/>
            <w:shd w:val="clear" w:color="auto" w:fill="F2F2F2"/>
          </w:tcPr>
          <w:p w14:paraId="479F2356" w14:textId="77777777" w:rsidR="00363A1F" w:rsidRDefault="00832053">
            <w:r>
              <w:t>MS-G-01…MS-G-10</w:t>
            </w:r>
          </w:p>
        </w:tc>
        <w:tc>
          <w:tcPr>
            <w:tcW w:w="0" w:type="auto"/>
            <w:shd w:val="clear" w:color="auto" w:fill="FFFFFF"/>
          </w:tcPr>
          <w:p w14:paraId="3F1B6685" w14:textId="77777777" w:rsidR="00363A1F" w:rsidRDefault="00832053">
            <w:r>
              <w:t>Региональная программа газификации</w:t>
            </w:r>
          </w:p>
        </w:tc>
        <w:tc>
          <w:tcPr>
            <w:tcW w:w="0" w:type="auto"/>
            <w:shd w:val="clear" w:color="auto" w:fill="FFFFFF"/>
          </w:tcPr>
          <w:p w14:paraId="1938D2B6" w14:textId="77777777" w:rsidR="00363A1F" w:rsidRDefault="00832053">
            <w:r>
              <w:t>программный</w:t>
            </w:r>
          </w:p>
        </w:tc>
        <w:tc>
          <w:tcPr>
            <w:tcW w:w="0" w:type="auto"/>
            <w:shd w:val="clear" w:color="auto" w:fill="FFFFFF"/>
          </w:tcPr>
          <w:p w14:paraId="33F85427" w14:textId="77777777" w:rsidR="00363A1F" w:rsidRPr="00844B84" w:rsidRDefault="00832053">
            <w:pPr>
              <w:rPr>
                <w:lang w:val="ru-RU"/>
              </w:rPr>
            </w:pPr>
            <w:r w:rsidRPr="00844B84">
              <w:rPr>
                <w:lang w:val="ru-RU"/>
              </w:rPr>
              <w:t>региональная программа газификации жилищно-коммунального хозяйства Кемеровской области — Кузбасса</w:t>
            </w:r>
          </w:p>
        </w:tc>
        <w:tc>
          <w:tcPr>
            <w:tcW w:w="0" w:type="auto"/>
            <w:shd w:val="clear" w:color="auto" w:fill="FFFFFF"/>
          </w:tcPr>
          <w:p w14:paraId="58C1334F" w14:textId="77777777" w:rsidR="00363A1F" w:rsidRPr="00844B84" w:rsidRDefault="00832053">
            <w:pPr>
              <w:rPr>
                <w:lang w:val="ru-RU"/>
              </w:rPr>
            </w:pPr>
            <w:r w:rsidRPr="00844B84">
              <w:rPr>
                <w:lang w:val="ru-RU"/>
              </w:rPr>
              <w:t>участие мероприятий в программе подлежит подтверждению</w:t>
            </w:r>
          </w:p>
        </w:tc>
      </w:tr>
      <w:tr w:rsidR="00363A1F" w:rsidRPr="004D1FEB" w14:paraId="063FE86B" w14:textId="77777777">
        <w:trPr>
          <w:cantSplit/>
        </w:trPr>
        <w:tc>
          <w:tcPr>
            <w:tcW w:w="0" w:type="auto"/>
            <w:shd w:val="clear" w:color="auto" w:fill="F2F2F2"/>
          </w:tcPr>
          <w:p w14:paraId="7DFE8A60" w14:textId="77777777" w:rsidR="00363A1F" w:rsidRDefault="00832053">
            <w:r>
              <w:t>MS-DHW-01…MS-DHW-10</w:t>
            </w:r>
          </w:p>
        </w:tc>
        <w:tc>
          <w:tcPr>
            <w:tcW w:w="0" w:type="auto"/>
            <w:shd w:val="clear" w:color="auto" w:fill="FFFFFF"/>
          </w:tcPr>
          <w:p w14:paraId="290F9257" w14:textId="77777777" w:rsidR="00363A1F" w:rsidRDefault="00832053">
            <w:r>
              <w:t>Инвестиционная программа теплоснабжающей организации</w:t>
            </w:r>
          </w:p>
        </w:tc>
        <w:tc>
          <w:tcPr>
            <w:tcW w:w="0" w:type="auto"/>
            <w:shd w:val="clear" w:color="auto" w:fill="FFFFFF"/>
          </w:tcPr>
          <w:p w14:paraId="556DEB0C" w14:textId="77777777" w:rsidR="00363A1F" w:rsidRDefault="00832053">
            <w:r>
              <w:t>предлагаемый</w:t>
            </w:r>
          </w:p>
        </w:tc>
        <w:tc>
          <w:tcPr>
            <w:tcW w:w="0" w:type="auto"/>
            <w:shd w:val="clear" w:color="auto" w:fill="FFFFFF"/>
          </w:tcPr>
          <w:p w14:paraId="74DF0439" w14:textId="77777777" w:rsidR="00363A1F" w:rsidRPr="00844B84" w:rsidRDefault="00832053">
            <w:pPr>
              <w:rPr>
                <w:lang w:val="ru-RU"/>
              </w:rPr>
            </w:pPr>
            <w:r w:rsidRPr="00844B84">
              <w:rPr>
                <w:lang w:val="ru-RU"/>
              </w:rPr>
              <w:t>часть 8 статьи 40 Федерального закона от 07.12.2011 № 416-ФЗ — включение программ финансирования прекращения горячего во</w:t>
            </w:r>
          </w:p>
        </w:tc>
        <w:tc>
          <w:tcPr>
            <w:tcW w:w="0" w:type="auto"/>
            <w:shd w:val="clear" w:color="auto" w:fill="FFFFFF"/>
          </w:tcPr>
          <w:p w14:paraId="2AB1E8E2" w14:textId="77777777" w:rsidR="00363A1F" w:rsidRPr="00844B84" w:rsidRDefault="00832053">
            <w:pPr>
              <w:rPr>
                <w:lang w:val="ru-RU"/>
              </w:rPr>
            </w:pPr>
            <w:r w:rsidRPr="00844B84">
              <w:rPr>
                <w:lang w:val="ru-RU"/>
              </w:rPr>
              <w:t>единственная позиция, где законодательство о водоснабжении применимо к теплоснабжению</w:t>
            </w:r>
          </w:p>
        </w:tc>
      </w:tr>
      <w:tr w:rsidR="00363A1F" w:rsidRPr="004D1FEB" w14:paraId="54C82648" w14:textId="77777777">
        <w:trPr>
          <w:cantSplit/>
        </w:trPr>
        <w:tc>
          <w:tcPr>
            <w:tcW w:w="0" w:type="auto"/>
            <w:shd w:val="clear" w:color="auto" w:fill="F2F2F2"/>
          </w:tcPr>
          <w:p w14:paraId="5CC3FAD4" w14:textId="77777777" w:rsidR="00363A1F" w:rsidRDefault="00832053">
            <w:r>
              <w:t>MS-DHW-01…MS-DHW-10</w:t>
            </w:r>
          </w:p>
        </w:tc>
        <w:tc>
          <w:tcPr>
            <w:tcW w:w="0" w:type="auto"/>
            <w:shd w:val="clear" w:color="auto" w:fill="FFFFFF"/>
          </w:tcPr>
          <w:p w14:paraId="657A8C6D" w14:textId="77777777" w:rsidR="00363A1F" w:rsidRPr="00844B84" w:rsidRDefault="00832053">
            <w:pPr>
              <w:rPr>
                <w:lang w:val="ru-RU"/>
              </w:rPr>
            </w:pPr>
            <w:r w:rsidRPr="00844B84">
              <w:rPr>
                <w:lang w:val="ru-RU"/>
              </w:rPr>
              <w:t>Средства бюджетов для объектов социальной сферы</w:t>
            </w:r>
          </w:p>
        </w:tc>
        <w:tc>
          <w:tcPr>
            <w:tcW w:w="0" w:type="auto"/>
            <w:shd w:val="clear" w:color="auto" w:fill="FFFFFF"/>
          </w:tcPr>
          <w:p w14:paraId="296A23A4" w14:textId="77777777" w:rsidR="00363A1F" w:rsidRDefault="00832053">
            <w:r>
              <w:t>ранее рассматривавшийся</w:t>
            </w:r>
          </w:p>
        </w:tc>
        <w:tc>
          <w:tcPr>
            <w:tcW w:w="0" w:type="auto"/>
            <w:shd w:val="clear" w:color="auto" w:fill="FFFFFF"/>
          </w:tcPr>
          <w:p w14:paraId="67E60F96" w14:textId="77777777" w:rsidR="00363A1F" w:rsidRPr="00844B84" w:rsidRDefault="00832053">
            <w:pPr>
              <w:rPr>
                <w:lang w:val="ru-RU"/>
              </w:rPr>
            </w:pPr>
            <w:r w:rsidRPr="00844B84">
              <w:rPr>
                <w:lang w:val="ru-RU"/>
              </w:rPr>
              <w:t>предложение схем поселений редакции 2021 года</w:t>
            </w:r>
          </w:p>
        </w:tc>
        <w:tc>
          <w:tcPr>
            <w:tcW w:w="0" w:type="auto"/>
            <w:shd w:val="clear" w:color="auto" w:fill="FFFFFF"/>
          </w:tcPr>
          <w:p w14:paraId="7FF0D27E" w14:textId="77777777" w:rsidR="00363A1F" w:rsidRPr="00844B84" w:rsidRDefault="00832053">
            <w:pPr>
              <w:rPr>
                <w:lang w:val="ru-RU"/>
              </w:rPr>
            </w:pPr>
            <w:r w:rsidRPr="00844B84">
              <w:rPr>
                <w:lang w:val="ru-RU"/>
              </w:rPr>
              <w:t>рассматривалось ранее; для текущей реализации не подтверждено</w:t>
            </w:r>
          </w:p>
        </w:tc>
      </w:tr>
      <w:tr w:rsidR="00363A1F" w:rsidRPr="004D1FEB" w14:paraId="6639AAD3" w14:textId="77777777">
        <w:trPr>
          <w:cantSplit/>
        </w:trPr>
        <w:tc>
          <w:tcPr>
            <w:tcW w:w="0" w:type="auto"/>
            <w:shd w:val="clear" w:color="auto" w:fill="F2F2F2"/>
          </w:tcPr>
          <w:p w14:paraId="1D717166" w14:textId="77777777" w:rsidR="00363A1F" w:rsidRDefault="00832053">
            <w:r>
              <w:t>MS-DHW-01…MS-DHW-10</w:t>
            </w:r>
          </w:p>
        </w:tc>
        <w:tc>
          <w:tcPr>
            <w:tcW w:w="0" w:type="auto"/>
            <w:shd w:val="clear" w:color="auto" w:fill="FFFFFF"/>
          </w:tcPr>
          <w:p w14:paraId="24181658" w14:textId="77777777" w:rsidR="00363A1F" w:rsidRPr="00844B84" w:rsidRDefault="00832053">
            <w:pPr>
              <w:rPr>
                <w:lang w:val="ru-RU"/>
              </w:rPr>
            </w:pPr>
            <w:r w:rsidRPr="00844B84">
              <w:rPr>
                <w:lang w:val="ru-RU"/>
              </w:rPr>
              <w:t>Средства собственников для жилых и прочих объектов</w:t>
            </w:r>
          </w:p>
        </w:tc>
        <w:tc>
          <w:tcPr>
            <w:tcW w:w="0" w:type="auto"/>
            <w:shd w:val="clear" w:color="auto" w:fill="FFFFFF"/>
          </w:tcPr>
          <w:p w14:paraId="4B1E01F7" w14:textId="77777777" w:rsidR="00363A1F" w:rsidRDefault="00832053">
            <w:r>
              <w:t>ранее рассматривавшийся</w:t>
            </w:r>
          </w:p>
        </w:tc>
        <w:tc>
          <w:tcPr>
            <w:tcW w:w="0" w:type="auto"/>
            <w:shd w:val="clear" w:color="auto" w:fill="FFFFFF"/>
          </w:tcPr>
          <w:p w14:paraId="593E2BF5" w14:textId="77777777" w:rsidR="00363A1F" w:rsidRPr="00844B84" w:rsidRDefault="00832053">
            <w:pPr>
              <w:rPr>
                <w:lang w:val="ru-RU"/>
              </w:rPr>
            </w:pPr>
            <w:r w:rsidRPr="00844B84">
              <w:rPr>
                <w:lang w:val="ru-RU"/>
              </w:rPr>
              <w:t>предложение схем поселений редакции 2021 года</w:t>
            </w:r>
          </w:p>
        </w:tc>
        <w:tc>
          <w:tcPr>
            <w:tcW w:w="0" w:type="auto"/>
            <w:shd w:val="clear" w:color="auto" w:fill="FFFFFF"/>
          </w:tcPr>
          <w:p w14:paraId="41293DEE" w14:textId="77777777" w:rsidR="00363A1F" w:rsidRPr="00844B84" w:rsidRDefault="00832053">
            <w:pPr>
              <w:rPr>
                <w:lang w:val="ru-RU"/>
              </w:rPr>
            </w:pPr>
            <w:r w:rsidRPr="00844B84">
              <w:rPr>
                <w:lang w:val="ru-RU"/>
              </w:rPr>
              <w:t>рассматривалось ранее; для текущей реализации не подтверждено</w:t>
            </w:r>
          </w:p>
        </w:tc>
      </w:tr>
      <w:tr w:rsidR="00363A1F" w:rsidRPr="004D1FEB" w14:paraId="0B97BFBF" w14:textId="77777777">
        <w:trPr>
          <w:cantSplit/>
        </w:trPr>
        <w:tc>
          <w:tcPr>
            <w:tcW w:w="0" w:type="auto"/>
            <w:shd w:val="clear" w:color="auto" w:fill="F2F2F2"/>
          </w:tcPr>
          <w:p w14:paraId="4D5B58E9" w14:textId="77777777" w:rsidR="00363A1F" w:rsidRDefault="00832053">
            <w:r>
              <w:t>MS-R-01…MS-R-06</w:t>
            </w:r>
          </w:p>
        </w:tc>
        <w:tc>
          <w:tcPr>
            <w:tcW w:w="0" w:type="auto"/>
            <w:shd w:val="clear" w:color="auto" w:fill="FFFFFF"/>
          </w:tcPr>
          <w:p w14:paraId="446ED0F0" w14:textId="77777777" w:rsidR="00363A1F" w:rsidRDefault="00832053">
            <w:r>
              <w:t>Инвестиционная программа теплоснабжающей организации</w:t>
            </w:r>
          </w:p>
        </w:tc>
        <w:tc>
          <w:tcPr>
            <w:tcW w:w="0" w:type="auto"/>
            <w:shd w:val="clear" w:color="auto" w:fill="FFFFFF"/>
          </w:tcPr>
          <w:p w14:paraId="6A526F69" w14:textId="77777777" w:rsidR="00363A1F" w:rsidRDefault="00832053">
            <w:r>
              <w:t>предлагаемый</w:t>
            </w:r>
          </w:p>
        </w:tc>
        <w:tc>
          <w:tcPr>
            <w:tcW w:w="0" w:type="auto"/>
            <w:shd w:val="clear" w:color="auto" w:fill="FFFFFF"/>
          </w:tcPr>
          <w:p w14:paraId="77890262" w14:textId="77777777" w:rsidR="00363A1F" w:rsidRPr="00844B84" w:rsidRDefault="00832053">
            <w:pPr>
              <w:rPr>
                <w:lang w:val="ru-RU"/>
              </w:rPr>
            </w:pPr>
            <w:r w:rsidRPr="00844B84">
              <w:rPr>
                <w:lang w:val="ru-RU"/>
              </w:rPr>
              <w:t>статья 23 Федерального закона № 190-ФЗ; постановление Правительства Российской Федерации № 410</w:t>
            </w:r>
          </w:p>
        </w:tc>
        <w:tc>
          <w:tcPr>
            <w:tcW w:w="0" w:type="auto"/>
            <w:shd w:val="clear" w:color="auto" w:fill="FFFFFF"/>
          </w:tcPr>
          <w:p w14:paraId="5E2D5160" w14:textId="77777777" w:rsidR="00363A1F" w:rsidRPr="00844B84" w:rsidRDefault="00832053">
            <w:pPr>
              <w:rPr>
                <w:lang w:val="ru-RU"/>
              </w:rPr>
            </w:pPr>
            <w:r w:rsidRPr="00844B84">
              <w:rPr>
                <w:lang w:val="ru-RU"/>
              </w:rPr>
              <w:t>стоимость не определена, отнесение к программе не выполнено</w:t>
            </w:r>
          </w:p>
        </w:tc>
      </w:tr>
      <w:tr w:rsidR="00363A1F" w:rsidRPr="004D1FEB" w14:paraId="616EF886" w14:textId="77777777">
        <w:trPr>
          <w:cantSplit/>
        </w:trPr>
        <w:tc>
          <w:tcPr>
            <w:tcW w:w="0" w:type="auto"/>
            <w:shd w:val="clear" w:color="auto" w:fill="F2F2F2"/>
          </w:tcPr>
          <w:p w14:paraId="57A3BD21" w14:textId="77777777" w:rsidR="00363A1F" w:rsidRDefault="00832053">
            <w:r>
              <w:t>все мероприятия</w:t>
            </w:r>
          </w:p>
        </w:tc>
        <w:tc>
          <w:tcPr>
            <w:tcW w:w="0" w:type="auto"/>
            <w:shd w:val="clear" w:color="auto" w:fill="FFFFFF"/>
          </w:tcPr>
          <w:p w14:paraId="3F9B846A" w14:textId="77777777" w:rsidR="00363A1F" w:rsidRDefault="00832053">
            <w:r>
              <w:t>Тарифные источники</w:t>
            </w:r>
          </w:p>
        </w:tc>
        <w:tc>
          <w:tcPr>
            <w:tcW w:w="0" w:type="auto"/>
            <w:shd w:val="clear" w:color="auto" w:fill="FFFFFF"/>
          </w:tcPr>
          <w:p w14:paraId="4C339FCA" w14:textId="77777777" w:rsidR="00363A1F" w:rsidRDefault="00832053">
            <w:r>
              <w:t>предлагаемый</w:t>
            </w:r>
          </w:p>
        </w:tc>
        <w:tc>
          <w:tcPr>
            <w:tcW w:w="0" w:type="auto"/>
            <w:shd w:val="clear" w:color="auto" w:fill="FFFFFF"/>
          </w:tcPr>
          <w:p w14:paraId="7385D495" w14:textId="77777777" w:rsidR="00363A1F" w:rsidRPr="00844B84" w:rsidRDefault="00832053">
            <w:pPr>
              <w:rPr>
                <w:lang w:val="ru-RU"/>
              </w:rPr>
            </w:pPr>
            <w:r w:rsidRPr="00844B84">
              <w:rPr>
                <w:lang w:val="ru-RU"/>
              </w:rPr>
              <w:t>учёт расходов утверждённой инвестиционной программы при государственном регулировании тарифов</w:t>
            </w:r>
          </w:p>
        </w:tc>
        <w:tc>
          <w:tcPr>
            <w:tcW w:w="0" w:type="auto"/>
            <w:shd w:val="clear" w:color="auto" w:fill="FFFFFF"/>
          </w:tcPr>
          <w:p w14:paraId="70394DEA" w14:textId="77777777" w:rsidR="00363A1F" w:rsidRPr="00844B84" w:rsidRDefault="00832053">
            <w:pPr>
              <w:rPr>
                <w:lang w:val="ru-RU"/>
              </w:rPr>
            </w:pPr>
            <w:r w:rsidRPr="00844B84">
              <w:rPr>
                <w:lang w:val="ru-RU"/>
              </w:rPr>
              <w:t>возврат инвестиций возможен только после утверждения инвестиционной программы</w:t>
            </w:r>
          </w:p>
        </w:tc>
      </w:tr>
      <w:tr w:rsidR="00363A1F" w:rsidRPr="004D1FEB" w14:paraId="15E2A662" w14:textId="77777777">
        <w:trPr>
          <w:cantSplit/>
        </w:trPr>
        <w:tc>
          <w:tcPr>
            <w:tcW w:w="0" w:type="auto"/>
            <w:shd w:val="clear" w:color="auto" w:fill="F2F2F2"/>
          </w:tcPr>
          <w:p w14:paraId="794129E2" w14:textId="77777777" w:rsidR="00363A1F" w:rsidRDefault="00832053">
            <w:r>
              <w:t>все мероприятия</w:t>
            </w:r>
          </w:p>
        </w:tc>
        <w:tc>
          <w:tcPr>
            <w:tcW w:w="0" w:type="auto"/>
            <w:shd w:val="clear" w:color="auto" w:fill="FFFFFF"/>
          </w:tcPr>
          <w:p w14:paraId="53F0B0F2" w14:textId="77777777" w:rsidR="00363A1F" w:rsidRDefault="00832053">
            <w:r>
              <w:t>Концессионное соглашение</w:t>
            </w:r>
          </w:p>
        </w:tc>
        <w:tc>
          <w:tcPr>
            <w:tcW w:w="0" w:type="auto"/>
            <w:shd w:val="clear" w:color="auto" w:fill="FFFFFF"/>
          </w:tcPr>
          <w:p w14:paraId="53C118D7" w14:textId="77777777" w:rsidR="00363A1F" w:rsidRDefault="00832053">
            <w:r>
              <w:t>ранее рассматривавшийся</w:t>
            </w:r>
          </w:p>
        </w:tc>
        <w:tc>
          <w:tcPr>
            <w:tcW w:w="0" w:type="auto"/>
            <w:shd w:val="clear" w:color="auto" w:fill="FFFFFF"/>
          </w:tcPr>
          <w:p w14:paraId="31E2E3A5" w14:textId="77777777" w:rsidR="00363A1F" w:rsidRPr="00844B84" w:rsidRDefault="00832053">
            <w:pPr>
              <w:rPr>
                <w:lang w:val="ru-RU"/>
              </w:rPr>
            </w:pPr>
            <w:r w:rsidRPr="00844B84">
              <w:rPr>
                <w:lang w:val="ru-RU"/>
              </w:rPr>
              <w:t>концессионные механизмы, применявшиеся по округу ранее</w:t>
            </w:r>
          </w:p>
        </w:tc>
        <w:tc>
          <w:tcPr>
            <w:tcW w:w="0" w:type="auto"/>
            <w:shd w:val="clear" w:color="auto" w:fill="FFFFFF"/>
          </w:tcPr>
          <w:p w14:paraId="68440E3A" w14:textId="77777777" w:rsidR="00363A1F" w:rsidRPr="00844B84" w:rsidRDefault="00832053">
            <w:pPr>
              <w:rPr>
                <w:lang w:val="ru-RU"/>
              </w:rPr>
            </w:pPr>
            <w:r w:rsidRPr="00844B84">
              <w:rPr>
                <w:lang w:val="ru-RU"/>
              </w:rPr>
              <w:t>действующего концессионного соглашения по рассматриваемым мероприятиям в материалах не выя</w:t>
            </w:r>
          </w:p>
        </w:tc>
      </w:tr>
    </w:tbl>
    <w:p w14:paraId="3315B2E0" w14:textId="77777777" w:rsidR="00363A1F" w:rsidRPr="00844B84" w:rsidRDefault="00832053">
      <w:pPr>
        <w:rPr>
          <w:lang w:val="ru-RU"/>
        </w:rPr>
      </w:pPr>
      <w:r w:rsidRPr="00844B84">
        <w:rPr>
          <w:lang w:val="ru-RU"/>
        </w:rPr>
        <w:t>Подтверждённых источников финансирования по мероприятиям схемы не выявлено. Отнесение мероприятий к источникам выполняется при формировании и утверждении инвестиционной программы теплоснабжающей организации в порядке, установленном постановлением Правительства Российской Федерации от 05.05.2014 № 410.</w:t>
      </w:r>
    </w:p>
    <w:p w14:paraId="627C1AD5" w14:textId="77777777" w:rsidR="006E7A08" w:rsidRPr="001D7D92" w:rsidRDefault="00267E76">
      <w:pPr>
        <w:spacing w:before="1200"/>
        <w:jc w:val="center"/>
        <w:rPr>
          <w:lang w:val="ru-RU"/>
        </w:rPr>
      </w:pPr>
      <w:r w:rsidRPr="00844B84">
        <w:rPr>
          <w:lang w:val="ru-RU"/>
        </w:rPr>
        <w:t>Утверждается перечень мероприятий и их отнесение к этапам. Стоимость мероприятий, по которым она определена, приводится как ориентировочная и подлежит уточнению при формировании инвестиционной программы теплоснабжающей организации.</w:t>
      </w:r>
    </w:p>
    <w:p w14:paraId="4E1E46F4" w14:textId="77777777" w:rsidR="004F333E" w:rsidRPr="00844B84" w:rsidRDefault="00886ADF">
      <w:pPr>
        <w:pStyle w:val="21"/>
        <w:rPr>
          <w:lang w:val="ru-RU"/>
        </w:rPr>
      </w:pPr>
      <w:bookmarkStart w:id="96" w:name="_Toc238017295"/>
      <w:r w:rsidRPr="00844B84">
        <w:rPr>
          <w:lang w:val="ru-RU"/>
        </w:rPr>
        <w:t>9.7. Сводный перечень утверждаемых мероприятий</w:t>
      </w:r>
      <w:bookmarkEnd w:id="96"/>
    </w:p>
    <w:p w14:paraId="7A94D5DB" w14:textId="77777777" w:rsidR="004F333E" w:rsidRPr="000C24CF" w:rsidRDefault="00886ADF">
      <w:pPr>
        <w:rPr>
          <w:b/>
          <w:bCs/>
          <w:lang w:val="ru-RU"/>
        </w:rPr>
      </w:pPr>
      <w:r w:rsidRPr="000C24CF">
        <w:rPr>
          <w:b/>
          <w:bCs/>
          <w:lang w:val="ru-RU"/>
        </w:rPr>
        <w:t>Таблица 9.9 — Перечень мероприятий схемы теплоснабжения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09"/>
        <w:gridCol w:w="2013"/>
        <w:gridCol w:w="2433"/>
        <w:gridCol w:w="1757"/>
        <w:gridCol w:w="1542"/>
        <w:gridCol w:w="1135"/>
      </w:tblGrid>
      <w:tr w:rsidR="004F333E" w14:paraId="4CB58318" w14:textId="77777777">
        <w:trPr>
          <w:cantSplit/>
          <w:tblHeader/>
        </w:trPr>
        <w:tc>
          <w:tcPr>
            <w:tcW w:w="0" w:type="auto"/>
            <w:shd w:val="clear" w:color="auto" w:fill="E2F0D9"/>
          </w:tcPr>
          <w:p w14:paraId="3ADD1CE2" w14:textId="77777777" w:rsidR="004F333E" w:rsidRDefault="00886ADF">
            <w:pPr>
              <w:jc w:val="center"/>
            </w:pPr>
            <w:r>
              <w:rPr>
                <w:b/>
              </w:rPr>
              <w:t>Объект</w:t>
            </w:r>
          </w:p>
        </w:tc>
        <w:tc>
          <w:tcPr>
            <w:tcW w:w="0" w:type="auto"/>
            <w:shd w:val="clear" w:color="auto" w:fill="E2F0D9"/>
          </w:tcPr>
          <w:p w14:paraId="4FA9DA59" w14:textId="77777777" w:rsidR="004F333E" w:rsidRDefault="00886ADF">
            <w:pPr>
              <w:jc w:val="center"/>
            </w:pPr>
            <w:r>
              <w:rPr>
                <w:b/>
              </w:rPr>
              <w:t>Группа мероприятий</w:t>
            </w:r>
          </w:p>
        </w:tc>
        <w:tc>
          <w:tcPr>
            <w:tcW w:w="0" w:type="auto"/>
            <w:shd w:val="clear" w:color="auto" w:fill="E2F0D9"/>
          </w:tcPr>
          <w:p w14:paraId="422A76C7" w14:textId="77777777" w:rsidR="004F333E" w:rsidRDefault="00886ADF">
            <w:pPr>
              <w:jc w:val="center"/>
            </w:pPr>
            <w:r>
              <w:rPr>
                <w:b/>
              </w:rPr>
              <w:t>Содержание мероприятия</w:t>
            </w:r>
          </w:p>
        </w:tc>
        <w:tc>
          <w:tcPr>
            <w:tcW w:w="0" w:type="auto"/>
            <w:shd w:val="clear" w:color="auto" w:fill="E2F0D9"/>
          </w:tcPr>
          <w:p w14:paraId="721B8017" w14:textId="77777777" w:rsidR="004F333E" w:rsidRDefault="00886ADF">
            <w:pPr>
              <w:jc w:val="center"/>
            </w:pPr>
            <w:r>
              <w:rPr>
                <w:b/>
              </w:rPr>
              <w:t>Срок</w:t>
            </w:r>
          </w:p>
        </w:tc>
        <w:tc>
          <w:tcPr>
            <w:tcW w:w="0" w:type="auto"/>
            <w:shd w:val="clear" w:color="auto" w:fill="E2F0D9"/>
          </w:tcPr>
          <w:p w14:paraId="240DDD5B" w14:textId="77777777" w:rsidR="004F333E" w:rsidRDefault="00886ADF">
            <w:pPr>
              <w:jc w:val="center"/>
            </w:pPr>
            <w:r>
              <w:rPr>
                <w:b/>
              </w:rPr>
              <w:t>Стоимость, тыс. руб.</w:t>
            </w:r>
          </w:p>
        </w:tc>
        <w:tc>
          <w:tcPr>
            <w:tcW w:w="0" w:type="auto"/>
            <w:shd w:val="clear" w:color="auto" w:fill="E2F0D9"/>
          </w:tcPr>
          <w:p w14:paraId="42F1AE38" w14:textId="77777777" w:rsidR="004F333E" w:rsidRDefault="00886ADF">
            <w:pPr>
              <w:jc w:val="center"/>
            </w:pPr>
            <w:r>
              <w:rPr>
                <w:b/>
              </w:rPr>
              <w:t>Ценовой базис</w:t>
            </w:r>
          </w:p>
        </w:tc>
      </w:tr>
      <w:tr w:rsidR="004F333E" w14:paraId="1B5F81D5" w14:textId="77777777">
        <w:trPr>
          <w:cantSplit/>
        </w:trPr>
        <w:tc>
          <w:tcPr>
            <w:tcW w:w="0" w:type="auto"/>
            <w:shd w:val="clear" w:color="auto" w:fill="F2F2F2"/>
          </w:tcPr>
          <w:p w14:paraId="6A730702" w14:textId="77777777" w:rsidR="004F333E" w:rsidRDefault="00886ADF">
            <w:r>
              <w:t>УПК № 1 «Таштагол»</w:t>
            </w:r>
          </w:p>
        </w:tc>
        <w:tc>
          <w:tcPr>
            <w:tcW w:w="0" w:type="auto"/>
            <w:shd w:val="clear" w:color="auto" w:fill="FFFFFF"/>
          </w:tcPr>
          <w:p w14:paraId="59E0C904" w14:textId="77777777" w:rsidR="004F333E" w:rsidRPr="00844B84" w:rsidRDefault="00886ADF">
            <w:pPr>
              <w:rPr>
                <w:lang w:val="ru-RU"/>
              </w:rPr>
            </w:pPr>
            <w:r w:rsidRPr="00844B84">
              <w:rPr>
                <w:lang w:val="ru-RU"/>
              </w:rPr>
              <w:t>перевод источника на природный газ</w:t>
            </w:r>
          </w:p>
        </w:tc>
        <w:tc>
          <w:tcPr>
            <w:tcW w:w="0" w:type="auto"/>
            <w:shd w:val="clear" w:color="auto" w:fill="FFFFFF"/>
          </w:tcPr>
          <w:p w14:paraId="1F8C90DF" w14:textId="77777777" w:rsidR="004F333E" w:rsidRPr="00844B84" w:rsidRDefault="00886ADF">
            <w:pPr>
              <w:rPr>
                <w:lang w:val="ru-RU"/>
              </w:rPr>
            </w:pPr>
            <w:r w:rsidRPr="00844B84">
              <w:rPr>
                <w:lang w:val="ru-RU"/>
              </w:rPr>
              <w:t>Реконструкция котельной с переводом на природный газ</w:t>
            </w:r>
          </w:p>
        </w:tc>
        <w:tc>
          <w:tcPr>
            <w:tcW w:w="0" w:type="auto"/>
            <w:shd w:val="clear" w:color="auto" w:fill="FFFFFF"/>
          </w:tcPr>
          <w:p w14:paraId="6E9E7C7F" w14:textId="77777777" w:rsidR="004F333E" w:rsidRDefault="00886ADF">
            <w:r>
              <w:t>2035</w:t>
            </w:r>
          </w:p>
        </w:tc>
        <w:tc>
          <w:tcPr>
            <w:tcW w:w="0" w:type="auto"/>
            <w:shd w:val="clear" w:color="auto" w:fill="FFFFFF"/>
          </w:tcPr>
          <w:p w14:paraId="511B0AE6" w14:textId="77777777" w:rsidR="004F333E" w:rsidRDefault="00886ADF">
            <w:r>
              <w:t>382 000,0</w:t>
            </w:r>
          </w:p>
        </w:tc>
        <w:tc>
          <w:tcPr>
            <w:tcW w:w="0" w:type="auto"/>
            <w:shd w:val="clear" w:color="auto" w:fill="FFFFFF"/>
          </w:tcPr>
          <w:p w14:paraId="157DEFA6" w14:textId="77777777" w:rsidR="004F333E" w:rsidRDefault="00886ADF">
            <w:r>
              <w:t>цены 2024 года, с НДС</w:t>
            </w:r>
          </w:p>
        </w:tc>
      </w:tr>
      <w:tr w:rsidR="004F333E" w14:paraId="4E962D0E" w14:textId="77777777">
        <w:trPr>
          <w:cantSplit/>
        </w:trPr>
        <w:tc>
          <w:tcPr>
            <w:tcW w:w="0" w:type="auto"/>
            <w:shd w:val="clear" w:color="auto" w:fill="F2F2F2"/>
          </w:tcPr>
          <w:p w14:paraId="3A0489A4" w14:textId="77777777" w:rsidR="004F333E" w:rsidRDefault="00886ADF">
            <w:r>
              <w:t>УПК № 2 «Шалым»</w:t>
            </w:r>
          </w:p>
        </w:tc>
        <w:tc>
          <w:tcPr>
            <w:tcW w:w="0" w:type="auto"/>
            <w:shd w:val="clear" w:color="auto" w:fill="FFFFFF"/>
          </w:tcPr>
          <w:p w14:paraId="5B213A6F" w14:textId="77777777" w:rsidR="004F333E" w:rsidRPr="00844B84" w:rsidRDefault="00886ADF">
            <w:pPr>
              <w:rPr>
                <w:lang w:val="ru-RU"/>
              </w:rPr>
            </w:pPr>
            <w:r w:rsidRPr="00844B84">
              <w:rPr>
                <w:lang w:val="ru-RU"/>
              </w:rPr>
              <w:t>перевод источника на природный газ</w:t>
            </w:r>
          </w:p>
        </w:tc>
        <w:tc>
          <w:tcPr>
            <w:tcW w:w="0" w:type="auto"/>
            <w:shd w:val="clear" w:color="auto" w:fill="FFFFFF"/>
          </w:tcPr>
          <w:p w14:paraId="24CB96B5" w14:textId="77777777" w:rsidR="004F333E" w:rsidRPr="00844B84" w:rsidRDefault="00886ADF">
            <w:pPr>
              <w:rPr>
                <w:lang w:val="ru-RU"/>
              </w:rPr>
            </w:pPr>
            <w:r w:rsidRPr="00844B84">
              <w:rPr>
                <w:lang w:val="ru-RU"/>
              </w:rPr>
              <w:t>Реконструкция котельной с переводом на природный газ</w:t>
            </w:r>
          </w:p>
        </w:tc>
        <w:tc>
          <w:tcPr>
            <w:tcW w:w="0" w:type="auto"/>
            <w:shd w:val="clear" w:color="auto" w:fill="FFFFFF"/>
          </w:tcPr>
          <w:p w14:paraId="31616430" w14:textId="77777777" w:rsidR="004F333E" w:rsidRDefault="00886ADF">
            <w:r>
              <w:t>2035</w:t>
            </w:r>
          </w:p>
        </w:tc>
        <w:tc>
          <w:tcPr>
            <w:tcW w:w="0" w:type="auto"/>
            <w:shd w:val="clear" w:color="auto" w:fill="FFFFFF"/>
          </w:tcPr>
          <w:p w14:paraId="004D5564" w14:textId="77777777" w:rsidR="004F333E" w:rsidRDefault="00886ADF">
            <w:r>
              <w:t>53 360,0</w:t>
            </w:r>
          </w:p>
        </w:tc>
        <w:tc>
          <w:tcPr>
            <w:tcW w:w="0" w:type="auto"/>
            <w:shd w:val="clear" w:color="auto" w:fill="FFFFFF"/>
          </w:tcPr>
          <w:p w14:paraId="31D18989" w14:textId="77777777" w:rsidR="004F333E" w:rsidRDefault="00886ADF">
            <w:r>
              <w:t>цены 2024 года, с НДС</w:t>
            </w:r>
          </w:p>
        </w:tc>
      </w:tr>
      <w:tr w:rsidR="004F333E" w14:paraId="79A0889C" w14:textId="77777777">
        <w:trPr>
          <w:cantSplit/>
        </w:trPr>
        <w:tc>
          <w:tcPr>
            <w:tcW w:w="0" w:type="auto"/>
            <w:shd w:val="clear" w:color="auto" w:fill="F2F2F2"/>
          </w:tcPr>
          <w:p w14:paraId="724B439B" w14:textId="77777777" w:rsidR="004F333E" w:rsidRDefault="00886ADF">
            <w:r>
              <w:t>УПК № 2 «ЦМК»</w:t>
            </w:r>
          </w:p>
        </w:tc>
        <w:tc>
          <w:tcPr>
            <w:tcW w:w="0" w:type="auto"/>
            <w:shd w:val="clear" w:color="auto" w:fill="FFFFFF"/>
          </w:tcPr>
          <w:p w14:paraId="4C6D8320" w14:textId="77777777" w:rsidR="004F333E" w:rsidRPr="00844B84" w:rsidRDefault="00886ADF">
            <w:pPr>
              <w:rPr>
                <w:lang w:val="ru-RU"/>
              </w:rPr>
            </w:pPr>
            <w:r w:rsidRPr="00844B84">
              <w:rPr>
                <w:lang w:val="ru-RU"/>
              </w:rPr>
              <w:t>перевод источника на природный газ</w:t>
            </w:r>
          </w:p>
        </w:tc>
        <w:tc>
          <w:tcPr>
            <w:tcW w:w="0" w:type="auto"/>
            <w:shd w:val="clear" w:color="auto" w:fill="FFFFFF"/>
          </w:tcPr>
          <w:p w14:paraId="204C392B" w14:textId="77777777" w:rsidR="004F333E" w:rsidRPr="00844B84" w:rsidRDefault="00886ADF">
            <w:pPr>
              <w:rPr>
                <w:lang w:val="ru-RU"/>
              </w:rPr>
            </w:pPr>
            <w:r w:rsidRPr="00844B84">
              <w:rPr>
                <w:lang w:val="ru-RU"/>
              </w:rPr>
              <w:t>Реконструкция котельной с переводом на природный газ</w:t>
            </w:r>
          </w:p>
        </w:tc>
        <w:tc>
          <w:tcPr>
            <w:tcW w:w="0" w:type="auto"/>
            <w:shd w:val="clear" w:color="auto" w:fill="FFFFFF"/>
          </w:tcPr>
          <w:p w14:paraId="2739F898" w14:textId="77777777" w:rsidR="004F333E" w:rsidRDefault="00886ADF">
            <w:r>
              <w:t>2035</w:t>
            </w:r>
          </w:p>
        </w:tc>
        <w:tc>
          <w:tcPr>
            <w:tcW w:w="0" w:type="auto"/>
            <w:shd w:val="clear" w:color="auto" w:fill="FFFFFF"/>
          </w:tcPr>
          <w:p w14:paraId="7602AE1E" w14:textId="77777777" w:rsidR="004F333E" w:rsidRDefault="00886ADF">
            <w:r>
              <w:t>26 680,0</w:t>
            </w:r>
          </w:p>
        </w:tc>
        <w:tc>
          <w:tcPr>
            <w:tcW w:w="0" w:type="auto"/>
            <w:shd w:val="clear" w:color="auto" w:fill="FFFFFF"/>
          </w:tcPr>
          <w:p w14:paraId="5FDE9900" w14:textId="77777777" w:rsidR="004F333E" w:rsidRDefault="00886ADF">
            <w:r>
              <w:t>цены 2024 года, с НДС</w:t>
            </w:r>
          </w:p>
        </w:tc>
      </w:tr>
      <w:tr w:rsidR="004F333E" w14:paraId="1EAA8168" w14:textId="77777777">
        <w:trPr>
          <w:cantSplit/>
        </w:trPr>
        <w:tc>
          <w:tcPr>
            <w:tcW w:w="0" w:type="auto"/>
            <w:shd w:val="clear" w:color="auto" w:fill="F2F2F2"/>
          </w:tcPr>
          <w:p w14:paraId="1EA5D34B" w14:textId="77777777" w:rsidR="004F333E" w:rsidRDefault="00886ADF">
            <w:r>
              <w:t>УПК № 9 «ГРЭ»</w:t>
            </w:r>
          </w:p>
        </w:tc>
        <w:tc>
          <w:tcPr>
            <w:tcW w:w="0" w:type="auto"/>
            <w:shd w:val="clear" w:color="auto" w:fill="FFFFFF"/>
          </w:tcPr>
          <w:p w14:paraId="5AA79938" w14:textId="77777777" w:rsidR="004F333E" w:rsidRPr="00844B84" w:rsidRDefault="00886ADF">
            <w:pPr>
              <w:rPr>
                <w:lang w:val="ru-RU"/>
              </w:rPr>
            </w:pPr>
            <w:r w:rsidRPr="00844B84">
              <w:rPr>
                <w:lang w:val="ru-RU"/>
              </w:rPr>
              <w:t>перевод источника на природный газ</w:t>
            </w:r>
          </w:p>
        </w:tc>
        <w:tc>
          <w:tcPr>
            <w:tcW w:w="0" w:type="auto"/>
            <w:shd w:val="clear" w:color="auto" w:fill="FFFFFF"/>
          </w:tcPr>
          <w:p w14:paraId="6AADE34A" w14:textId="77777777" w:rsidR="004F333E" w:rsidRPr="00844B84" w:rsidRDefault="00886ADF">
            <w:pPr>
              <w:rPr>
                <w:lang w:val="ru-RU"/>
              </w:rPr>
            </w:pPr>
            <w:r w:rsidRPr="00844B84">
              <w:rPr>
                <w:lang w:val="ru-RU"/>
              </w:rPr>
              <w:t>Реконструкция котельной с переводом на природный газ</w:t>
            </w:r>
          </w:p>
        </w:tc>
        <w:tc>
          <w:tcPr>
            <w:tcW w:w="0" w:type="auto"/>
            <w:shd w:val="clear" w:color="auto" w:fill="FFFFFF"/>
          </w:tcPr>
          <w:p w14:paraId="2BF587F1" w14:textId="77777777" w:rsidR="004F333E" w:rsidRDefault="00886ADF">
            <w:r>
              <w:t>2035</w:t>
            </w:r>
          </w:p>
        </w:tc>
        <w:tc>
          <w:tcPr>
            <w:tcW w:w="0" w:type="auto"/>
            <w:shd w:val="clear" w:color="auto" w:fill="FFFFFF"/>
          </w:tcPr>
          <w:p w14:paraId="056CFE46" w14:textId="77777777" w:rsidR="004F333E" w:rsidRDefault="00886ADF">
            <w:r>
              <w:t>17 786,0</w:t>
            </w:r>
          </w:p>
        </w:tc>
        <w:tc>
          <w:tcPr>
            <w:tcW w:w="0" w:type="auto"/>
            <w:shd w:val="clear" w:color="auto" w:fill="FFFFFF"/>
          </w:tcPr>
          <w:p w14:paraId="41636F1D" w14:textId="77777777" w:rsidR="004F333E" w:rsidRDefault="00886ADF">
            <w:r>
              <w:t>цены 2024 года, с НДС</w:t>
            </w:r>
          </w:p>
        </w:tc>
      </w:tr>
      <w:tr w:rsidR="004F333E" w14:paraId="02D6F15C" w14:textId="77777777">
        <w:trPr>
          <w:cantSplit/>
        </w:trPr>
        <w:tc>
          <w:tcPr>
            <w:tcW w:w="0" w:type="auto"/>
            <w:shd w:val="clear" w:color="auto" w:fill="F2F2F2"/>
          </w:tcPr>
          <w:p w14:paraId="0E332C68" w14:textId="77777777" w:rsidR="004F333E" w:rsidRDefault="00886ADF">
            <w:r>
              <w:t>УПК № 5 «Новый Шерегеш»</w:t>
            </w:r>
          </w:p>
        </w:tc>
        <w:tc>
          <w:tcPr>
            <w:tcW w:w="0" w:type="auto"/>
            <w:shd w:val="clear" w:color="auto" w:fill="FFFFFF"/>
          </w:tcPr>
          <w:p w14:paraId="5C3B390B" w14:textId="77777777" w:rsidR="004F333E" w:rsidRPr="00844B84" w:rsidRDefault="00886ADF">
            <w:pPr>
              <w:rPr>
                <w:lang w:val="ru-RU"/>
              </w:rPr>
            </w:pPr>
            <w:r w:rsidRPr="00844B84">
              <w:rPr>
                <w:lang w:val="ru-RU"/>
              </w:rPr>
              <w:t>перевод источника на природный газ</w:t>
            </w:r>
          </w:p>
        </w:tc>
        <w:tc>
          <w:tcPr>
            <w:tcW w:w="0" w:type="auto"/>
            <w:shd w:val="clear" w:color="auto" w:fill="FFFFFF"/>
          </w:tcPr>
          <w:p w14:paraId="67083BBA" w14:textId="77777777" w:rsidR="004F333E" w:rsidRPr="00844B84" w:rsidRDefault="00886ADF">
            <w:pPr>
              <w:rPr>
                <w:lang w:val="ru-RU"/>
              </w:rPr>
            </w:pPr>
            <w:r w:rsidRPr="00844B84">
              <w:rPr>
                <w:lang w:val="ru-RU"/>
              </w:rPr>
              <w:t>Реконструкция котельной с переводом на природный газ</w:t>
            </w:r>
          </w:p>
        </w:tc>
        <w:tc>
          <w:tcPr>
            <w:tcW w:w="0" w:type="auto"/>
            <w:shd w:val="clear" w:color="auto" w:fill="FFFFFF"/>
          </w:tcPr>
          <w:p w14:paraId="41E83B84" w14:textId="77777777" w:rsidR="004F333E" w:rsidRDefault="00886ADF">
            <w:r>
              <w:t>подлежит определению–срок уточняется</w:t>
            </w:r>
          </w:p>
        </w:tc>
        <w:tc>
          <w:tcPr>
            <w:tcW w:w="0" w:type="auto"/>
            <w:shd w:val="clear" w:color="auto" w:fill="FFFFFF"/>
          </w:tcPr>
          <w:p w14:paraId="054014D8" w14:textId="77777777" w:rsidR="004F333E" w:rsidRDefault="00886ADF">
            <w:r>
              <w:t>423 920,0</w:t>
            </w:r>
          </w:p>
        </w:tc>
        <w:tc>
          <w:tcPr>
            <w:tcW w:w="0" w:type="auto"/>
            <w:shd w:val="clear" w:color="auto" w:fill="FFFFFF"/>
          </w:tcPr>
          <w:p w14:paraId="066C4670" w14:textId="77777777" w:rsidR="004F333E" w:rsidRDefault="00886ADF">
            <w:r>
              <w:t>цены 2024 года, с НДС</w:t>
            </w:r>
          </w:p>
        </w:tc>
      </w:tr>
      <w:tr w:rsidR="004F333E" w14:paraId="40E62327" w14:textId="77777777">
        <w:trPr>
          <w:cantSplit/>
        </w:trPr>
        <w:tc>
          <w:tcPr>
            <w:tcW w:w="0" w:type="auto"/>
            <w:shd w:val="clear" w:color="auto" w:fill="F2F2F2"/>
          </w:tcPr>
          <w:p w14:paraId="0AF61285" w14:textId="77777777" w:rsidR="004F333E" w:rsidRDefault="00886ADF">
            <w:r>
              <w:t>УПК № 6 «Старый Шерегеш»</w:t>
            </w:r>
          </w:p>
        </w:tc>
        <w:tc>
          <w:tcPr>
            <w:tcW w:w="0" w:type="auto"/>
            <w:shd w:val="clear" w:color="auto" w:fill="FFFFFF"/>
          </w:tcPr>
          <w:p w14:paraId="1D311F5C" w14:textId="77777777" w:rsidR="004F333E" w:rsidRPr="00844B84" w:rsidRDefault="00886ADF">
            <w:pPr>
              <w:rPr>
                <w:lang w:val="ru-RU"/>
              </w:rPr>
            </w:pPr>
            <w:r w:rsidRPr="00844B84">
              <w:rPr>
                <w:lang w:val="ru-RU"/>
              </w:rPr>
              <w:t>перевод источника на природный газ</w:t>
            </w:r>
          </w:p>
        </w:tc>
        <w:tc>
          <w:tcPr>
            <w:tcW w:w="0" w:type="auto"/>
            <w:shd w:val="clear" w:color="auto" w:fill="FFFFFF"/>
          </w:tcPr>
          <w:p w14:paraId="008CC8E2" w14:textId="77777777" w:rsidR="004F333E" w:rsidRPr="00844B84" w:rsidRDefault="00886ADF">
            <w:pPr>
              <w:rPr>
                <w:lang w:val="ru-RU"/>
              </w:rPr>
            </w:pPr>
            <w:r w:rsidRPr="00844B84">
              <w:rPr>
                <w:lang w:val="ru-RU"/>
              </w:rPr>
              <w:t>Реконструкция котельной с переводом на природный газ</w:t>
            </w:r>
          </w:p>
        </w:tc>
        <w:tc>
          <w:tcPr>
            <w:tcW w:w="0" w:type="auto"/>
            <w:shd w:val="clear" w:color="auto" w:fill="FFFFFF"/>
          </w:tcPr>
          <w:p w14:paraId="340340BC" w14:textId="77777777" w:rsidR="004F333E" w:rsidRDefault="00886ADF">
            <w:r>
              <w:t>подлежит определению–срок уточняется</w:t>
            </w:r>
          </w:p>
        </w:tc>
        <w:tc>
          <w:tcPr>
            <w:tcW w:w="0" w:type="auto"/>
            <w:shd w:val="clear" w:color="auto" w:fill="FFFFFF"/>
          </w:tcPr>
          <w:p w14:paraId="7BD73816" w14:textId="77777777" w:rsidR="004F333E" w:rsidRDefault="00886ADF">
            <w:r>
              <w:t>41 502,0</w:t>
            </w:r>
          </w:p>
        </w:tc>
        <w:tc>
          <w:tcPr>
            <w:tcW w:w="0" w:type="auto"/>
            <w:shd w:val="clear" w:color="auto" w:fill="FFFFFF"/>
          </w:tcPr>
          <w:p w14:paraId="0A8F9224" w14:textId="77777777" w:rsidR="004F333E" w:rsidRDefault="00886ADF">
            <w:r>
              <w:t>цены 2024 года, с НДС</w:t>
            </w:r>
          </w:p>
        </w:tc>
      </w:tr>
      <w:tr w:rsidR="004F333E" w14:paraId="0EF83C71" w14:textId="77777777">
        <w:trPr>
          <w:cantSplit/>
        </w:trPr>
        <w:tc>
          <w:tcPr>
            <w:tcW w:w="0" w:type="auto"/>
            <w:shd w:val="clear" w:color="auto" w:fill="F2F2F2"/>
          </w:tcPr>
          <w:p w14:paraId="57DF7239" w14:textId="77777777" w:rsidR="004F333E" w:rsidRDefault="00886ADF">
            <w:r>
              <w:t>УПК № 7 «Каз»</w:t>
            </w:r>
          </w:p>
        </w:tc>
        <w:tc>
          <w:tcPr>
            <w:tcW w:w="0" w:type="auto"/>
            <w:shd w:val="clear" w:color="auto" w:fill="FFFFFF"/>
          </w:tcPr>
          <w:p w14:paraId="322DD37E" w14:textId="77777777" w:rsidR="004F333E" w:rsidRPr="00844B84" w:rsidRDefault="00886ADF">
            <w:pPr>
              <w:rPr>
                <w:lang w:val="ru-RU"/>
              </w:rPr>
            </w:pPr>
            <w:r w:rsidRPr="00844B84">
              <w:rPr>
                <w:lang w:val="ru-RU"/>
              </w:rPr>
              <w:t>перевод источника на природный газ</w:t>
            </w:r>
          </w:p>
        </w:tc>
        <w:tc>
          <w:tcPr>
            <w:tcW w:w="0" w:type="auto"/>
            <w:shd w:val="clear" w:color="auto" w:fill="FFFFFF"/>
          </w:tcPr>
          <w:p w14:paraId="231759FF" w14:textId="77777777" w:rsidR="004F333E" w:rsidRPr="00844B84" w:rsidRDefault="00886ADF">
            <w:pPr>
              <w:rPr>
                <w:lang w:val="ru-RU"/>
              </w:rPr>
            </w:pPr>
            <w:r w:rsidRPr="00844B84">
              <w:rPr>
                <w:lang w:val="ru-RU"/>
              </w:rPr>
              <w:t>Реконструкция котельной с переводом на природный газ</w:t>
            </w:r>
          </w:p>
        </w:tc>
        <w:tc>
          <w:tcPr>
            <w:tcW w:w="0" w:type="auto"/>
            <w:shd w:val="clear" w:color="auto" w:fill="FFFFFF"/>
          </w:tcPr>
          <w:p w14:paraId="51E46194" w14:textId="77777777" w:rsidR="004F333E" w:rsidRDefault="00886ADF">
            <w:r>
              <w:t>2034</w:t>
            </w:r>
          </w:p>
        </w:tc>
        <w:tc>
          <w:tcPr>
            <w:tcW w:w="0" w:type="auto"/>
            <w:shd w:val="clear" w:color="auto" w:fill="FFFFFF"/>
          </w:tcPr>
          <w:p w14:paraId="418051B8" w14:textId="77777777" w:rsidR="004F333E" w:rsidRDefault="00886ADF">
            <w:r>
              <w:t>115 614,0</w:t>
            </w:r>
          </w:p>
        </w:tc>
        <w:tc>
          <w:tcPr>
            <w:tcW w:w="0" w:type="auto"/>
            <w:shd w:val="clear" w:color="auto" w:fill="FFFFFF"/>
          </w:tcPr>
          <w:p w14:paraId="72CBC958" w14:textId="77777777" w:rsidR="004F333E" w:rsidRDefault="00886ADF">
            <w:r>
              <w:t>цены 2024 года, с НДС</w:t>
            </w:r>
          </w:p>
        </w:tc>
      </w:tr>
      <w:tr w:rsidR="004F333E" w14:paraId="3FA5A38E" w14:textId="77777777">
        <w:trPr>
          <w:cantSplit/>
        </w:trPr>
        <w:tc>
          <w:tcPr>
            <w:tcW w:w="0" w:type="auto"/>
            <w:shd w:val="clear" w:color="auto" w:fill="F2F2F2"/>
          </w:tcPr>
          <w:p w14:paraId="64337E1C" w14:textId="77777777" w:rsidR="004F333E" w:rsidRDefault="00886ADF">
            <w:r>
              <w:t>УПК № 8 «Мундыбаш»</w:t>
            </w:r>
          </w:p>
        </w:tc>
        <w:tc>
          <w:tcPr>
            <w:tcW w:w="0" w:type="auto"/>
            <w:shd w:val="clear" w:color="auto" w:fill="FFFFFF"/>
          </w:tcPr>
          <w:p w14:paraId="2679E7D1" w14:textId="77777777" w:rsidR="004F333E" w:rsidRPr="00844B84" w:rsidRDefault="00886ADF">
            <w:pPr>
              <w:rPr>
                <w:lang w:val="ru-RU"/>
              </w:rPr>
            </w:pPr>
            <w:r w:rsidRPr="00844B84">
              <w:rPr>
                <w:lang w:val="ru-RU"/>
              </w:rPr>
              <w:t>перевод источника на природный газ</w:t>
            </w:r>
          </w:p>
        </w:tc>
        <w:tc>
          <w:tcPr>
            <w:tcW w:w="0" w:type="auto"/>
            <w:shd w:val="clear" w:color="auto" w:fill="FFFFFF"/>
          </w:tcPr>
          <w:p w14:paraId="2DBF0921" w14:textId="77777777" w:rsidR="004F333E" w:rsidRPr="00844B84" w:rsidRDefault="00886ADF">
            <w:pPr>
              <w:rPr>
                <w:lang w:val="ru-RU"/>
              </w:rPr>
            </w:pPr>
            <w:r w:rsidRPr="00844B84">
              <w:rPr>
                <w:lang w:val="ru-RU"/>
              </w:rPr>
              <w:t>Реконструкция котельной с переводом на природный газ</w:t>
            </w:r>
          </w:p>
        </w:tc>
        <w:tc>
          <w:tcPr>
            <w:tcW w:w="0" w:type="auto"/>
            <w:shd w:val="clear" w:color="auto" w:fill="FFFFFF"/>
          </w:tcPr>
          <w:p w14:paraId="14CE066A" w14:textId="77777777" w:rsidR="004F333E" w:rsidRDefault="00886ADF">
            <w:r>
              <w:t>2034</w:t>
            </w:r>
          </w:p>
        </w:tc>
        <w:tc>
          <w:tcPr>
            <w:tcW w:w="0" w:type="auto"/>
            <w:shd w:val="clear" w:color="auto" w:fill="FFFFFF"/>
          </w:tcPr>
          <w:p w14:paraId="3ED8D8AA" w14:textId="77777777" w:rsidR="004F333E" w:rsidRDefault="00886ADF">
            <w:r>
              <w:t>71 147,0</w:t>
            </w:r>
          </w:p>
        </w:tc>
        <w:tc>
          <w:tcPr>
            <w:tcW w:w="0" w:type="auto"/>
            <w:shd w:val="clear" w:color="auto" w:fill="FFFFFF"/>
          </w:tcPr>
          <w:p w14:paraId="1FFCC887" w14:textId="77777777" w:rsidR="004F333E" w:rsidRDefault="00886ADF">
            <w:r>
              <w:t>цены 2024 года, с НДС</w:t>
            </w:r>
          </w:p>
        </w:tc>
      </w:tr>
      <w:tr w:rsidR="004F333E" w14:paraId="2E6683D4" w14:textId="77777777">
        <w:trPr>
          <w:cantSplit/>
        </w:trPr>
        <w:tc>
          <w:tcPr>
            <w:tcW w:w="0" w:type="auto"/>
            <w:shd w:val="clear" w:color="auto" w:fill="F2F2F2"/>
          </w:tcPr>
          <w:p w14:paraId="5080677C" w14:textId="77777777" w:rsidR="004F333E" w:rsidRDefault="00886ADF">
            <w:r>
              <w:t>УПК № 10 «Темир-Тау»</w:t>
            </w:r>
          </w:p>
        </w:tc>
        <w:tc>
          <w:tcPr>
            <w:tcW w:w="0" w:type="auto"/>
            <w:shd w:val="clear" w:color="auto" w:fill="FFFFFF"/>
          </w:tcPr>
          <w:p w14:paraId="690EE546" w14:textId="77777777" w:rsidR="004F333E" w:rsidRPr="00844B84" w:rsidRDefault="00886ADF">
            <w:pPr>
              <w:rPr>
                <w:lang w:val="ru-RU"/>
              </w:rPr>
            </w:pPr>
            <w:r w:rsidRPr="00844B84">
              <w:rPr>
                <w:lang w:val="ru-RU"/>
              </w:rPr>
              <w:t>перевод источника на природный газ</w:t>
            </w:r>
          </w:p>
        </w:tc>
        <w:tc>
          <w:tcPr>
            <w:tcW w:w="0" w:type="auto"/>
            <w:shd w:val="clear" w:color="auto" w:fill="FFFFFF"/>
          </w:tcPr>
          <w:p w14:paraId="7B7E977A" w14:textId="77777777" w:rsidR="004F333E" w:rsidRPr="00844B84" w:rsidRDefault="00886ADF">
            <w:pPr>
              <w:rPr>
                <w:lang w:val="ru-RU"/>
              </w:rPr>
            </w:pPr>
            <w:r w:rsidRPr="00844B84">
              <w:rPr>
                <w:lang w:val="ru-RU"/>
              </w:rPr>
              <w:t>Реконструкция котельной с переводом на природный газ</w:t>
            </w:r>
          </w:p>
        </w:tc>
        <w:tc>
          <w:tcPr>
            <w:tcW w:w="0" w:type="auto"/>
            <w:shd w:val="clear" w:color="auto" w:fill="FFFFFF"/>
          </w:tcPr>
          <w:p w14:paraId="4286167C" w14:textId="77777777" w:rsidR="004F333E" w:rsidRDefault="00886ADF">
            <w:r>
              <w:t>2034</w:t>
            </w:r>
          </w:p>
        </w:tc>
        <w:tc>
          <w:tcPr>
            <w:tcW w:w="0" w:type="auto"/>
            <w:shd w:val="clear" w:color="auto" w:fill="FFFFFF"/>
          </w:tcPr>
          <w:p w14:paraId="2D1973EE" w14:textId="77777777" w:rsidR="004F333E" w:rsidRDefault="00886ADF">
            <w:r>
              <w:t>71 000,0</w:t>
            </w:r>
          </w:p>
        </w:tc>
        <w:tc>
          <w:tcPr>
            <w:tcW w:w="0" w:type="auto"/>
            <w:shd w:val="clear" w:color="auto" w:fill="FFFFFF"/>
          </w:tcPr>
          <w:p w14:paraId="448145FB" w14:textId="77777777" w:rsidR="004F333E" w:rsidRDefault="00886ADF">
            <w:r>
              <w:t>цены 2024 года, с НДС</w:t>
            </w:r>
          </w:p>
        </w:tc>
      </w:tr>
      <w:tr w:rsidR="004F333E" w14:paraId="59E55C34" w14:textId="77777777">
        <w:trPr>
          <w:cantSplit/>
        </w:trPr>
        <w:tc>
          <w:tcPr>
            <w:tcW w:w="0" w:type="auto"/>
            <w:shd w:val="clear" w:color="auto" w:fill="F2F2F2"/>
          </w:tcPr>
          <w:p w14:paraId="2DDC2718" w14:textId="77777777" w:rsidR="004F333E" w:rsidRDefault="00886ADF">
            <w:r>
              <w:t>УПК № 3 «Спасск»</w:t>
            </w:r>
          </w:p>
        </w:tc>
        <w:tc>
          <w:tcPr>
            <w:tcW w:w="0" w:type="auto"/>
            <w:shd w:val="clear" w:color="auto" w:fill="FFFFFF"/>
          </w:tcPr>
          <w:p w14:paraId="71D49DB4" w14:textId="77777777" w:rsidR="004F333E" w:rsidRPr="00844B84" w:rsidRDefault="00886ADF">
            <w:pPr>
              <w:rPr>
                <w:lang w:val="ru-RU"/>
              </w:rPr>
            </w:pPr>
            <w:r w:rsidRPr="00844B84">
              <w:rPr>
                <w:lang w:val="ru-RU"/>
              </w:rPr>
              <w:t>перевод источника на природный газ</w:t>
            </w:r>
          </w:p>
        </w:tc>
        <w:tc>
          <w:tcPr>
            <w:tcW w:w="0" w:type="auto"/>
            <w:shd w:val="clear" w:color="auto" w:fill="FFFFFF"/>
          </w:tcPr>
          <w:p w14:paraId="04B3085E" w14:textId="77777777" w:rsidR="004F333E" w:rsidRPr="00844B84" w:rsidRDefault="00886ADF">
            <w:pPr>
              <w:rPr>
                <w:lang w:val="ru-RU"/>
              </w:rPr>
            </w:pPr>
            <w:r w:rsidRPr="00844B84">
              <w:rPr>
                <w:lang w:val="ru-RU"/>
              </w:rPr>
              <w:t>Реконструкция котельной с переводом на природный газ</w:t>
            </w:r>
          </w:p>
        </w:tc>
        <w:tc>
          <w:tcPr>
            <w:tcW w:w="0" w:type="auto"/>
            <w:shd w:val="clear" w:color="auto" w:fill="FFFFFF"/>
          </w:tcPr>
          <w:p w14:paraId="6354A8EE" w14:textId="77777777" w:rsidR="004F333E" w:rsidRDefault="00886ADF">
            <w:r>
              <w:t>2035</w:t>
            </w:r>
          </w:p>
        </w:tc>
        <w:tc>
          <w:tcPr>
            <w:tcW w:w="0" w:type="auto"/>
            <w:shd w:val="clear" w:color="auto" w:fill="FFFFFF"/>
          </w:tcPr>
          <w:p w14:paraId="41E1A7CD" w14:textId="77777777" w:rsidR="004F333E" w:rsidRDefault="00886ADF">
            <w:r>
              <w:t>29 644,0</w:t>
            </w:r>
          </w:p>
        </w:tc>
        <w:tc>
          <w:tcPr>
            <w:tcW w:w="0" w:type="auto"/>
            <w:shd w:val="clear" w:color="auto" w:fill="FFFFFF"/>
          </w:tcPr>
          <w:p w14:paraId="08EF2830" w14:textId="77777777" w:rsidR="004F333E" w:rsidRDefault="00886ADF">
            <w:r>
              <w:t>цены 2024 года, с НДС</w:t>
            </w:r>
          </w:p>
        </w:tc>
      </w:tr>
      <w:tr w:rsidR="004F333E" w14:paraId="12B6B0E7" w14:textId="77777777">
        <w:trPr>
          <w:cantSplit/>
        </w:trPr>
        <w:tc>
          <w:tcPr>
            <w:tcW w:w="0" w:type="auto"/>
            <w:shd w:val="clear" w:color="auto" w:fill="F2F2F2"/>
          </w:tcPr>
          <w:p w14:paraId="4F0F1B85" w14:textId="77777777" w:rsidR="004F333E" w:rsidRDefault="00886ADF">
            <w:r>
              <w:t>УПК № 5 «Новый Шерегеш»</w:t>
            </w:r>
          </w:p>
        </w:tc>
        <w:tc>
          <w:tcPr>
            <w:tcW w:w="0" w:type="auto"/>
            <w:shd w:val="clear" w:color="auto" w:fill="FFFFFF"/>
          </w:tcPr>
          <w:p w14:paraId="119F94FC" w14:textId="77777777" w:rsidR="004F333E" w:rsidRDefault="00886ADF">
            <w:r>
              <w:t>повышение экологических характеристик</w:t>
            </w:r>
          </w:p>
        </w:tc>
        <w:tc>
          <w:tcPr>
            <w:tcW w:w="0" w:type="auto"/>
            <w:shd w:val="clear" w:color="auto" w:fill="FFFFFF"/>
          </w:tcPr>
          <w:p w14:paraId="32234EF4" w14:textId="77777777" w:rsidR="004F333E" w:rsidRPr="00844B84" w:rsidRDefault="00886ADF">
            <w:pPr>
              <w:rPr>
                <w:lang w:val="ru-RU"/>
              </w:rPr>
            </w:pPr>
            <w:r w:rsidRPr="00844B84">
              <w:rPr>
                <w:lang w:val="ru-RU"/>
              </w:rPr>
              <w:t>Техническое перевооружение с установкой второй ступени очист</w:t>
            </w:r>
          </w:p>
        </w:tc>
        <w:tc>
          <w:tcPr>
            <w:tcW w:w="0" w:type="auto"/>
            <w:shd w:val="clear" w:color="auto" w:fill="FFFFFF"/>
          </w:tcPr>
          <w:p w14:paraId="0F98C474" w14:textId="77777777" w:rsidR="004F333E" w:rsidRDefault="00886ADF">
            <w:r>
              <w:t>подлежит определению</w:t>
            </w:r>
          </w:p>
        </w:tc>
        <w:tc>
          <w:tcPr>
            <w:tcW w:w="0" w:type="auto"/>
            <w:shd w:val="clear" w:color="auto" w:fill="FFFFFF"/>
          </w:tcPr>
          <w:p w14:paraId="72B55980" w14:textId="77777777" w:rsidR="004F333E" w:rsidRDefault="00886ADF">
            <w:r>
              <w:t>подлежит определению</w:t>
            </w:r>
          </w:p>
        </w:tc>
        <w:tc>
          <w:tcPr>
            <w:tcW w:w="0" w:type="auto"/>
            <w:shd w:val="clear" w:color="auto" w:fill="FFFFFF"/>
          </w:tcPr>
          <w:p w14:paraId="323768A8" w14:textId="77777777" w:rsidR="004F333E" w:rsidRDefault="00886ADF">
            <w:r>
              <w:t>—</w:t>
            </w:r>
          </w:p>
        </w:tc>
      </w:tr>
      <w:tr w:rsidR="004F333E" w14:paraId="2AC7C576" w14:textId="77777777">
        <w:trPr>
          <w:cantSplit/>
        </w:trPr>
        <w:tc>
          <w:tcPr>
            <w:tcW w:w="0" w:type="auto"/>
            <w:shd w:val="clear" w:color="auto" w:fill="F2F2F2"/>
          </w:tcPr>
          <w:p w14:paraId="05AD466B" w14:textId="77777777" w:rsidR="004F333E" w:rsidRDefault="00886ADF">
            <w:r>
              <w:t>УПК № 9 «ГРЭ»</w:t>
            </w:r>
          </w:p>
        </w:tc>
        <w:tc>
          <w:tcPr>
            <w:tcW w:w="0" w:type="auto"/>
            <w:shd w:val="clear" w:color="auto" w:fill="FFFFFF"/>
          </w:tcPr>
          <w:p w14:paraId="637328B2" w14:textId="77777777" w:rsidR="004F333E" w:rsidRDefault="00886ADF">
            <w:r>
              <w:t>повышение надёжности теплоснабжения</w:t>
            </w:r>
          </w:p>
        </w:tc>
        <w:tc>
          <w:tcPr>
            <w:tcW w:w="0" w:type="auto"/>
            <w:shd w:val="clear" w:color="auto" w:fill="FFFFFF"/>
          </w:tcPr>
          <w:p w14:paraId="53ED2CD9" w14:textId="77777777" w:rsidR="004F333E" w:rsidRDefault="00886ADF">
            <w:r>
              <w:t>Обеспечение резервного электроснабжения источника</w:t>
            </w:r>
          </w:p>
        </w:tc>
        <w:tc>
          <w:tcPr>
            <w:tcW w:w="0" w:type="auto"/>
            <w:shd w:val="clear" w:color="auto" w:fill="FFFFFF"/>
          </w:tcPr>
          <w:p w14:paraId="4CDE6828" w14:textId="77777777" w:rsidR="004F333E" w:rsidRDefault="00886ADF">
            <w:r>
              <w:t>подлежит определению</w:t>
            </w:r>
          </w:p>
        </w:tc>
        <w:tc>
          <w:tcPr>
            <w:tcW w:w="0" w:type="auto"/>
            <w:shd w:val="clear" w:color="auto" w:fill="FFFFFF"/>
          </w:tcPr>
          <w:p w14:paraId="0B4EB2E2" w14:textId="77777777" w:rsidR="004F333E" w:rsidRDefault="00886ADF">
            <w:r>
              <w:t>подлежит определению</w:t>
            </w:r>
          </w:p>
        </w:tc>
        <w:tc>
          <w:tcPr>
            <w:tcW w:w="0" w:type="auto"/>
            <w:shd w:val="clear" w:color="auto" w:fill="FFFFFF"/>
          </w:tcPr>
          <w:p w14:paraId="65312E3D" w14:textId="77777777" w:rsidR="004F333E" w:rsidRDefault="00886ADF">
            <w:r>
              <w:t>—</w:t>
            </w:r>
          </w:p>
        </w:tc>
      </w:tr>
      <w:tr w:rsidR="004F333E" w14:paraId="4E25345C" w14:textId="77777777">
        <w:trPr>
          <w:cantSplit/>
        </w:trPr>
        <w:tc>
          <w:tcPr>
            <w:tcW w:w="0" w:type="auto"/>
            <w:shd w:val="clear" w:color="auto" w:fill="F2F2F2"/>
          </w:tcPr>
          <w:p w14:paraId="4CEEF78A" w14:textId="77777777" w:rsidR="004F333E" w:rsidRDefault="00886ADF">
            <w:r>
              <w:t>все зоны</w:t>
            </w:r>
          </w:p>
        </w:tc>
        <w:tc>
          <w:tcPr>
            <w:tcW w:w="0" w:type="auto"/>
            <w:shd w:val="clear" w:color="auto" w:fill="FFFFFF"/>
          </w:tcPr>
          <w:p w14:paraId="069B4167" w14:textId="77777777" w:rsidR="004F333E" w:rsidRDefault="00886ADF">
            <w:r>
              <w:t>повышение надёжности теплоснабжения</w:t>
            </w:r>
          </w:p>
        </w:tc>
        <w:tc>
          <w:tcPr>
            <w:tcW w:w="0" w:type="auto"/>
            <w:shd w:val="clear" w:color="auto" w:fill="FFFFFF"/>
          </w:tcPr>
          <w:p w14:paraId="0D28BED9" w14:textId="77777777" w:rsidR="004F333E" w:rsidRPr="00844B84" w:rsidRDefault="00886ADF">
            <w:pPr>
              <w:rPr>
                <w:lang w:val="ru-RU"/>
              </w:rPr>
            </w:pPr>
            <w:r w:rsidRPr="00844B84">
              <w:rPr>
                <w:lang w:val="ru-RU"/>
              </w:rPr>
              <w:t>Обследование технического состояния тепловых сетей возрастом</w:t>
            </w:r>
          </w:p>
        </w:tc>
        <w:tc>
          <w:tcPr>
            <w:tcW w:w="0" w:type="auto"/>
            <w:shd w:val="clear" w:color="auto" w:fill="FFFFFF"/>
          </w:tcPr>
          <w:p w14:paraId="6F2E47AC" w14:textId="77777777" w:rsidR="004F333E" w:rsidRDefault="00886ADF">
            <w:r>
              <w:t>подлежит определению</w:t>
            </w:r>
          </w:p>
        </w:tc>
        <w:tc>
          <w:tcPr>
            <w:tcW w:w="0" w:type="auto"/>
            <w:shd w:val="clear" w:color="auto" w:fill="FFFFFF"/>
          </w:tcPr>
          <w:p w14:paraId="5D807E34" w14:textId="77777777" w:rsidR="004F333E" w:rsidRDefault="00886ADF">
            <w:r>
              <w:t>подлежит определению</w:t>
            </w:r>
          </w:p>
        </w:tc>
        <w:tc>
          <w:tcPr>
            <w:tcW w:w="0" w:type="auto"/>
            <w:shd w:val="clear" w:color="auto" w:fill="FFFFFF"/>
          </w:tcPr>
          <w:p w14:paraId="25768050" w14:textId="77777777" w:rsidR="004F333E" w:rsidRDefault="00886ADF">
            <w:r>
              <w:t>—</w:t>
            </w:r>
          </w:p>
        </w:tc>
      </w:tr>
      <w:tr w:rsidR="004F333E" w14:paraId="101A11C1" w14:textId="77777777">
        <w:trPr>
          <w:cantSplit/>
        </w:trPr>
        <w:tc>
          <w:tcPr>
            <w:tcW w:w="0" w:type="auto"/>
            <w:shd w:val="clear" w:color="auto" w:fill="F2F2F2"/>
          </w:tcPr>
          <w:p w14:paraId="04568937" w14:textId="77777777" w:rsidR="004F333E" w:rsidRDefault="00886ADF">
            <w:r>
              <w:t>УПК № 5 «Новый Шерегеш»</w:t>
            </w:r>
          </w:p>
        </w:tc>
        <w:tc>
          <w:tcPr>
            <w:tcW w:w="0" w:type="auto"/>
            <w:shd w:val="clear" w:color="auto" w:fill="FFFFFF"/>
          </w:tcPr>
          <w:p w14:paraId="06DAA3A7" w14:textId="77777777" w:rsidR="004F333E" w:rsidRDefault="00886ADF">
            <w:r>
              <w:t>повышение надёжности теплоснабжения</w:t>
            </w:r>
          </w:p>
        </w:tc>
        <w:tc>
          <w:tcPr>
            <w:tcW w:w="0" w:type="auto"/>
            <w:shd w:val="clear" w:color="auto" w:fill="FFFFFF"/>
          </w:tcPr>
          <w:p w14:paraId="0CC4F8A4" w14:textId="77777777" w:rsidR="004F333E" w:rsidRDefault="00886ADF">
            <w:r>
              <w:t>Замещение низкоэффективного котельного оборудования</w:t>
            </w:r>
          </w:p>
        </w:tc>
        <w:tc>
          <w:tcPr>
            <w:tcW w:w="0" w:type="auto"/>
            <w:shd w:val="clear" w:color="auto" w:fill="FFFFFF"/>
          </w:tcPr>
          <w:p w14:paraId="7B835D2D" w14:textId="77777777" w:rsidR="004F333E" w:rsidRDefault="00886ADF">
            <w:r>
              <w:t>подлежит определению</w:t>
            </w:r>
          </w:p>
        </w:tc>
        <w:tc>
          <w:tcPr>
            <w:tcW w:w="0" w:type="auto"/>
            <w:shd w:val="clear" w:color="auto" w:fill="FFFFFF"/>
          </w:tcPr>
          <w:p w14:paraId="799A90FD" w14:textId="77777777" w:rsidR="004F333E" w:rsidRDefault="00886ADF">
            <w:r>
              <w:t>подлежит определению</w:t>
            </w:r>
          </w:p>
        </w:tc>
        <w:tc>
          <w:tcPr>
            <w:tcW w:w="0" w:type="auto"/>
            <w:shd w:val="clear" w:color="auto" w:fill="FFFFFF"/>
          </w:tcPr>
          <w:p w14:paraId="39B92DAD" w14:textId="77777777" w:rsidR="004F333E" w:rsidRDefault="00886ADF">
            <w:r>
              <w:t>—</w:t>
            </w:r>
          </w:p>
        </w:tc>
      </w:tr>
      <w:tr w:rsidR="004F333E" w14:paraId="3A787326" w14:textId="77777777">
        <w:trPr>
          <w:cantSplit/>
        </w:trPr>
        <w:tc>
          <w:tcPr>
            <w:tcW w:w="0" w:type="auto"/>
            <w:shd w:val="clear" w:color="auto" w:fill="F2F2F2"/>
          </w:tcPr>
          <w:p w14:paraId="5327CCAA" w14:textId="77777777" w:rsidR="004F333E" w:rsidRDefault="00886ADF">
            <w:r>
              <w:t>все зоны</w:t>
            </w:r>
          </w:p>
        </w:tc>
        <w:tc>
          <w:tcPr>
            <w:tcW w:w="0" w:type="auto"/>
            <w:shd w:val="clear" w:color="auto" w:fill="FFFFFF"/>
          </w:tcPr>
          <w:p w14:paraId="38E36E66" w14:textId="77777777" w:rsidR="004F333E" w:rsidRDefault="00886ADF">
            <w:r>
              <w:t>повышение надёжности теплоснабжения</w:t>
            </w:r>
          </w:p>
        </w:tc>
        <w:tc>
          <w:tcPr>
            <w:tcW w:w="0" w:type="auto"/>
            <w:shd w:val="clear" w:color="auto" w:fill="FFFFFF"/>
          </w:tcPr>
          <w:p w14:paraId="080F1454" w14:textId="77777777" w:rsidR="004F333E" w:rsidRPr="00844B84" w:rsidRDefault="00886ADF">
            <w:pPr>
              <w:rPr>
                <w:lang w:val="ru-RU"/>
              </w:rPr>
            </w:pPr>
            <w:r w:rsidRPr="00844B84">
              <w:rPr>
                <w:lang w:val="ru-RU"/>
              </w:rPr>
              <w:t>Устройство резервирующих связей тепловых сетей</w:t>
            </w:r>
          </w:p>
        </w:tc>
        <w:tc>
          <w:tcPr>
            <w:tcW w:w="0" w:type="auto"/>
            <w:shd w:val="clear" w:color="auto" w:fill="FFFFFF"/>
          </w:tcPr>
          <w:p w14:paraId="458B82C1" w14:textId="77777777" w:rsidR="004F333E" w:rsidRDefault="00886ADF">
            <w:r>
              <w:t>подлежит определению</w:t>
            </w:r>
          </w:p>
        </w:tc>
        <w:tc>
          <w:tcPr>
            <w:tcW w:w="0" w:type="auto"/>
            <w:shd w:val="clear" w:color="auto" w:fill="FFFFFF"/>
          </w:tcPr>
          <w:p w14:paraId="1423EE59" w14:textId="77777777" w:rsidR="004F333E" w:rsidRDefault="00886ADF">
            <w:r>
              <w:t>подлежит определению</w:t>
            </w:r>
          </w:p>
        </w:tc>
        <w:tc>
          <w:tcPr>
            <w:tcW w:w="0" w:type="auto"/>
            <w:shd w:val="clear" w:color="auto" w:fill="FFFFFF"/>
          </w:tcPr>
          <w:p w14:paraId="417B83B4" w14:textId="77777777" w:rsidR="004F333E" w:rsidRDefault="00886ADF">
            <w:r>
              <w:t>—</w:t>
            </w:r>
          </w:p>
        </w:tc>
      </w:tr>
      <w:tr w:rsidR="004F333E" w14:paraId="43627B18" w14:textId="77777777">
        <w:trPr>
          <w:cantSplit/>
        </w:trPr>
        <w:tc>
          <w:tcPr>
            <w:tcW w:w="0" w:type="auto"/>
            <w:shd w:val="clear" w:color="auto" w:fill="F2F2F2"/>
          </w:tcPr>
          <w:p w14:paraId="39E63BB7" w14:textId="77777777" w:rsidR="004F333E" w:rsidRDefault="00886ADF">
            <w:r>
              <w:t>SYS-02, SYS-09, SYS-10</w:t>
            </w:r>
          </w:p>
        </w:tc>
        <w:tc>
          <w:tcPr>
            <w:tcW w:w="0" w:type="auto"/>
            <w:shd w:val="clear" w:color="auto" w:fill="FFFFFF"/>
          </w:tcPr>
          <w:p w14:paraId="508DBD30" w14:textId="77777777" w:rsidR="004F333E" w:rsidRDefault="00886ADF">
            <w:r>
              <w:t>повышение надёжности теплоснабжения</w:t>
            </w:r>
          </w:p>
        </w:tc>
        <w:tc>
          <w:tcPr>
            <w:tcW w:w="0" w:type="auto"/>
            <w:shd w:val="clear" w:color="auto" w:fill="FFFFFF"/>
          </w:tcPr>
          <w:p w14:paraId="689FAEE1" w14:textId="77777777" w:rsidR="004F333E" w:rsidRPr="00844B84" w:rsidRDefault="00886ADF">
            <w:pPr>
              <w:rPr>
                <w:lang w:val="ru-RU"/>
              </w:rPr>
            </w:pPr>
            <w:r w:rsidRPr="00844B84">
              <w:rPr>
                <w:lang w:val="ru-RU"/>
              </w:rPr>
              <w:t>Подтверждение технологии и закрытие дефицита производительно</w:t>
            </w:r>
          </w:p>
        </w:tc>
        <w:tc>
          <w:tcPr>
            <w:tcW w:w="0" w:type="auto"/>
            <w:shd w:val="clear" w:color="auto" w:fill="FFFFFF"/>
          </w:tcPr>
          <w:p w14:paraId="5104E2C7" w14:textId="77777777" w:rsidR="004F333E" w:rsidRDefault="00886ADF">
            <w:r>
              <w:t>подлежит определению</w:t>
            </w:r>
          </w:p>
        </w:tc>
        <w:tc>
          <w:tcPr>
            <w:tcW w:w="0" w:type="auto"/>
            <w:shd w:val="clear" w:color="auto" w:fill="FFFFFF"/>
          </w:tcPr>
          <w:p w14:paraId="437CBB7E" w14:textId="77777777" w:rsidR="004F333E" w:rsidRDefault="00886ADF">
            <w:r>
              <w:t>подлежит определению</w:t>
            </w:r>
          </w:p>
        </w:tc>
        <w:tc>
          <w:tcPr>
            <w:tcW w:w="0" w:type="auto"/>
            <w:shd w:val="clear" w:color="auto" w:fill="FFFFFF"/>
          </w:tcPr>
          <w:p w14:paraId="2331AA64" w14:textId="77777777" w:rsidR="004F333E" w:rsidRDefault="00886ADF">
            <w:r>
              <w:t>—</w:t>
            </w:r>
          </w:p>
        </w:tc>
      </w:tr>
      <w:tr w:rsidR="004F333E" w14:paraId="02B9D7C6" w14:textId="77777777">
        <w:trPr>
          <w:cantSplit/>
        </w:trPr>
        <w:tc>
          <w:tcPr>
            <w:tcW w:w="0" w:type="auto"/>
            <w:shd w:val="clear" w:color="auto" w:fill="F2F2F2"/>
          </w:tcPr>
          <w:p w14:paraId="34192D79" w14:textId="77777777" w:rsidR="004F333E" w:rsidRDefault="00886ADF">
            <w:r>
              <w:t>УПК № 5 «Новый Шерегеш»</w:t>
            </w:r>
          </w:p>
        </w:tc>
        <w:tc>
          <w:tcPr>
            <w:tcW w:w="0" w:type="auto"/>
            <w:shd w:val="clear" w:color="auto" w:fill="FFFFFF"/>
          </w:tcPr>
          <w:p w14:paraId="44F2480F" w14:textId="77777777" w:rsidR="004F333E" w:rsidRDefault="00886ADF">
            <w:r>
              <w:t>повышение надёжности теплоснабжения</w:t>
            </w:r>
          </w:p>
        </w:tc>
        <w:tc>
          <w:tcPr>
            <w:tcW w:w="0" w:type="auto"/>
            <w:shd w:val="clear" w:color="auto" w:fill="FFFFFF"/>
          </w:tcPr>
          <w:p w14:paraId="1DC33DC5" w14:textId="77777777" w:rsidR="004F333E" w:rsidRPr="00844B84" w:rsidRDefault="00886ADF">
            <w:pPr>
              <w:rPr>
                <w:lang w:val="ru-RU"/>
              </w:rPr>
            </w:pPr>
            <w:r w:rsidRPr="00844B84">
              <w:rPr>
                <w:lang w:val="ru-RU"/>
              </w:rPr>
              <w:t>Обеспечение подпитки тепловой сети в аварийном режиме</w:t>
            </w:r>
          </w:p>
        </w:tc>
        <w:tc>
          <w:tcPr>
            <w:tcW w:w="0" w:type="auto"/>
            <w:shd w:val="clear" w:color="auto" w:fill="FFFFFF"/>
          </w:tcPr>
          <w:p w14:paraId="66256BA2" w14:textId="77777777" w:rsidR="004F333E" w:rsidRDefault="00886ADF">
            <w:r>
              <w:t>подлежит определению</w:t>
            </w:r>
          </w:p>
        </w:tc>
        <w:tc>
          <w:tcPr>
            <w:tcW w:w="0" w:type="auto"/>
            <w:shd w:val="clear" w:color="auto" w:fill="FFFFFF"/>
          </w:tcPr>
          <w:p w14:paraId="449F011D" w14:textId="77777777" w:rsidR="004F333E" w:rsidRDefault="00886ADF">
            <w:r>
              <w:t>подлежит определению</w:t>
            </w:r>
          </w:p>
        </w:tc>
        <w:tc>
          <w:tcPr>
            <w:tcW w:w="0" w:type="auto"/>
            <w:shd w:val="clear" w:color="auto" w:fill="FFFFFF"/>
          </w:tcPr>
          <w:p w14:paraId="22FA9884" w14:textId="77777777" w:rsidR="004F333E" w:rsidRDefault="00886ADF">
            <w:r>
              <w:t>—</w:t>
            </w:r>
          </w:p>
        </w:tc>
      </w:tr>
      <w:tr w:rsidR="004F333E" w14:paraId="5E1FB96A" w14:textId="77777777">
        <w:trPr>
          <w:cantSplit/>
        </w:trPr>
        <w:tc>
          <w:tcPr>
            <w:tcW w:w="0" w:type="auto"/>
            <w:shd w:val="clear" w:color="auto" w:fill="F2F2F2"/>
          </w:tcPr>
          <w:p w14:paraId="2E9775E9" w14:textId="77777777" w:rsidR="004F333E" w:rsidRDefault="00886ADF">
            <w:r>
              <w:t>УПК № 1 «Таштагол»</w:t>
            </w:r>
          </w:p>
        </w:tc>
        <w:tc>
          <w:tcPr>
            <w:tcW w:w="0" w:type="auto"/>
            <w:shd w:val="clear" w:color="auto" w:fill="FFFFFF"/>
          </w:tcPr>
          <w:p w14:paraId="03934138" w14:textId="77777777" w:rsidR="004F333E" w:rsidRPr="00844B84" w:rsidRDefault="00886ADF">
            <w:pPr>
              <w:rPr>
                <w:lang w:val="ru-RU"/>
              </w:rPr>
            </w:pPr>
            <w:r w:rsidRPr="00844B84">
              <w:rPr>
                <w:lang w:val="ru-RU"/>
              </w:rPr>
              <w:t>перевод горячего водоснабжения на закрытую схему</w:t>
            </w:r>
          </w:p>
        </w:tc>
        <w:tc>
          <w:tcPr>
            <w:tcW w:w="0" w:type="auto"/>
            <w:shd w:val="clear" w:color="auto" w:fill="FFFFFF"/>
          </w:tcPr>
          <w:p w14:paraId="4339B618" w14:textId="77777777" w:rsidR="004F333E" w:rsidRPr="00844B84" w:rsidRDefault="00886ADF">
            <w:pPr>
              <w:rPr>
                <w:lang w:val="ru-RU"/>
              </w:rPr>
            </w:pPr>
            <w:r w:rsidRPr="00844B84">
              <w:rPr>
                <w:lang w:val="ru-RU"/>
              </w:rPr>
              <w:t>Перевод системы горячего водоснабжения на закрытую схему</w:t>
            </w:r>
          </w:p>
        </w:tc>
        <w:tc>
          <w:tcPr>
            <w:tcW w:w="0" w:type="auto"/>
            <w:shd w:val="clear" w:color="auto" w:fill="FFFFFF"/>
          </w:tcPr>
          <w:p w14:paraId="180B8BC4" w14:textId="77777777" w:rsidR="004F333E" w:rsidRDefault="00886ADF">
            <w:r>
              <w:t>2027–2036</w:t>
            </w:r>
          </w:p>
        </w:tc>
        <w:tc>
          <w:tcPr>
            <w:tcW w:w="0" w:type="auto"/>
            <w:shd w:val="clear" w:color="auto" w:fill="FFFFFF"/>
          </w:tcPr>
          <w:p w14:paraId="0DFD97E7" w14:textId="77777777" w:rsidR="004F333E" w:rsidRDefault="00886ADF">
            <w:r>
              <w:t>подлежит определению</w:t>
            </w:r>
          </w:p>
        </w:tc>
        <w:tc>
          <w:tcPr>
            <w:tcW w:w="0" w:type="auto"/>
            <w:shd w:val="clear" w:color="auto" w:fill="FFFFFF"/>
          </w:tcPr>
          <w:p w14:paraId="54B92726" w14:textId="77777777" w:rsidR="004F333E" w:rsidRDefault="00886ADF">
            <w:r>
              <w:t>—</w:t>
            </w:r>
          </w:p>
        </w:tc>
      </w:tr>
      <w:tr w:rsidR="004F333E" w14:paraId="692F4058" w14:textId="77777777">
        <w:trPr>
          <w:cantSplit/>
        </w:trPr>
        <w:tc>
          <w:tcPr>
            <w:tcW w:w="0" w:type="auto"/>
            <w:shd w:val="clear" w:color="auto" w:fill="F2F2F2"/>
          </w:tcPr>
          <w:p w14:paraId="021904D5" w14:textId="77777777" w:rsidR="004F333E" w:rsidRDefault="00886ADF">
            <w:r>
              <w:t>УПК № 2 «Шалым»</w:t>
            </w:r>
          </w:p>
        </w:tc>
        <w:tc>
          <w:tcPr>
            <w:tcW w:w="0" w:type="auto"/>
            <w:shd w:val="clear" w:color="auto" w:fill="FFFFFF"/>
          </w:tcPr>
          <w:p w14:paraId="14DB1362" w14:textId="77777777" w:rsidR="004F333E" w:rsidRPr="00844B84" w:rsidRDefault="00886ADF">
            <w:pPr>
              <w:rPr>
                <w:lang w:val="ru-RU"/>
              </w:rPr>
            </w:pPr>
            <w:r w:rsidRPr="00844B84">
              <w:rPr>
                <w:lang w:val="ru-RU"/>
              </w:rPr>
              <w:t>перевод горячего водоснабжения на закрытую схему</w:t>
            </w:r>
          </w:p>
        </w:tc>
        <w:tc>
          <w:tcPr>
            <w:tcW w:w="0" w:type="auto"/>
            <w:shd w:val="clear" w:color="auto" w:fill="FFFFFF"/>
          </w:tcPr>
          <w:p w14:paraId="33834C54" w14:textId="77777777" w:rsidR="004F333E" w:rsidRPr="00844B84" w:rsidRDefault="00886ADF">
            <w:pPr>
              <w:rPr>
                <w:lang w:val="ru-RU"/>
              </w:rPr>
            </w:pPr>
            <w:r w:rsidRPr="00844B84">
              <w:rPr>
                <w:lang w:val="ru-RU"/>
              </w:rPr>
              <w:t>Перевод системы горячего водоснабжения на закрытую схему</w:t>
            </w:r>
          </w:p>
        </w:tc>
        <w:tc>
          <w:tcPr>
            <w:tcW w:w="0" w:type="auto"/>
            <w:shd w:val="clear" w:color="auto" w:fill="FFFFFF"/>
          </w:tcPr>
          <w:p w14:paraId="4F14060F" w14:textId="77777777" w:rsidR="004F333E" w:rsidRDefault="00886ADF">
            <w:r>
              <w:t>2027–2036</w:t>
            </w:r>
          </w:p>
        </w:tc>
        <w:tc>
          <w:tcPr>
            <w:tcW w:w="0" w:type="auto"/>
            <w:shd w:val="clear" w:color="auto" w:fill="FFFFFF"/>
          </w:tcPr>
          <w:p w14:paraId="4E395B98" w14:textId="77777777" w:rsidR="004F333E" w:rsidRDefault="00886ADF">
            <w:r>
              <w:t>подлежит определению</w:t>
            </w:r>
          </w:p>
        </w:tc>
        <w:tc>
          <w:tcPr>
            <w:tcW w:w="0" w:type="auto"/>
            <w:shd w:val="clear" w:color="auto" w:fill="FFFFFF"/>
          </w:tcPr>
          <w:p w14:paraId="097BB083" w14:textId="77777777" w:rsidR="004F333E" w:rsidRDefault="00886ADF">
            <w:r>
              <w:t>—</w:t>
            </w:r>
          </w:p>
        </w:tc>
      </w:tr>
      <w:tr w:rsidR="004F333E" w14:paraId="59C588A5" w14:textId="77777777">
        <w:trPr>
          <w:cantSplit/>
        </w:trPr>
        <w:tc>
          <w:tcPr>
            <w:tcW w:w="0" w:type="auto"/>
            <w:shd w:val="clear" w:color="auto" w:fill="F2F2F2"/>
          </w:tcPr>
          <w:p w14:paraId="54C456FF" w14:textId="77777777" w:rsidR="004F333E" w:rsidRDefault="00886ADF">
            <w:r>
              <w:t>УПК № 2 «ЦМК»</w:t>
            </w:r>
          </w:p>
        </w:tc>
        <w:tc>
          <w:tcPr>
            <w:tcW w:w="0" w:type="auto"/>
            <w:shd w:val="clear" w:color="auto" w:fill="FFFFFF"/>
          </w:tcPr>
          <w:p w14:paraId="0B4A451D" w14:textId="77777777" w:rsidR="004F333E" w:rsidRPr="00844B84" w:rsidRDefault="00886ADF">
            <w:pPr>
              <w:rPr>
                <w:lang w:val="ru-RU"/>
              </w:rPr>
            </w:pPr>
            <w:r w:rsidRPr="00844B84">
              <w:rPr>
                <w:lang w:val="ru-RU"/>
              </w:rPr>
              <w:t>перевод горячего водоснабжения на закрытую схему</w:t>
            </w:r>
          </w:p>
        </w:tc>
        <w:tc>
          <w:tcPr>
            <w:tcW w:w="0" w:type="auto"/>
            <w:shd w:val="clear" w:color="auto" w:fill="FFFFFF"/>
          </w:tcPr>
          <w:p w14:paraId="3B4A2029" w14:textId="77777777" w:rsidR="004F333E" w:rsidRPr="00844B84" w:rsidRDefault="00886ADF">
            <w:pPr>
              <w:rPr>
                <w:lang w:val="ru-RU"/>
              </w:rPr>
            </w:pPr>
            <w:r w:rsidRPr="00844B84">
              <w:rPr>
                <w:lang w:val="ru-RU"/>
              </w:rPr>
              <w:t>Перевод системы горячего водоснабжения на закрытую схему</w:t>
            </w:r>
          </w:p>
        </w:tc>
        <w:tc>
          <w:tcPr>
            <w:tcW w:w="0" w:type="auto"/>
            <w:shd w:val="clear" w:color="auto" w:fill="FFFFFF"/>
          </w:tcPr>
          <w:p w14:paraId="25C08855" w14:textId="77777777" w:rsidR="004F333E" w:rsidRDefault="00886ADF">
            <w:r>
              <w:t>2027–2036</w:t>
            </w:r>
          </w:p>
        </w:tc>
        <w:tc>
          <w:tcPr>
            <w:tcW w:w="0" w:type="auto"/>
            <w:shd w:val="clear" w:color="auto" w:fill="FFFFFF"/>
          </w:tcPr>
          <w:p w14:paraId="663AEAA3" w14:textId="77777777" w:rsidR="004F333E" w:rsidRDefault="00886ADF">
            <w:r>
              <w:t>подлежит определению</w:t>
            </w:r>
          </w:p>
        </w:tc>
        <w:tc>
          <w:tcPr>
            <w:tcW w:w="0" w:type="auto"/>
            <w:shd w:val="clear" w:color="auto" w:fill="FFFFFF"/>
          </w:tcPr>
          <w:p w14:paraId="7D484D2C" w14:textId="77777777" w:rsidR="004F333E" w:rsidRDefault="00886ADF">
            <w:r>
              <w:t>—</w:t>
            </w:r>
          </w:p>
        </w:tc>
      </w:tr>
      <w:tr w:rsidR="004F333E" w14:paraId="050CA545" w14:textId="77777777">
        <w:trPr>
          <w:cantSplit/>
        </w:trPr>
        <w:tc>
          <w:tcPr>
            <w:tcW w:w="0" w:type="auto"/>
            <w:shd w:val="clear" w:color="auto" w:fill="F2F2F2"/>
          </w:tcPr>
          <w:p w14:paraId="0A17FEEE" w14:textId="77777777" w:rsidR="004F333E" w:rsidRDefault="00886ADF">
            <w:r>
              <w:t>УПК № 9 «ГРЭ»</w:t>
            </w:r>
          </w:p>
        </w:tc>
        <w:tc>
          <w:tcPr>
            <w:tcW w:w="0" w:type="auto"/>
            <w:shd w:val="clear" w:color="auto" w:fill="FFFFFF"/>
          </w:tcPr>
          <w:p w14:paraId="559BB3E5" w14:textId="77777777" w:rsidR="004F333E" w:rsidRPr="00844B84" w:rsidRDefault="00886ADF">
            <w:pPr>
              <w:rPr>
                <w:lang w:val="ru-RU"/>
              </w:rPr>
            </w:pPr>
            <w:r w:rsidRPr="00844B84">
              <w:rPr>
                <w:lang w:val="ru-RU"/>
              </w:rPr>
              <w:t>перевод горячего водоснабжения на закрытую схему</w:t>
            </w:r>
          </w:p>
        </w:tc>
        <w:tc>
          <w:tcPr>
            <w:tcW w:w="0" w:type="auto"/>
            <w:shd w:val="clear" w:color="auto" w:fill="FFFFFF"/>
          </w:tcPr>
          <w:p w14:paraId="51514450" w14:textId="77777777" w:rsidR="004F333E" w:rsidRPr="00844B84" w:rsidRDefault="00886ADF">
            <w:pPr>
              <w:rPr>
                <w:lang w:val="ru-RU"/>
              </w:rPr>
            </w:pPr>
            <w:r w:rsidRPr="00844B84">
              <w:rPr>
                <w:lang w:val="ru-RU"/>
              </w:rPr>
              <w:t>Перевод системы горячего водоснабжения на закрытую схему</w:t>
            </w:r>
          </w:p>
        </w:tc>
        <w:tc>
          <w:tcPr>
            <w:tcW w:w="0" w:type="auto"/>
            <w:shd w:val="clear" w:color="auto" w:fill="FFFFFF"/>
          </w:tcPr>
          <w:p w14:paraId="35B68F06" w14:textId="77777777" w:rsidR="004F333E" w:rsidRDefault="00886ADF">
            <w:r>
              <w:t>2027–2036</w:t>
            </w:r>
          </w:p>
        </w:tc>
        <w:tc>
          <w:tcPr>
            <w:tcW w:w="0" w:type="auto"/>
            <w:shd w:val="clear" w:color="auto" w:fill="FFFFFF"/>
          </w:tcPr>
          <w:p w14:paraId="3799AA7A" w14:textId="77777777" w:rsidR="004F333E" w:rsidRDefault="00886ADF">
            <w:r>
              <w:t>подлежит определению</w:t>
            </w:r>
          </w:p>
        </w:tc>
        <w:tc>
          <w:tcPr>
            <w:tcW w:w="0" w:type="auto"/>
            <w:shd w:val="clear" w:color="auto" w:fill="FFFFFF"/>
          </w:tcPr>
          <w:p w14:paraId="1D2DE73C" w14:textId="77777777" w:rsidR="004F333E" w:rsidRDefault="00886ADF">
            <w:r>
              <w:t>—</w:t>
            </w:r>
          </w:p>
        </w:tc>
      </w:tr>
      <w:tr w:rsidR="004F333E" w14:paraId="1ED211D0" w14:textId="77777777">
        <w:trPr>
          <w:cantSplit/>
        </w:trPr>
        <w:tc>
          <w:tcPr>
            <w:tcW w:w="0" w:type="auto"/>
            <w:shd w:val="clear" w:color="auto" w:fill="F2F2F2"/>
          </w:tcPr>
          <w:p w14:paraId="512CEB95" w14:textId="77777777" w:rsidR="004F333E" w:rsidRDefault="00886ADF">
            <w:r>
              <w:t>УПК № 5 «Новый Шерегеш»</w:t>
            </w:r>
          </w:p>
        </w:tc>
        <w:tc>
          <w:tcPr>
            <w:tcW w:w="0" w:type="auto"/>
            <w:shd w:val="clear" w:color="auto" w:fill="FFFFFF"/>
          </w:tcPr>
          <w:p w14:paraId="435690B7" w14:textId="77777777" w:rsidR="004F333E" w:rsidRPr="00844B84" w:rsidRDefault="00886ADF">
            <w:pPr>
              <w:rPr>
                <w:lang w:val="ru-RU"/>
              </w:rPr>
            </w:pPr>
            <w:r w:rsidRPr="00844B84">
              <w:rPr>
                <w:lang w:val="ru-RU"/>
              </w:rPr>
              <w:t>перевод горячего водоснабжения на закрытую схему</w:t>
            </w:r>
          </w:p>
        </w:tc>
        <w:tc>
          <w:tcPr>
            <w:tcW w:w="0" w:type="auto"/>
            <w:shd w:val="clear" w:color="auto" w:fill="FFFFFF"/>
          </w:tcPr>
          <w:p w14:paraId="6AFA914C" w14:textId="77777777" w:rsidR="004F333E" w:rsidRPr="00844B84" w:rsidRDefault="00886ADF">
            <w:pPr>
              <w:rPr>
                <w:lang w:val="ru-RU"/>
              </w:rPr>
            </w:pPr>
            <w:r w:rsidRPr="00844B84">
              <w:rPr>
                <w:lang w:val="ru-RU"/>
              </w:rPr>
              <w:t>Перевод системы горячего водоснабжения на закрытую схему</w:t>
            </w:r>
          </w:p>
        </w:tc>
        <w:tc>
          <w:tcPr>
            <w:tcW w:w="0" w:type="auto"/>
            <w:shd w:val="clear" w:color="auto" w:fill="FFFFFF"/>
          </w:tcPr>
          <w:p w14:paraId="29A50221" w14:textId="77777777" w:rsidR="004F333E" w:rsidRDefault="00886ADF">
            <w:r>
              <w:t>2027–2036</w:t>
            </w:r>
          </w:p>
        </w:tc>
        <w:tc>
          <w:tcPr>
            <w:tcW w:w="0" w:type="auto"/>
            <w:shd w:val="clear" w:color="auto" w:fill="FFFFFF"/>
          </w:tcPr>
          <w:p w14:paraId="3A4F66A8" w14:textId="77777777" w:rsidR="004F333E" w:rsidRDefault="00886ADF">
            <w:r>
              <w:t>подлежит определению</w:t>
            </w:r>
          </w:p>
        </w:tc>
        <w:tc>
          <w:tcPr>
            <w:tcW w:w="0" w:type="auto"/>
            <w:shd w:val="clear" w:color="auto" w:fill="FFFFFF"/>
          </w:tcPr>
          <w:p w14:paraId="13221D7D" w14:textId="77777777" w:rsidR="004F333E" w:rsidRDefault="00886ADF">
            <w:r>
              <w:t>—</w:t>
            </w:r>
          </w:p>
        </w:tc>
      </w:tr>
      <w:tr w:rsidR="004F333E" w14:paraId="764B2ECE" w14:textId="77777777">
        <w:trPr>
          <w:cantSplit/>
        </w:trPr>
        <w:tc>
          <w:tcPr>
            <w:tcW w:w="0" w:type="auto"/>
            <w:shd w:val="clear" w:color="auto" w:fill="F2F2F2"/>
          </w:tcPr>
          <w:p w14:paraId="7C022463" w14:textId="77777777" w:rsidR="004F333E" w:rsidRDefault="00886ADF">
            <w:r>
              <w:t>УПК № 6 «Старый Шерегеш»</w:t>
            </w:r>
          </w:p>
        </w:tc>
        <w:tc>
          <w:tcPr>
            <w:tcW w:w="0" w:type="auto"/>
            <w:shd w:val="clear" w:color="auto" w:fill="FFFFFF"/>
          </w:tcPr>
          <w:p w14:paraId="793AE345" w14:textId="77777777" w:rsidR="004F333E" w:rsidRPr="00844B84" w:rsidRDefault="00886ADF">
            <w:pPr>
              <w:rPr>
                <w:lang w:val="ru-RU"/>
              </w:rPr>
            </w:pPr>
            <w:r w:rsidRPr="00844B84">
              <w:rPr>
                <w:lang w:val="ru-RU"/>
              </w:rPr>
              <w:t>перевод горячего водоснабжения на закрытую схему</w:t>
            </w:r>
          </w:p>
        </w:tc>
        <w:tc>
          <w:tcPr>
            <w:tcW w:w="0" w:type="auto"/>
            <w:shd w:val="clear" w:color="auto" w:fill="FFFFFF"/>
          </w:tcPr>
          <w:p w14:paraId="632DD144" w14:textId="77777777" w:rsidR="004F333E" w:rsidRPr="00844B84" w:rsidRDefault="00886ADF">
            <w:pPr>
              <w:rPr>
                <w:lang w:val="ru-RU"/>
              </w:rPr>
            </w:pPr>
            <w:r w:rsidRPr="00844B84">
              <w:rPr>
                <w:lang w:val="ru-RU"/>
              </w:rPr>
              <w:t>Перевод системы горячего водоснабжения на закрытую схему</w:t>
            </w:r>
          </w:p>
        </w:tc>
        <w:tc>
          <w:tcPr>
            <w:tcW w:w="0" w:type="auto"/>
            <w:shd w:val="clear" w:color="auto" w:fill="FFFFFF"/>
          </w:tcPr>
          <w:p w14:paraId="6FC1F9A3" w14:textId="77777777" w:rsidR="004F333E" w:rsidRDefault="00886ADF">
            <w:r>
              <w:t>2027–2036</w:t>
            </w:r>
          </w:p>
        </w:tc>
        <w:tc>
          <w:tcPr>
            <w:tcW w:w="0" w:type="auto"/>
            <w:shd w:val="clear" w:color="auto" w:fill="FFFFFF"/>
          </w:tcPr>
          <w:p w14:paraId="7F92DD8B" w14:textId="77777777" w:rsidR="004F333E" w:rsidRDefault="00886ADF">
            <w:r>
              <w:t>подлежит определению</w:t>
            </w:r>
          </w:p>
        </w:tc>
        <w:tc>
          <w:tcPr>
            <w:tcW w:w="0" w:type="auto"/>
            <w:shd w:val="clear" w:color="auto" w:fill="FFFFFF"/>
          </w:tcPr>
          <w:p w14:paraId="404A1D19" w14:textId="77777777" w:rsidR="004F333E" w:rsidRDefault="00886ADF">
            <w:r>
              <w:t>—</w:t>
            </w:r>
          </w:p>
        </w:tc>
      </w:tr>
      <w:tr w:rsidR="004F333E" w14:paraId="7EE67E59" w14:textId="77777777">
        <w:trPr>
          <w:cantSplit/>
        </w:trPr>
        <w:tc>
          <w:tcPr>
            <w:tcW w:w="0" w:type="auto"/>
            <w:shd w:val="clear" w:color="auto" w:fill="F2F2F2"/>
          </w:tcPr>
          <w:p w14:paraId="3D4F962A" w14:textId="77777777" w:rsidR="004F333E" w:rsidRDefault="00886ADF">
            <w:r>
              <w:t>УПК № 7 «Каз»</w:t>
            </w:r>
          </w:p>
        </w:tc>
        <w:tc>
          <w:tcPr>
            <w:tcW w:w="0" w:type="auto"/>
            <w:shd w:val="clear" w:color="auto" w:fill="FFFFFF"/>
          </w:tcPr>
          <w:p w14:paraId="31409084" w14:textId="77777777" w:rsidR="004F333E" w:rsidRPr="00844B84" w:rsidRDefault="00886ADF">
            <w:pPr>
              <w:rPr>
                <w:lang w:val="ru-RU"/>
              </w:rPr>
            </w:pPr>
            <w:r w:rsidRPr="00844B84">
              <w:rPr>
                <w:lang w:val="ru-RU"/>
              </w:rPr>
              <w:t>перевод горячего водоснабжения на закрытую схему</w:t>
            </w:r>
          </w:p>
        </w:tc>
        <w:tc>
          <w:tcPr>
            <w:tcW w:w="0" w:type="auto"/>
            <w:shd w:val="clear" w:color="auto" w:fill="FFFFFF"/>
          </w:tcPr>
          <w:p w14:paraId="14F4E7D4" w14:textId="77777777" w:rsidR="004F333E" w:rsidRPr="00844B84" w:rsidRDefault="00886ADF">
            <w:pPr>
              <w:rPr>
                <w:lang w:val="ru-RU"/>
              </w:rPr>
            </w:pPr>
            <w:r w:rsidRPr="00844B84">
              <w:rPr>
                <w:lang w:val="ru-RU"/>
              </w:rPr>
              <w:t>Перевод системы горячего водоснабжения на закрытую схему</w:t>
            </w:r>
          </w:p>
        </w:tc>
        <w:tc>
          <w:tcPr>
            <w:tcW w:w="0" w:type="auto"/>
            <w:shd w:val="clear" w:color="auto" w:fill="FFFFFF"/>
          </w:tcPr>
          <w:p w14:paraId="126E7B9F" w14:textId="77777777" w:rsidR="004F333E" w:rsidRDefault="00886ADF">
            <w:r>
              <w:t>2027–2036</w:t>
            </w:r>
          </w:p>
        </w:tc>
        <w:tc>
          <w:tcPr>
            <w:tcW w:w="0" w:type="auto"/>
            <w:shd w:val="clear" w:color="auto" w:fill="FFFFFF"/>
          </w:tcPr>
          <w:p w14:paraId="338940CE" w14:textId="77777777" w:rsidR="004F333E" w:rsidRDefault="00886ADF">
            <w:r>
              <w:t>подлежит определению</w:t>
            </w:r>
          </w:p>
        </w:tc>
        <w:tc>
          <w:tcPr>
            <w:tcW w:w="0" w:type="auto"/>
            <w:shd w:val="clear" w:color="auto" w:fill="FFFFFF"/>
          </w:tcPr>
          <w:p w14:paraId="3387E199" w14:textId="77777777" w:rsidR="004F333E" w:rsidRDefault="00886ADF">
            <w:r>
              <w:t>—</w:t>
            </w:r>
          </w:p>
        </w:tc>
      </w:tr>
      <w:tr w:rsidR="004F333E" w14:paraId="76C7C1C4" w14:textId="77777777">
        <w:trPr>
          <w:cantSplit/>
        </w:trPr>
        <w:tc>
          <w:tcPr>
            <w:tcW w:w="0" w:type="auto"/>
            <w:shd w:val="clear" w:color="auto" w:fill="F2F2F2"/>
          </w:tcPr>
          <w:p w14:paraId="6B8A1F61" w14:textId="77777777" w:rsidR="004F333E" w:rsidRDefault="00886ADF">
            <w:r>
              <w:t>УПК № 8 «Мундыбаш»</w:t>
            </w:r>
          </w:p>
        </w:tc>
        <w:tc>
          <w:tcPr>
            <w:tcW w:w="0" w:type="auto"/>
            <w:shd w:val="clear" w:color="auto" w:fill="FFFFFF"/>
          </w:tcPr>
          <w:p w14:paraId="2CE2C09A" w14:textId="77777777" w:rsidR="004F333E" w:rsidRPr="00844B84" w:rsidRDefault="00886ADF">
            <w:pPr>
              <w:rPr>
                <w:lang w:val="ru-RU"/>
              </w:rPr>
            </w:pPr>
            <w:r w:rsidRPr="00844B84">
              <w:rPr>
                <w:lang w:val="ru-RU"/>
              </w:rPr>
              <w:t>перевод горячего водоснабжения на закрытую схему</w:t>
            </w:r>
          </w:p>
        </w:tc>
        <w:tc>
          <w:tcPr>
            <w:tcW w:w="0" w:type="auto"/>
            <w:shd w:val="clear" w:color="auto" w:fill="FFFFFF"/>
          </w:tcPr>
          <w:p w14:paraId="1203B13C" w14:textId="77777777" w:rsidR="004F333E" w:rsidRPr="00844B84" w:rsidRDefault="00886ADF">
            <w:pPr>
              <w:rPr>
                <w:lang w:val="ru-RU"/>
              </w:rPr>
            </w:pPr>
            <w:r w:rsidRPr="00844B84">
              <w:rPr>
                <w:lang w:val="ru-RU"/>
              </w:rPr>
              <w:t>Перевод системы горячего водоснабжения на закрытую схему</w:t>
            </w:r>
          </w:p>
        </w:tc>
        <w:tc>
          <w:tcPr>
            <w:tcW w:w="0" w:type="auto"/>
            <w:shd w:val="clear" w:color="auto" w:fill="FFFFFF"/>
          </w:tcPr>
          <w:p w14:paraId="32B303BE" w14:textId="77777777" w:rsidR="004F333E" w:rsidRDefault="00886ADF">
            <w:r>
              <w:t>2027–2036</w:t>
            </w:r>
          </w:p>
        </w:tc>
        <w:tc>
          <w:tcPr>
            <w:tcW w:w="0" w:type="auto"/>
            <w:shd w:val="clear" w:color="auto" w:fill="FFFFFF"/>
          </w:tcPr>
          <w:p w14:paraId="18A36BAA" w14:textId="77777777" w:rsidR="004F333E" w:rsidRDefault="00886ADF">
            <w:r>
              <w:t>подлежит определению</w:t>
            </w:r>
          </w:p>
        </w:tc>
        <w:tc>
          <w:tcPr>
            <w:tcW w:w="0" w:type="auto"/>
            <w:shd w:val="clear" w:color="auto" w:fill="FFFFFF"/>
          </w:tcPr>
          <w:p w14:paraId="506611DA" w14:textId="77777777" w:rsidR="004F333E" w:rsidRDefault="00886ADF">
            <w:r>
              <w:t>—</w:t>
            </w:r>
          </w:p>
        </w:tc>
      </w:tr>
      <w:tr w:rsidR="004F333E" w14:paraId="473CC925" w14:textId="77777777">
        <w:trPr>
          <w:cantSplit/>
        </w:trPr>
        <w:tc>
          <w:tcPr>
            <w:tcW w:w="0" w:type="auto"/>
            <w:shd w:val="clear" w:color="auto" w:fill="F2F2F2"/>
          </w:tcPr>
          <w:p w14:paraId="686179C8" w14:textId="77777777" w:rsidR="004F333E" w:rsidRDefault="00886ADF">
            <w:r>
              <w:t>УПК № 10 «Темир-Тау»</w:t>
            </w:r>
          </w:p>
        </w:tc>
        <w:tc>
          <w:tcPr>
            <w:tcW w:w="0" w:type="auto"/>
            <w:shd w:val="clear" w:color="auto" w:fill="FFFFFF"/>
          </w:tcPr>
          <w:p w14:paraId="7E89D7FA" w14:textId="77777777" w:rsidR="004F333E" w:rsidRPr="00844B84" w:rsidRDefault="00886ADF">
            <w:pPr>
              <w:rPr>
                <w:lang w:val="ru-RU"/>
              </w:rPr>
            </w:pPr>
            <w:r w:rsidRPr="00844B84">
              <w:rPr>
                <w:lang w:val="ru-RU"/>
              </w:rPr>
              <w:t>перевод горячего водоснабжения на закрытую схему</w:t>
            </w:r>
          </w:p>
        </w:tc>
        <w:tc>
          <w:tcPr>
            <w:tcW w:w="0" w:type="auto"/>
            <w:shd w:val="clear" w:color="auto" w:fill="FFFFFF"/>
          </w:tcPr>
          <w:p w14:paraId="092F885C" w14:textId="77777777" w:rsidR="004F333E" w:rsidRPr="00844B84" w:rsidRDefault="00886ADF">
            <w:pPr>
              <w:rPr>
                <w:lang w:val="ru-RU"/>
              </w:rPr>
            </w:pPr>
            <w:r w:rsidRPr="00844B84">
              <w:rPr>
                <w:lang w:val="ru-RU"/>
              </w:rPr>
              <w:t>Перевод системы горячего водоснабжения на закрытую схему</w:t>
            </w:r>
          </w:p>
        </w:tc>
        <w:tc>
          <w:tcPr>
            <w:tcW w:w="0" w:type="auto"/>
            <w:shd w:val="clear" w:color="auto" w:fill="FFFFFF"/>
          </w:tcPr>
          <w:p w14:paraId="7F8EF2AE" w14:textId="77777777" w:rsidR="004F333E" w:rsidRDefault="00886ADF">
            <w:r>
              <w:t>2027–2036</w:t>
            </w:r>
          </w:p>
        </w:tc>
        <w:tc>
          <w:tcPr>
            <w:tcW w:w="0" w:type="auto"/>
            <w:shd w:val="clear" w:color="auto" w:fill="FFFFFF"/>
          </w:tcPr>
          <w:p w14:paraId="2A01056F" w14:textId="77777777" w:rsidR="004F333E" w:rsidRDefault="00886ADF">
            <w:r>
              <w:t>подлежит определению</w:t>
            </w:r>
          </w:p>
        </w:tc>
        <w:tc>
          <w:tcPr>
            <w:tcW w:w="0" w:type="auto"/>
            <w:shd w:val="clear" w:color="auto" w:fill="FFFFFF"/>
          </w:tcPr>
          <w:p w14:paraId="043A2F7F" w14:textId="77777777" w:rsidR="004F333E" w:rsidRDefault="00886ADF">
            <w:r>
              <w:t>—</w:t>
            </w:r>
          </w:p>
        </w:tc>
      </w:tr>
      <w:tr w:rsidR="004F333E" w14:paraId="6481DC09" w14:textId="77777777">
        <w:trPr>
          <w:cantSplit/>
        </w:trPr>
        <w:tc>
          <w:tcPr>
            <w:tcW w:w="0" w:type="auto"/>
            <w:shd w:val="clear" w:color="auto" w:fill="F2F2F2"/>
          </w:tcPr>
          <w:p w14:paraId="01FD5827" w14:textId="77777777" w:rsidR="004F333E" w:rsidRDefault="00886ADF">
            <w:r>
              <w:t>УПК № 3 «Спасск»</w:t>
            </w:r>
          </w:p>
        </w:tc>
        <w:tc>
          <w:tcPr>
            <w:tcW w:w="0" w:type="auto"/>
            <w:shd w:val="clear" w:color="auto" w:fill="FFFFFF"/>
          </w:tcPr>
          <w:p w14:paraId="6F2B7D1F" w14:textId="77777777" w:rsidR="004F333E" w:rsidRPr="00844B84" w:rsidRDefault="00886ADF">
            <w:pPr>
              <w:rPr>
                <w:lang w:val="ru-RU"/>
              </w:rPr>
            </w:pPr>
            <w:r w:rsidRPr="00844B84">
              <w:rPr>
                <w:lang w:val="ru-RU"/>
              </w:rPr>
              <w:t>перевод горячего водоснабжения на закрытую схему</w:t>
            </w:r>
          </w:p>
        </w:tc>
        <w:tc>
          <w:tcPr>
            <w:tcW w:w="0" w:type="auto"/>
            <w:shd w:val="clear" w:color="auto" w:fill="FFFFFF"/>
          </w:tcPr>
          <w:p w14:paraId="726C0DDD" w14:textId="77777777" w:rsidR="004F333E" w:rsidRPr="00844B84" w:rsidRDefault="00886ADF">
            <w:pPr>
              <w:rPr>
                <w:lang w:val="ru-RU"/>
              </w:rPr>
            </w:pPr>
            <w:r w:rsidRPr="00844B84">
              <w:rPr>
                <w:lang w:val="ru-RU"/>
              </w:rPr>
              <w:t>Перевод системы горячего водоснабжения на закрытую схему</w:t>
            </w:r>
          </w:p>
        </w:tc>
        <w:tc>
          <w:tcPr>
            <w:tcW w:w="0" w:type="auto"/>
            <w:shd w:val="clear" w:color="auto" w:fill="FFFFFF"/>
          </w:tcPr>
          <w:p w14:paraId="365CD4F1" w14:textId="77777777" w:rsidR="004F333E" w:rsidRDefault="00886ADF">
            <w:r>
              <w:t>2027–2036</w:t>
            </w:r>
          </w:p>
        </w:tc>
        <w:tc>
          <w:tcPr>
            <w:tcW w:w="0" w:type="auto"/>
            <w:shd w:val="clear" w:color="auto" w:fill="FFFFFF"/>
          </w:tcPr>
          <w:p w14:paraId="2261EC8E" w14:textId="77777777" w:rsidR="004F333E" w:rsidRDefault="00886ADF">
            <w:r>
              <w:t>подлежит определению</w:t>
            </w:r>
          </w:p>
        </w:tc>
        <w:tc>
          <w:tcPr>
            <w:tcW w:w="0" w:type="auto"/>
            <w:shd w:val="clear" w:color="auto" w:fill="FFFFFF"/>
          </w:tcPr>
          <w:p w14:paraId="21BCD69C" w14:textId="77777777" w:rsidR="004F333E" w:rsidRDefault="00886ADF">
            <w:r>
              <w:t>—</w:t>
            </w:r>
          </w:p>
        </w:tc>
      </w:tr>
    </w:tbl>
    <w:p w14:paraId="64E33C67" w14:textId="77777777" w:rsidR="004F333E" w:rsidRPr="00844B84" w:rsidRDefault="00886ADF">
      <w:pPr>
        <w:rPr>
          <w:lang w:val="ru-RU"/>
        </w:rPr>
      </w:pPr>
      <w:r w:rsidRPr="00844B84">
        <w:rPr>
          <w:lang w:val="ru-RU"/>
        </w:rPr>
        <w:t>Перечень является сквозным: каждое мероприятие имеет единственное обозначение и прослеживается во всех разделах схемы. Дублирование мероприятий не допускается: один физический проект учитывается один раз, а его влияние на надёжность, экологические характеристики и горячее водоснабжение отражается как эффект.</w:t>
      </w:r>
    </w:p>
    <w:p w14:paraId="7C913446" w14:textId="77777777" w:rsidR="006C72FB" w:rsidRPr="00844B84" w:rsidRDefault="0084102B">
      <w:pPr>
        <w:pStyle w:val="21"/>
        <w:rPr>
          <w:lang w:val="ru-RU"/>
        </w:rPr>
      </w:pPr>
      <w:bookmarkStart w:id="97" w:name="_Toc238017296"/>
      <w:r w:rsidRPr="00844B84">
        <w:rPr>
          <w:lang w:val="ru-RU"/>
        </w:rPr>
        <w:t>9.8. Утверждаемые сроки реализации мероприятий</w:t>
      </w:r>
      <w:bookmarkEnd w:id="97"/>
    </w:p>
    <w:p w14:paraId="698F611B" w14:textId="77777777" w:rsidR="006C72FB" w:rsidRPr="00844B84" w:rsidRDefault="0084102B">
      <w:pPr>
        <w:rPr>
          <w:lang w:val="ru-RU"/>
        </w:rPr>
      </w:pPr>
      <w:r w:rsidRPr="00844B84">
        <w:rPr>
          <w:lang w:val="ru-RU"/>
        </w:rPr>
        <w:t>Утверждается распределение мероприятий схемы теплоснабжения по годам расчётного периода. Сроки приняты по датам ввода в эксплуатацию согласно программе подготовки потребителей к приёму газа и по решениям настоящей схемы.</w:t>
      </w:r>
    </w:p>
    <w:p w14:paraId="3C8D366E" w14:textId="77777777" w:rsidR="006C72FB" w:rsidRPr="000C24CF" w:rsidRDefault="0084102B">
      <w:pPr>
        <w:rPr>
          <w:b/>
          <w:bCs/>
          <w:lang w:val="ru-RU"/>
        </w:rPr>
      </w:pPr>
      <w:r w:rsidRPr="000C24CF">
        <w:rPr>
          <w:b/>
          <w:bCs/>
          <w:lang w:val="ru-RU"/>
        </w:rPr>
        <w:t>Таблица 9.10 — Шкала реализации мероприятий по годам</w:t>
      </w: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953"/>
        <w:gridCol w:w="2767"/>
        <w:gridCol w:w="1665"/>
        <w:gridCol w:w="2039"/>
        <w:gridCol w:w="2055"/>
      </w:tblGrid>
      <w:tr w:rsidR="000772B4" w14:paraId="7766733B" w14:textId="77777777">
        <w:trPr>
          <w:cantSplit/>
          <w:tblHeader/>
          <w:jc w:val="center"/>
        </w:trPr>
        <w:tc>
          <w:tcPr>
            <w:tcW w:w="0" w:type="auto"/>
            <w:shd w:val="clear" w:color="auto" w:fill="E2F0D9"/>
          </w:tcPr>
          <w:p w14:paraId="106DE9D6" w14:textId="77777777" w:rsidR="0084102B" w:rsidRDefault="0084102B">
            <w:pPr>
              <w:jc w:val="center"/>
            </w:pPr>
            <w:r>
              <w:rPr>
                <w:b/>
              </w:rPr>
              <w:t>Период</w:t>
            </w:r>
          </w:p>
        </w:tc>
        <w:tc>
          <w:tcPr>
            <w:tcW w:w="0" w:type="auto"/>
            <w:shd w:val="clear" w:color="auto" w:fill="E2F0D9"/>
          </w:tcPr>
          <w:p w14:paraId="63B08258" w14:textId="77777777" w:rsidR="0084102B" w:rsidRDefault="0084102B">
            <w:pPr>
              <w:jc w:val="center"/>
            </w:pPr>
            <w:r>
              <w:rPr>
                <w:b/>
              </w:rPr>
              <w:t>Газификация</w:t>
            </w:r>
          </w:p>
        </w:tc>
        <w:tc>
          <w:tcPr>
            <w:tcW w:w="0" w:type="auto"/>
            <w:shd w:val="clear" w:color="auto" w:fill="E2F0D9"/>
          </w:tcPr>
          <w:p w14:paraId="05854E60" w14:textId="77777777" w:rsidR="0084102B" w:rsidRDefault="0084102B">
            <w:pPr>
              <w:jc w:val="center"/>
            </w:pPr>
            <w:r>
              <w:rPr>
                <w:b/>
              </w:rPr>
              <w:t>Сети</w:t>
            </w:r>
          </w:p>
        </w:tc>
        <w:tc>
          <w:tcPr>
            <w:tcW w:w="0" w:type="auto"/>
            <w:shd w:val="clear" w:color="auto" w:fill="E2F0D9"/>
          </w:tcPr>
          <w:p w14:paraId="661C7BA2" w14:textId="77777777" w:rsidR="0084102B" w:rsidRDefault="0084102B">
            <w:pPr>
              <w:jc w:val="center"/>
            </w:pPr>
            <w:r>
              <w:rPr>
                <w:b/>
              </w:rPr>
              <w:t>Горячее водоснабжение</w:t>
            </w:r>
          </w:p>
        </w:tc>
        <w:tc>
          <w:tcPr>
            <w:tcW w:w="0" w:type="auto"/>
            <w:shd w:val="clear" w:color="auto" w:fill="E2F0D9"/>
          </w:tcPr>
          <w:p w14:paraId="6DBFEFFB" w14:textId="77777777" w:rsidR="0084102B" w:rsidRDefault="0084102B">
            <w:pPr>
              <w:jc w:val="center"/>
            </w:pPr>
            <w:r>
              <w:rPr>
                <w:b/>
              </w:rPr>
              <w:t>Надёжность</w:t>
            </w:r>
          </w:p>
        </w:tc>
      </w:tr>
      <w:tr w:rsidR="000772B4" w14:paraId="6BAF120E" w14:textId="77777777">
        <w:trPr>
          <w:cantSplit/>
          <w:jc w:val="center"/>
        </w:trPr>
        <w:tc>
          <w:tcPr>
            <w:tcW w:w="0" w:type="auto"/>
          </w:tcPr>
          <w:p w14:paraId="305F92CC" w14:textId="77777777" w:rsidR="0084102B" w:rsidRDefault="0084102B">
            <w:r>
              <w:t>2026</w:t>
            </w:r>
          </w:p>
        </w:tc>
        <w:tc>
          <w:tcPr>
            <w:tcW w:w="0" w:type="auto"/>
          </w:tcPr>
          <w:p w14:paraId="5D8F7965" w14:textId="77777777" w:rsidR="0084102B" w:rsidRPr="00844B84" w:rsidRDefault="0084102B">
            <w:pPr>
              <w:jc w:val="center"/>
              <w:rPr>
                <w:lang w:val="ru-RU"/>
              </w:rPr>
            </w:pPr>
            <w:r w:rsidRPr="00844B84">
              <w:rPr>
                <w:lang w:val="ru-RU"/>
              </w:rPr>
              <w:t>подготовительные работы; все источники на угле</w:t>
            </w:r>
          </w:p>
        </w:tc>
        <w:tc>
          <w:tcPr>
            <w:tcW w:w="0" w:type="auto"/>
          </w:tcPr>
          <w:p w14:paraId="6430F700" w14:textId="77777777" w:rsidR="0084102B" w:rsidRDefault="0084102B">
            <w:pPr>
              <w:jc w:val="center"/>
            </w:pPr>
            <w:r>
              <w:t>замена ветхих участков</w:t>
            </w:r>
          </w:p>
        </w:tc>
        <w:tc>
          <w:tcPr>
            <w:tcW w:w="0" w:type="auto"/>
          </w:tcPr>
          <w:p w14:paraId="458096A3" w14:textId="77777777" w:rsidR="0084102B" w:rsidRDefault="0084102B">
            <w:pPr>
              <w:jc w:val="center"/>
            </w:pPr>
            <w:r>
              <w:t>решение не принято</w:t>
            </w:r>
          </w:p>
        </w:tc>
        <w:tc>
          <w:tcPr>
            <w:tcW w:w="0" w:type="auto"/>
          </w:tcPr>
          <w:p w14:paraId="711FCAAC" w14:textId="77777777" w:rsidR="0084102B" w:rsidRDefault="0084102B">
            <w:pPr>
              <w:jc w:val="center"/>
            </w:pPr>
            <w:r>
              <w:t>обеспечение резервного питания УПК № 9</w:t>
            </w:r>
          </w:p>
        </w:tc>
      </w:tr>
      <w:tr w:rsidR="000772B4" w14:paraId="00F96D11" w14:textId="77777777">
        <w:trPr>
          <w:cantSplit/>
          <w:jc w:val="center"/>
        </w:trPr>
        <w:tc>
          <w:tcPr>
            <w:tcW w:w="0" w:type="auto"/>
          </w:tcPr>
          <w:p w14:paraId="3654A0BE" w14:textId="77777777" w:rsidR="0084102B" w:rsidRDefault="0084102B">
            <w:r>
              <w:t>2027–2030</w:t>
            </w:r>
          </w:p>
        </w:tc>
        <w:tc>
          <w:tcPr>
            <w:tcW w:w="0" w:type="auto"/>
          </w:tcPr>
          <w:p w14:paraId="67A76406" w14:textId="77777777" w:rsidR="0084102B" w:rsidRDefault="0084102B">
            <w:pPr>
              <w:jc w:val="center"/>
            </w:pPr>
            <w:r>
              <w:t>подготовительные работы</w:t>
            </w:r>
          </w:p>
        </w:tc>
        <w:tc>
          <w:tcPr>
            <w:tcW w:w="0" w:type="auto"/>
          </w:tcPr>
          <w:p w14:paraId="1BB53391" w14:textId="77777777" w:rsidR="0084102B" w:rsidRDefault="0084102B">
            <w:pPr>
              <w:jc w:val="center"/>
            </w:pPr>
            <w:r>
              <w:t>замена ветхих участков</w:t>
            </w:r>
          </w:p>
        </w:tc>
        <w:tc>
          <w:tcPr>
            <w:tcW w:w="0" w:type="auto"/>
          </w:tcPr>
          <w:p w14:paraId="1187FF0C" w14:textId="77777777" w:rsidR="0084102B" w:rsidRDefault="0084102B">
            <w:pPr>
              <w:jc w:val="center"/>
            </w:pPr>
            <w:r>
              <w:t>проработка перевода открытых систем</w:t>
            </w:r>
          </w:p>
        </w:tc>
        <w:tc>
          <w:tcPr>
            <w:tcW w:w="0" w:type="auto"/>
          </w:tcPr>
          <w:p w14:paraId="295019C5" w14:textId="77777777" w:rsidR="0084102B" w:rsidRDefault="0084102B">
            <w:pPr>
              <w:jc w:val="center"/>
            </w:pPr>
            <w:r>
              <w:t>мероприятия по результатам моделирования</w:t>
            </w:r>
          </w:p>
        </w:tc>
      </w:tr>
      <w:tr w:rsidR="000772B4" w14:paraId="1C555096" w14:textId="77777777">
        <w:trPr>
          <w:cantSplit/>
          <w:jc w:val="center"/>
        </w:trPr>
        <w:tc>
          <w:tcPr>
            <w:tcW w:w="0" w:type="auto"/>
          </w:tcPr>
          <w:p w14:paraId="7BD9D820" w14:textId="77777777" w:rsidR="0084102B" w:rsidRDefault="0084102B">
            <w:r>
              <w:t>2031 — промежуточный этап</w:t>
            </w:r>
          </w:p>
        </w:tc>
        <w:tc>
          <w:tcPr>
            <w:tcW w:w="0" w:type="auto"/>
          </w:tcPr>
          <w:p w14:paraId="6F45313E" w14:textId="77777777" w:rsidR="0084102B" w:rsidRDefault="0084102B">
            <w:pPr>
              <w:jc w:val="center"/>
            </w:pPr>
            <w:r>
              <w:t>источники на угле</w:t>
            </w:r>
          </w:p>
        </w:tc>
        <w:tc>
          <w:tcPr>
            <w:tcW w:w="0" w:type="auto"/>
          </w:tcPr>
          <w:p w14:paraId="4C7F1960" w14:textId="77777777" w:rsidR="0084102B" w:rsidRDefault="0084102B">
            <w:pPr>
              <w:jc w:val="center"/>
            </w:pPr>
            <w:r>
              <w:t>замена продолжается</w:t>
            </w:r>
          </w:p>
        </w:tc>
        <w:tc>
          <w:tcPr>
            <w:tcW w:w="0" w:type="auto"/>
          </w:tcPr>
          <w:p w14:paraId="42FD4979" w14:textId="77777777" w:rsidR="0084102B" w:rsidRDefault="0084102B">
            <w:pPr>
              <w:jc w:val="center"/>
            </w:pPr>
            <w:r>
              <w:t>решение подлежит принятию</w:t>
            </w:r>
          </w:p>
        </w:tc>
        <w:tc>
          <w:tcPr>
            <w:tcW w:w="0" w:type="auto"/>
          </w:tcPr>
          <w:p w14:paraId="09F87962" w14:textId="77777777" w:rsidR="0084102B" w:rsidRDefault="0084102B">
            <w:pPr>
              <w:jc w:val="center"/>
            </w:pPr>
            <w:r>
              <w:t>по результатам моделирования</w:t>
            </w:r>
          </w:p>
        </w:tc>
      </w:tr>
      <w:tr w:rsidR="000772B4" w14:paraId="6601D2E7" w14:textId="77777777">
        <w:trPr>
          <w:cantSplit/>
          <w:jc w:val="center"/>
        </w:trPr>
        <w:tc>
          <w:tcPr>
            <w:tcW w:w="0" w:type="auto"/>
          </w:tcPr>
          <w:p w14:paraId="100155E0" w14:textId="77777777" w:rsidR="0084102B" w:rsidRDefault="0084102B">
            <w:r>
              <w:t>2032–2033</w:t>
            </w:r>
          </w:p>
        </w:tc>
        <w:tc>
          <w:tcPr>
            <w:tcW w:w="0" w:type="auto"/>
          </w:tcPr>
          <w:p w14:paraId="1E481B83" w14:textId="77777777" w:rsidR="0084102B" w:rsidRDefault="0084102B">
            <w:pPr>
              <w:jc w:val="center"/>
            </w:pPr>
            <w:r>
              <w:t>подготовительные работы</w:t>
            </w:r>
          </w:p>
        </w:tc>
        <w:tc>
          <w:tcPr>
            <w:tcW w:w="0" w:type="auto"/>
          </w:tcPr>
          <w:p w14:paraId="4F543FB7" w14:textId="77777777" w:rsidR="0084102B" w:rsidRDefault="0084102B">
            <w:pPr>
              <w:jc w:val="center"/>
            </w:pPr>
            <w:r>
              <w:t>замена продолжается</w:t>
            </w:r>
          </w:p>
        </w:tc>
        <w:tc>
          <w:tcPr>
            <w:tcW w:w="0" w:type="auto"/>
          </w:tcPr>
          <w:p w14:paraId="6E1D2220" w14:textId="77777777" w:rsidR="0084102B" w:rsidRDefault="0084102B">
            <w:pPr>
              <w:jc w:val="center"/>
            </w:pPr>
            <w:r>
              <w:t>—</w:t>
            </w:r>
          </w:p>
        </w:tc>
        <w:tc>
          <w:tcPr>
            <w:tcW w:w="0" w:type="auto"/>
          </w:tcPr>
          <w:p w14:paraId="6EB30CE0" w14:textId="77777777" w:rsidR="0084102B" w:rsidRDefault="0084102B">
            <w:pPr>
              <w:jc w:val="center"/>
            </w:pPr>
            <w:r>
              <w:t>—</w:t>
            </w:r>
          </w:p>
        </w:tc>
      </w:tr>
      <w:tr w:rsidR="000772B4" w14:paraId="3718E7C4" w14:textId="77777777">
        <w:trPr>
          <w:cantSplit/>
          <w:jc w:val="center"/>
        </w:trPr>
        <w:tc>
          <w:tcPr>
            <w:tcW w:w="0" w:type="auto"/>
          </w:tcPr>
          <w:p w14:paraId="6F04C68D" w14:textId="77777777" w:rsidR="0084102B" w:rsidRDefault="0084102B">
            <w:r>
              <w:t>2034</w:t>
            </w:r>
          </w:p>
        </w:tc>
        <w:tc>
          <w:tcPr>
            <w:tcW w:w="0" w:type="auto"/>
          </w:tcPr>
          <w:p w14:paraId="2541F8E0" w14:textId="77777777" w:rsidR="0084102B" w:rsidRDefault="0084102B">
            <w:pPr>
              <w:jc w:val="center"/>
            </w:pPr>
            <w:r>
              <w:t>перевод УПК № 7, УПК № 8, УПК № 10</w:t>
            </w:r>
          </w:p>
        </w:tc>
        <w:tc>
          <w:tcPr>
            <w:tcW w:w="0" w:type="auto"/>
          </w:tcPr>
          <w:p w14:paraId="6EF56158" w14:textId="77777777" w:rsidR="0084102B" w:rsidRDefault="0084102B">
            <w:pPr>
              <w:jc w:val="center"/>
            </w:pPr>
            <w:r>
              <w:t>замена продолжается</w:t>
            </w:r>
          </w:p>
        </w:tc>
        <w:tc>
          <w:tcPr>
            <w:tcW w:w="0" w:type="auto"/>
          </w:tcPr>
          <w:p w14:paraId="56A4611B" w14:textId="77777777" w:rsidR="0084102B" w:rsidRDefault="0084102B">
            <w:pPr>
              <w:jc w:val="center"/>
            </w:pPr>
            <w:r>
              <w:t>—</w:t>
            </w:r>
          </w:p>
        </w:tc>
        <w:tc>
          <w:tcPr>
            <w:tcW w:w="0" w:type="auto"/>
          </w:tcPr>
          <w:p w14:paraId="7B2E37A0" w14:textId="77777777" w:rsidR="0084102B" w:rsidRDefault="0084102B">
            <w:pPr>
              <w:jc w:val="center"/>
            </w:pPr>
            <w:r>
              <w:t>—</w:t>
            </w:r>
          </w:p>
        </w:tc>
      </w:tr>
      <w:tr w:rsidR="000772B4" w14:paraId="445BE74E" w14:textId="77777777">
        <w:trPr>
          <w:cantSplit/>
          <w:jc w:val="center"/>
        </w:trPr>
        <w:tc>
          <w:tcPr>
            <w:tcW w:w="0" w:type="auto"/>
          </w:tcPr>
          <w:p w14:paraId="518020BF" w14:textId="77777777" w:rsidR="0084102B" w:rsidRDefault="0084102B">
            <w:r>
              <w:t>2035</w:t>
            </w:r>
          </w:p>
        </w:tc>
        <w:tc>
          <w:tcPr>
            <w:tcW w:w="0" w:type="auto"/>
          </w:tcPr>
          <w:p w14:paraId="3B75115C" w14:textId="77777777" w:rsidR="0084102B" w:rsidRDefault="0084102B">
            <w:pPr>
              <w:jc w:val="center"/>
            </w:pPr>
            <w:r>
              <w:t>перевод УПК № 1, УПК № 2 «Шалым», УПК № 2 «ЦМК», УПК № 3, УПК № 9</w:t>
            </w:r>
          </w:p>
        </w:tc>
        <w:tc>
          <w:tcPr>
            <w:tcW w:w="0" w:type="auto"/>
          </w:tcPr>
          <w:p w14:paraId="1527C553" w14:textId="77777777" w:rsidR="0084102B" w:rsidRDefault="0084102B">
            <w:pPr>
              <w:jc w:val="center"/>
            </w:pPr>
            <w:r>
              <w:t>замена продолжается</w:t>
            </w:r>
          </w:p>
        </w:tc>
        <w:tc>
          <w:tcPr>
            <w:tcW w:w="0" w:type="auto"/>
          </w:tcPr>
          <w:p w14:paraId="31C9BEE5" w14:textId="77777777" w:rsidR="0084102B" w:rsidRDefault="0084102B">
            <w:pPr>
              <w:jc w:val="center"/>
            </w:pPr>
            <w:r>
              <w:t>—</w:t>
            </w:r>
          </w:p>
        </w:tc>
        <w:tc>
          <w:tcPr>
            <w:tcW w:w="0" w:type="auto"/>
          </w:tcPr>
          <w:p w14:paraId="23AD2472" w14:textId="77777777" w:rsidR="0084102B" w:rsidRDefault="0084102B">
            <w:pPr>
              <w:jc w:val="center"/>
            </w:pPr>
            <w:r>
              <w:t>—</w:t>
            </w:r>
          </w:p>
        </w:tc>
      </w:tr>
      <w:tr w:rsidR="000772B4" w14:paraId="314679D1" w14:textId="77777777">
        <w:trPr>
          <w:cantSplit/>
          <w:jc w:val="center"/>
        </w:trPr>
        <w:tc>
          <w:tcPr>
            <w:tcW w:w="0" w:type="auto"/>
          </w:tcPr>
          <w:p w14:paraId="14C57687" w14:textId="77777777" w:rsidR="0084102B" w:rsidRDefault="0084102B">
            <w:r>
              <w:t>срок уточняется</w:t>
            </w:r>
          </w:p>
        </w:tc>
        <w:tc>
          <w:tcPr>
            <w:tcW w:w="0" w:type="auto"/>
          </w:tcPr>
          <w:p w14:paraId="7660CEB0" w14:textId="77777777" w:rsidR="0084102B" w:rsidRDefault="0084102B">
            <w:pPr>
              <w:jc w:val="center"/>
            </w:pPr>
            <w:r>
              <w:t>перевод УПК № 5 и УПК № 6</w:t>
            </w:r>
          </w:p>
        </w:tc>
        <w:tc>
          <w:tcPr>
            <w:tcW w:w="0" w:type="auto"/>
          </w:tcPr>
          <w:p w14:paraId="7AE6383C" w14:textId="77777777" w:rsidR="0084102B" w:rsidRDefault="0084102B">
            <w:pPr>
              <w:jc w:val="center"/>
            </w:pPr>
            <w:r>
              <w:t>—</w:t>
            </w:r>
          </w:p>
        </w:tc>
        <w:tc>
          <w:tcPr>
            <w:tcW w:w="0" w:type="auto"/>
          </w:tcPr>
          <w:p w14:paraId="6D085134" w14:textId="77777777" w:rsidR="0084102B" w:rsidRDefault="0084102B">
            <w:pPr>
              <w:jc w:val="center"/>
            </w:pPr>
            <w:r>
              <w:t>—</w:t>
            </w:r>
          </w:p>
        </w:tc>
        <w:tc>
          <w:tcPr>
            <w:tcW w:w="0" w:type="auto"/>
          </w:tcPr>
          <w:p w14:paraId="73201805" w14:textId="77777777" w:rsidR="0084102B" w:rsidRDefault="0084102B">
            <w:pPr>
              <w:jc w:val="center"/>
            </w:pPr>
            <w:r>
              <w:t>—</w:t>
            </w:r>
          </w:p>
        </w:tc>
      </w:tr>
      <w:tr w:rsidR="000772B4" w14:paraId="6CC2B7C0" w14:textId="77777777">
        <w:trPr>
          <w:cantSplit/>
          <w:jc w:val="center"/>
        </w:trPr>
        <w:tc>
          <w:tcPr>
            <w:tcW w:w="0" w:type="auto"/>
          </w:tcPr>
          <w:p w14:paraId="77BC2675" w14:textId="77777777" w:rsidR="0084102B" w:rsidRDefault="0084102B">
            <w:r>
              <w:t>2036 — расчётный срок</w:t>
            </w:r>
          </w:p>
        </w:tc>
        <w:tc>
          <w:tcPr>
            <w:tcW w:w="0" w:type="auto"/>
          </w:tcPr>
          <w:p w14:paraId="081C470D" w14:textId="77777777" w:rsidR="0084102B" w:rsidRPr="00844B84" w:rsidRDefault="0084102B">
            <w:pPr>
              <w:jc w:val="center"/>
              <w:rPr>
                <w:lang w:val="ru-RU"/>
              </w:rPr>
            </w:pPr>
            <w:r w:rsidRPr="00844B84">
              <w:rPr>
                <w:lang w:val="ru-RU"/>
              </w:rPr>
              <w:t>перевод выполнен по восьми источникам</w:t>
            </w:r>
          </w:p>
        </w:tc>
        <w:tc>
          <w:tcPr>
            <w:tcW w:w="0" w:type="auto"/>
          </w:tcPr>
          <w:p w14:paraId="3FDE6A9B" w14:textId="77777777" w:rsidR="0084102B" w:rsidRDefault="0084102B">
            <w:pPr>
              <w:jc w:val="center"/>
            </w:pPr>
            <w:r>
              <w:t>замена завершена</w:t>
            </w:r>
          </w:p>
        </w:tc>
        <w:tc>
          <w:tcPr>
            <w:tcW w:w="0" w:type="auto"/>
          </w:tcPr>
          <w:p w14:paraId="52AC8E94" w14:textId="77777777" w:rsidR="0084102B" w:rsidRDefault="0084102B">
            <w:pPr>
              <w:jc w:val="center"/>
            </w:pPr>
            <w:r>
              <w:t>по принятому решению</w:t>
            </w:r>
          </w:p>
        </w:tc>
        <w:tc>
          <w:tcPr>
            <w:tcW w:w="0" w:type="auto"/>
          </w:tcPr>
          <w:p w14:paraId="40E6AE8A" w14:textId="77777777" w:rsidR="0084102B" w:rsidRDefault="0084102B">
            <w:pPr>
              <w:jc w:val="center"/>
            </w:pPr>
            <w:r>
              <w:t>по принятым решениям</w:t>
            </w:r>
          </w:p>
        </w:tc>
      </w:tr>
    </w:tbl>
    <w:p w14:paraId="051035DE" w14:textId="77777777" w:rsidR="00844B84" w:rsidRDefault="0084102B">
      <w:pPr>
        <w:rPr>
          <w:lang w:val="ru-RU"/>
        </w:rPr>
      </w:pPr>
      <w:r w:rsidRPr="00844B84">
        <w:rPr>
          <w:lang w:val="ru-RU"/>
        </w:rPr>
        <w:t>Мероприятия, срок реализации которых исходными материалами не определён, отнесены к позиции «срок уточняется»; их отнесение к этапу выполняется при формировании инвестиционной программы теплоснабжающей организации.</w:t>
      </w:r>
    </w:p>
    <w:p w14:paraId="59EF3587" w14:textId="77777777" w:rsidR="006C72FB" w:rsidRPr="00326225" w:rsidRDefault="00844B84">
      <w:pPr>
        <w:rPr>
          <w:lang w:val="ru-RU"/>
        </w:rPr>
      </w:pPr>
      <w:r>
        <w:rPr>
          <w:lang w:val="ru-RU"/>
        </w:rPr>
        <w:br w:type="page"/>
      </w:r>
    </w:p>
    <w:p w14:paraId="48E55881" w14:textId="77777777" w:rsidR="006E7A08" w:rsidRPr="000C24CF" w:rsidRDefault="00267E76">
      <w:pPr>
        <w:pStyle w:val="1"/>
        <w:rPr>
          <w:color w:val="4F81BD" w:themeColor="accent1"/>
          <w:lang w:val="ru-RU"/>
        </w:rPr>
      </w:pPr>
      <w:bookmarkStart w:id="98" w:name="_Toc238017297"/>
      <w:r w:rsidRPr="000C24CF">
        <w:rPr>
          <w:color w:val="4F81BD" w:themeColor="accent1"/>
          <w:lang w:val="ru-RU"/>
        </w:rPr>
        <w:t>10. Решение о присвоении статуса единой теплоснабжающей организации (организациям)</w:t>
      </w:r>
      <w:bookmarkEnd w:id="98"/>
    </w:p>
    <w:p w14:paraId="21812C40" w14:textId="77777777" w:rsidR="006E7A08" w:rsidRPr="001D7D92" w:rsidRDefault="00267E76">
      <w:pPr>
        <w:ind w:firstLine="709"/>
        <w:jc w:val="both"/>
        <w:rPr>
          <w:lang w:val="ru-RU"/>
        </w:rPr>
      </w:pPr>
      <w:r w:rsidRPr="001D7D92">
        <w:rPr>
          <w:lang w:val="ru-RU"/>
        </w:rPr>
        <w:t>Схемой подтверждается статус единой теплоснабжающей организации за ООО «Южно-Кузбасская энергетическая компания» по всем десяти зонам деятельности. Организация владеет источниками с наибольшей рабочей тепловой мощностью и тепловыми сетями с наибольшей ёмкостью в каждой зоне; иных претендентов в границах округа нет.</w:t>
      </w:r>
    </w:p>
    <w:p w14:paraId="738B4F7D" w14:textId="77777777" w:rsidR="006E7A08" w:rsidRPr="001D7D92" w:rsidRDefault="00267E76">
      <w:pPr>
        <w:ind w:firstLine="709"/>
        <w:jc w:val="both"/>
        <w:rPr>
          <w:lang w:val="ru-RU"/>
        </w:rPr>
      </w:pPr>
      <w:r w:rsidRPr="001D7D92">
        <w:rPr>
          <w:lang w:val="ru-RU"/>
        </w:rPr>
        <w:t>Оснований для пересмотра статуса на расчётном периоде не выявлено.</w:t>
      </w:r>
    </w:p>
    <w:p w14:paraId="4275701C" w14:textId="77777777" w:rsidR="006E7A08" w:rsidRPr="001D7D92" w:rsidRDefault="00267E76">
      <w:pPr>
        <w:keepNext/>
        <w:keepLines/>
        <w:rPr>
          <w:lang w:val="ru-RU"/>
        </w:rPr>
      </w:pPr>
      <w:r w:rsidRPr="001D7D92">
        <w:rPr>
          <w:b/>
          <w:lang w:val="ru-RU"/>
        </w:rPr>
        <w:t>Таблица 10.1 — Реестр зон деятельности единых теплоснабжающих организаций (лист «Таблица 10.1 Б» расчётной книги)</w:t>
      </w:r>
    </w:p>
    <w:tbl>
      <w:tblPr>
        <w:tblStyle w:val="aff0"/>
        <w:tblW w:w="5000" w:type="pct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15"/>
        <w:gridCol w:w="4359"/>
        <w:gridCol w:w="3658"/>
        <w:gridCol w:w="1947"/>
      </w:tblGrid>
      <w:tr w:rsidR="006E7A08" w14:paraId="5BA599B8" w14:textId="77777777">
        <w:trPr>
          <w:cantSplit/>
          <w:tblHeader/>
          <w:jc w:val="center"/>
        </w:trPr>
        <w:tc>
          <w:tcPr>
            <w:tcW w:w="0" w:type="auto"/>
            <w:shd w:val="clear" w:color="auto" w:fill="E2F0D9"/>
            <w:vAlign w:val="center"/>
          </w:tcPr>
          <w:p w14:paraId="2E5ACC32" w14:textId="77777777" w:rsidR="006E7A08" w:rsidRDefault="00267E76">
            <w:pPr>
              <w:jc w:val="center"/>
            </w:pPr>
            <w:r>
              <w:rPr>
                <w:b/>
              </w:rPr>
              <w:t>№ пп</w:t>
            </w:r>
          </w:p>
        </w:tc>
        <w:tc>
          <w:tcPr>
            <w:tcW w:w="0" w:type="auto"/>
            <w:shd w:val="clear" w:color="auto" w:fill="E2F0D9"/>
            <w:vAlign w:val="center"/>
          </w:tcPr>
          <w:p w14:paraId="6C5874D3" w14:textId="77777777" w:rsidR="006E7A08" w:rsidRDefault="00267E76">
            <w:pPr>
              <w:jc w:val="center"/>
            </w:pPr>
            <w:r>
              <w:rPr>
                <w:b/>
              </w:rPr>
              <w:t>Источник</w:t>
            </w:r>
          </w:p>
        </w:tc>
        <w:tc>
          <w:tcPr>
            <w:tcW w:w="0" w:type="auto"/>
            <w:shd w:val="clear" w:color="auto" w:fill="E2F0D9"/>
            <w:vAlign w:val="center"/>
          </w:tcPr>
          <w:p w14:paraId="1886BA9E" w14:textId="77777777" w:rsidR="006E7A08" w:rsidRDefault="00267E76">
            <w:pPr>
              <w:jc w:val="center"/>
            </w:pPr>
            <w:r>
              <w:rPr>
                <w:b/>
              </w:rPr>
              <w:t>Наименование предприятия</w:t>
            </w:r>
          </w:p>
        </w:tc>
        <w:tc>
          <w:tcPr>
            <w:tcW w:w="0" w:type="auto"/>
            <w:shd w:val="clear" w:color="auto" w:fill="E2F0D9"/>
            <w:vAlign w:val="center"/>
          </w:tcPr>
          <w:p w14:paraId="03B1EB89" w14:textId="77777777" w:rsidR="006E7A08" w:rsidRDefault="00267E76">
            <w:pPr>
              <w:jc w:val="center"/>
            </w:pPr>
            <w:r>
              <w:rPr>
                <w:b/>
              </w:rPr>
              <w:t>Статус ЕТО</w:t>
            </w:r>
          </w:p>
        </w:tc>
      </w:tr>
      <w:tr w:rsidR="006E7A08" w14:paraId="0A8504EB" w14:textId="77777777">
        <w:trPr>
          <w:cantSplit/>
          <w:tblHeader/>
          <w:jc w:val="center"/>
        </w:trPr>
        <w:tc>
          <w:tcPr>
            <w:tcW w:w="0" w:type="auto"/>
            <w:shd w:val="clear" w:color="auto" w:fill="F2F2F2"/>
            <w:vAlign w:val="center"/>
          </w:tcPr>
          <w:p w14:paraId="7B071576" w14:textId="77777777" w:rsidR="006E7A08" w:rsidRDefault="00267E76">
            <w:pPr>
              <w:jc w:val="center"/>
            </w:pPr>
            <w:r>
              <w:t>1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59CF461A" w14:textId="77777777" w:rsidR="006E7A08" w:rsidRDefault="00267E76">
            <w:pPr>
              <w:jc w:val="center"/>
            </w:pPr>
            <w:r>
              <w:t>2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7FC1458F" w14:textId="77777777" w:rsidR="006E7A08" w:rsidRDefault="00267E76">
            <w:pPr>
              <w:jc w:val="center"/>
            </w:pPr>
            <w:r>
              <w:t>3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3496714A" w14:textId="77777777" w:rsidR="006E7A08" w:rsidRDefault="00267E76">
            <w:pPr>
              <w:jc w:val="center"/>
            </w:pPr>
            <w:r>
              <w:t>4</w:t>
            </w:r>
          </w:p>
        </w:tc>
      </w:tr>
      <w:tr w:rsidR="006E7A08" w14:paraId="57E5CC5E" w14:textId="77777777">
        <w:trPr>
          <w:cantSplit/>
          <w:jc w:val="center"/>
        </w:trPr>
        <w:tc>
          <w:tcPr>
            <w:tcW w:w="0" w:type="auto"/>
          </w:tcPr>
          <w:p w14:paraId="2C1A6777" w14:textId="77777777" w:rsidR="006E7A08" w:rsidRDefault="00267E76">
            <w:pPr>
              <w:jc w:val="center"/>
            </w:pPr>
            <w:r>
              <w:t>1</w:t>
            </w:r>
          </w:p>
        </w:tc>
        <w:tc>
          <w:tcPr>
            <w:tcW w:w="0" w:type="auto"/>
          </w:tcPr>
          <w:p w14:paraId="0C000DA3" w14:textId="77777777" w:rsidR="006E7A08" w:rsidRDefault="00267E76">
            <w:r>
              <w:t>Котельная «Производственно-отопительная УПК №1»</w:t>
            </w:r>
          </w:p>
        </w:tc>
        <w:tc>
          <w:tcPr>
            <w:tcW w:w="0" w:type="auto"/>
          </w:tcPr>
          <w:p w14:paraId="7917CBAD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ООО «ЮКЭК» (Южно-Кузбасская энергетическая компания)</w:t>
            </w:r>
          </w:p>
        </w:tc>
        <w:tc>
          <w:tcPr>
            <w:tcW w:w="0" w:type="auto"/>
          </w:tcPr>
          <w:p w14:paraId="20EDA529" w14:textId="77777777" w:rsidR="006E7A08" w:rsidRDefault="00267E76">
            <w:r>
              <w:t>ЕТО № 001 — ООО «ЮКЭК»</w:t>
            </w:r>
          </w:p>
        </w:tc>
      </w:tr>
      <w:tr w:rsidR="006E7A08" w14:paraId="4A859A36" w14:textId="77777777">
        <w:trPr>
          <w:cantSplit/>
          <w:jc w:val="center"/>
        </w:trPr>
        <w:tc>
          <w:tcPr>
            <w:tcW w:w="0" w:type="auto"/>
          </w:tcPr>
          <w:p w14:paraId="25DE0E03" w14:textId="77777777" w:rsidR="006E7A08" w:rsidRDefault="00267E76">
            <w:pPr>
              <w:jc w:val="center"/>
            </w:pPr>
            <w:r>
              <w:t>2</w:t>
            </w:r>
          </w:p>
        </w:tc>
        <w:tc>
          <w:tcPr>
            <w:tcW w:w="0" w:type="auto"/>
          </w:tcPr>
          <w:p w14:paraId="52CC5717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Котельная «Производственно-отопительная УПК №2 ЦМК»</w:t>
            </w:r>
          </w:p>
        </w:tc>
        <w:tc>
          <w:tcPr>
            <w:tcW w:w="0" w:type="auto"/>
          </w:tcPr>
          <w:p w14:paraId="0435EA92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ООО «ЮКЭК» (Южно-Кузбасская энергетическая компания)</w:t>
            </w:r>
          </w:p>
        </w:tc>
        <w:tc>
          <w:tcPr>
            <w:tcW w:w="0" w:type="auto"/>
          </w:tcPr>
          <w:p w14:paraId="23749505" w14:textId="77777777" w:rsidR="006E7A08" w:rsidRDefault="00267E76">
            <w:r>
              <w:t>ЕТО № 001 — ООО «ЮКЭК»</w:t>
            </w:r>
          </w:p>
        </w:tc>
      </w:tr>
      <w:tr w:rsidR="006E7A08" w14:paraId="24E87059" w14:textId="77777777">
        <w:trPr>
          <w:cantSplit/>
          <w:jc w:val="center"/>
        </w:trPr>
        <w:tc>
          <w:tcPr>
            <w:tcW w:w="0" w:type="auto"/>
          </w:tcPr>
          <w:p w14:paraId="0279E8B5" w14:textId="77777777" w:rsidR="006E7A08" w:rsidRDefault="00267E76">
            <w:pPr>
              <w:jc w:val="center"/>
            </w:pPr>
            <w:r>
              <w:t>3</w:t>
            </w:r>
          </w:p>
        </w:tc>
        <w:tc>
          <w:tcPr>
            <w:tcW w:w="0" w:type="auto"/>
          </w:tcPr>
          <w:p w14:paraId="19E10820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Котельная «Производственно-отопительная УПК №2 Шалым»</w:t>
            </w:r>
          </w:p>
        </w:tc>
        <w:tc>
          <w:tcPr>
            <w:tcW w:w="0" w:type="auto"/>
          </w:tcPr>
          <w:p w14:paraId="69017915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ООО «ЮКЭК» (Южно-Кузбасская энергетическая компания)</w:t>
            </w:r>
          </w:p>
        </w:tc>
        <w:tc>
          <w:tcPr>
            <w:tcW w:w="0" w:type="auto"/>
          </w:tcPr>
          <w:p w14:paraId="788F1A14" w14:textId="77777777" w:rsidR="006E7A08" w:rsidRDefault="00267E76">
            <w:r>
              <w:t>ЕТО № 001 — ООО «ЮКЭК»</w:t>
            </w:r>
          </w:p>
        </w:tc>
      </w:tr>
      <w:tr w:rsidR="006E7A08" w14:paraId="15761560" w14:textId="77777777">
        <w:trPr>
          <w:cantSplit/>
          <w:jc w:val="center"/>
        </w:trPr>
        <w:tc>
          <w:tcPr>
            <w:tcW w:w="0" w:type="auto"/>
          </w:tcPr>
          <w:p w14:paraId="042ABC36" w14:textId="77777777" w:rsidR="006E7A08" w:rsidRDefault="00267E76">
            <w:pPr>
              <w:jc w:val="center"/>
            </w:pPr>
            <w:r>
              <w:t>4</w:t>
            </w:r>
          </w:p>
        </w:tc>
        <w:tc>
          <w:tcPr>
            <w:tcW w:w="0" w:type="auto"/>
          </w:tcPr>
          <w:p w14:paraId="768307BB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Котельная «Производственно-отопительная УПК №9 ГРЭ»</w:t>
            </w:r>
          </w:p>
        </w:tc>
        <w:tc>
          <w:tcPr>
            <w:tcW w:w="0" w:type="auto"/>
          </w:tcPr>
          <w:p w14:paraId="1BCC7FE8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ООО «ЮКЭК» (Южно-Кузбасская энергетическая компания)</w:t>
            </w:r>
          </w:p>
        </w:tc>
        <w:tc>
          <w:tcPr>
            <w:tcW w:w="0" w:type="auto"/>
          </w:tcPr>
          <w:p w14:paraId="0F539B36" w14:textId="77777777" w:rsidR="006E7A08" w:rsidRDefault="00267E76">
            <w:r>
              <w:t>ЕТО № 001 — ООО «ЮКЭК»</w:t>
            </w:r>
          </w:p>
        </w:tc>
      </w:tr>
      <w:tr w:rsidR="006E7A08" w14:paraId="568E19E6" w14:textId="77777777">
        <w:trPr>
          <w:cantSplit/>
          <w:jc w:val="center"/>
        </w:trPr>
        <w:tc>
          <w:tcPr>
            <w:tcW w:w="0" w:type="auto"/>
          </w:tcPr>
          <w:p w14:paraId="6E1EC489" w14:textId="77777777" w:rsidR="006E7A08" w:rsidRDefault="00267E76">
            <w:pPr>
              <w:jc w:val="center"/>
            </w:pPr>
            <w:r>
              <w:t>5</w:t>
            </w:r>
          </w:p>
        </w:tc>
        <w:tc>
          <w:tcPr>
            <w:tcW w:w="0" w:type="auto"/>
          </w:tcPr>
          <w:p w14:paraId="2D66B29B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Котельная «Производственно-отопительная УПК №3 Спасск»</w:t>
            </w:r>
          </w:p>
        </w:tc>
        <w:tc>
          <w:tcPr>
            <w:tcW w:w="0" w:type="auto"/>
          </w:tcPr>
          <w:p w14:paraId="57DEC171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ООО «ЮКЭК» (Южно-Кузбасская энергетическая компания)</w:t>
            </w:r>
          </w:p>
        </w:tc>
        <w:tc>
          <w:tcPr>
            <w:tcW w:w="0" w:type="auto"/>
          </w:tcPr>
          <w:p w14:paraId="17B003CA" w14:textId="77777777" w:rsidR="006E7A08" w:rsidRDefault="00267E76">
            <w:r>
              <w:t>ЕТО № 001 — ООО «ЮКЭК»</w:t>
            </w:r>
          </w:p>
        </w:tc>
      </w:tr>
      <w:tr w:rsidR="006E7A08" w14:paraId="5B953923" w14:textId="77777777">
        <w:trPr>
          <w:cantSplit/>
          <w:jc w:val="center"/>
        </w:trPr>
        <w:tc>
          <w:tcPr>
            <w:tcW w:w="0" w:type="auto"/>
          </w:tcPr>
          <w:p w14:paraId="24846B44" w14:textId="77777777" w:rsidR="006E7A08" w:rsidRDefault="00267E76">
            <w:pPr>
              <w:jc w:val="center"/>
            </w:pPr>
            <w:r>
              <w:t>6</w:t>
            </w:r>
          </w:p>
        </w:tc>
        <w:tc>
          <w:tcPr>
            <w:tcW w:w="0" w:type="auto"/>
          </w:tcPr>
          <w:p w14:paraId="0713D9F6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Котельная «Производственно-отопительная УПК №5 Новый Шерегеш»</w:t>
            </w:r>
          </w:p>
        </w:tc>
        <w:tc>
          <w:tcPr>
            <w:tcW w:w="0" w:type="auto"/>
          </w:tcPr>
          <w:p w14:paraId="1F9D6612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ООО «ЮКЭК» (Южно-Кузбасская энергетическая компания)</w:t>
            </w:r>
          </w:p>
        </w:tc>
        <w:tc>
          <w:tcPr>
            <w:tcW w:w="0" w:type="auto"/>
          </w:tcPr>
          <w:p w14:paraId="746180C0" w14:textId="77777777" w:rsidR="006E7A08" w:rsidRDefault="00267E76">
            <w:r>
              <w:t>ЕТО № 001 — ООО «ЮКЭК»</w:t>
            </w:r>
          </w:p>
        </w:tc>
      </w:tr>
      <w:tr w:rsidR="006E7A08" w14:paraId="697636E4" w14:textId="77777777">
        <w:trPr>
          <w:cantSplit/>
          <w:jc w:val="center"/>
        </w:trPr>
        <w:tc>
          <w:tcPr>
            <w:tcW w:w="0" w:type="auto"/>
          </w:tcPr>
          <w:p w14:paraId="06BDE96E" w14:textId="77777777" w:rsidR="006E7A08" w:rsidRDefault="00267E76">
            <w:pPr>
              <w:jc w:val="center"/>
            </w:pPr>
            <w:r>
              <w:t>7</w:t>
            </w:r>
          </w:p>
        </w:tc>
        <w:tc>
          <w:tcPr>
            <w:tcW w:w="0" w:type="auto"/>
          </w:tcPr>
          <w:p w14:paraId="3EB0E226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Котельная «Производственно-отопительная УПК №6 Старый Шерегеш»</w:t>
            </w:r>
          </w:p>
        </w:tc>
        <w:tc>
          <w:tcPr>
            <w:tcW w:w="0" w:type="auto"/>
          </w:tcPr>
          <w:p w14:paraId="22E0A6B2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ООО «ЮКЭК» (Южно-Кузбасская энергетическая компания)</w:t>
            </w:r>
          </w:p>
        </w:tc>
        <w:tc>
          <w:tcPr>
            <w:tcW w:w="0" w:type="auto"/>
          </w:tcPr>
          <w:p w14:paraId="1F67BACE" w14:textId="77777777" w:rsidR="006E7A08" w:rsidRDefault="00267E76">
            <w:r>
              <w:t>ЕТО № 001 — ООО «ЮКЭК»</w:t>
            </w:r>
          </w:p>
        </w:tc>
      </w:tr>
      <w:tr w:rsidR="006E7A08" w14:paraId="521D8DC1" w14:textId="77777777">
        <w:trPr>
          <w:cantSplit/>
          <w:jc w:val="center"/>
        </w:trPr>
        <w:tc>
          <w:tcPr>
            <w:tcW w:w="0" w:type="auto"/>
          </w:tcPr>
          <w:p w14:paraId="7724C2A9" w14:textId="77777777" w:rsidR="006E7A08" w:rsidRDefault="00267E76">
            <w:pPr>
              <w:jc w:val="center"/>
            </w:pPr>
            <w:r>
              <w:t>8</w:t>
            </w:r>
          </w:p>
        </w:tc>
        <w:tc>
          <w:tcPr>
            <w:tcW w:w="0" w:type="auto"/>
          </w:tcPr>
          <w:p w14:paraId="584CB492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Котельная «Производственно-отопительная УПК №7 Каз»</w:t>
            </w:r>
          </w:p>
        </w:tc>
        <w:tc>
          <w:tcPr>
            <w:tcW w:w="0" w:type="auto"/>
          </w:tcPr>
          <w:p w14:paraId="11B82387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ООО «ЮКЭК» (Южно-Кузбасская энергетическая компания)</w:t>
            </w:r>
          </w:p>
        </w:tc>
        <w:tc>
          <w:tcPr>
            <w:tcW w:w="0" w:type="auto"/>
          </w:tcPr>
          <w:p w14:paraId="6037A764" w14:textId="77777777" w:rsidR="006E7A08" w:rsidRDefault="00267E76">
            <w:r>
              <w:t>ЕТО № 001 — ООО «ЮКЭК»</w:t>
            </w:r>
          </w:p>
        </w:tc>
      </w:tr>
      <w:tr w:rsidR="006E7A08" w14:paraId="46DE0618" w14:textId="77777777">
        <w:trPr>
          <w:cantSplit/>
          <w:jc w:val="center"/>
        </w:trPr>
        <w:tc>
          <w:tcPr>
            <w:tcW w:w="0" w:type="auto"/>
          </w:tcPr>
          <w:p w14:paraId="52D40A91" w14:textId="77777777" w:rsidR="006E7A08" w:rsidRDefault="00267E76">
            <w:pPr>
              <w:jc w:val="center"/>
            </w:pPr>
            <w:r>
              <w:t>9</w:t>
            </w:r>
          </w:p>
        </w:tc>
        <w:tc>
          <w:tcPr>
            <w:tcW w:w="0" w:type="auto"/>
          </w:tcPr>
          <w:p w14:paraId="2BA63445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Котельная «Производственно-отопительная УПК №8 Мундыбаш»</w:t>
            </w:r>
          </w:p>
        </w:tc>
        <w:tc>
          <w:tcPr>
            <w:tcW w:w="0" w:type="auto"/>
          </w:tcPr>
          <w:p w14:paraId="222FFB82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ООО «ЮКЭК» (Южно-Кузбасская энергетическая компания)</w:t>
            </w:r>
          </w:p>
        </w:tc>
        <w:tc>
          <w:tcPr>
            <w:tcW w:w="0" w:type="auto"/>
          </w:tcPr>
          <w:p w14:paraId="25D065CC" w14:textId="77777777" w:rsidR="006E7A08" w:rsidRDefault="00267E76">
            <w:r>
              <w:t>ЕТО № 001 — ООО «ЮКЭК»</w:t>
            </w:r>
          </w:p>
        </w:tc>
      </w:tr>
      <w:tr w:rsidR="006E7A08" w14:paraId="34965F60" w14:textId="77777777">
        <w:trPr>
          <w:cantSplit/>
          <w:jc w:val="center"/>
        </w:trPr>
        <w:tc>
          <w:tcPr>
            <w:tcW w:w="0" w:type="auto"/>
          </w:tcPr>
          <w:p w14:paraId="4E9CAF65" w14:textId="77777777" w:rsidR="006E7A08" w:rsidRDefault="00267E76">
            <w:pPr>
              <w:jc w:val="center"/>
            </w:pPr>
            <w:r>
              <w:t>10</w:t>
            </w:r>
          </w:p>
        </w:tc>
        <w:tc>
          <w:tcPr>
            <w:tcW w:w="0" w:type="auto"/>
          </w:tcPr>
          <w:p w14:paraId="6C018603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Котельная «Производственно-отопительная УПК №10 Темир-Тау»</w:t>
            </w:r>
          </w:p>
        </w:tc>
        <w:tc>
          <w:tcPr>
            <w:tcW w:w="0" w:type="auto"/>
          </w:tcPr>
          <w:p w14:paraId="117F1681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ООО «ЮКЭК» (Южно-Кузбасская энергетическая компания)</w:t>
            </w:r>
          </w:p>
        </w:tc>
        <w:tc>
          <w:tcPr>
            <w:tcW w:w="0" w:type="auto"/>
          </w:tcPr>
          <w:p w14:paraId="538F1E9D" w14:textId="77777777" w:rsidR="006E7A08" w:rsidRDefault="00267E76">
            <w:r>
              <w:t>ЕТО № 001 — ООО «ЮКЭК»</w:t>
            </w:r>
          </w:p>
        </w:tc>
      </w:tr>
    </w:tbl>
    <w:p w14:paraId="07D5C6C3" w14:textId="77777777" w:rsidR="006E7A08" w:rsidRPr="001D7D92" w:rsidRDefault="00267E76">
      <w:pPr>
        <w:spacing w:after="0"/>
        <w:ind w:firstLine="709"/>
        <w:jc w:val="both"/>
        <w:rPr>
          <w:lang w:val="ru-RU"/>
        </w:rPr>
      </w:pPr>
      <w:r w:rsidRPr="001D7D92">
        <w:rPr>
          <w:lang w:val="ru-RU"/>
        </w:rPr>
        <w:t>1. Единой теплоснабжающей организацией является ООО «ЮКЭК» (Южно-Кузбасская энергетическая компания), ИНН 4228010684. Тарифно-балансовая модель сформирована в целом по Таштагольскому муниципальному округу, поэтому к организационному контуру ЕТО № 001 отнесены все десять действующих источников. Котельные УПК № 4 «Калинина», УПК № 11 (пгт Мундыбаш, ул. Вокзальная) и УПК № 12 (пгт Мундыбаш, ул. Школьная) выведены из эксплуатации и в реестр не включены. Единая теплоснабжающая организация определена постановлением администрации Таштагольского муниципального района от 25.09.2020 № 1114-п по услугам горячего водоснабжения и отопления; постановление вступило в силу с 01.10.2020.</w:t>
      </w:r>
    </w:p>
    <w:p w14:paraId="2F36D4FF" w14:textId="77777777" w:rsidR="006E7A08" w:rsidRPr="001D7D92" w:rsidRDefault="006E7A08">
      <w:pPr>
        <w:rPr>
          <w:lang w:val="ru-RU"/>
        </w:rPr>
      </w:pPr>
    </w:p>
    <w:p w14:paraId="65961047" w14:textId="77777777" w:rsidR="006E7A08" w:rsidRPr="001D7D92" w:rsidRDefault="00267E76">
      <w:pPr>
        <w:pStyle w:val="21"/>
        <w:rPr>
          <w:lang w:val="ru-RU"/>
        </w:rPr>
      </w:pPr>
      <w:bookmarkStart w:id="99" w:name="_Toc238017298"/>
      <w:r w:rsidRPr="001D7D92">
        <w:rPr>
          <w:lang w:val="ru-RU"/>
        </w:rPr>
        <w:t>10.1. Реестр систем теплоснабжения</w:t>
      </w:r>
      <w:bookmarkEnd w:id="99"/>
    </w:p>
    <w:p w14:paraId="48FB653C" w14:textId="77777777" w:rsidR="006E7A08" w:rsidRPr="001D7D92" w:rsidRDefault="00267E76">
      <w:pPr>
        <w:keepNext/>
        <w:keepLines/>
        <w:rPr>
          <w:lang w:val="ru-RU"/>
        </w:rPr>
      </w:pPr>
      <w:r w:rsidRPr="001D7D92">
        <w:rPr>
          <w:b/>
          <w:lang w:val="ru-RU"/>
        </w:rPr>
        <w:t>Таблица 10.2 — Реестр систем теплоснабжения, действующих в границах округа (лист «Таблица 10.2 Б» расчётной книги)</w:t>
      </w:r>
    </w:p>
    <w:tbl>
      <w:tblPr>
        <w:tblStyle w:val="aff0"/>
        <w:tblW w:w="5000" w:type="pct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76"/>
        <w:gridCol w:w="3658"/>
        <w:gridCol w:w="3052"/>
        <w:gridCol w:w="3293"/>
      </w:tblGrid>
      <w:tr w:rsidR="006E7A08" w14:paraId="76F8FF61" w14:textId="77777777">
        <w:trPr>
          <w:cantSplit/>
          <w:tblHeader/>
          <w:jc w:val="center"/>
        </w:trPr>
        <w:tc>
          <w:tcPr>
            <w:tcW w:w="0" w:type="auto"/>
            <w:shd w:val="clear" w:color="auto" w:fill="E2F0D9"/>
            <w:vAlign w:val="center"/>
          </w:tcPr>
          <w:p w14:paraId="6F6788C8" w14:textId="77777777" w:rsidR="006E7A08" w:rsidRDefault="00267E76">
            <w:pPr>
              <w:jc w:val="center"/>
            </w:pPr>
            <w:r>
              <w:rPr>
                <w:b/>
              </w:rPr>
              <w:t>№ пп</w:t>
            </w:r>
          </w:p>
        </w:tc>
        <w:tc>
          <w:tcPr>
            <w:tcW w:w="0" w:type="auto"/>
            <w:shd w:val="clear" w:color="auto" w:fill="E2F0D9"/>
            <w:vAlign w:val="center"/>
          </w:tcPr>
          <w:p w14:paraId="71F766A0" w14:textId="77777777" w:rsidR="006E7A08" w:rsidRDefault="00267E76">
            <w:pPr>
              <w:jc w:val="center"/>
            </w:pPr>
            <w:r>
              <w:rPr>
                <w:b/>
              </w:rPr>
              <w:t>Источник</w:t>
            </w:r>
          </w:p>
        </w:tc>
        <w:tc>
          <w:tcPr>
            <w:tcW w:w="0" w:type="auto"/>
            <w:shd w:val="clear" w:color="auto" w:fill="E2F0D9"/>
            <w:vAlign w:val="center"/>
          </w:tcPr>
          <w:p w14:paraId="3B28FFA3" w14:textId="77777777" w:rsidR="006E7A08" w:rsidRDefault="00267E76">
            <w:pPr>
              <w:jc w:val="center"/>
            </w:pPr>
            <w:r>
              <w:rPr>
                <w:b/>
              </w:rPr>
              <w:t>Наименование предприятия</w:t>
            </w:r>
          </w:p>
        </w:tc>
        <w:tc>
          <w:tcPr>
            <w:tcW w:w="0" w:type="auto"/>
            <w:shd w:val="clear" w:color="auto" w:fill="E2F0D9"/>
            <w:vAlign w:val="center"/>
          </w:tcPr>
          <w:p w14:paraId="2EE3DF44" w14:textId="77777777" w:rsidR="006E7A08" w:rsidRDefault="00267E76">
            <w:pPr>
              <w:jc w:val="center"/>
            </w:pPr>
            <w:r>
              <w:rPr>
                <w:b/>
              </w:rPr>
              <w:t>Адрес источника</w:t>
            </w:r>
          </w:p>
        </w:tc>
      </w:tr>
      <w:tr w:rsidR="006E7A08" w14:paraId="77267DA5" w14:textId="77777777">
        <w:trPr>
          <w:cantSplit/>
          <w:tblHeader/>
          <w:jc w:val="center"/>
        </w:trPr>
        <w:tc>
          <w:tcPr>
            <w:tcW w:w="0" w:type="auto"/>
            <w:shd w:val="clear" w:color="auto" w:fill="F2F2F2"/>
            <w:vAlign w:val="center"/>
          </w:tcPr>
          <w:p w14:paraId="496A179C" w14:textId="77777777" w:rsidR="006E7A08" w:rsidRDefault="00267E76">
            <w:pPr>
              <w:jc w:val="center"/>
            </w:pPr>
            <w:r>
              <w:t>1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0618A0C1" w14:textId="77777777" w:rsidR="006E7A08" w:rsidRDefault="00267E76">
            <w:pPr>
              <w:jc w:val="center"/>
            </w:pPr>
            <w:r>
              <w:t>2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79DBC0DC" w14:textId="77777777" w:rsidR="006E7A08" w:rsidRDefault="00267E76">
            <w:pPr>
              <w:jc w:val="center"/>
            </w:pPr>
            <w:r>
              <w:t>3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7E82B353" w14:textId="77777777" w:rsidR="006E7A08" w:rsidRDefault="00267E76">
            <w:pPr>
              <w:jc w:val="center"/>
            </w:pPr>
            <w:r>
              <w:t>4</w:t>
            </w:r>
          </w:p>
        </w:tc>
      </w:tr>
      <w:tr w:rsidR="006E7A08" w:rsidRPr="00326225" w14:paraId="71F463F6" w14:textId="77777777">
        <w:trPr>
          <w:cantSplit/>
          <w:jc w:val="center"/>
        </w:trPr>
        <w:tc>
          <w:tcPr>
            <w:tcW w:w="0" w:type="auto"/>
          </w:tcPr>
          <w:p w14:paraId="1AAF24F2" w14:textId="77777777" w:rsidR="006E7A08" w:rsidRDefault="00267E76">
            <w:pPr>
              <w:jc w:val="center"/>
            </w:pPr>
            <w:r>
              <w:t>1</w:t>
            </w:r>
          </w:p>
        </w:tc>
        <w:tc>
          <w:tcPr>
            <w:tcW w:w="0" w:type="auto"/>
          </w:tcPr>
          <w:p w14:paraId="4C291115" w14:textId="77777777" w:rsidR="006E7A08" w:rsidRDefault="00267E76">
            <w:r>
              <w:t>Котельная «Производственно-отопительная УПК №1»</w:t>
            </w:r>
          </w:p>
        </w:tc>
        <w:tc>
          <w:tcPr>
            <w:tcW w:w="0" w:type="auto"/>
          </w:tcPr>
          <w:p w14:paraId="5E81432B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ООО «ЮКЭК» (Южно-Кузбасская энергетическая компания)</w:t>
            </w:r>
          </w:p>
        </w:tc>
        <w:tc>
          <w:tcPr>
            <w:tcW w:w="0" w:type="auto"/>
          </w:tcPr>
          <w:p w14:paraId="1FFAC215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г. Таштагол, ул. Мира, 30а</w:t>
            </w:r>
          </w:p>
        </w:tc>
      </w:tr>
      <w:tr w:rsidR="006E7A08" w:rsidRPr="00326225" w14:paraId="461BD727" w14:textId="77777777">
        <w:trPr>
          <w:cantSplit/>
          <w:jc w:val="center"/>
        </w:trPr>
        <w:tc>
          <w:tcPr>
            <w:tcW w:w="0" w:type="auto"/>
          </w:tcPr>
          <w:p w14:paraId="47ABC762" w14:textId="77777777" w:rsidR="006E7A08" w:rsidRDefault="00267E76">
            <w:pPr>
              <w:jc w:val="center"/>
            </w:pPr>
            <w:r>
              <w:t>2</w:t>
            </w:r>
          </w:p>
        </w:tc>
        <w:tc>
          <w:tcPr>
            <w:tcW w:w="0" w:type="auto"/>
          </w:tcPr>
          <w:p w14:paraId="240CCD8D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Котельная «Производственно-отопительная УПК №2 ЦМК»</w:t>
            </w:r>
          </w:p>
        </w:tc>
        <w:tc>
          <w:tcPr>
            <w:tcW w:w="0" w:type="auto"/>
          </w:tcPr>
          <w:p w14:paraId="1A3650A0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ООО «ЮКЭК» (Южно-Кузбасская энергетическая компания)</w:t>
            </w:r>
          </w:p>
        </w:tc>
        <w:tc>
          <w:tcPr>
            <w:tcW w:w="0" w:type="auto"/>
          </w:tcPr>
          <w:p w14:paraId="30BFB8A8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г. Таштагол, ул. Советская, 2а</w:t>
            </w:r>
          </w:p>
        </w:tc>
      </w:tr>
      <w:tr w:rsidR="006E7A08" w14:paraId="36422217" w14:textId="77777777">
        <w:trPr>
          <w:cantSplit/>
          <w:jc w:val="center"/>
        </w:trPr>
        <w:tc>
          <w:tcPr>
            <w:tcW w:w="0" w:type="auto"/>
          </w:tcPr>
          <w:p w14:paraId="3519D001" w14:textId="77777777" w:rsidR="006E7A08" w:rsidRDefault="00267E76">
            <w:pPr>
              <w:jc w:val="center"/>
            </w:pPr>
            <w:r>
              <w:t>3</w:t>
            </w:r>
          </w:p>
        </w:tc>
        <w:tc>
          <w:tcPr>
            <w:tcW w:w="0" w:type="auto"/>
          </w:tcPr>
          <w:p w14:paraId="3A4D923A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Котельная «Производственно-отопительная УПК №2 Шалым»</w:t>
            </w:r>
          </w:p>
        </w:tc>
        <w:tc>
          <w:tcPr>
            <w:tcW w:w="0" w:type="auto"/>
          </w:tcPr>
          <w:p w14:paraId="4CEF8912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ООО «ЮКЭК» (Южно-Кузбасская энергетическая компания)</w:t>
            </w:r>
          </w:p>
        </w:tc>
        <w:tc>
          <w:tcPr>
            <w:tcW w:w="0" w:type="auto"/>
          </w:tcPr>
          <w:p w14:paraId="1C6A54C1" w14:textId="77777777" w:rsidR="006E7A08" w:rsidRDefault="00267E76">
            <w:r>
              <w:t>г. Таштагол, ул. Кислородная, 2</w:t>
            </w:r>
          </w:p>
        </w:tc>
      </w:tr>
      <w:tr w:rsidR="006E7A08" w14:paraId="0A5E91AC" w14:textId="77777777">
        <w:trPr>
          <w:cantSplit/>
          <w:jc w:val="center"/>
        </w:trPr>
        <w:tc>
          <w:tcPr>
            <w:tcW w:w="0" w:type="auto"/>
          </w:tcPr>
          <w:p w14:paraId="2222AC1E" w14:textId="77777777" w:rsidR="006E7A08" w:rsidRDefault="00267E76">
            <w:pPr>
              <w:jc w:val="center"/>
            </w:pPr>
            <w:r>
              <w:t>4</w:t>
            </w:r>
          </w:p>
        </w:tc>
        <w:tc>
          <w:tcPr>
            <w:tcW w:w="0" w:type="auto"/>
          </w:tcPr>
          <w:p w14:paraId="2731B39F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Котельная «Производственно-отопительная УПК №9 ГРЭ»</w:t>
            </w:r>
          </w:p>
        </w:tc>
        <w:tc>
          <w:tcPr>
            <w:tcW w:w="0" w:type="auto"/>
          </w:tcPr>
          <w:p w14:paraId="38C4A17F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ООО «ЮКЭК» (Южно-Кузбасская энергетическая компания)</w:t>
            </w:r>
          </w:p>
        </w:tc>
        <w:tc>
          <w:tcPr>
            <w:tcW w:w="0" w:type="auto"/>
          </w:tcPr>
          <w:p w14:paraId="6A744A98" w14:textId="77777777" w:rsidR="006E7A08" w:rsidRDefault="00267E76">
            <w:r>
              <w:t>г. Таштагол, ул. Геологическая, 68</w:t>
            </w:r>
          </w:p>
        </w:tc>
      </w:tr>
      <w:tr w:rsidR="006E7A08" w14:paraId="683144A5" w14:textId="77777777">
        <w:trPr>
          <w:cantSplit/>
          <w:jc w:val="center"/>
        </w:trPr>
        <w:tc>
          <w:tcPr>
            <w:tcW w:w="0" w:type="auto"/>
          </w:tcPr>
          <w:p w14:paraId="69072EE6" w14:textId="77777777" w:rsidR="006E7A08" w:rsidRDefault="00267E76">
            <w:pPr>
              <w:jc w:val="center"/>
            </w:pPr>
            <w:r>
              <w:t>5</w:t>
            </w:r>
          </w:p>
        </w:tc>
        <w:tc>
          <w:tcPr>
            <w:tcW w:w="0" w:type="auto"/>
          </w:tcPr>
          <w:p w14:paraId="539F2F54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Котельная «Производственно-отопительная УПК №3 Спасск»</w:t>
            </w:r>
          </w:p>
        </w:tc>
        <w:tc>
          <w:tcPr>
            <w:tcW w:w="0" w:type="auto"/>
          </w:tcPr>
          <w:p w14:paraId="1CE79A6F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ООО «ЮКЭК» (Южно-Кузбасская энергетическая компания)</w:t>
            </w:r>
          </w:p>
        </w:tc>
        <w:tc>
          <w:tcPr>
            <w:tcW w:w="0" w:type="auto"/>
          </w:tcPr>
          <w:p w14:paraId="7C1C63E5" w14:textId="77777777" w:rsidR="006E7A08" w:rsidRDefault="00267E76">
            <w:r>
              <w:t>пгт Спасск, ул. Набережная, 15</w:t>
            </w:r>
          </w:p>
        </w:tc>
      </w:tr>
      <w:tr w:rsidR="006E7A08" w14:paraId="4076CC6D" w14:textId="77777777">
        <w:trPr>
          <w:cantSplit/>
          <w:jc w:val="center"/>
        </w:trPr>
        <w:tc>
          <w:tcPr>
            <w:tcW w:w="0" w:type="auto"/>
          </w:tcPr>
          <w:p w14:paraId="452362E8" w14:textId="77777777" w:rsidR="006E7A08" w:rsidRDefault="00267E76">
            <w:pPr>
              <w:jc w:val="center"/>
            </w:pPr>
            <w:r>
              <w:t>6</w:t>
            </w:r>
          </w:p>
        </w:tc>
        <w:tc>
          <w:tcPr>
            <w:tcW w:w="0" w:type="auto"/>
          </w:tcPr>
          <w:p w14:paraId="79962682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Котельная «Производственно-отопительная УПК №5 Новый Шерегеш»</w:t>
            </w:r>
          </w:p>
        </w:tc>
        <w:tc>
          <w:tcPr>
            <w:tcW w:w="0" w:type="auto"/>
          </w:tcPr>
          <w:p w14:paraId="10504D54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ООО «ЮКЭК» (Южно-Кузбасская энергетическая компания)</w:t>
            </w:r>
          </w:p>
        </w:tc>
        <w:tc>
          <w:tcPr>
            <w:tcW w:w="0" w:type="auto"/>
          </w:tcPr>
          <w:p w14:paraId="73B34BFB" w14:textId="77777777" w:rsidR="006E7A08" w:rsidRDefault="00267E76">
            <w:r w:rsidRPr="001D7D92">
              <w:rPr>
                <w:lang w:val="ru-RU"/>
              </w:rPr>
              <w:t xml:space="preserve">пгт Шерегеш (Новый Шерегеш), ул. </w:t>
            </w:r>
            <w:r>
              <w:t>Гагарина, сооружение 1 В/1</w:t>
            </w:r>
          </w:p>
        </w:tc>
      </w:tr>
      <w:tr w:rsidR="006E7A08" w14:paraId="13B4B453" w14:textId="77777777">
        <w:trPr>
          <w:cantSplit/>
          <w:jc w:val="center"/>
        </w:trPr>
        <w:tc>
          <w:tcPr>
            <w:tcW w:w="0" w:type="auto"/>
          </w:tcPr>
          <w:p w14:paraId="288D4F56" w14:textId="77777777" w:rsidR="006E7A08" w:rsidRDefault="00267E76">
            <w:pPr>
              <w:jc w:val="center"/>
            </w:pPr>
            <w:r>
              <w:t>7</w:t>
            </w:r>
          </w:p>
        </w:tc>
        <w:tc>
          <w:tcPr>
            <w:tcW w:w="0" w:type="auto"/>
          </w:tcPr>
          <w:p w14:paraId="502952A2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Котельная «Производственно-отопительная УПК №6 Старый Шерегеш»</w:t>
            </w:r>
          </w:p>
        </w:tc>
        <w:tc>
          <w:tcPr>
            <w:tcW w:w="0" w:type="auto"/>
          </w:tcPr>
          <w:p w14:paraId="5C53FA20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ООО «ЮКЭК» (Южно-Кузбасская энергетическая компания)</w:t>
            </w:r>
          </w:p>
        </w:tc>
        <w:tc>
          <w:tcPr>
            <w:tcW w:w="0" w:type="auto"/>
          </w:tcPr>
          <w:p w14:paraId="1CAF7F55" w14:textId="77777777" w:rsidR="006E7A08" w:rsidRDefault="00267E76">
            <w:r w:rsidRPr="001D7D92">
              <w:rPr>
                <w:lang w:val="ru-RU"/>
              </w:rPr>
              <w:t xml:space="preserve">пгт Шерегеш (Старый Шерегеш), ул. </w:t>
            </w:r>
            <w:r>
              <w:t>Кирова, земельный участок № 1Г</w:t>
            </w:r>
          </w:p>
        </w:tc>
      </w:tr>
      <w:tr w:rsidR="006E7A08" w14:paraId="6A5C3315" w14:textId="77777777">
        <w:trPr>
          <w:cantSplit/>
          <w:jc w:val="center"/>
        </w:trPr>
        <w:tc>
          <w:tcPr>
            <w:tcW w:w="0" w:type="auto"/>
          </w:tcPr>
          <w:p w14:paraId="1676A2D4" w14:textId="77777777" w:rsidR="006E7A08" w:rsidRDefault="00267E76">
            <w:pPr>
              <w:jc w:val="center"/>
            </w:pPr>
            <w:r>
              <w:t>8</w:t>
            </w:r>
          </w:p>
        </w:tc>
        <w:tc>
          <w:tcPr>
            <w:tcW w:w="0" w:type="auto"/>
          </w:tcPr>
          <w:p w14:paraId="60516E37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Котельная «Производственно-отопительная УПК №7 Каз»</w:t>
            </w:r>
          </w:p>
        </w:tc>
        <w:tc>
          <w:tcPr>
            <w:tcW w:w="0" w:type="auto"/>
          </w:tcPr>
          <w:p w14:paraId="2EFE0D99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ООО «ЮКЭК» (Южно-Кузбасская энергетическая компания)</w:t>
            </w:r>
          </w:p>
        </w:tc>
        <w:tc>
          <w:tcPr>
            <w:tcW w:w="0" w:type="auto"/>
          </w:tcPr>
          <w:p w14:paraId="635C6359" w14:textId="77777777" w:rsidR="006E7A08" w:rsidRDefault="00267E76">
            <w:r>
              <w:t>пгт Каз, ул. Фабричная, 2</w:t>
            </w:r>
          </w:p>
        </w:tc>
      </w:tr>
      <w:tr w:rsidR="006E7A08" w14:paraId="44DEF6BC" w14:textId="77777777">
        <w:trPr>
          <w:cantSplit/>
          <w:jc w:val="center"/>
        </w:trPr>
        <w:tc>
          <w:tcPr>
            <w:tcW w:w="0" w:type="auto"/>
          </w:tcPr>
          <w:p w14:paraId="6E20A017" w14:textId="77777777" w:rsidR="006E7A08" w:rsidRDefault="00267E76">
            <w:pPr>
              <w:jc w:val="center"/>
            </w:pPr>
            <w:r>
              <w:t>9</w:t>
            </w:r>
          </w:p>
        </w:tc>
        <w:tc>
          <w:tcPr>
            <w:tcW w:w="0" w:type="auto"/>
          </w:tcPr>
          <w:p w14:paraId="74AA8F09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Котельная «Производственно-отопительная УПК №8 Мундыбаш»</w:t>
            </w:r>
          </w:p>
        </w:tc>
        <w:tc>
          <w:tcPr>
            <w:tcW w:w="0" w:type="auto"/>
          </w:tcPr>
          <w:p w14:paraId="4E3E2FB3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ООО «ЮКЭК» (Южно-Кузбасская энергетическая компания)</w:t>
            </w:r>
          </w:p>
        </w:tc>
        <w:tc>
          <w:tcPr>
            <w:tcW w:w="0" w:type="auto"/>
          </w:tcPr>
          <w:p w14:paraId="42B8C15D" w14:textId="77777777" w:rsidR="006E7A08" w:rsidRDefault="00267E76">
            <w:r>
              <w:t>пгт Мундыбаш, ул. Октябрьская, 33</w:t>
            </w:r>
          </w:p>
        </w:tc>
      </w:tr>
      <w:tr w:rsidR="006E7A08" w14:paraId="7FB72803" w14:textId="77777777">
        <w:trPr>
          <w:cantSplit/>
          <w:jc w:val="center"/>
        </w:trPr>
        <w:tc>
          <w:tcPr>
            <w:tcW w:w="0" w:type="auto"/>
          </w:tcPr>
          <w:p w14:paraId="38AC5DFE" w14:textId="77777777" w:rsidR="006E7A08" w:rsidRDefault="00267E76">
            <w:pPr>
              <w:jc w:val="center"/>
            </w:pPr>
            <w:r>
              <w:t>10</w:t>
            </w:r>
          </w:p>
        </w:tc>
        <w:tc>
          <w:tcPr>
            <w:tcW w:w="0" w:type="auto"/>
          </w:tcPr>
          <w:p w14:paraId="479EAEFE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Котельная «Производственно-отопительная УПК №10 Темир-Тау»</w:t>
            </w:r>
          </w:p>
        </w:tc>
        <w:tc>
          <w:tcPr>
            <w:tcW w:w="0" w:type="auto"/>
          </w:tcPr>
          <w:p w14:paraId="2DAC1852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ООО «ЮКЭК» (Южно-Кузбасская энергетическая компания)</w:t>
            </w:r>
          </w:p>
        </w:tc>
        <w:tc>
          <w:tcPr>
            <w:tcW w:w="0" w:type="auto"/>
          </w:tcPr>
          <w:p w14:paraId="3E2DD7A8" w14:textId="77777777" w:rsidR="006E7A08" w:rsidRDefault="00267E76">
            <w:r>
              <w:t>пгт Темиртау, ул. Центральная, 39</w:t>
            </w:r>
          </w:p>
        </w:tc>
      </w:tr>
    </w:tbl>
    <w:p w14:paraId="3086EF15" w14:textId="77777777" w:rsidR="006E7A08" w:rsidRPr="001D7D92" w:rsidRDefault="00267E76">
      <w:pPr>
        <w:spacing w:after="0"/>
        <w:ind w:firstLine="709"/>
        <w:jc w:val="both"/>
        <w:rPr>
          <w:lang w:val="ru-RU"/>
        </w:rPr>
      </w:pPr>
      <w:r w:rsidRPr="001D7D92">
        <w:rPr>
          <w:lang w:val="ru-RU"/>
        </w:rPr>
        <w:t>1. Адреса котельных приведены по данным ООО «ЮКЭК», предоставленным Заказчиком по состоянию на 2026 год.</w:t>
      </w:r>
    </w:p>
    <w:p w14:paraId="438EB300" w14:textId="77777777" w:rsidR="006E7A08" w:rsidRPr="001D7D92" w:rsidRDefault="006E7A08">
      <w:pPr>
        <w:rPr>
          <w:lang w:val="ru-RU"/>
        </w:rPr>
      </w:pPr>
    </w:p>
    <w:p w14:paraId="5475CD95" w14:textId="77777777" w:rsidR="00194F39" w:rsidRPr="00844B84" w:rsidRDefault="003D0394">
      <w:pPr>
        <w:pStyle w:val="21"/>
        <w:rPr>
          <w:lang w:val="ru-RU"/>
        </w:rPr>
      </w:pPr>
      <w:bookmarkStart w:id="100" w:name="_Toc238017299"/>
      <w:r w:rsidRPr="00844B84">
        <w:rPr>
          <w:lang w:val="ru-RU"/>
        </w:rPr>
        <w:t>10.2. Утверждаемое решение о единой теплоснабжающей организации</w:t>
      </w:r>
      <w:bookmarkEnd w:id="100"/>
    </w:p>
    <w:p w14:paraId="465CAB04" w14:textId="77777777" w:rsidR="00194F39" w:rsidRPr="000C24CF" w:rsidRDefault="003D0394">
      <w:pPr>
        <w:rPr>
          <w:b/>
          <w:bCs/>
          <w:lang w:val="ru-RU"/>
        </w:rPr>
      </w:pPr>
      <w:r w:rsidRPr="000C24CF">
        <w:rPr>
          <w:b/>
          <w:bCs/>
          <w:lang w:val="ru-RU"/>
        </w:rPr>
        <w:t>Таблица 10.3 — Зоны деятельности единой теплоснабжающей организации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19"/>
        <w:gridCol w:w="2162"/>
        <w:gridCol w:w="1518"/>
        <w:gridCol w:w="3039"/>
        <w:gridCol w:w="3151"/>
      </w:tblGrid>
      <w:tr w:rsidR="00194F39" w14:paraId="2B0DAF02" w14:textId="77777777">
        <w:trPr>
          <w:cantSplit/>
          <w:tblHeader/>
        </w:trPr>
        <w:tc>
          <w:tcPr>
            <w:tcW w:w="0" w:type="auto"/>
            <w:shd w:val="clear" w:color="auto" w:fill="E2F0D9"/>
          </w:tcPr>
          <w:p w14:paraId="6C1982C8" w14:textId="77777777" w:rsidR="00194F39" w:rsidRDefault="003D0394">
            <w:pPr>
              <w:jc w:val="center"/>
            </w:pPr>
            <w:r>
              <w:rPr>
                <w:b/>
              </w:rPr>
              <w:t>Зона</w:t>
            </w:r>
          </w:p>
        </w:tc>
        <w:tc>
          <w:tcPr>
            <w:tcW w:w="0" w:type="auto"/>
            <w:shd w:val="clear" w:color="auto" w:fill="E2F0D9"/>
          </w:tcPr>
          <w:p w14:paraId="29BB13B1" w14:textId="77777777" w:rsidR="00194F39" w:rsidRDefault="003D0394">
            <w:pPr>
              <w:jc w:val="center"/>
            </w:pPr>
            <w:r>
              <w:rPr>
                <w:b/>
              </w:rPr>
              <w:t>Источник</w:t>
            </w:r>
          </w:p>
        </w:tc>
        <w:tc>
          <w:tcPr>
            <w:tcW w:w="0" w:type="auto"/>
            <w:shd w:val="clear" w:color="auto" w:fill="E2F0D9"/>
          </w:tcPr>
          <w:p w14:paraId="08EF2979" w14:textId="77777777" w:rsidR="00194F39" w:rsidRDefault="003D0394">
            <w:pPr>
              <w:jc w:val="center"/>
            </w:pPr>
            <w:r>
              <w:rPr>
                <w:b/>
              </w:rPr>
              <w:t>Территория</w:t>
            </w:r>
          </w:p>
        </w:tc>
        <w:tc>
          <w:tcPr>
            <w:tcW w:w="0" w:type="auto"/>
            <w:shd w:val="clear" w:color="auto" w:fill="E2F0D9"/>
          </w:tcPr>
          <w:p w14:paraId="5A16B4F6" w14:textId="77777777" w:rsidR="00194F39" w:rsidRDefault="003D0394">
            <w:pPr>
              <w:jc w:val="center"/>
            </w:pPr>
            <w:r>
              <w:rPr>
                <w:b/>
              </w:rPr>
              <w:t>Единая теплоснабжающая организация</w:t>
            </w:r>
          </w:p>
        </w:tc>
        <w:tc>
          <w:tcPr>
            <w:tcW w:w="0" w:type="auto"/>
            <w:shd w:val="clear" w:color="auto" w:fill="E2F0D9"/>
          </w:tcPr>
          <w:p w14:paraId="34292F70" w14:textId="77777777" w:rsidR="00194F39" w:rsidRDefault="003D0394">
            <w:pPr>
              <w:jc w:val="center"/>
            </w:pPr>
            <w:r>
              <w:rPr>
                <w:b/>
              </w:rPr>
              <w:t>Основание присвоения статуса</w:t>
            </w:r>
          </w:p>
        </w:tc>
      </w:tr>
      <w:tr w:rsidR="00194F39" w:rsidRPr="004D1FEB" w14:paraId="12BD24FF" w14:textId="77777777">
        <w:trPr>
          <w:cantSplit/>
        </w:trPr>
        <w:tc>
          <w:tcPr>
            <w:tcW w:w="0" w:type="auto"/>
            <w:shd w:val="clear" w:color="auto" w:fill="F2F2F2"/>
          </w:tcPr>
          <w:p w14:paraId="46FFB8F7" w14:textId="77777777" w:rsidR="00194F39" w:rsidRDefault="003D0394">
            <w:r>
              <w:t>Z-01</w:t>
            </w:r>
          </w:p>
        </w:tc>
        <w:tc>
          <w:tcPr>
            <w:tcW w:w="0" w:type="auto"/>
            <w:shd w:val="clear" w:color="auto" w:fill="FFFFFF"/>
          </w:tcPr>
          <w:p w14:paraId="5B67C262" w14:textId="77777777" w:rsidR="00194F39" w:rsidRDefault="003D0394">
            <w:r>
              <w:t>УПК № 1 «Таштагол»</w:t>
            </w:r>
          </w:p>
        </w:tc>
        <w:tc>
          <w:tcPr>
            <w:tcW w:w="0" w:type="auto"/>
            <w:shd w:val="clear" w:color="auto" w:fill="FFFFFF"/>
          </w:tcPr>
          <w:p w14:paraId="3698FD99" w14:textId="77777777" w:rsidR="00194F39" w:rsidRDefault="003D0394">
            <w:r>
              <w:t>г. Таштагол</w:t>
            </w:r>
          </w:p>
        </w:tc>
        <w:tc>
          <w:tcPr>
            <w:tcW w:w="0" w:type="auto"/>
            <w:shd w:val="clear" w:color="auto" w:fill="FFFFFF"/>
          </w:tcPr>
          <w:p w14:paraId="2645A1D0" w14:textId="77777777" w:rsidR="00194F39" w:rsidRDefault="003D0394">
            <w:r>
              <w:t>ЕТО № 001 ООО «ЮКЭК»</w:t>
            </w:r>
          </w:p>
        </w:tc>
        <w:tc>
          <w:tcPr>
            <w:tcW w:w="0" w:type="auto"/>
            <w:shd w:val="clear" w:color="auto" w:fill="FFFFFF"/>
          </w:tcPr>
          <w:p w14:paraId="585D6A20" w14:textId="77777777" w:rsidR="00194F39" w:rsidRPr="00844B84" w:rsidRDefault="003D0394">
            <w:pPr>
              <w:rPr>
                <w:lang w:val="ru-RU"/>
              </w:rPr>
            </w:pPr>
            <w:r w:rsidRPr="00844B84">
              <w:rPr>
                <w:lang w:val="ru-RU"/>
              </w:rPr>
              <w:t>критерии владения и эксплуатации источников и сетей</w:t>
            </w:r>
          </w:p>
        </w:tc>
      </w:tr>
      <w:tr w:rsidR="00194F39" w:rsidRPr="004D1FEB" w14:paraId="2782CDD9" w14:textId="77777777">
        <w:trPr>
          <w:cantSplit/>
        </w:trPr>
        <w:tc>
          <w:tcPr>
            <w:tcW w:w="0" w:type="auto"/>
            <w:shd w:val="clear" w:color="auto" w:fill="F2F2F2"/>
          </w:tcPr>
          <w:p w14:paraId="7D40F62B" w14:textId="77777777" w:rsidR="00194F39" w:rsidRDefault="003D0394">
            <w:r>
              <w:t>Z-07</w:t>
            </w:r>
          </w:p>
        </w:tc>
        <w:tc>
          <w:tcPr>
            <w:tcW w:w="0" w:type="auto"/>
            <w:shd w:val="clear" w:color="auto" w:fill="FFFFFF"/>
          </w:tcPr>
          <w:p w14:paraId="4030BDEA" w14:textId="77777777" w:rsidR="00194F39" w:rsidRDefault="003D0394">
            <w:r>
              <w:t>УПК № 2 «Шалым»</w:t>
            </w:r>
          </w:p>
        </w:tc>
        <w:tc>
          <w:tcPr>
            <w:tcW w:w="0" w:type="auto"/>
            <w:shd w:val="clear" w:color="auto" w:fill="FFFFFF"/>
          </w:tcPr>
          <w:p w14:paraId="28F2A23C" w14:textId="77777777" w:rsidR="00194F39" w:rsidRDefault="003D0394">
            <w:r>
              <w:t>г. Таштагол</w:t>
            </w:r>
          </w:p>
        </w:tc>
        <w:tc>
          <w:tcPr>
            <w:tcW w:w="0" w:type="auto"/>
            <w:shd w:val="clear" w:color="auto" w:fill="FFFFFF"/>
          </w:tcPr>
          <w:p w14:paraId="7F46A4AB" w14:textId="77777777" w:rsidR="00194F39" w:rsidRDefault="003D0394">
            <w:r>
              <w:t>ЕТО № 001 ООО «ЮКЭК»</w:t>
            </w:r>
          </w:p>
        </w:tc>
        <w:tc>
          <w:tcPr>
            <w:tcW w:w="0" w:type="auto"/>
            <w:shd w:val="clear" w:color="auto" w:fill="FFFFFF"/>
          </w:tcPr>
          <w:p w14:paraId="54284242" w14:textId="77777777" w:rsidR="00194F39" w:rsidRPr="00844B84" w:rsidRDefault="003D0394">
            <w:pPr>
              <w:rPr>
                <w:lang w:val="ru-RU"/>
              </w:rPr>
            </w:pPr>
            <w:r w:rsidRPr="00844B84">
              <w:rPr>
                <w:lang w:val="ru-RU"/>
              </w:rPr>
              <w:t>критерии владения и эксплуатации источников и сетей</w:t>
            </w:r>
          </w:p>
        </w:tc>
      </w:tr>
      <w:tr w:rsidR="00194F39" w:rsidRPr="004D1FEB" w14:paraId="225A7911" w14:textId="77777777">
        <w:trPr>
          <w:cantSplit/>
        </w:trPr>
        <w:tc>
          <w:tcPr>
            <w:tcW w:w="0" w:type="auto"/>
            <w:shd w:val="clear" w:color="auto" w:fill="F2F2F2"/>
          </w:tcPr>
          <w:p w14:paraId="601FB893" w14:textId="77777777" w:rsidR="00194F39" w:rsidRDefault="003D0394">
            <w:r>
              <w:t>Z-08</w:t>
            </w:r>
          </w:p>
        </w:tc>
        <w:tc>
          <w:tcPr>
            <w:tcW w:w="0" w:type="auto"/>
            <w:shd w:val="clear" w:color="auto" w:fill="FFFFFF"/>
          </w:tcPr>
          <w:p w14:paraId="3BF8C8D4" w14:textId="77777777" w:rsidR="00194F39" w:rsidRDefault="003D0394">
            <w:r>
              <w:t>УПК № 2 «ЦМК»</w:t>
            </w:r>
          </w:p>
        </w:tc>
        <w:tc>
          <w:tcPr>
            <w:tcW w:w="0" w:type="auto"/>
            <w:shd w:val="clear" w:color="auto" w:fill="FFFFFF"/>
          </w:tcPr>
          <w:p w14:paraId="523D364B" w14:textId="77777777" w:rsidR="00194F39" w:rsidRDefault="003D0394">
            <w:r>
              <w:t>г. Таштагол</w:t>
            </w:r>
          </w:p>
        </w:tc>
        <w:tc>
          <w:tcPr>
            <w:tcW w:w="0" w:type="auto"/>
            <w:shd w:val="clear" w:color="auto" w:fill="FFFFFF"/>
          </w:tcPr>
          <w:p w14:paraId="1158CDD1" w14:textId="77777777" w:rsidR="00194F39" w:rsidRDefault="003D0394">
            <w:r>
              <w:t>ЕТО № 001 ООО «ЮКЭК»</w:t>
            </w:r>
          </w:p>
        </w:tc>
        <w:tc>
          <w:tcPr>
            <w:tcW w:w="0" w:type="auto"/>
            <w:shd w:val="clear" w:color="auto" w:fill="FFFFFF"/>
          </w:tcPr>
          <w:p w14:paraId="16DC73FD" w14:textId="77777777" w:rsidR="00194F39" w:rsidRPr="00844B84" w:rsidRDefault="003D0394">
            <w:pPr>
              <w:rPr>
                <w:lang w:val="ru-RU"/>
              </w:rPr>
            </w:pPr>
            <w:r w:rsidRPr="00844B84">
              <w:rPr>
                <w:lang w:val="ru-RU"/>
              </w:rPr>
              <w:t>критерии владения и эксплуатации источников и сетей</w:t>
            </w:r>
          </w:p>
        </w:tc>
      </w:tr>
      <w:tr w:rsidR="00194F39" w:rsidRPr="004D1FEB" w14:paraId="3605708B" w14:textId="77777777">
        <w:trPr>
          <w:cantSplit/>
        </w:trPr>
        <w:tc>
          <w:tcPr>
            <w:tcW w:w="0" w:type="auto"/>
            <w:shd w:val="clear" w:color="auto" w:fill="F2F2F2"/>
          </w:tcPr>
          <w:p w14:paraId="03E357F2" w14:textId="77777777" w:rsidR="00194F39" w:rsidRDefault="003D0394">
            <w:r>
              <w:t>Z-10</w:t>
            </w:r>
          </w:p>
        </w:tc>
        <w:tc>
          <w:tcPr>
            <w:tcW w:w="0" w:type="auto"/>
            <w:shd w:val="clear" w:color="auto" w:fill="FFFFFF"/>
          </w:tcPr>
          <w:p w14:paraId="43B19F6D" w14:textId="77777777" w:rsidR="00194F39" w:rsidRDefault="003D0394">
            <w:r>
              <w:t>УПК № 9 «ГРЭ»</w:t>
            </w:r>
          </w:p>
        </w:tc>
        <w:tc>
          <w:tcPr>
            <w:tcW w:w="0" w:type="auto"/>
            <w:shd w:val="clear" w:color="auto" w:fill="FFFFFF"/>
          </w:tcPr>
          <w:p w14:paraId="103E0180" w14:textId="77777777" w:rsidR="00194F39" w:rsidRDefault="003D0394">
            <w:r>
              <w:t>г. Таштагол</w:t>
            </w:r>
          </w:p>
        </w:tc>
        <w:tc>
          <w:tcPr>
            <w:tcW w:w="0" w:type="auto"/>
            <w:shd w:val="clear" w:color="auto" w:fill="FFFFFF"/>
          </w:tcPr>
          <w:p w14:paraId="35CC4A5E" w14:textId="77777777" w:rsidR="00194F39" w:rsidRDefault="003D0394">
            <w:r>
              <w:t>ЕТО № 001 ООО «ЮКЭК»</w:t>
            </w:r>
          </w:p>
        </w:tc>
        <w:tc>
          <w:tcPr>
            <w:tcW w:w="0" w:type="auto"/>
            <w:shd w:val="clear" w:color="auto" w:fill="FFFFFF"/>
          </w:tcPr>
          <w:p w14:paraId="794DBAD5" w14:textId="77777777" w:rsidR="00194F39" w:rsidRPr="00844B84" w:rsidRDefault="003D0394">
            <w:pPr>
              <w:rPr>
                <w:lang w:val="ru-RU"/>
              </w:rPr>
            </w:pPr>
            <w:r w:rsidRPr="00844B84">
              <w:rPr>
                <w:lang w:val="ru-RU"/>
              </w:rPr>
              <w:t>критерии владения и эксплуатации источников и сетей</w:t>
            </w:r>
          </w:p>
        </w:tc>
      </w:tr>
      <w:tr w:rsidR="00194F39" w:rsidRPr="004D1FEB" w14:paraId="71606DB7" w14:textId="77777777">
        <w:trPr>
          <w:cantSplit/>
        </w:trPr>
        <w:tc>
          <w:tcPr>
            <w:tcW w:w="0" w:type="auto"/>
            <w:shd w:val="clear" w:color="auto" w:fill="F2F2F2"/>
          </w:tcPr>
          <w:p w14:paraId="09BB6562" w14:textId="77777777" w:rsidR="00194F39" w:rsidRDefault="003D0394">
            <w:r>
              <w:t>Z-02</w:t>
            </w:r>
          </w:p>
        </w:tc>
        <w:tc>
          <w:tcPr>
            <w:tcW w:w="0" w:type="auto"/>
            <w:shd w:val="clear" w:color="auto" w:fill="FFFFFF"/>
          </w:tcPr>
          <w:p w14:paraId="752D0EC1" w14:textId="77777777" w:rsidR="00194F39" w:rsidRDefault="003D0394">
            <w:r>
              <w:t>УПК № 5 «Новый Шерегеш»</w:t>
            </w:r>
          </w:p>
        </w:tc>
        <w:tc>
          <w:tcPr>
            <w:tcW w:w="0" w:type="auto"/>
            <w:shd w:val="clear" w:color="auto" w:fill="FFFFFF"/>
          </w:tcPr>
          <w:p w14:paraId="5C9BFE1E" w14:textId="77777777" w:rsidR="00194F39" w:rsidRDefault="003D0394">
            <w:r>
              <w:t>пгт Шерегеш</w:t>
            </w:r>
          </w:p>
        </w:tc>
        <w:tc>
          <w:tcPr>
            <w:tcW w:w="0" w:type="auto"/>
            <w:shd w:val="clear" w:color="auto" w:fill="FFFFFF"/>
          </w:tcPr>
          <w:p w14:paraId="6770B66A" w14:textId="77777777" w:rsidR="00194F39" w:rsidRDefault="003D0394">
            <w:r>
              <w:t>ЕТО № 001 ООО «ЮКЭК»</w:t>
            </w:r>
          </w:p>
        </w:tc>
        <w:tc>
          <w:tcPr>
            <w:tcW w:w="0" w:type="auto"/>
            <w:shd w:val="clear" w:color="auto" w:fill="FFFFFF"/>
          </w:tcPr>
          <w:p w14:paraId="6A12E176" w14:textId="77777777" w:rsidR="00194F39" w:rsidRPr="00844B84" w:rsidRDefault="003D0394">
            <w:pPr>
              <w:rPr>
                <w:lang w:val="ru-RU"/>
              </w:rPr>
            </w:pPr>
            <w:r w:rsidRPr="00844B84">
              <w:rPr>
                <w:lang w:val="ru-RU"/>
              </w:rPr>
              <w:t>критерии владения и эксплуатации источников и сетей</w:t>
            </w:r>
          </w:p>
        </w:tc>
      </w:tr>
      <w:tr w:rsidR="00194F39" w:rsidRPr="004D1FEB" w14:paraId="03BB8D30" w14:textId="77777777">
        <w:trPr>
          <w:cantSplit/>
        </w:trPr>
        <w:tc>
          <w:tcPr>
            <w:tcW w:w="0" w:type="auto"/>
            <w:shd w:val="clear" w:color="auto" w:fill="F2F2F2"/>
          </w:tcPr>
          <w:p w14:paraId="1B5DFD5E" w14:textId="77777777" w:rsidR="00194F39" w:rsidRDefault="003D0394">
            <w:r>
              <w:t>Z-06</w:t>
            </w:r>
          </w:p>
        </w:tc>
        <w:tc>
          <w:tcPr>
            <w:tcW w:w="0" w:type="auto"/>
            <w:shd w:val="clear" w:color="auto" w:fill="FFFFFF"/>
          </w:tcPr>
          <w:p w14:paraId="7FCDCA99" w14:textId="77777777" w:rsidR="00194F39" w:rsidRDefault="003D0394">
            <w:r>
              <w:t>УПК № 6 «Старый Шерегеш»</w:t>
            </w:r>
          </w:p>
        </w:tc>
        <w:tc>
          <w:tcPr>
            <w:tcW w:w="0" w:type="auto"/>
            <w:shd w:val="clear" w:color="auto" w:fill="FFFFFF"/>
          </w:tcPr>
          <w:p w14:paraId="14E24C6A" w14:textId="77777777" w:rsidR="00194F39" w:rsidRDefault="003D0394">
            <w:r>
              <w:t>пгт Шерегеш</w:t>
            </w:r>
          </w:p>
        </w:tc>
        <w:tc>
          <w:tcPr>
            <w:tcW w:w="0" w:type="auto"/>
            <w:shd w:val="clear" w:color="auto" w:fill="FFFFFF"/>
          </w:tcPr>
          <w:p w14:paraId="489A49A9" w14:textId="77777777" w:rsidR="00194F39" w:rsidRDefault="003D0394">
            <w:r>
              <w:t>ЕТО № 001 ООО «ЮКЭК»</w:t>
            </w:r>
          </w:p>
        </w:tc>
        <w:tc>
          <w:tcPr>
            <w:tcW w:w="0" w:type="auto"/>
            <w:shd w:val="clear" w:color="auto" w:fill="FFFFFF"/>
          </w:tcPr>
          <w:p w14:paraId="6208B95A" w14:textId="77777777" w:rsidR="00194F39" w:rsidRPr="00844B84" w:rsidRDefault="003D0394">
            <w:pPr>
              <w:rPr>
                <w:lang w:val="ru-RU"/>
              </w:rPr>
            </w:pPr>
            <w:r w:rsidRPr="00844B84">
              <w:rPr>
                <w:lang w:val="ru-RU"/>
              </w:rPr>
              <w:t>критерии владения и эксплуатации источников и сетей</w:t>
            </w:r>
          </w:p>
        </w:tc>
      </w:tr>
      <w:tr w:rsidR="00194F39" w:rsidRPr="004D1FEB" w14:paraId="05054FCF" w14:textId="77777777">
        <w:trPr>
          <w:cantSplit/>
        </w:trPr>
        <w:tc>
          <w:tcPr>
            <w:tcW w:w="0" w:type="auto"/>
            <w:shd w:val="clear" w:color="auto" w:fill="F2F2F2"/>
          </w:tcPr>
          <w:p w14:paraId="4D241599" w14:textId="77777777" w:rsidR="00194F39" w:rsidRDefault="003D0394">
            <w:r>
              <w:t>Z-03</w:t>
            </w:r>
          </w:p>
        </w:tc>
        <w:tc>
          <w:tcPr>
            <w:tcW w:w="0" w:type="auto"/>
            <w:shd w:val="clear" w:color="auto" w:fill="FFFFFF"/>
          </w:tcPr>
          <w:p w14:paraId="7C5D5A08" w14:textId="77777777" w:rsidR="00194F39" w:rsidRDefault="003D0394">
            <w:r>
              <w:t>УПК № 7 «Каз»</w:t>
            </w:r>
          </w:p>
        </w:tc>
        <w:tc>
          <w:tcPr>
            <w:tcW w:w="0" w:type="auto"/>
            <w:shd w:val="clear" w:color="auto" w:fill="FFFFFF"/>
          </w:tcPr>
          <w:p w14:paraId="2453E1BD" w14:textId="77777777" w:rsidR="00194F39" w:rsidRDefault="003D0394">
            <w:r>
              <w:t>пгт Каз</w:t>
            </w:r>
          </w:p>
        </w:tc>
        <w:tc>
          <w:tcPr>
            <w:tcW w:w="0" w:type="auto"/>
            <w:shd w:val="clear" w:color="auto" w:fill="FFFFFF"/>
          </w:tcPr>
          <w:p w14:paraId="4107DAD0" w14:textId="77777777" w:rsidR="00194F39" w:rsidRDefault="003D0394">
            <w:r>
              <w:t>ЕТО № 001 ООО «ЮКЭК»</w:t>
            </w:r>
          </w:p>
        </w:tc>
        <w:tc>
          <w:tcPr>
            <w:tcW w:w="0" w:type="auto"/>
            <w:shd w:val="clear" w:color="auto" w:fill="FFFFFF"/>
          </w:tcPr>
          <w:p w14:paraId="65623E85" w14:textId="77777777" w:rsidR="00194F39" w:rsidRPr="00844B84" w:rsidRDefault="003D0394">
            <w:pPr>
              <w:rPr>
                <w:lang w:val="ru-RU"/>
              </w:rPr>
            </w:pPr>
            <w:r w:rsidRPr="00844B84">
              <w:rPr>
                <w:lang w:val="ru-RU"/>
              </w:rPr>
              <w:t>критерии владения и эксплуатации источников и сетей</w:t>
            </w:r>
          </w:p>
        </w:tc>
      </w:tr>
      <w:tr w:rsidR="00194F39" w:rsidRPr="004D1FEB" w14:paraId="0768AD8E" w14:textId="77777777">
        <w:trPr>
          <w:cantSplit/>
        </w:trPr>
        <w:tc>
          <w:tcPr>
            <w:tcW w:w="0" w:type="auto"/>
            <w:shd w:val="clear" w:color="auto" w:fill="F2F2F2"/>
          </w:tcPr>
          <w:p w14:paraId="37D3635C" w14:textId="77777777" w:rsidR="00194F39" w:rsidRDefault="003D0394">
            <w:r>
              <w:t>Z-04</w:t>
            </w:r>
          </w:p>
        </w:tc>
        <w:tc>
          <w:tcPr>
            <w:tcW w:w="0" w:type="auto"/>
            <w:shd w:val="clear" w:color="auto" w:fill="FFFFFF"/>
          </w:tcPr>
          <w:p w14:paraId="43978BE0" w14:textId="77777777" w:rsidR="00194F39" w:rsidRDefault="003D0394">
            <w:r>
              <w:t>УПК № 8 «Мундыбаш»</w:t>
            </w:r>
          </w:p>
        </w:tc>
        <w:tc>
          <w:tcPr>
            <w:tcW w:w="0" w:type="auto"/>
            <w:shd w:val="clear" w:color="auto" w:fill="FFFFFF"/>
          </w:tcPr>
          <w:p w14:paraId="27DDE6D8" w14:textId="77777777" w:rsidR="00194F39" w:rsidRDefault="003D0394">
            <w:r>
              <w:t>пгт Мундыбаш</w:t>
            </w:r>
          </w:p>
        </w:tc>
        <w:tc>
          <w:tcPr>
            <w:tcW w:w="0" w:type="auto"/>
            <w:shd w:val="clear" w:color="auto" w:fill="FFFFFF"/>
          </w:tcPr>
          <w:p w14:paraId="06EDB77A" w14:textId="77777777" w:rsidR="00194F39" w:rsidRDefault="003D0394">
            <w:r>
              <w:t>ЕТО № 001 ООО «ЮКЭК»</w:t>
            </w:r>
          </w:p>
        </w:tc>
        <w:tc>
          <w:tcPr>
            <w:tcW w:w="0" w:type="auto"/>
            <w:shd w:val="clear" w:color="auto" w:fill="FFFFFF"/>
          </w:tcPr>
          <w:p w14:paraId="68A46FFA" w14:textId="77777777" w:rsidR="00194F39" w:rsidRPr="00844B84" w:rsidRDefault="003D0394">
            <w:pPr>
              <w:rPr>
                <w:lang w:val="ru-RU"/>
              </w:rPr>
            </w:pPr>
            <w:r w:rsidRPr="00844B84">
              <w:rPr>
                <w:lang w:val="ru-RU"/>
              </w:rPr>
              <w:t>критерии владения и эксплуатации источников и сетей</w:t>
            </w:r>
          </w:p>
        </w:tc>
      </w:tr>
      <w:tr w:rsidR="00194F39" w:rsidRPr="004D1FEB" w14:paraId="13846824" w14:textId="77777777">
        <w:trPr>
          <w:cantSplit/>
        </w:trPr>
        <w:tc>
          <w:tcPr>
            <w:tcW w:w="0" w:type="auto"/>
            <w:shd w:val="clear" w:color="auto" w:fill="F2F2F2"/>
          </w:tcPr>
          <w:p w14:paraId="55D6CAFF" w14:textId="77777777" w:rsidR="00194F39" w:rsidRDefault="003D0394">
            <w:r>
              <w:t>Z-05</w:t>
            </w:r>
          </w:p>
        </w:tc>
        <w:tc>
          <w:tcPr>
            <w:tcW w:w="0" w:type="auto"/>
            <w:shd w:val="clear" w:color="auto" w:fill="FFFFFF"/>
          </w:tcPr>
          <w:p w14:paraId="2C366B22" w14:textId="77777777" w:rsidR="00194F39" w:rsidRDefault="003D0394">
            <w:r>
              <w:t>УПК № 10 «Темир-Тау»</w:t>
            </w:r>
          </w:p>
        </w:tc>
        <w:tc>
          <w:tcPr>
            <w:tcW w:w="0" w:type="auto"/>
            <w:shd w:val="clear" w:color="auto" w:fill="FFFFFF"/>
          </w:tcPr>
          <w:p w14:paraId="3EB8D0AB" w14:textId="77777777" w:rsidR="00194F39" w:rsidRDefault="003D0394">
            <w:r>
              <w:t>пгт Темиртау</w:t>
            </w:r>
          </w:p>
        </w:tc>
        <w:tc>
          <w:tcPr>
            <w:tcW w:w="0" w:type="auto"/>
            <w:shd w:val="clear" w:color="auto" w:fill="FFFFFF"/>
          </w:tcPr>
          <w:p w14:paraId="5329F761" w14:textId="77777777" w:rsidR="00194F39" w:rsidRDefault="003D0394">
            <w:r>
              <w:t>ЕТО № 001 ООО «ЮКЭК»</w:t>
            </w:r>
          </w:p>
        </w:tc>
        <w:tc>
          <w:tcPr>
            <w:tcW w:w="0" w:type="auto"/>
            <w:shd w:val="clear" w:color="auto" w:fill="FFFFFF"/>
          </w:tcPr>
          <w:p w14:paraId="0C04141E" w14:textId="77777777" w:rsidR="00194F39" w:rsidRPr="00844B84" w:rsidRDefault="003D0394">
            <w:pPr>
              <w:rPr>
                <w:lang w:val="ru-RU"/>
              </w:rPr>
            </w:pPr>
            <w:r w:rsidRPr="00844B84">
              <w:rPr>
                <w:lang w:val="ru-RU"/>
              </w:rPr>
              <w:t>критерии владения и эксплуатации источников и сетей</w:t>
            </w:r>
          </w:p>
        </w:tc>
      </w:tr>
      <w:tr w:rsidR="00194F39" w:rsidRPr="004D1FEB" w14:paraId="5A69FA46" w14:textId="77777777">
        <w:trPr>
          <w:cantSplit/>
        </w:trPr>
        <w:tc>
          <w:tcPr>
            <w:tcW w:w="0" w:type="auto"/>
            <w:shd w:val="clear" w:color="auto" w:fill="F2F2F2"/>
          </w:tcPr>
          <w:p w14:paraId="599BEB1E" w14:textId="77777777" w:rsidR="00194F39" w:rsidRDefault="003D0394">
            <w:r>
              <w:t>Z-09</w:t>
            </w:r>
          </w:p>
        </w:tc>
        <w:tc>
          <w:tcPr>
            <w:tcW w:w="0" w:type="auto"/>
            <w:shd w:val="clear" w:color="auto" w:fill="FFFFFF"/>
          </w:tcPr>
          <w:p w14:paraId="4D97C706" w14:textId="77777777" w:rsidR="00194F39" w:rsidRDefault="003D0394">
            <w:r>
              <w:t>УПК № 3 «Спасск»</w:t>
            </w:r>
          </w:p>
        </w:tc>
        <w:tc>
          <w:tcPr>
            <w:tcW w:w="0" w:type="auto"/>
            <w:shd w:val="clear" w:color="auto" w:fill="FFFFFF"/>
          </w:tcPr>
          <w:p w14:paraId="52BB04F3" w14:textId="77777777" w:rsidR="00194F39" w:rsidRDefault="003D0394">
            <w:r>
              <w:t>пгт Спасск</w:t>
            </w:r>
          </w:p>
        </w:tc>
        <w:tc>
          <w:tcPr>
            <w:tcW w:w="0" w:type="auto"/>
            <w:shd w:val="clear" w:color="auto" w:fill="FFFFFF"/>
          </w:tcPr>
          <w:p w14:paraId="6BB9BAF6" w14:textId="77777777" w:rsidR="00194F39" w:rsidRDefault="003D0394">
            <w:r>
              <w:t>ЕТО № 001 ООО «ЮКЭК»</w:t>
            </w:r>
          </w:p>
        </w:tc>
        <w:tc>
          <w:tcPr>
            <w:tcW w:w="0" w:type="auto"/>
            <w:shd w:val="clear" w:color="auto" w:fill="FFFFFF"/>
          </w:tcPr>
          <w:p w14:paraId="4F4663A8" w14:textId="77777777" w:rsidR="00194F39" w:rsidRPr="00844B84" w:rsidRDefault="003D0394">
            <w:pPr>
              <w:rPr>
                <w:lang w:val="ru-RU"/>
              </w:rPr>
            </w:pPr>
            <w:r w:rsidRPr="00844B84">
              <w:rPr>
                <w:lang w:val="ru-RU"/>
              </w:rPr>
              <w:t>критерии владения и эксплуатации источников и сетей</w:t>
            </w:r>
          </w:p>
        </w:tc>
      </w:tr>
    </w:tbl>
    <w:p w14:paraId="2EB32BE5" w14:textId="77777777" w:rsidR="00194F39" w:rsidRPr="00844B84" w:rsidRDefault="003D0394">
      <w:pPr>
        <w:rPr>
          <w:lang w:val="ru-RU"/>
        </w:rPr>
      </w:pPr>
      <w:r w:rsidRPr="00844B84">
        <w:rPr>
          <w:lang w:val="ru-RU"/>
        </w:rPr>
        <w:t>Утверждается сохранение статуса единой теплоснабжающей организации за обществом с ограниченной ответственностью «Южно-Кузбасская энергетическая компания» во всех десяти зонах теплоснабжения округа. Иных теплоснабжающих организаций, отвечающих критериям присвоения статуса, в границах округа не выявлено.</w:t>
      </w:r>
    </w:p>
    <w:p w14:paraId="2AA7A937" w14:textId="77777777" w:rsidR="006E7A08" w:rsidRPr="000C24CF" w:rsidRDefault="00267E76">
      <w:pPr>
        <w:pStyle w:val="1"/>
        <w:spacing w:before="1200"/>
        <w:jc w:val="center"/>
        <w:rPr>
          <w:color w:val="4F81BD" w:themeColor="accent1"/>
          <w:lang w:val="ru-RU"/>
        </w:rPr>
      </w:pPr>
      <w:bookmarkStart w:id="101" w:name="_Toc238017300"/>
      <w:r w:rsidRPr="000C24CF">
        <w:rPr>
          <w:color w:val="4F81BD" w:themeColor="accent1"/>
          <w:lang w:val="ru-RU"/>
        </w:rPr>
        <w:t>11. Решения о распределении тепловой нагрузки между источниками тепловой энергии</w:t>
      </w:r>
      <w:bookmarkEnd w:id="101"/>
    </w:p>
    <w:p w14:paraId="7D135F38" w14:textId="77777777" w:rsidR="006E7A08" w:rsidRPr="001D7D92" w:rsidRDefault="00267E76">
      <w:pPr>
        <w:spacing w:before="1200"/>
        <w:jc w:val="center"/>
        <w:rPr>
          <w:lang w:val="ru-RU"/>
        </w:rPr>
      </w:pPr>
      <w:r w:rsidRPr="00844B84">
        <w:rPr>
          <w:lang w:val="ru-RU"/>
        </w:rPr>
        <w:t>Схемой утверждается сохранение существующего распределения тепловой нагрузки между десятью действующими источниками тепловой энергии. Перераспределение нагрузки между источниками на расчётный период не предусматривается: источники гидравлически независимы, межисточниковых связей в границах населённых пунктов не выявлено.</w:t>
      </w:r>
    </w:p>
    <w:p w14:paraId="6B38E90B" w14:textId="77777777" w:rsidR="006E7A08" w:rsidRPr="001D7D92" w:rsidRDefault="00267E76">
      <w:pPr>
        <w:spacing w:before="1200"/>
        <w:jc w:val="center"/>
        <w:rPr>
          <w:lang w:val="ru-RU"/>
        </w:rPr>
      </w:pPr>
      <w:r w:rsidRPr="00844B84">
        <w:rPr>
          <w:lang w:val="ru-RU"/>
        </w:rPr>
        <w:t>Ранее выполненное перераспределение нагрузки ликвидированных источников УПК № 4 «Калинина», УПК № 11 и УПК № 12 на действующие источники учтено в балансах настоящей схемы и повторному учёту не подлежит.</w:t>
      </w:r>
    </w:p>
    <w:p w14:paraId="01513506" w14:textId="77777777" w:rsidR="006E7A08" w:rsidRPr="001D7D92" w:rsidRDefault="00267E76">
      <w:pPr>
        <w:spacing w:before="1200"/>
        <w:jc w:val="center"/>
        <w:rPr>
          <w:lang w:val="ru-RU"/>
        </w:rPr>
      </w:pPr>
      <w:r w:rsidRPr="00844B84">
        <w:rPr>
          <w:lang w:val="ru-RU"/>
        </w:rPr>
        <w:t>Перспективная нагрузка относится к зонам действия существующих источников. Обоснование приведено дополнительным материалом обосновывающих материалов о распределении тепловой нагрузки.</w:t>
      </w:r>
    </w:p>
    <w:p w14:paraId="236BDB8E" w14:textId="77777777" w:rsidR="00194F39" w:rsidRPr="00844B84" w:rsidRDefault="003D0394">
      <w:pPr>
        <w:pStyle w:val="21"/>
        <w:rPr>
          <w:lang w:val="ru-RU"/>
        </w:rPr>
      </w:pPr>
      <w:bookmarkStart w:id="102" w:name="_Toc238017301"/>
      <w:r w:rsidRPr="00844B84">
        <w:rPr>
          <w:lang w:val="ru-RU"/>
        </w:rPr>
        <w:t>11.1. Утверждаемое распределение тепловой нагрузки</w:t>
      </w:r>
      <w:bookmarkEnd w:id="102"/>
    </w:p>
    <w:p w14:paraId="7BD2AF26" w14:textId="77777777" w:rsidR="00194F39" w:rsidRPr="000C24CF" w:rsidRDefault="003D0394">
      <w:pPr>
        <w:rPr>
          <w:b/>
          <w:bCs/>
          <w:lang w:val="ru-RU"/>
        </w:rPr>
      </w:pPr>
      <w:r w:rsidRPr="000C24CF">
        <w:rPr>
          <w:b/>
          <w:bCs/>
          <w:lang w:val="ru-RU"/>
        </w:rPr>
        <w:t>Таблица 11.1 — Распределение тепловой нагрузки между источниками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68"/>
        <w:gridCol w:w="1676"/>
        <w:gridCol w:w="2121"/>
        <w:gridCol w:w="2036"/>
        <w:gridCol w:w="2036"/>
        <w:gridCol w:w="1852"/>
      </w:tblGrid>
      <w:tr w:rsidR="00194F39" w14:paraId="6FAA69B9" w14:textId="77777777">
        <w:trPr>
          <w:cantSplit/>
          <w:tblHeader/>
        </w:trPr>
        <w:tc>
          <w:tcPr>
            <w:tcW w:w="0" w:type="auto"/>
            <w:shd w:val="clear" w:color="auto" w:fill="E2F0D9"/>
          </w:tcPr>
          <w:p w14:paraId="5C9644F8" w14:textId="77777777" w:rsidR="00194F39" w:rsidRDefault="003D0394">
            <w:pPr>
              <w:jc w:val="center"/>
            </w:pPr>
            <w:r>
              <w:rPr>
                <w:b/>
              </w:rPr>
              <w:t>Зона</w:t>
            </w:r>
          </w:p>
        </w:tc>
        <w:tc>
          <w:tcPr>
            <w:tcW w:w="0" w:type="auto"/>
            <w:shd w:val="clear" w:color="auto" w:fill="E2F0D9"/>
          </w:tcPr>
          <w:p w14:paraId="0BE0BF94" w14:textId="77777777" w:rsidR="00194F39" w:rsidRDefault="003D0394">
            <w:pPr>
              <w:jc w:val="center"/>
            </w:pPr>
            <w:r>
              <w:rPr>
                <w:b/>
              </w:rPr>
              <w:t>Источник</w:t>
            </w:r>
          </w:p>
        </w:tc>
        <w:tc>
          <w:tcPr>
            <w:tcW w:w="0" w:type="auto"/>
            <w:shd w:val="clear" w:color="auto" w:fill="E2F0D9"/>
          </w:tcPr>
          <w:p w14:paraId="4822504E" w14:textId="77777777" w:rsidR="00194F39" w:rsidRDefault="003D0394">
            <w:pPr>
              <w:jc w:val="center"/>
            </w:pPr>
            <w:r>
              <w:rPr>
                <w:b/>
              </w:rPr>
              <w:t>Присоединённая нагрузка, Гкал/ч</w:t>
            </w:r>
          </w:p>
        </w:tc>
        <w:tc>
          <w:tcPr>
            <w:tcW w:w="0" w:type="auto"/>
            <w:shd w:val="clear" w:color="auto" w:fill="E2F0D9"/>
          </w:tcPr>
          <w:p w14:paraId="676F9B5F" w14:textId="77777777" w:rsidR="00194F39" w:rsidRPr="00844B84" w:rsidRDefault="003D0394">
            <w:pPr>
              <w:jc w:val="center"/>
              <w:rPr>
                <w:lang w:val="ru-RU"/>
              </w:rPr>
            </w:pPr>
            <w:r w:rsidRPr="00844B84">
              <w:rPr>
                <w:b/>
                <w:lang w:val="ru-RU"/>
              </w:rPr>
              <w:t>Полная максимальная нагрузка 2026, Гкал/ч</w:t>
            </w:r>
          </w:p>
        </w:tc>
        <w:tc>
          <w:tcPr>
            <w:tcW w:w="0" w:type="auto"/>
            <w:shd w:val="clear" w:color="auto" w:fill="E2F0D9"/>
          </w:tcPr>
          <w:p w14:paraId="3FA87FF3" w14:textId="77777777" w:rsidR="00194F39" w:rsidRPr="00844B84" w:rsidRDefault="003D0394">
            <w:pPr>
              <w:jc w:val="center"/>
              <w:rPr>
                <w:lang w:val="ru-RU"/>
              </w:rPr>
            </w:pPr>
            <w:r w:rsidRPr="00844B84">
              <w:rPr>
                <w:b/>
                <w:lang w:val="ru-RU"/>
              </w:rPr>
              <w:t>Полная максимальная нагрузка 2036, Гкал/ч</w:t>
            </w:r>
          </w:p>
        </w:tc>
        <w:tc>
          <w:tcPr>
            <w:tcW w:w="0" w:type="auto"/>
            <w:shd w:val="clear" w:color="auto" w:fill="E2F0D9"/>
          </w:tcPr>
          <w:p w14:paraId="3E417175" w14:textId="77777777" w:rsidR="00194F39" w:rsidRDefault="003D0394">
            <w:pPr>
              <w:jc w:val="center"/>
            </w:pPr>
            <w:r>
              <w:rPr>
                <w:b/>
              </w:rPr>
              <w:t>Решение о распределении</w:t>
            </w:r>
          </w:p>
        </w:tc>
      </w:tr>
      <w:tr w:rsidR="00194F39" w14:paraId="30B6E8AB" w14:textId="77777777">
        <w:trPr>
          <w:cantSplit/>
        </w:trPr>
        <w:tc>
          <w:tcPr>
            <w:tcW w:w="0" w:type="auto"/>
            <w:shd w:val="clear" w:color="auto" w:fill="F2F2F2"/>
          </w:tcPr>
          <w:p w14:paraId="77A6BE56" w14:textId="77777777" w:rsidR="00194F39" w:rsidRDefault="003D0394">
            <w:r>
              <w:t>Z-01</w:t>
            </w:r>
          </w:p>
        </w:tc>
        <w:tc>
          <w:tcPr>
            <w:tcW w:w="0" w:type="auto"/>
            <w:shd w:val="clear" w:color="auto" w:fill="FFFFFF"/>
          </w:tcPr>
          <w:p w14:paraId="52E0EB3E" w14:textId="77777777" w:rsidR="00194F39" w:rsidRDefault="003D0394">
            <w:r>
              <w:t>УПК № 1 «Таштагол»</w:t>
            </w:r>
          </w:p>
        </w:tc>
        <w:tc>
          <w:tcPr>
            <w:tcW w:w="0" w:type="auto"/>
            <w:shd w:val="clear" w:color="auto" w:fill="FFFFFF"/>
          </w:tcPr>
          <w:p w14:paraId="19AD890F" w14:textId="77777777" w:rsidR="00194F39" w:rsidRDefault="003D0394">
            <w:r>
              <w:t>70,2235</w:t>
            </w:r>
          </w:p>
        </w:tc>
        <w:tc>
          <w:tcPr>
            <w:tcW w:w="0" w:type="auto"/>
            <w:shd w:val="clear" w:color="auto" w:fill="FFFFFF"/>
          </w:tcPr>
          <w:p w14:paraId="316FCEA1" w14:textId="77777777" w:rsidR="00194F39" w:rsidRDefault="003D0394">
            <w:r>
              <w:t>93,0532</w:t>
            </w:r>
          </w:p>
        </w:tc>
        <w:tc>
          <w:tcPr>
            <w:tcW w:w="0" w:type="auto"/>
            <w:shd w:val="clear" w:color="auto" w:fill="FFFFFF"/>
          </w:tcPr>
          <w:p w14:paraId="2956C996" w14:textId="77777777" w:rsidR="00194F39" w:rsidRDefault="003D0394">
            <w:r>
              <w:t>93,2042</w:t>
            </w:r>
          </w:p>
        </w:tc>
        <w:tc>
          <w:tcPr>
            <w:tcW w:w="0" w:type="auto"/>
            <w:shd w:val="clear" w:color="auto" w:fill="FFFFFF"/>
          </w:tcPr>
          <w:p w14:paraId="018043D5" w14:textId="77777777" w:rsidR="00194F39" w:rsidRDefault="003D0394">
            <w:r>
              <w:t>сохраняется</w:t>
            </w:r>
          </w:p>
        </w:tc>
      </w:tr>
      <w:tr w:rsidR="00194F39" w14:paraId="27CC6C19" w14:textId="77777777">
        <w:trPr>
          <w:cantSplit/>
        </w:trPr>
        <w:tc>
          <w:tcPr>
            <w:tcW w:w="0" w:type="auto"/>
            <w:shd w:val="clear" w:color="auto" w:fill="F2F2F2"/>
          </w:tcPr>
          <w:p w14:paraId="7408BAFD" w14:textId="77777777" w:rsidR="00194F39" w:rsidRDefault="003D0394">
            <w:r>
              <w:t>Z-07</w:t>
            </w:r>
          </w:p>
        </w:tc>
        <w:tc>
          <w:tcPr>
            <w:tcW w:w="0" w:type="auto"/>
            <w:shd w:val="clear" w:color="auto" w:fill="FFFFFF"/>
          </w:tcPr>
          <w:p w14:paraId="0DFA8392" w14:textId="77777777" w:rsidR="00194F39" w:rsidRDefault="003D0394">
            <w:r>
              <w:t>УПК № 2 «Шалым»</w:t>
            </w:r>
          </w:p>
        </w:tc>
        <w:tc>
          <w:tcPr>
            <w:tcW w:w="0" w:type="auto"/>
            <w:shd w:val="clear" w:color="auto" w:fill="FFFFFF"/>
          </w:tcPr>
          <w:p w14:paraId="5E963973" w14:textId="77777777" w:rsidR="00194F39" w:rsidRDefault="003D0394">
            <w:r>
              <w:t>3,6279</w:t>
            </w:r>
          </w:p>
        </w:tc>
        <w:tc>
          <w:tcPr>
            <w:tcW w:w="0" w:type="auto"/>
            <w:shd w:val="clear" w:color="auto" w:fill="FFFFFF"/>
          </w:tcPr>
          <w:p w14:paraId="4426E092" w14:textId="77777777" w:rsidR="00194F39" w:rsidRDefault="003D0394">
            <w:r>
              <w:t>5,8602</w:t>
            </w:r>
          </w:p>
        </w:tc>
        <w:tc>
          <w:tcPr>
            <w:tcW w:w="0" w:type="auto"/>
            <w:shd w:val="clear" w:color="auto" w:fill="FFFFFF"/>
          </w:tcPr>
          <w:p w14:paraId="22821B2E" w14:textId="77777777" w:rsidR="00194F39" w:rsidRDefault="003D0394">
            <w:r>
              <w:t>5,8602</w:t>
            </w:r>
          </w:p>
        </w:tc>
        <w:tc>
          <w:tcPr>
            <w:tcW w:w="0" w:type="auto"/>
            <w:shd w:val="clear" w:color="auto" w:fill="FFFFFF"/>
          </w:tcPr>
          <w:p w14:paraId="74597AE4" w14:textId="77777777" w:rsidR="00194F39" w:rsidRDefault="003D0394">
            <w:r>
              <w:t>сохраняется</w:t>
            </w:r>
          </w:p>
        </w:tc>
      </w:tr>
      <w:tr w:rsidR="00194F39" w14:paraId="3B8CDE78" w14:textId="77777777">
        <w:trPr>
          <w:cantSplit/>
        </w:trPr>
        <w:tc>
          <w:tcPr>
            <w:tcW w:w="0" w:type="auto"/>
            <w:shd w:val="clear" w:color="auto" w:fill="F2F2F2"/>
          </w:tcPr>
          <w:p w14:paraId="685BCAE1" w14:textId="77777777" w:rsidR="00194F39" w:rsidRDefault="003D0394">
            <w:r>
              <w:t>Z-08</w:t>
            </w:r>
          </w:p>
        </w:tc>
        <w:tc>
          <w:tcPr>
            <w:tcW w:w="0" w:type="auto"/>
            <w:shd w:val="clear" w:color="auto" w:fill="FFFFFF"/>
          </w:tcPr>
          <w:p w14:paraId="248304BD" w14:textId="77777777" w:rsidR="00194F39" w:rsidRDefault="003D0394">
            <w:r>
              <w:t>УПК № 2 «ЦМК»</w:t>
            </w:r>
          </w:p>
        </w:tc>
        <w:tc>
          <w:tcPr>
            <w:tcW w:w="0" w:type="auto"/>
            <w:shd w:val="clear" w:color="auto" w:fill="FFFFFF"/>
          </w:tcPr>
          <w:p w14:paraId="515988D2" w14:textId="77777777" w:rsidR="00194F39" w:rsidRDefault="003D0394">
            <w:r>
              <w:t>2,2233</w:t>
            </w:r>
          </w:p>
        </w:tc>
        <w:tc>
          <w:tcPr>
            <w:tcW w:w="0" w:type="auto"/>
            <w:shd w:val="clear" w:color="auto" w:fill="FFFFFF"/>
          </w:tcPr>
          <w:p w14:paraId="72E2C909" w14:textId="77777777" w:rsidR="00194F39" w:rsidRDefault="003D0394">
            <w:r>
              <w:t>3,7051</w:t>
            </w:r>
          </w:p>
        </w:tc>
        <w:tc>
          <w:tcPr>
            <w:tcW w:w="0" w:type="auto"/>
            <w:shd w:val="clear" w:color="auto" w:fill="FFFFFF"/>
          </w:tcPr>
          <w:p w14:paraId="01475BEE" w14:textId="77777777" w:rsidR="00194F39" w:rsidRDefault="003D0394">
            <w:r>
              <w:t>4,2361</w:t>
            </w:r>
          </w:p>
        </w:tc>
        <w:tc>
          <w:tcPr>
            <w:tcW w:w="0" w:type="auto"/>
            <w:shd w:val="clear" w:color="auto" w:fill="FFFFFF"/>
          </w:tcPr>
          <w:p w14:paraId="299E5E1A" w14:textId="77777777" w:rsidR="00194F39" w:rsidRDefault="003D0394">
            <w:r>
              <w:t>сохраняется</w:t>
            </w:r>
          </w:p>
        </w:tc>
      </w:tr>
      <w:tr w:rsidR="00194F39" w14:paraId="4F52648E" w14:textId="77777777">
        <w:trPr>
          <w:cantSplit/>
        </w:trPr>
        <w:tc>
          <w:tcPr>
            <w:tcW w:w="0" w:type="auto"/>
            <w:shd w:val="clear" w:color="auto" w:fill="F2F2F2"/>
          </w:tcPr>
          <w:p w14:paraId="263F6A77" w14:textId="77777777" w:rsidR="00194F39" w:rsidRDefault="003D0394">
            <w:r>
              <w:t>Z-10</w:t>
            </w:r>
          </w:p>
        </w:tc>
        <w:tc>
          <w:tcPr>
            <w:tcW w:w="0" w:type="auto"/>
            <w:shd w:val="clear" w:color="auto" w:fill="FFFFFF"/>
          </w:tcPr>
          <w:p w14:paraId="69E41053" w14:textId="77777777" w:rsidR="00194F39" w:rsidRDefault="003D0394">
            <w:r>
              <w:t>УПК № 9 «ГРЭ»</w:t>
            </w:r>
          </w:p>
        </w:tc>
        <w:tc>
          <w:tcPr>
            <w:tcW w:w="0" w:type="auto"/>
            <w:shd w:val="clear" w:color="auto" w:fill="FFFFFF"/>
          </w:tcPr>
          <w:p w14:paraId="6D5329B9" w14:textId="77777777" w:rsidR="00194F39" w:rsidRDefault="003D0394">
            <w:r>
              <w:t>0,5624</w:t>
            </w:r>
          </w:p>
        </w:tc>
        <w:tc>
          <w:tcPr>
            <w:tcW w:w="0" w:type="auto"/>
            <w:shd w:val="clear" w:color="auto" w:fill="FFFFFF"/>
          </w:tcPr>
          <w:p w14:paraId="2A749BCA" w14:textId="77777777" w:rsidR="00194F39" w:rsidRDefault="003D0394">
            <w:r>
              <w:t>1,3330</w:t>
            </w:r>
          </w:p>
        </w:tc>
        <w:tc>
          <w:tcPr>
            <w:tcW w:w="0" w:type="auto"/>
            <w:shd w:val="clear" w:color="auto" w:fill="FFFFFF"/>
          </w:tcPr>
          <w:p w14:paraId="56895857" w14:textId="77777777" w:rsidR="00194F39" w:rsidRDefault="003D0394">
            <w:r>
              <w:t>1,3330</w:t>
            </w:r>
          </w:p>
        </w:tc>
        <w:tc>
          <w:tcPr>
            <w:tcW w:w="0" w:type="auto"/>
            <w:shd w:val="clear" w:color="auto" w:fill="FFFFFF"/>
          </w:tcPr>
          <w:p w14:paraId="6E0EF824" w14:textId="77777777" w:rsidR="00194F39" w:rsidRDefault="003D0394">
            <w:r>
              <w:t>сохраняется</w:t>
            </w:r>
          </w:p>
        </w:tc>
      </w:tr>
      <w:tr w:rsidR="00194F39" w14:paraId="353D83D9" w14:textId="77777777">
        <w:trPr>
          <w:cantSplit/>
        </w:trPr>
        <w:tc>
          <w:tcPr>
            <w:tcW w:w="0" w:type="auto"/>
            <w:shd w:val="clear" w:color="auto" w:fill="F2F2F2"/>
          </w:tcPr>
          <w:p w14:paraId="26E86F95" w14:textId="77777777" w:rsidR="00194F39" w:rsidRDefault="003D0394">
            <w:r>
              <w:t>Z-02</w:t>
            </w:r>
          </w:p>
        </w:tc>
        <w:tc>
          <w:tcPr>
            <w:tcW w:w="0" w:type="auto"/>
            <w:shd w:val="clear" w:color="auto" w:fill="FFFFFF"/>
          </w:tcPr>
          <w:p w14:paraId="3E0D725B" w14:textId="77777777" w:rsidR="00194F39" w:rsidRDefault="003D0394">
            <w:r>
              <w:t>УПК № 5 «Новый Шерегеш»</w:t>
            </w:r>
          </w:p>
        </w:tc>
        <w:tc>
          <w:tcPr>
            <w:tcW w:w="0" w:type="auto"/>
            <w:shd w:val="clear" w:color="auto" w:fill="FFFFFF"/>
          </w:tcPr>
          <w:p w14:paraId="24E8F4FC" w14:textId="77777777" w:rsidR="00194F39" w:rsidRDefault="003D0394">
            <w:r>
              <w:t>42,6992</w:t>
            </w:r>
          </w:p>
        </w:tc>
        <w:tc>
          <w:tcPr>
            <w:tcW w:w="0" w:type="auto"/>
            <w:shd w:val="clear" w:color="auto" w:fill="FFFFFF"/>
          </w:tcPr>
          <w:p w14:paraId="180B3EEB" w14:textId="77777777" w:rsidR="00194F39" w:rsidRDefault="003D0394">
            <w:r>
              <w:t>68,6123</w:t>
            </w:r>
          </w:p>
        </w:tc>
        <w:tc>
          <w:tcPr>
            <w:tcW w:w="0" w:type="auto"/>
            <w:shd w:val="clear" w:color="auto" w:fill="FFFFFF"/>
          </w:tcPr>
          <w:p w14:paraId="027968E9" w14:textId="77777777" w:rsidR="00194F39" w:rsidRDefault="003D0394">
            <w:r>
              <w:t>114,4463</w:t>
            </w:r>
          </w:p>
        </w:tc>
        <w:tc>
          <w:tcPr>
            <w:tcW w:w="0" w:type="auto"/>
            <w:shd w:val="clear" w:color="auto" w:fill="FFFFFF"/>
          </w:tcPr>
          <w:p w14:paraId="06BA5437" w14:textId="77777777" w:rsidR="00194F39" w:rsidRDefault="003D0394">
            <w:r>
              <w:t>сохраняется</w:t>
            </w:r>
          </w:p>
        </w:tc>
      </w:tr>
      <w:tr w:rsidR="00194F39" w14:paraId="1D2B70F4" w14:textId="77777777">
        <w:trPr>
          <w:cantSplit/>
        </w:trPr>
        <w:tc>
          <w:tcPr>
            <w:tcW w:w="0" w:type="auto"/>
            <w:shd w:val="clear" w:color="auto" w:fill="F2F2F2"/>
          </w:tcPr>
          <w:p w14:paraId="13F7D958" w14:textId="77777777" w:rsidR="00194F39" w:rsidRDefault="003D0394">
            <w:r>
              <w:t>Z-06</w:t>
            </w:r>
          </w:p>
        </w:tc>
        <w:tc>
          <w:tcPr>
            <w:tcW w:w="0" w:type="auto"/>
            <w:shd w:val="clear" w:color="auto" w:fill="FFFFFF"/>
          </w:tcPr>
          <w:p w14:paraId="2659AE12" w14:textId="77777777" w:rsidR="00194F39" w:rsidRDefault="003D0394">
            <w:r>
              <w:t>УПК № 6 «Старый Шерегеш»</w:t>
            </w:r>
          </w:p>
        </w:tc>
        <w:tc>
          <w:tcPr>
            <w:tcW w:w="0" w:type="auto"/>
            <w:shd w:val="clear" w:color="auto" w:fill="FFFFFF"/>
          </w:tcPr>
          <w:p w14:paraId="5977A0FF" w14:textId="77777777" w:rsidR="00194F39" w:rsidRDefault="003D0394">
            <w:r>
              <w:t>2,7972</w:t>
            </w:r>
          </w:p>
        </w:tc>
        <w:tc>
          <w:tcPr>
            <w:tcW w:w="0" w:type="auto"/>
            <w:shd w:val="clear" w:color="auto" w:fill="FFFFFF"/>
          </w:tcPr>
          <w:p w14:paraId="5D683E86" w14:textId="77777777" w:rsidR="00194F39" w:rsidRDefault="003D0394">
            <w:r>
              <w:t>4,6696</w:t>
            </w:r>
          </w:p>
        </w:tc>
        <w:tc>
          <w:tcPr>
            <w:tcW w:w="0" w:type="auto"/>
            <w:shd w:val="clear" w:color="auto" w:fill="FFFFFF"/>
          </w:tcPr>
          <w:p w14:paraId="033381C9" w14:textId="77777777" w:rsidR="00194F39" w:rsidRDefault="003D0394">
            <w:r>
              <w:t>4,8196</w:t>
            </w:r>
          </w:p>
        </w:tc>
        <w:tc>
          <w:tcPr>
            <w:tcW w:w="0" w:type="auto"/>
            <w:shd w:val="clear" w:color="auto" w:fill="FFFFFF"/>
          </w:tcPr>
          <w:p w14:paraId="6A06AD18" w14:textId="77777777" w:rsidR="00194F39" w:rsidRDefault="003D0394">
            <w:r>
              <w:t>сохраняется</w:t>
            </w:r>
          </w:p>
        </w:tc>
      </w:tr>
      <w:tr w:rsidR="00194F39" w14:paraId="32BF012F" w14:textId="77777777">
        <w:trPr>
          <w:cantSplit/>
        </w:trPr>
        <w:tc>
          <w:tcPr>
            <w:tcW w:w="0" w:type="auto"/>
            <w:shd w:val="clear" w:color="auto" w:fill="F2F2F2"/>
          </w:tcPr>
          <w:p w14:paraId="2698F518" w14:textId="77777777" w:rsidR="00194F39" w:rsidRDefault="003D0394">
            <w:r>
              <w:t>Z-03</w:t>
            </w:r>
          </w:p>
        </w:tc>
        <w:tc>
          <w:tcPr>
            <w:tcW w:w="0" w:type="auto"/>
            <w:shd w:val="clear" w:color="auto" w:fill="FFFFFF"/>
          </w:tcPr>
          <w:p w14:paraId="54FF52E3" w14:textId="77777777" w:rsidR="00194F39" w:rsidRDefault="003D0394">
            <w:r>
              <w:t>УПК № 7 «Каз»</w:t>
            </w:r>
          </w:p>
        </w:tc>
        <w:tc>
          <w:tcPr>
            <w:tcW w:w="0" w:type="auto"/>
            <w:shd w:val="clear" w:color="auto" w:fill="FFFFFF"/>
          </w:tcPr>
          <w:p w14:paraId="621BBF01" w14:textId="77777777" w:rsidR="00194F39" w:rsidRDefault="003D0394">
            <w:r>
              <w:t>9,2933</w:t>
            </w:r>
          </w:p>
        </w:tc>
        <w:tc>
          <w:tcPr>
            <w:tcW w:w="0" w:type="auto"/>
            <w:shd w:val="clear" w:color="auto" w:fill="FFFFFF"/>
          </w:tcPr>
          <w:p w14:paraId="5D7B82D2" w14:textId="77777777" w:rsidR="00194F39" w:rsidRDefault="003D0394">
            <w:r>
              <w:t>19,4397</w:t>
            </w:r>
          </w:p>
        </w:tc>
        <w:tc>
          <w:tcPr>
            <w:tcW w:w="0" w:type="auto"/>
            <w:shd w:val="clear" w:color="auto" w:fill="FFFFFF"/>
          </w:tcPr>
          <w:p w14:paraId="66569CFC" w14:textId="77777777" w:rsidR="00194F39" w:rsidRDefault="003D0394">
            <w:r>
              <w:t>19,5027</w:t>
            </w:r>
          </w:p>
        </w:tc>
        <w:tc>
          <w:tcPr>
            <w:tcW w:w="0" w:type="auto"/>
            <w:shd w:val="clear" w:color="auto" w:fill="FFFFFF"/>
          </w:tcPr>
          <w:p w14:paraId="23D16290" w14:textId="77777777" w:rsidR="00194F39" w:rsidRDefault="003D0394">
            <w:r>
              <w:t>сохраняется</w:t>
            </w:r>
          </w:p>
        </w:tc>
      </w:tr>
      <w:tr w:rsidR="00194F39" w14:paraId="7680C9D9" w14:textId="77777777">
        <w:trPr>
          <w:cantSplit/>
        </w:trPr>
        <w:tc>
          <w:tcPr>
            <w:tcW w:w="0" w:type="auto"/>
            <w:shd w:val="clear" w:color="auto" w:fill="F2F2F2"/>
          </w:tcPr>
          <w:p w14:paraId="649D3DDD" w14:textId="77777777" w:rsidR="00194F39" w:rsidRDefault="003D0394">
            <w:r>
              <w:t>Z-04</w:t>
            </w:r>
          </w:p>
        </w:tc>
        <w:tc>
          <w:tcPr>
            <w:tcW w:w="0" w:type="auto"/>
            <w:shd w:val="clear" w:color="auto" w:fill="FFFFFF"/>
          </w:tcPr>
          <w:p w14:paraId="7F5B46A9" w14:textId="77777777" w:rsidR="00194F39" w:rsidRDefault="003D0394">
            <w:r>
              <w:t>УПК № 8 «Мундыбаш»</w:t>
            </w:r>
          </w:p>
        </w:tc>
        <w:tc>
          <w:tcPr>
            <w:tcW w:w="0" w:type="auto"/>
            <w:shd w:val="clear" w:color="auto" w:fill="FFFFFF"/>
          </w:tcPr>
          <w:p w14:paraId="6BB2B981" w14:textId="77777777" w:rsidR="00194F39" w:rsidRDefault="003D0394">
            <w:r>
              <w:t>8,5759</w:t>
            </w:r>
          </w:p>
        </w:tc>
        <w:tc>
          <w:tcPr>
            <w:tcW w:w="0" w:type="auto"/>
            <w:shd w:val="clear" w:color="auto" w:fill="FFFFFF"/>
          </w:tcPr>
          <w:p w14:paraId="42836A4C" w14:textId="77777777" w:rsidR="00194F39" w:rsidRDefault="003D0394">
            <w:r>
              <w:t>20,2475</w:t>
            </w:r>
          </w:p>
        </w:tc>
        <w:tc>
          <w:tcPr>
            <w:tcW w:w="0" w:type="auto"/>
            <w:shd w:val="clear" w:color="auto" w:fill="FFFFFF"/>
          </w:tcPr>
          <w:p w14:paraId="4691B6C2" w14:textId="77777777" w:rsidR="00194F39" w:rsidRDefault="003D0394">
            <w:r>
              <w:t>20,2475</w:t>
            </w:r>
          </w:p>
        </w:tc>
        <w:tc>
          <w:tcPr>
            <w:tcW w:w="0" w:type="auto"/>
            <w:shd w:val="clear" w:color="auto" w:fill="FFFFFF"/>
          </w:tcPr>
          <w:p w14:paraId="5F1CFF73" w14:textId="77777777" w:rsidR="00194F39" w:rsidRDefault="003D0394">
            <w:r>
              <w:t>сохраняется</w:t>
            </w:r>
          </w:p>
        </w:tc>
      </w:tr>
      <w:tr w:rsidR="00194F39" w14:paraId="588D70AE" w14:textId="77777777">
        <w:trPr>
          <w:cantSplit/>
        </w:trPr>
        <w:tc>
          <w:tcPr>
            <w:tcW w:w="0" w:type="auto"/>
            <w:shd w:val="clear" w:color="auto" w:fill="F2F2F2"/>
          </w:tcPr>
          <w:p w14:paraId="45CC7953" w14:textId="77777777" w:rsidR="00194F39" w:rsidRDefault="003D0394">
            <w:r>
              <w:t>Z-05</w:t>
            </w:r>
          </w:p>
        </w:tc>
        <w:tc>
          <w:tcPr>
            <w:tcW w:w="0" w:type="auto"/>
            <w:shd w:val="clear" w:color="auto" w:fill="FFFFFF"/>
          </w:tcPr>
          <w:p w14:paraId="505749C8" w14:textId="77777777" w:rsidR="00194F39" w:rsidRDefault="003D0394">
            <w:r>
              <w:t>УПК № 10 «Темир-Тау»</w:t>
            </w:r>
          </w:p>
        </w:tc>
        <w:tc>
          <w:tcPr>
            <w:tcW w:w="0" w:type="auto"/>
            <w:shd w:val="clear" w:color="auto" w:fill="FFFFFF"/>
          </w:tcPr>
          <w:p w14:paraId="3FB65553" w14:textId="77777777" w:rsidR="00194F39" w:rsidRDefault="003D0394">
            <w:r>
              <w:t>6,5755</w:t>
            </w:r>
          </w:p>
        </w:tc>
        <w:tc>
          <w:tcPr>
            <w:tcW w:w="0" w:type="auto"/>
            <w:shd w:val="clear" w:color="auto" w:fill="FFFFFF"/>
          </w:tcPr>
          <w:p w14:paraId="50F4188F" w14:textId="77777777" w:rsidR="00194F39" w:rsidRDefault="003D0394">
            <w:r>
              <w:t>8,6985</w:t>
            </w:r>
          </w:p>
        </w:tc>
        <w:tc>
          <w:tcPr>
            <w:tcW w:w="0" w:type="auto"/>
            <w:shd w:val="clear" w:color="auto" w:fill="FFFFFF"/>
          </w:tcPr>
          <w:p w14:paraId="3F5F03C3" w14:textId="77777777" w:rsidR="00194F39" w:rsidRDefault="003D0394">
            <w:r>
              <w:t>8,6985</w:t>
            </w:r>
          </w:p>
        </w:tc>
        <w:tc>
          <w:tcPr>
            <w:tcW w:w="0" w:type="auto"/>
            <w:shd w:val="clear" w:color="auto" w:fill="FFFFFF"/>
          </w:tcPr>
          <w:p w14:paraId="3B201333" w14:textId="77777777" w:rsidR="00194F39" w:rsidRDefault="003D0394">
            <w:r>
              <w:t>сохраняется</w:t>
            </w:r>
          </w:p>
        </w:tc>
      </w:tr>
      <w:tr w:rsidR="00194F39" w14:paraId="1F9D534A" w14:textId="77777777">
        <w:trPr>
          <w:cantSplit/>
        </w:trPr>
        <w:tc>
          <w:tcPr>
            <w:tcW w:w="0" w:type="auto"/>
            <w:shd w:val="clear" w:color="auto" w:fill="F2F2F2"/>
          </w:tcPr>
          <w:p w14:paraId="4528A54B" w14:textId="77777777" w:rsidR="00194F39" w:rsidRDefault="003D0394">
            <w:r>
              <w:t>Z-09</w:t>
            </w:r>
          </w:p>
        </w:tc>
        <w:tc>
          <w:tcPr>
            <w:tcW w:w="0" w:type="auto"/>
            <w:shd w:val="clear" w:color="auto" w:fill="FFFFFF"/>
          </w:tcPr>
          <w:p w14:paraId="4359FF2B" w14:textId="77777777" w:rsidR="00194F39" w:rsidRDefault="003D0394">
            <w:r>
              <w:t>УПК № 3 «Спасск»</w:t>
            </w:r>
          </w:p>
        </w:tc>
        <w:tc>
          <w:tcPr>
            <w:tcW w:w="0" w:type="auto"/>
            <w:shd w:val="clear" w:color="auto" w:fill="FFFFFF"/>
          </w:tcPr>
          <w:p w14:paraId="6E9EF50D" w14:textId="77777777" w:rsidR="00194F39" w:rsidRDefault="003D0394">
            <w:r>
              <w:t>1,1314</w:t>
            </w:r>
          </w:p>
        </w:tc>
        <w:tc>
          <w:tcPr>
            <w:tcW w:w="0" w:type="auto"/>
            <w:shd w:val="clear" w:color="auto" w:fill="FFFFFF"/>
          </w:tcPr>
          <w:p w14:paraId="632BEB28" w14:textId="77777777" w:rsidR="00194F39" w:rsidRDefault="003D0394">
            <w:r>
              <w:t>1,8761</w:t>
            </w:r>
          </w:p>
        </w:tc>
        <w:tc>
          <w:tcPr>
            <w:tcW w:w="0" w:type="auto"/>
            <w:shd w:val="clear" w:color="auto" w:fill="FFFFFF"/>
          </w:tcPr>
          <w:p w14:paraId="26E94C0D" w14:textId="77777777" w:rsidR="00194F39" w:rsidRDefault="003D0394">
            <w:r>
              <w:t>1,8831</w:t>
            </w:r>
          </w:p>
        </w:tc>
        <w:tc>
          <w:tcPr>
            <w:tcW w:w="0" w:type="auto"/>
            <w:shd w:val="clear" w:color="auto" w:fill="FFFFFF"/>
          </w:tcPr>
          <w:p w14:paraId="5F17657D" w14:textId="77777777" w:rsidR="00194F39" w:rsidRDefault="003D0394">
            <w:r>
              <w:t>сохраняется</w:t>
            </w:r>
          </w:p>
        </w:tc>
      </w:tr>
      <w:tr w:rsidR="00194F39" w14:paraId="4259E46D" w14:textId="77777777">
        <w:trPr>
          <w:cantSplit/>
        </w:trPr>
        <w:tc>
          <w:tcPr>
            <w:tcW w:w="0" w:type="auto"/>
            <w:shd w:val="clear" w:color="auto" w:fill="DBE5F1"/>
          </w:tcPr>
          <w:p w14:paraId="7191006B" w14:textId="77777777" w:rsidR="00194F39" w:rsidRDefault="003D0394">
            <w:r>
              <w:rPr>
                <w:b/>
              </w:rPr>
              <w:t>Итого</w:t>
            </w:r>
          </w:p>
        </w:tc>
        <w:tc>
          <w:tcPr>
            <w:tcW w:w="0" w:type="auto"/>
            <w:shd w:val="clear" w:color="auto" w:fill="DBE5F1"/>
          </w:tcPr>
          <w:p w14:paraId="62C9EE19" w14:textId="77777777" w:rsidR="00194F39" w:rsidRDefault="003D0394">
            <w:r>
              <w:rPr>
                <w:b/>
              </w:rPr>
              <w:t>—</w:t>
            </w:r>
          </w:p>
        </w:tc>
        <w:tc>
          <w:tcPr>
            <w:tcW w:w="0" w:type="auto"/>
            <w:shd w:val="clear" w:color="auto" w:fill="DBE5F1"/>
          </w:tcPr>
          <w:p w14:paraId="77C01E34" w14:textId="77777777" w:rsidR="00194F39" w:rsidRDefault="003D0394">
            <w:r>
              <w:rPr>
                <w:b/>
              </w:rPr>
              <w:t>147,7096</w:t>
            </w:r>
          </w:p>
        </w:tc>
        <w:tc>
          <w:tcPr>
            <w:tcW w:w="0" w:type="auto"/>
            <w:shd w:val="clear" w:color="auto" w:fill="DBE5F1"/>
          </w:tcPr>
          <w:p w14:paraId="2053AB07" w14:textId="77777777" w:rsidR="00194F39" w:rsidRDefault="003D0394">
            <w:r>
              <w:rPr>
                <w:b/>
              </w:rPr>
              <w:t>227,4952</w:t>
            </w:r>
          </w:p>
        </w:tc>
        <w:tc>
          <w:tcPr>
            <w:tcW w:w="0" w:type="auto"/>
            <w:shd w:val="clear" w:color="auto" w:fill="DBE5F1"/>
          </w:tcPr>
          <w:p w14:paraId="44D4E204" w14:textId="77777777" w:rsidR="00194F39" w:rsidRDefault="003D0394">
            <w:r>
              <w:rPr>
                <w:b/>
              </w:rPr>
              <w:t>274,2312</w:t>
            </w:r>
          </w:p>
        </w:tc>
        <w:tc>
          <w:tcPr>
            <w:tcW w:w="0" w:type="auto"/>
            <w:shd w:val="clear" w:color="auto" w:fill="DBE5F1"/>
          </w:tcPr>
          <w:p w14:paraId="35EF8F51" w14:textId="77777777" w:rsidR="00194F39" w:rsidRDefault="003D0394">
            <w:r>
              <w:rPr>
                <w:b/>
              </w:rPr>
              <w:t>—</w:t>
            </w:r>
          </w:p>
        </w:tc>
      </w:tr>
    </w:tbl>
    <w:p w14:paraId="0D9D06D0" w14:textId="77777777" w:rsidR="00844B84" w:rsidRDefault="003D0394">
      <w:pPr>
        <w:rPr>
          <w:lang w:val="ru-RU"/>
        </w:rPr>
      </w:pPr>
      <w:r w:rsidRPr="00844B84">
        <w:rPr>
          <w:lang w:val="ru-RU"/>
        </w:rPr>
        <w:t>Утверждается сохранение существующего распределения тепловой нагрузки между десятью действующими источниками. Перераспределение нагрузки между источниками не предусматривается: источники гидравлически независимы, межисточниковых связей не выявлено. Нагрузка ранее выведенных источников учтена в балансах действующих источников и повторному учёту не подлежит.</w:t>
      </w:r>
    </w:p>
    <w:p w14:paraId="5C1B0B8A" w14:textId="77777777" w:rsidR="00194F39" w:rsidRPr="00326225" w:rsidRDefault="00844B84">
      <w:pPr>
        <w:rPr>
          <w:lang w:val="ru-RU"/>
        </w:rPr>
      </w:pPr>
      <w:r>
        <w:rPr>
          <w:lang w:val="ru-RU"/>
        </w:rPr>
        <w:br w:type="page"/>
      </w:r>
    </w:p>
    <w:p w14:paraId="14968CE5" w14:textId="77777777" w:rsidR="006E7A08" w:rsidRPr="000C24CF" w:rsidRDefault="00267E76">
      <w:pPr>
        <w:pStyle w:val="1"/>
        <w:spacing w:before="1200"/>
        <w:jc w:val="center"/>
        <w:rPr>
          <w:color w:val="4F81BD" w:themeColor="accent1"/>
          <w:lang w:val="ru-RU"/>
        </w:rPr>
      </w:pPr>
      <w:bookmarkStart w:id="103" w:name="_Toc238017302"/>
      <w:r w:rsidRPr="000C24CF">
        <w:rPr>
          <w:color w:val="4F81BD" w:themeColor="accent1"/>
          <w:lang w:val="ru-RU"/>
        </w:rPr>
        <w:t>12. Решения по бесхозяйным тепловым сетям</w:t>
      </w:r>
      <w:bookmarkEnd w:id="103"/>
    </w:p>
    <w:p w14:paraId="6EA7E5E9" w14:textId="77777777" w:rsidR="006E7A08" w:rsidRPr="001D7D92" w:rsidRDefault="00267E76">
      <w:pPr>
        <w:spacing w:before="1200"/>
        <w:jc w:val="center"/>
        <w:rPr>
          <w:lang w:val="ru-RU"/>
        </w:rPr>
      </w:pPr>
      <w:r w:rsidRPr="00844B84">
        <w:rPr>
          <w:lang w:val="ru-RU"/>
        </w:rPr>
        <w:t>Сведения о выявленных бесхозяйных тепловых сетях в границах муниципального округа в составе исходных данных не представлены. Отсутствие представленных сведений не является подтверждением отсутствия таких сетей.</w:t>
      </w:r>
    </w:p>
    <w:p w14:paraId="3A2C08BE" w14:textId="77777777" w:rsidR="006E7A08" w:rsidRPr="001D7D92" w:rsidRDefault="00267E76">
      <w:pPr>
        <w:spacing w:before="1200"/>
        <w:jc w:val="center"/>
        <w:rPr>
          <w:lang w:val="ru-RU"/>
        </w:rPr>
      </w:pPr>
      <w:r w:rsidRPr="00844B84">
        <w:rPr>
          <w:lang w:val="ru-RU"/>
        </w:rPr>
        <w:t>В случае выявления бесхозяйных тепловых сетей их эксплуатация до признания права собственности осуществляется организацией, тепловые сети которой непосредственно соединены с бесхозяйными, в порядке, установленном статьёй 15 Федерального закона от 27.07.2010 № 190-ФЗ «О теплоснабжении». Затраты на содержание таких сетей учитываются при установлении тарифов.</w:t>
      </w:r>
    </w:p>
    <w:p w14:paraId="4658267B" w14:textId="77777777" w:rsidR="006E7A08" w:rsidRPr="001D7D92" w:rsidRDefault="00267E76">
      <w:pPr>
        <w:spacing w:before="1200"/>
        <w:jc w:val="center"/>
        <w:rPr>
          <w:lang w:val="ru-RU"/>
        </w:rPr>
      </w:pPr>
      <w:r w:rsidRPr="00844B84">
        <w:rPr>
          <w:lang w:val="ru-RU"/>
        </w:rPr>
        <w:t>Уточнение перечня бесхозяйных тепловых сетей отнесено к сведениям, подлежащим получению от органа местного самоуправления.</w:t>
      </w:r>
    </w:p>
    <w:p w14:paraId="3EC92522" w14:textId="77777777" w:rsidR="006C72FB" w:rsidRPr="00844B84" w:rsidRDefault="0084102B">
      <w:pPr>
        <w:pStyle w:val="21"/>
        <w:rPr>
          <w:lang w:val="ru-RU"/>
        </w:rPr>
      </w:pPr>
      <w:bookmarkStart w:id="104" w:name="_Toc238017303"/>
      <w:r w:rsidRPr="00844B84">
        <w:rPr>
          <w:lang w:val="ru-RU"/>
        </w:rPr>
        <w:t>12.1. Порядок действий при выявлении бесхозяйных тепловых сетей</w:t>
      </w:r>
      <w:bookmarkEnd w:id="104"/>
    </w:p>
    <w:p w14:paraId="45A26B22" w14:textId="77777777" w:rsidR="006C72FB" w:rsidRPr="00844B84" w:rsidRDefault="0084102B">
      <w:pPr>
        <w:rPr>
          <w:lang w:val="ru-RU"/>
        </w:rPr>
      </w:pPr>
      <w:r w:rsidRPr="00844B84">
        <w:rPr>
          <w:lang w:val="ru-RU"/>
        </w:rPr>
        <w:t>Бесхозяйные тепловые сети в границах Таштагольского муниципального округа Заказчиком не заявлены. Акты выявления бесхозяйного имущества, судебные решения о признании права муниципальной собственности и перечни участков, не имеющих эксплуатирующей организации, в составе исходных данных отсутствуют. Утверждение об отсутствии бесхозяйных тепловых сетей настоящей схемой не делается: отсутствие сведений и подтверждённое отсутствие объектов — разные основания.</w:t>
      </w:r>
    </w:p>
    <w:p w14:paraId="02F4D2C5" w14:textId="77777777" w:rsidR="006C72FB" w:rsidRPr="000C24CF" w:rsidRDefault="0084102B">
      <w:pPr>
        <w:rPr>
          <w:b/>
          <w:bCs/>
          <w:lang w:val="ru-RU"/>
        </w:rPr>
      </w:pPr>
      <w:r w:rsidRPr="000C24CF">
        <w:rPr>
          <w:b/>
          <w:bCs/>
          <w:lang w:val="ru-RU"/>
        </w:rPr>
        <w:t>Таблица 12.1 — Порядок действий при выявлении бесхозяйных тепловых сетей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53"/>
        <w:gridCol w:w="5230"/>
        <w:gridCol w:w="2216"/>
        <w:gridCol w:w="2390"/>
      </w:tblGrid>
      <w:tr w:rsidR="006C72FB" w14:paraId="24FFF364" w14:textId="77777777">
        <w:trPr>
          <w:cantSplit/>
          <w:tblHeader/>
        </w:trPr>
        <w:tc>
          <w:tcPr>
            <w:tcW w:w="0" w:type="auto"/>
            <w:shd w:val="clear" w:color="auto" w:fill="E2F0D9"/>
          </w:tcPr>
          <w:p w14:paraId="054673C3" w14:textId="77777777" w:rsidR="006C72FB" w:rsidRDefault="0084102B">
            <w:pPr>
              <w:jc w:val="center"/>
            </w:pPr>
            <w:r>
              <w:rPr>
                <w:b/>
              </w:rPr>
              <w:t>Этап</w:t>
            </w:r>
          </w:p>
        </w:tc>
        <w:tc>
          <w:tcPr>
            <w:tcW w:w="0" w:type="auto"/>
            <w:shd w:val="clear" w:color="auto" w:fill="E2F0D9"/>
          </w:tcPr>
          <w:p w14:paraId="7AD3A90D" w14:textId="77777777" w:rsidR="006C72FB" w:rsidRDefault="0084102B">
            <w:pPr>
              <w:jc w:val="center"/>
            </w:pPr>
            <w:r>
              <w:rPr>
                <w:b/>
              </w:rPr>
              <w:t>Содержание действия</w:t>
            </w:r>
          </w:p>
        </w:tc>
        <w:tc>
          <w:tcPr>
            <w:tcW w:w="0" w:type="auto"/>
            <w:shd w:val="clear" w:color="auto" w:fill="E2F0D9"/>
          </w:tcPr>
          <w:p w14:paraId="250944D0" w14:textId="77777777" w:rsidR="006C72FB" w:rsidRDefault="0084102B">
            <w:pPr>
              <w:jc w:val="center"/>
            </w:pPr>
            <w:r>
              <w:rPr>
                <w:b/>
              </w:rPr>
              <w:t>Ответственный</w:t>
            </w:r>
          </w:p>
        </w:tc>
        <w:tc>
          <w:tcPr>
            <w:tcW w:w="0" w:type="auto"/>
            <w:shd w:val="clear" w:color="auto" w:fill="E2F0D9"/>
          </w:tcPr>
          <w:p w14:paraId="6FA195E2" w14:textId="77777777" w:rsidR="006C72FB" w:rsidRDefault="0084102B">
            <w:pPr>
              <w:jc w:val="center"/>
            </w:pPr>
            <w:r>
              <w:rPr>
                <w:b/>
              </w:rPr>
              <w:t>Основание</w:t>
            </w:r>
          </w:p>
        </w:tc>
      </w:tr>
      <w:tr w:rsidR="006C72FB" w14:paraId="7B590A17" w14:textId="77777777">
        <w:trPr>
          <w:cantSplit/>
        </w:trPr>
        <w:tc>
          <w:tcPr>
            <w:tcW w:w="0" w:type="auto"/>
            <w:shd w:val="clear" w:color="auto" w:fill="F2F2F2"/>
          </w:tcPr>
          <w:p w14:paraId="0A291993" w14:textId="77777777" w:rsidR="006C72FB" w:rsidRDefault="0084102B">
            <w:r>
              <w:t>1</w:t>
            </w:r>
          </w:p>
        </w:tc>
        <w:tc>
          <w:tcPr>
            <w:tcW w:w="0" w:type="auto"/>
            <w:shd w:val="clear" w:color="auto" w:fill="FFFFFF"/>
          </w:tcPr>
          <w:p w14:paraId="65C6D280" w14:textId="77777777" w:rsidR="006C72FB" w:rsidRPr="00844B84" w:rsidRDefault="0084102B">
            <w:pPr>
              <w:rPr>
                <w:lang w:val="ru-RU"/>
              </w:rPr>
            </w:pPr>
            <w:r w:rsidRPr="00844B84">
              <w:rPr>
                <w:lang w:val="ru-RU"/>
              </w:rPr>
              <w:t>Выявление участка тепловой сети, не имеющего эксплуатирующей организации, и составление акта выявления</w:t>
            </w:r>
          </w:p>
        </w:tc>
        <w:tc>
          <w:tcPr>
            <w:tcW w:w="0" w:type="auto"/>
            <w:shd w:val="clear" w:color="auto" w:fill="FFFFFF"/>
          </w:tcPr>
          <w:p w14:paraId="178657E3" w14:textId="77777777" w:rsidR="006C72FB" w:rsidRDefault="0084102B">
            <w:r>
              <w:t>орган местного самоуправления</w:t>
            </w:r>
          </w:p>
        </w:tc>
        <w:tc>
          <w:tcPr>
            <w:tcW w:w="0" w:type="auto"/>
            <w:shd w:val="clear" w:color="auto" w:fill="FFFFFF"/>
          </w:tcPr>
          <w:p w14:paraId="17E65BB6" w14:textId="77777777" w:rsidR="006C72FB" w:rsidRDefault="0084102B">
            <w:r>
              <w:t>статья 15 Федерального закона № 190-ФЗ</w:t>
            </w:r>
          </w:p>
        </w:tc>
      </w:tr>
      <w:tr w:rsidR="006C72FB" w14:paraId="0EFE6443" w14:textId="77777777">
        <w:trPr>
          <w:cantSplit/>
        </w:trPr>
        <w:tc>
          <w:tcPr>
            <w:tcW w:w="0" w:type="auto"/>
            <w:shd w:val="clear" w:color="auto" w:fill="F2F2F2"/>
          </w:tcPr>
          <w:p w14:paraId="21E4FE4E" w14:textId="77777777" w:rsidR="006C72FB" w:rsidRDefault="0084102B">
            <w:r>
              <w:t>2</w:t>
            </w:r>
          </w:p>
        </w:tc>
        <w:tc>
          <w:tcPr>
            <w:tcW w:w="0" w:type="auto"/>
            <w:shd w:val="clear" w:color="auto" w:fill="FFFFFF"/>
          </w:tcPr>
          <w:p w14:paraId="68FCCA2E" w14:textId="77777777" w:rsidR="006C72FB" w:rsidRPr="00844B84" w:rsidRDefault="0084102B">
            <w:pPr>
              <w:rPr>
                <w:lang w:val="ru-RU"/>
              </w:rPr>
            </w:pPr>
            <w:r w:rsidRPr="00844B84">
              <w:rPr>
                <w:lang w:val="ru-RU"/>
              </w:rPr>
              <w:t>Определение организации, тепловые сети которой непосредственно соединены с выявленным участком, и возложение на неё эксплуатации участка до признания права собственности</w:t>
            </w:r>
          </w:p>
        </w:tc>
        <w:tc>
          <w:tcPr>
            <w:tcW w:w="0" w:type="auto"/>
            <w:shd w:val="clear" w:color="auto" w:fill="FFFFFF"/>
          </w:tcPr>
          <w:p w14:paraId="44E52A5E" w14:textId="77777777" w:rsidR="006C72FB" w:rsidRDefault="0084102B">
            <w:r>
              <w:t>орган местного самоуправления</w:t>
            </w:r>
          </w:p>
        </w:tc>
        <w:tc>
          <w:tcPr>
            <w:tcW w:w="0" w:type="auto"/>
            <w:shd w:val="clear" w:color="auto" w:fill="FFFFFF"/>
          </w:tcPr>
          <w:p w14:paraId="269721F4" w14:textId="77777777" w:rsidR="006C72FB" w:rsidRDefault="0084102B">
            <w:r>
              <w:t>статья 15 Федерального закона № 190-ФЗ</w:t>
            </w:r>
          </w:p>
        </w:tc>
      </w:tr>
      <w:tr w:rsidR="006C72FB" w14:paraId="7A4CD8E5" w14:textId="77777777">
        <w:trPr>
          <w:cantSplit/>
        </w:trPr>
        <w:tc>
          <w:tcPr>
            <w:tcW w:w="0" w:type="auto"/>
            <w:shd w:val="clear" w:color="auto" w:fill="F2F2F2"/>
          </w:tcPr>
          <w:p w14:paraId="505910EA" w14:textId="77777777" w:rsidR="006C72FB" w:rsidRDefault="0084102B">
            <w:r>
              <w:t>3</w:t>
            </w:r>
          </w:p>
        </w:tc>
        <w:tc>
          <w:tcPr>
            <w:tcW w:w="0" w:type="auto"/>
            <w:shd w:val="clear" w:color="auto" w:fill="FFFFFF"/>
          </w:tcPr>
          <w:p w14:paraId="03EAD227" w14:textId="77777777" w:rsidR="006C72FB" w:rsidRPr="00844B84" w:rsidRDefault="0084102B">
            <w:pPr>
              <w:rPr>
                <w:lang w:val="ru-RU"/>
              </w:rPr>
            </w:pPr>
            <w:r w:rsidRPr="00844B84">
              <w:rPr>
                <w:lang w:val="ru-RU"/>
              </w:rPr>
              <w:t>Учёт затрат на содержание и эксплуатацию выявленного участка при установлении тарифов в установленном порядке</w:t>
            </w:r>
          </w:p>
        </w:tc>
        <w:tc>
          <w:tcPr>
            <w:tcW w:w="0" w:type="auto"/>
            <w:shd w:val="clear" w:color="auto" w:fill="FFFFFF"/>
          </w:tcPr>
          <w:p w14:paraId="628CE048" w14:textId="77777777" w:rsidR="006C72FB" w:rsidRDefault="0084102B">
            <w:r>
              <w:t>орган регулирования</w:t>
            </w:r>
          </w:p>
        </w:tc>
        <w:tc>
          <w:tcPr>
            <w:tcW w:w="0" w:type="auto"/>
            <w:shd w:val="clear" w:color="auto" w:fill="FFFFFF"/>
          </w:tcPr>
          <w:p w14:paraId="51851A40" w14:textId="77777777" w:rsidR="006C72FB" w:rsidRDefault="0084102B">
            <w:r>
              <w:t>статья 15 Федерального закона № 190-ФЗ</w:t>
            </w:r>
          </w:p>
        </w:tc>
      </w:tr>
      <w:tr w:rsidR="006C72FB" w14:paraId="3C7F7430" w14:textId="77777777">
        <w:trPr>
          <w:cantSplit/>
        </w:trPr>
        <w:tc>
          <w:tcPr>
            <w:tcW w:w="0" w:type="auto"/>
            <w:shd w:val="clear" w:color="auto" w:fill="F2F2F2"/>
          </w:tcPr>
          <w:p w14:paraId="7129CC9D" w14:textId="77777777" w:rsidR="006C72FB" w:rsidRDefault="0084102B">
            <w:r>
              <w:t>4</w:t>
            </w:r>
          </w:p>
        </w:tc>
        <w:tc>
          <w:tcPr>
            <w:tcW w:w="0" w:type="auto"/>
            <w:shd w:val="clear" w:color="auto" w:fill="FFFFFF"/>
          </w:tcPr>
          <w:p w14:paraId="6B9B93F3" w14:textId="77777777" w:rsidR="006C72FB" w:rsidRPr="00844B84" w:rsidRDefault="0084102B">
            <w:pPr>
              <w:rPr>
                <w:lang w:val="ru-RU"/>
              </w:rPr>
            </w:pPr>
            <w:r w:rsidRPr="00844B84">
              <w:rPr>
                <w:lang w:val="ru-RU"/>
              </w:rPr>
              <w:t>Постановка участка на учёт как бесхозяйного объекта недвижимого имущества и признание права муниципальной собственности</w:t>
            </w:r>
          </w:p>
        </w:tc>
        <w:tc>
          <w:tcPr>
            <w:tcW w:w="0" w:type="auto"/>
            <w:shd w:val="clear" w:color="auto" w:fill="FFFFFF"/>
          </w:tcPr>
          <w:p w14:paraId="4A87C74A" w14:textId="77777777" w:rsidR="006C72FB" w:rsidRDefault="0084102B">
            <w:r>
              <w:t>орган местного самоуправления</w:t>
            </w:r>
          </w:p>
        </w:tc>
        <w:tc>
          <w:tcPr>
            <w:tcW w:w="0" w:type="auto"/>
            <w:shd w:val="clear" w:color="auto" w:fill="FFFFFF"/>
          </w:tcPr>
          <w:p w14:paraId="55F53F05" w14:textId="77777777" w:rsidR="006C72FB" w:rsidRDefault="0084102B">
            <w:r>
              <w:t>гражданское законодательство</w:t>
            </w:r>
          </w:p>
        </w:tc>
      </w:tr>
      <w:tr w:rsidR="006C72FB" w14:paraId="6DB37037" w14:textId="77777777">
        <w:trPr>
          <w:cantSplit/>
        </w:trPr>
        <w:tc>
          <w:tcPr>
            <w:tcW w:w="0" w:type="auto"/>
            <w:shd w:val="clear" w:color="auto" w:fill="F2F2F2"/>
          </w:tcPr>
          <w:p w14:paraId="00993952" w14:textId="77777777" w:rsidR="006C72FB" w:rsidRDefault="0084102B">
            <w:r>
              <w:t>5</w:t>
            </w:r>
          </w:p>
        </w:tc>
        <w:tc>
          <w:tcPr>
            <w:tcW w:w="0" w:type="auto"/>
            <w:shd w:val="clear" w:color="auto" w:fill="FFFFFF"/>
          </w:tcPr>
          <w:p w14:paraId="1138B723" w14:textId="77777777" w:rsidR="006C72FB" w:rsidRPr="00844B84" w:rsidRDefault="0084102B">
            <w:pPr>
              <w:rPr>
                <w:lang w:val="ru-RU"/>
              </w:rPr>
            </w:pPr>
            <w:r w:rsidRPr="00844B84">
              <w:rPr>
                <w:lang w:val="ru-RU"/>
              </w:rPr>
              <w:t>Внесение участка в поучастковый реестр тепловых сетей и в схему теплоснабжения при очередной актуализации</w:t>
            </w:r>
          </w:p>
        </w:tc>
        <w:tc>
          <w:tcPr>
            <w:tcW w:w="0" w:type="auto"/>
            <w:shd w:val="clear" w:color="auto" w:fill="FFFFFF"/>
          </w:tcPr>
          <w:p w14:paraId="47D683F8" w14:textId="77777777" w:rsidR="006C72FB" w:rsidRDefault="0084102B">
            <w:r>
              <w:t>разработчик схемы теплоснабжения</w:t>
            </w:r>
          </w:p>
        </w:tc>
        <w:tc>
          <w:tcPr>
            <w:tcW w:w="0" w:type="auto"/>
            <w:shd w:val="clear" w:color="auto" w:fill="FFFFFF"/>
          </w:tcPr>
          <w:p w14:paraId="0B91A6AA" w14:textId="77777777" w:rsidR="006C72FB" w:rsidRDefault="0084102B">
            <w:r>
              <w:t>пункт 23 требований</w:t>
            </w:r>
          </w:p>
        </w:tc>
      </w:tr>
    </w:tbl>
    <w:p w14:paraId="17E4F17B" w14:textId="77777777" w:rsidR="00844B84" w:rsidRDefault="0084102B">
      <w:pPr>
        <w:rPr>
          <w:lang w:val="ru-RU"/>
        </w:rPr>
      </w:pPr>
      <w:r w:rsidRPr="00844B84">
        <w:rPr>
          <w:lang w:val="ru-RU"/>
        </w:rPr>
        <w:t>Вся поучастковая база тепловых сетей округа объёмом 1 294 участка и протяжённостью 105 536,70 м по оси трассы отнесена к зонам действия действующих источников и эксплуатируется единой теплоснабжающей организацией. При получении официального ответа администрации округа о наличии бесхозяйных участков сведения подлежат внесению в схему при очередной актуализации.</w:t>
      </w:r>
    </w:p>
    <w:p w14:paraId="4510CD21" w14:textId="77777777" w:rsidR="006C72FB" w:rsidRPr="00326225" w:rsidRDefault="00844B84">
      <w:pPr>
        <w:rPr>
          <w:lang w:val="ru-RU"/>
        </w:rPr>
      </w:pPr>
      <w:r>
        <w:rPr>
          <w:lang w:val="ru-RU"/>
        </w:rPr>
        <w:br w:type="page"/>
      </w:r>
    </w:p>
    <w:p w14:paraId="309A55D6" w14:textId="77777777" w:rsidR="006E7A08" w:rsidRPr="000C24CF" w:rsidRDefault="00267E76">
      <w:pPr>
        <w:pStyle w:val="1"/>
        <w:spacing w:before="1200"/>
        <w:jc w:val="center"/>
        <w:rPr>
          <w:color w:val="4F81BD" w:themeColor="accent1"/>
          <w:lang w:val="ru-RU"/>
        </w:rPr>
      </w:pPr>
      <w:bookmarkStart w:id="105" w:name="_Toc238017304"/>
      <w:r w:rsidRPr="000C24CF">
        <w:rPr>
          <w:color w:val="4F81BD" w:themeColor="accent1"/>
          <w:lang w:val="ru-RU"/>
        </w:rPr>
        <w:t>13. Синхронизация схемы теплоснабжения со схемой газоснабжения и газификации субъекта Российской Федерации и (или) поселения, схемой и программой развития электроэнергетических систем России, а также со схемой водоснабжения и водоотведения муниципального округа</w:t>
      </w:r>
      <w:bookmarkEnd w:id="105"/>
    </w:p>
    <w:p w14:paraId="2BDBCD55" w14:textId="77777777" w:rsidR="00BE6252" w:rsidRPr="00844B84" w:rsidRDefault="00454828">
      <w:pPr>
        <w:keepNext/>
        <w:spacing w:before="160"/>
        <w:rPr>
          <w:lang w:val="ru-RU"/>
        </w:rPr>
      </w:pPr>
      <w:r w:rsidRPr="00844B84">
        <w:rPr>
          <w:b/>
          <w:lang w:val="ru-RU"/>
        </w:rPr>
        <w:t>Таблица 13.1 — Синхронизация с внешними схемами и программами</w:t>
      </w: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092"/>
        <w:gridCol w:w="2224"/>
        <w:gridCol w:w="2059"/>
        <w:gridCol w:w="1954"/>
        <w:gridCol w:w="2150"/>
      </w:tblGrid>
      <w:tr w:rsidR="00BE6252" w14:paraId="5EBB9457" w14:textId="77777777">
        <w:trPr>
          <w:cantSplit/>
          <w:tblHeader/>
          <w:jc w:val="center"/>
        </w:trPr>
        <w:tc>
          <w:tcPr>
            <w:tcW w:w="0" w:type="auto"/>
            <w:shd w:val="clear" w:color="auto" w:fill="E2F0D9"/>
          </w:tcPr>
          <w:p w14:paraId="2A610082" w14:textId="77777777" w:rsidR="00BE6252" w:rsidRDefault="00454828">
            <w:pPr>
              <w:jc w:val="center"/>
            </w:pPr>
            <w:r>
              <w:rPr>
                <w:b/>
              </w:rPr>
              <w:t>Контур</w:t>
            </w:r>
          </w:p>
        </w:tc>
        <w:tc>
          <w:tcPr>
            <w:tcW w:w="0" w:type="auto"/>
            <w:shd w:val="clear" w:color="auto" w:fill="E2F0D9"/>
          </w:tcPr>
          <w:p w14:paraId="665D51C4" w14:textId="77777777" w:rsidR="00BE6252" w:rsidRDefault="00454828">
            <w:pPr>
              <w:jc w:val="center"/>
            </w:pPr>
            <w:r>
              <w:rPr>
                <w:b/>
              </w:rPr>
              <w:t>Документ</w:t>
            </w:r>
          </w:p>
        </w:tc>
        <w:tc>
          <w:tcPr>
            <w:tcW w:w="0" w:type="auto"/>
            <w:shd w:val="clear" w:color="auto" w:fill="E2F0D9"/>
          </w:tcPr>
          <w:p w14:paraId="2516C48A" w14:textId="77777777" w:rsidR="00BE6252" w:rsidRDefault="00454828">
            <w:pPr>
              <w:jc w:val="center"/>
            </w:pPr>
            <w:r>
              <w:rPr>
                <w:b/>
              </w:rPr>
              <w:t>Решение схемы теплоснабжения</w:t>
            </w:r>
          </w:p>
        </w:tc>
        <w:tc>
          <w:tcPr>
            <w:tcW w:w="0" w:type="auto"/>
            <w:shd w:val="clear" w:color="auto" w:fill="E2F0D9"/>
          </w:tcPr>
          <w:p w14:paraId="757EB108" w14:textId="77777777" w:rsidR="00BE6252" w:rsidRDefault="00454828">
            <w:pPr>
              <w:jc w:val="center"/>
            </w:pPr>
            <w:r>
              <w:rPr>
                <w:b/>
              </w:rPr>
              <w:t>Взаимодействие</w:t>
            </w:r>
          </w:p>
        </w:tc>
        <w:tc>
          <w:tcPr>
            <w:tcW w:w="0" w:type="auto"/>
            <w:shd w:val="clear" w:color="auto" w:fill="E2F0D9"/>
          </w:tcPr>
          <w:p w14:paraId="185A6403" w14:textId="77777777" w:rsidR="00BE6252" w:rsidRDefault="00454828">
            <w:pPr>
              <w:jc w:val="center"/>
            </w:pPr>
            <w:r>
              <w:rPr>
                <w:b/>
              </w:rPr>
              <w:t>Состояние</w:t>
            </w:r>
          </w:p>
        </w:tc>
      </w:tr>
      <w:tr w:rsidR="00BE6252" w:rsidRPr="004D1FEB" w14:paraId="5CEF058A" w14:textId="77777777">
        <w:trPr>
          <w:cantSplit/>
          <w:jc w:val="center"/>
        </w:trPr>
        <w:tc>
          <w:tcPr>
            <w:tcW w:w="0" w:type="auto"/>
          </w:tcPr>
          <w:p w14:paraId="5D36B1DC" w14:textId="77777777" w:rsidR="00BE6252" w:rsidRDefault="00454828">
            <w:r>
              <w:t>Газоснабжение и газификация</w:t>
            </w:r>
          </w:p>
        </w:tc>
        <w:tc>
          <w:tcPr>
            <w:tcW w:w="0" w:type="auto"/>
          </w:tcPr>
          <w:p w14:paraId="1652201D" w14:textId="77777777" w:rsidR="00BE6252" w:rsidRPr="00844B84" w:rsidRDefault="00454828">
            <w:pPr>
              <w:jc w:val="center"/>
              <w:rPr>
                <w:lang w:val="ru-RU"/>
              </w:rPr>
            </w:pPr>
            <w:r w:rsidRPr="00844B84">
              <w:rPr>
                <w:lang w:val="ru-RU"/>
              </w:rPr>
              <w:t>программа подготовки потребителей к приёму газа от 16.07.2024; договор поставки газа от 19.08.2024; региональная программа газификации Кемеровской области — Кузбасса</w:t>
            </w:r>
          </w:p>
        </w:tc>
        <w:tc>
          <w:tcPr>
            <w:tcW w:w="0" w:type="auto"/>
          </w:tcPr>
          <w:p w14:paraId="67A6AE2F" w14:textId="77777777" w:rsidR="00BE6252" w:rsidRPr="00844B84" w:rsidRDefault="00454828">
            <w:pPr>
              <w:jc w:val="center"/>
              <w:rPr>
                <w:lang w:val="ru-RU"/>
              </w:rPr>
            </w:pPr>
            <w:r w:rsidRPr="00844B84">
              <w:rPr>
                <w:lang w:val="ru-RU"/>
              </w:rPr>
              <w:t>перевод десяти источников на природный газ</w:t>
            </w:r>
          </w:p>
        </w:tc>
        <w:tc>
          <w:tcPr>
            <w:tcW w:w="0" w:type="auto"/>
          </w:tcPr>
          <w:p w14:paraId="00751D04" w14:textId="77777777" w:rsidR="00BE6252" w:rsidRPr="00844B84" w:rsidRDefault="00454828">
            <w:pPr>
              <w:jc w:val="center"/>
              <w:rPr>
                <w:lang w:val="ru-RU"/>
              </w:rPr>
            </w:pPr>
            <w:r w:rsidRPr="00844B84">
              <w:rPr>
                <w:lang w:val="ru-RU"/>
              </w:rPr>
              <w:t>сроки перевода источников принимаются по календарному графику газификации</w:t>
            </w:r>
          </w:p>
        </w:tc>
        <w:tc>
          <w:tcPr>
            <w:tcW w:w="0" w:type="auto"/>
          </w:tcPr>
          <w:p w14:paraId="27E6D10F" w14:textId="77777777" w:rsidR="00BE6252" w:rsidRPr="00844B84" w:rsidRDefault="00454828">
            <w:pPr>
              <w:jc w:val="center"/>
              <w:rPr>
                <w:lang w:val="ru-RU"/>
              </w:rPr>
            </w:pPr>
            <w:r w:rsidRPr="00844B84">
              <w:rPr>
                <w:lang w:val="ru-RU"/>
              </w:rPr>
              <w:t>синхронизировано; по УПК № 5 и УПК № 6 год подлежит уточнению</w:t>
            </w:r>
          </w:p>
        </w:tc>
      </w:tr>
      <w:tr w:rsidR="00BE6252" w:rsidRPr="004D1FEB" w14:paraId="47E9F662" w14:textId="77777777">
        <w:trPr>
          <w:cantSplit/>
          <w:jc w:val="center"/>
        </w:trPr>
        <w:tc>
          <w:tcPr>
            <w:tcW w:w="0" w:type="auto"/>
          </w:tcPr>
          <w:p w14:paraId="58B46359" w14:textId="77777777" w:rsidR="00BE6252" w:rsidRDefault="00454828">
            <w:r>
              <w:t>Электроэнергетика</w:t>
            </w:r>
          </w:p>
        </w:tc>
        <w:tc>
          <w:tcPr>
            <w:tcW w:w="0" w:type="auto"/>
          </w:tcPr>
          <w:p w14:paraId="1B54382F" w14:textId="77777777" w:rsidR="00BE6252" w:rsidRPr="00844B84" w:rsidRDefault="00454828">
            <w:pPr>
              <w:jc w:val="center"/>
              <w:rPr>
                <w:lang w:val="ru-RU"/>
              </w:rPr>
            </w:pPr>
            <w:r w:rsidRPr="00844B84">
              <w:rPr>
                <w:lang w:val="ru-RU"/>
              </w:rPr>
              <w:t>схема и программа перспективного развития электроэнергетики Кемеровской области — Кузбасса</w:t>
            </w:r>
          </w:p>
        </w:tc>
        <w:tc>
          <w:tcPr>
            <w:tcW w:w="0" w:type="auto"/>
          </w:tcPr>
          <w:p w14:paraId="08FC174E" w14:textId="77777777" w:rsidR="00BE6252" w:rsidRPr="00844B84" w:rsidRDefault="00454828">
            <w:pPr>
              <w:jc w:val="center"/>
              <w:rPr>
                <w:lang w:val="ru-RU"/>
              </w:rPr>
            </w:pPr>
            <w:r w:rsidRPr="00844B84">
              <w:rPr>
                <w:lang w:val="ru-RU"/>
              </w:rPr>
              <w:t>обеспечение резервного электроснабжения УПК № 9 «ГРЭ»</w:t>
            </w:r>
          </w:p>
        </w:tc>
        <w:tc>
          <w:tcPr>
            <w:tcW w:w="0" w:type="auto"/>
          </w:tcPr>
          <w:p w14:paraId="4A16AF9A" w14:textId="77777777" w:rsidR="00BE6252" w:rsidRPr="00844B84" w:rsidRDefault="00454828">
            <w:pPr>
              <w:jc w:val="center"/>
              <w:rPr>
                <w:lang w:val="ru-RU"/>
              </w:rPr>
            </w:pPr>
            <w:r w:rsidRPr="00844B84">
              <w:rPr>
                <w:lang w:val="ru-RU"/>
              </w:rPr>
              <w:t>потребность в дополнительной мощности и вводе определяется при проектировании</w:t>
            </w:r>
          </w:p>
        </w:tc>
        <w:tc>
          <w:tcPr>
            <w:tcW w:w="0" w:type="auto"/>
          </w:tcPr>
          <w:p w14:paraId="635B7D7C" w14:textId="77777777" w:rsidR="00BE6252" w:rsidRPr="00844B84" w:rsidRDefault="00454828">
            <w:pPr>
              <w:jc w:val="center"/>
              <w:rPr>
                <w:lang w:val="ru-RU"/>
              </w:rPr>
            </w:pPr>
            <w:r w:rsidRPr="00844B84">
              <w:rPr>
                <w:lang w:val="ru-RU"/>
              </w:rPr>
              <w:t>подлежит уточнению по действующей редакции программы</w:t>
            </w:r>
          </w:p>
        </w:tc>
      </w:tr>
      <w:tr w:rsidR="00BE6252" w:rsidRPr="004D1FEB" w14:paraId="6BFE0C46" w14:textId="77777777">
        <w:trPr>
          <w:cantSplit/>
          <w:jc w:val="center"/>
        </w:trPr>
        <w:tc>
          <w:tcPr>
            <w:tcW w:w="0" w:type="auto"/>
          </w:tcPr>
          <w:p w14:paraId="759DDC80" w14:textId="77777777" w:rsidR="00BE6252" w:rsidRDefault="00454828">
            <w:r>
              <w:t>Водоснабжение</w:t>
            </w:r>
          </w:p>
        </w:tc>
        <w:tc>
          <w:tcPr>
            <w:tcW w:w="0" w:type="auto"/>
          </w:tcPr>
          <w:p w14:paraId="4420FE9B" w14:textId="77777777" w:rsidR="00BE6252" w:rsidRPr="00844B84" w:rsidRDefault="00454828">
            <w:pPr>
              <w:jc w:val="center"/>
              <w:rPr>
                <w:lang w:val="ru-RU"/>
              </w:rPr>
            </w:pPr>
            <w:r w:rsidRPr="00844B84">
              <w:rPr>
                <w:lang w:val="ru-RU"/>
              </w:rPr>
              <w:t>схема водоснабжения и водоотведения муниципального округа</w:t>
            </w:r>
          </w:p>
        </w:tc>
        <w:tc>
          <w:tcPr>
            <w:tcW w:w="0" w:type="auto"/>
          </w:tcPr>
          <w:p w14:paraId="40D44D8F" w14:textId="77777777" w:rsidR="00BE6252" w:rsidRPr="00844B84" w:rsidRDefault="00454828">
            <w:pPr>
              <w:jc w:val="center"/>
              <w:rPr>
                <w:lang w:val="ru-RU"/>
              </w:rPr>
            </w:pPr>
            <w:r w:rsidRPr="00844B84">
              <w:rPr>
                <w:lang w:val="ru-RU"/>
              </w:rPr>
              <w:t>перевод открытых систем горячего водоснабжения на закрытые</w:t>
            </w:r>
          </w:p>
        </w:tc>
        <w:tc>
          <w:tcPr>
            <w:tcW w:w="0" w:type="auto"/>
          </w:tcPr>
          <w:p w14:paraId="2BB04B34" w14:textId="77777777" w:rsidR="00BE6252" w:rsidRPr="00844B84" w:rsidRDefault="00454828">
            <w:pPr>
              <w:jc w:val="center"/>
              <w:rPr>
                <w:lang w:val="ru-RU"/>
              </w:rPr>
            </w:pPr>
            <w:r w:rsidRPr="00844B84">
              <w:rPr>
                <w:lang w:val="ru-RU"/>
              </w:rPr>
              <w:t>изменение объёмов подпитки и требований к качеству подпиточной воды</w:t>
            </w:r>
          </w:p>
        </w:tc>
        <w:tc>
          <w:tcPr>
            <w:tcW w:w="0" w:type="auto"/>
          </w:tcPr>
          <w:p w14:paraId="2541E515" w14:textId="77777777" w:rsidR="00BE6252" w:rsidRPr="00844B84" w:rsidRDefault="00454828">
            <w:pPr>
              <w:jc w:val="center"/>
              <w:rPr>
                <w:lang w:val="ru-RU"/>
              </w:rPr>
            </w:pPr>
            <w:r w:rsidRPr="00844B84">
              <w:rPr>
                <w:lang w:val="ru-RU"/>
              </w:rPr>
              <w:t>подлежит уточнению по действующей редакции схемы</w:t>
            </w:r>
          </w:p>
        </w:tc>
      </w:tr>
      <w:tr w:rsidR="00BE6252" w14:paraId="5BD990BB" w14:textId="77777777">
        <w:trPr>
          <w:cantSplit/>
          <w:jc w:val="center"/>
        </w:trPr>
        <w:tc>
          <w:tcPr>
            <w:tcW w:w="0" w:type="auto"/>
          </w:tcPr>
          <w:p w14:paraId="0C29DBBC" w14:textId="77777777" w:rsidR="00BE6252" w:rsidRDefault="00454828">
            <w:r>
              <w:t>Водоотведение</w:t>
            </w:r>
          </w:p>
        </w:tc>
        <w:tc>
          <w:tcPr>
            <w:tcW w:w="0" w:type="auto"/>
          </w:tcPr>
          <w:p w14:paraId="3CDF69FA" w14:textId="77777777" w:rsidR="00BE6252" w:rsidRPr="00844B84" w:rsidRDefault="00454828">
            <w:pPr>
              <w:jc w:val="center"/>
              <w:rPr>
                <w:lang w:val="ru-RU"/>
              </w:rPr>
            </w:pPr>
            <w:r w:rsidRPr="00844B84">
              <w:rPr>
                <w:lang w:val="ru-RU"/>
              </w:rPr>
              <w:t>схема водоснабжения и водоотведения муниципального округа</w:t>
            </w:r>
          </w:p>
        </w:tc>
        <w:tc>
          <w:tcPr>
            <w:tcW w:w="0" w:type="auto"/>
          </w:tcPr>
          <w:p w14:paraId="61F17BE0" w14:textId="77777777" w:rsidR="00BE6252" w:rsidRPr="00844B84" w:rsidRDefault="00454828">
            <w:pPr>
              <w:jc w:val="center"/>
              <w:rPr>
                <w:lang w:val="ru-RU"/>
              </w:rPr>
            </w:pPr>
            <w:r w:rsidRPr="00844B84">
              <w:rPr>
                <w:lang w:val="ru-RU"/>
              </w:rPr>
              <w:t>изменение сбросов при переводе открытых систем</w:t>
            </w:r>
          </w:p>
        </w:tc>
        <w:tc>
          <w:tcPr>
            <w:tcW w:w="0" w:type="auto"/>
          </w:tcPr>
          <w:p w14:paraId="082A3B56" w14:textId="77777777" w:rsidR="00BE6252" w:rsidRPr="00844B84" w:rsidRDefault="00454828">
            <w:pPr>
              <w:jc w:val="center"/>
              <w:rPr>
                <w:lang w:val="ru-RU"/>
              </w:rPr>
            </w:pPr>
            <w:r w:rsidRPr="00844B84">
              <w:rPr>
                <w:lang w:val="ru-RU"/>
              </w:rPr>
              <w:t>влияние оценивается после определения технических решений</w:t>
            </w:r>
          </w:p>
        </w:tc>
        <w:tc>
          <w:tcPr>
            <w:tcW w:w="0" w:type="auto"/>
          </w:tcPr>
          <w:p w14:paraId="5733087D" w14:textId="77777777" w:rsidR="00BE6252" w:rsidRDefault="00454828">
            <w:pPr>
              <w:jc w:val="center"/>
            </w:pPr>
            <w:r>
              <w:t>подлежит уточнению</w:t>
            </w:r>
          </w:p>
        </w:tc>
      </w:tr>
    </w:tbl>
    <w:p w14:paraId="4492304C" w14:textId="77777777" w:rsidR="006E7A08" w:rsidRPr="001D7D92" w:rsidRDefault="00267E76">
      <w:pPr>
        <w:spacing w:before="1200"/>
        <w:jc w:val="center"/>
        <w:rPr>
          <w:lang w:val="ru-RU"/>
        </w:rPr>
      </w:pPr>
      <w:r w:rsidRPr="00844B84">
        <w:rPr>
          <w:lang w:val="ru-RU"/>
        </w:rPr>
        <w:t>По имеющимся в проекте материалам явных противоречий между решениями настоящей схемы теплоснабжения и документами перечисленных контуров не установлено. Окончательная синхронизация решений выполняется после получения действующих редакций схемы водоснабжения и водоотведения муниципального округа и документа перспективного развития электроснабжения; по контуру газоснабжения синхронизация выполнена по действующей программе газификации с графиком.</w:t>
      </w:r>
    </w:p>
    <w:p w14:paraId="3753AFB2" w14:textId="77777777" w:rsidR="00363A1F" w:rsidRPr="00844B84" w:rsidRDefault="00832053">
      <w:pPr>
        <w:pStyle w:val="21"/>
        <w:rPr>
          <w:lang w:val="ru-RU"/>
        </w:rPr>
      </w:pPr>
      <w:bookmarkStart w:id="106" w:name="_Toc238017305"/>
      <w:r w:rsidRPr="00844B84">
        <w:rPr>
          <w:lang w:val="ru-RU"/>
        </w:rPr>
        <w:t>13.1. Состояние синхронизации по контурам</w:t>
      </w:r>
      <w:bookmarkEnd w:id="106"/>
    </w:p>
    <w:p w14:paraId="20882292" w14:textId="77777777" w:rsidR="00363A1F" w:rsidRPr="000C24CF" w:rsidRDefault="00832053">
      <w:pPr>
        <w:rPr>
          <w:b/>
          <w:bCs/>
          <w:lang w:val="ru-RU"/>
        </w:rPr>
      </w:pPr>
      <w:r w:rsidRPr="000C24CF">
        <w:rPr>
          <w:b/>
          <w:bCs/>
          <w:lang w:val="ru-RU"/>
        </w:rPr>
        <w:t>Таблица 13.2 — Синхронизация со смежными схемами и программами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121"/>
        <w:gridCol w:w="2242"/>
        <w:gridCol w:w="1713"/>
        <w:gridCol w:w="2212"/>
        <w:gridCol w:w="2201"/>
      </w:tblGrid>
      <w:tr w:rsidR="00363A1F" w14:paraId="26AA2889" w14:textId="77777777">
        <w:trPr>
          <w:cantSplit/>
          <w:tblHeader/>
        </w:trPr>
        <w:tc>
          <w:tcPr>
            <w:tcW w:w="0" w:type="auto"/>
            <w:shd w:val="clear" w:color="auto" w:fill="E2F0D9"/>
          </w:tcPr>
          <w:p w14:paraId="21A30BE4" w14:textId="77777777" w:rsidR="00363A1F" w:rsidRDefault="00832053">
            <w:pPr>
              <w:jc w:val="center"/>
            </w:pPr>
            <w:r>
              <w:rPr>
                <w:b/>
              </w:rPr>
              <w:t>Контур</w:t>
            </w:r>
          </w:p>
        </w:tc>
        <w:tc>
          <w:tcPr>
            <w:tcW w:w="0" w:type="auto"/>
            <w:shd w:val="clear" w:color="auto" w:fill="E2F0D9"/>
          </w:tcPr>
          <w:p w14:paraId="070BDCEF" w14:textId="77777777" w:rsidR="00363A1F" w:rsidRDefault="00832053">
            <w:pPr>
              <w:jc w:val="center"/>
            </w:pPr>
            <w:r>
              <w:rPr>
                <w:b/>
              </w:rPr>
              <w:t>Использованный документ</w:t>
            </w:r>
          </w:p>
        </w:tc>
        <w:tc>
          <w:tcPr>
            <w:tcW w:w="0" w:type="auto"/>
            <w:shd w:val="clear" w:color="auto" w:fill="E2F0D9"/>
          </w:tcPr>
          <w:p w14:paraId="6D276BA7" w14:textId="77777777" w:rsidR="00363A1F" w:rsidRDefault="00832053">
            <w:pPr>
              <w:jc w:val="center"/>
            </w:pPr>
            <w:r>
              <w:rPr>
                <w:b/>
              </w:rPr>
              <w:t>Состояние документа</w:t>
            </w:r>
          </w:p>
        </w:tc>
        <w:tc>
          <w:tcPr>
            <w:tcW w:w="0" w:type="auto"/>
            <w:shd w:val="clear" w:color="auto" w:fill="E2F0D9"/>
          </w:tcPr>
          <w:p w14:paraId="1C59D3AA" w14:textId="77777777" w:rsidR="00363A1F" w:rsidRDefault="00832053">
            <w:pPr>
              <w:jc w:val="center"/>
            </w:pPr>
            <w:r>
              <w:rPr>
                <w:b/>
              </w:rPr>
              <w:t>Влияние на решения схемы</w:t>
            </w:r>
          </w:p>
        </w:tc>
        <w:tc>
          <w:tcPr>
            <w:tcW w:w="0" w:type="auto"/>
            <w:shd w:val="clear" w:color="auto" w:fill="E2F0D9"/>
          </w:tcPr>
          <w:p w14:paraId="3D19ED1C" w14:textId="77777777" w:rsidR="00363A1F" w:rsidRDefault="00832053">
            <w:pPr>
              <w:jc w:val="center"/>
            </w:pPr>
            <w:r>
              <w:rPr>
                <w:b/>
              </w:rPr>
              <w:t>Необходимое уточнение</w:t>
            </w:r>
          </w:p>
        </w:tc>
      </w:tr>
      <w:tr w:rsidR="00363A1F" w:rsidRPr="004D1FEB" w14:paraId="67E15CCC" w14:textId="77777777">
        <w:trPr>
          <w:cantSplit/>
        </w:trPr>
        <w:tc>
          <w:tcPr>
            <w:tcW w:w="0" w:type="auto"/>
            <w:shd w:val="clear" w:color="auto" w:fill="F2F2F2"/>
          </w:tcPr>
          <w:p w14:paraId="68E1CFAE" w14:textId="77777777" w:rsidR="00363A1F" w:rsidRDefault="00832053">
            <w:r>
              <w:t>Газоснабжение и газификация</w:t>
            </w:r>
          </w:p>
        </w:tc>
        <w:tc>
          <w:tcPr>
            <w:tcW w:w="0" w:type="auto"/>
            <w:shd w:val="clear" w:color="auto" w:fill="FFFFFF"/>
          </w:tcPr>
          <w:p w14:paraId="39E94417" w14:textId="77777777" w:rsidR="00363A1F" w:rsidRPr="00844B84" w:rsidRDefault="00832053">
            <w:pPr>
              <w:rPr>
                <w:lang w:val="ru-RU"/>
              </w:rPr>
            </w:pPr>
            <w:r w:rsidRPr="00844B84">
              <w:rPr>
                <w:lang w:val="ru-RU"/>
              </w:rPr>
              <w:t>программа газификации котельных с графиком от 16.07.2024; договор поставки газа</w:t>
            </w:r>
          </w:p>
        </w:tc>
        <w:tc>
          <w:tcPr>
            <w:tcW w:w="0" w:type="auto"/>
            <w:shd w:val="clear" w:color="auto" w:fill="FFFFFF"/>
          </w:tcPr>
          <w:p w14:paraId="44E60630" w14:textId="77777777" w:rsidR="00363A1F" w:rsidRDefault="00832053">
            <w:r>
              <w:t>действующий документ имеется</w:t>
            </w:r>
          </w:p>
        </w:tc>
        <w:tc>
          <w:tcPr>
            <w:tcW w:w="0" w:type="auto"/>
            <w:shd w:val="clear" w:color="auto" w:fill="FFFFFF"/>
          </w:tcPr>
          <w:p w14:paraId="4788457D" w14:textId="77777777" w:rsidR="00363A1F" w:rsidRPr="00844B84" w:rsidRDefault="00832053">
            <w:pPr>
              <w:rPr>
                <w:lang w:val="ru-RU"/>
              </w:rPr>
            </w:pPr>
            <w:r w:rsidRPr="00844B84">
              <w:rPr>
                <w:lang w:val="ru-RU"/>
              </w:rPr>
              <w:t>определяет сроки перевода десяти источников</w:t>
            </w:r>
          </w:p>
        </w:tc>
        <w:tc>
          <w:tcPr>
            <w:tcW w:w="0" w:type="auto"/>
            <w:shd w:val="clear" w:color="auto" w:fill="FFFFFF"/>
          </w:tcPr>
          <w:p w14:paraId="51DEB562" w14:textId="77777777" w:rsidR="00363A1F" w:rsidRPr="00844B84" w:rsidRDefault="00832053">
            <w:pPr>
              <w:rPr>
                <w:lang w:val="ru-RU"/>
              </w:rPr>
            </w:pPr>
            <w:r w:rsidRPr="00844B84">
              <w:rPr>
                <w:lang w:val="ru-RU"/>
              </w:rPr>
              <w:t>уточнение года перевода по УПК № 5 и УПК № 6</w:t>
            </w:r>
          </w:p>
        </w:tc>
      </w:tr>
      <w:tr w:rsidR="00363A1F" w:rsidRPr="004D1FEB" w14:paraId="64527B6B" w14:textId="77777777">
        <w:trPr>
          <w:cantSplit/>
        </w:trPr>
        <w:tc>
          <w:tcPr>
            <w:tcW w:w="0" w:type="auto"/>
            <w:shd w:val="clear" w:color="auto" w:fill="F2F2F2"/>
          </w:tcPr>
          <w:p w14:paraId="4BB1E30A" w14:textId="77777777" w:rsidR="00363A1F" w:rsidRDefault="00832053">
            <w:r>
              <w:t>Электроэнергетика</w:t>
            </w:r>
          </w:p>
        </w:tc>
        <w:tc>
          <w:tcPr>
            <w:tcW w:w="0" w:type="auto"/>
            <w:shd w:val="clear" w:color="auto" w:fill="FFFFFF"/>
          </w:tcPr>
          <w:p w14:paraId="025FC3D0" w14:textId="77777777" w:rsidR="00363A1F" w:rsidRPr="00844B84" w:rsidRDefault="00832053">
            <w:pPr>
              <w:rPr>
                <w:lang w:val="ru-RU"/>
              </w:rPr>
            </w:pPr>
            <w:r w:rsidRPr="00844B84">
              <w:rPr>
                <w:lang w:val="ru-RU"/>
              </w:rPr>
              <w:t>карты инженерной инфраструктуры генеральных планов</w:t>
            </w:r>
          </w:p>
        </w:tc>
        <w:tc>
          <w:tcPr>
            <w:tcW w:w="0" w:type="auto"/>
            <w:shd w:val="clear" w:color="auto" w:fill="FFFFFF"/>
          </w:tcPr>
          <w:p w14:paraId="2EE7B97C" w14:textId="77777777" w:rsidR="00363A1F" w:rsidRPr="00844B84" w:rsidRDefault="00832053">
            <w:pPr>
              <w:rPr>
                <w:lang w:val="ru-RU"/>
              </w:rPr>
            </w:pPr>
            <w:r w:rsidRPr="00844B84">
              <w:rPr>
                <w:lang w:val="ru-RU"/>
              </w:rPr>
              <w:t>действующая редакция программы развития не представлена</w:t>
            </w:r>
          </w:p>
        </w:tc>
        <w:tc>
          <w:tcPr>
            <w:tcW w:w="0" w:type="auto"/>
            <w:shd w:val="clear" w:color="auto" w:fill="FFFFFF"/>
          </w:tcPr>
          <w:p w14:paraId="0AC3A95D" w14:textId="77777777" w:rsidR="00363A1F" w:rsidRPr="00844B84" w:rsidRDefault="00832053">
            <w:pPr>
              <w:rPr>
                <w:lang w:val="ru-RU"/>
              </w:rPr>
            </w:pPr>
            <w:r w:rsidRPr="00844B84">
              <w:rPr>
                <w:lang w:val="ru-RU"/>
              </w:rPr>
              <w:t>влияет на решение о резервном электроснабжении УПК № 9 «ГРЭ»</w:t>
            </w:r>
          </w:p>
        </w:tc>
        <w:tc>
          <w:tcPr>
            <w:tcW w:w="0" w:type="auto"/>
            <w:shd w:val="clear" w:color="auto" w:fill="FFFFFF"/>
          </w:tcPr>
          <w:p w14:paraId="0F44FAB4" w14:textId="77777777" w:rsidR="00363A1F" w:rsidRPr="00844B84" w:rsidRDefault="00832053">
            <w:pPr>
              <w:rPr>
                <w:lang w:val="ru-RU"/>
              </w:rPr>
            </w:pPr>
            <w:r w:rsidRPr="00844B84">
              <w:rPr>
                <w:lang w:val="ru-RU"/>
              </w:rPr>
              <w:t>действующая редакция документа развития электроснабжения</w:t>
            </w:r>
          </w:p>
        </w:tc>
      </w:tr>
      <w:tr w:rsidR="00363A1F" w:rsidRPr="004D1FEB" w14:paraId="329144D2" w14:textId="77777777">
        <w:trPr>
          <w:cantSplit/>
        </w:trPr>
        <w:tc>
          <w:tcPr>
            <w:tcW w:w="0" w:type="auto"/>
            <w:shd w:val="clear" w:color="auto" w:fill="F2F2F2"/>
          </w:tcPr>
          <w:p w14:paraId="4B55A245" w14:textId="77777777" w:rsidR="00363A1F" w:rsidRDefault="00832053">
            <w:r>
              <w:t>Водоснабжение</w:t>
            </w:r>
          </w:p>
        </w:tc>
        <w:tc>
          <w:tcPr>
            <w:tcW w:w="0" w:type="auto"/>
            <w:shd w:val="clear" w:color="auto" w:fill="FFFFFF"/>
          </w:tcPr>
          <w:p w14:paraId="2F3F0836" w14:textId="77777777" w:rsidR="00363A1F" w:rsidRPr="00844B84" w:rsidRDefault="00832053">
            <w:pPr>
              <w:rPr>
                <w:lang w:val="ru-RU"/>
              </w:rPr>
            </w:pPr>
            <w:r w:rsidRPr="00844B84">
              <w:rPr>
                <w:lang w:val="ru-RU"/>
              </w:rPr>
              <w:t>схемы водоснабжения и водоотведения отдельных территорий</w:t>
            </w:r>
          </w:p>
        </w:tc>
        <w:tc>
          <w:tcPr>
            <w:tcW w:w="0" w:type="auto"/>
            <w:shd w:val="clear" w:color="auto" w:fill="FFFFFF"/>
          </w:tcPr>
          <w:p w14:paraId="202ABC9C" w14:textId="77777777" w:rsidR="00363A1F" w:rsidRPr="00844B84" w:rsidRDefault="00832053">
            <w:pPr>
              <w:rPr>
                <w:lang w:val="ru-RU"/>
              </w:rPr>
            </w:pPr>
            <w:r w:rsidRPr="00844B84">
              <w:rPr>
                <w:lang w:val="ru-RU"/>
              </w:rPr>
              <w:t>действующая редакция по округу не представлена</w:t>
            </w:r>
          </w:p>
        </w:tc>
        <w:tc>
          <w:tcPr>
            <w:tcW w:w="0" w:type="auto"/>
            <w:shd w:val="clear" w:color="auto" w:fill="FFFFFF"/>
          </w:tcPr>
          <w:p w14:paraId="229280F8" w14:textId="77777777" w:rsidR="00363A1F" w:rsidRPr="00844B84" w:rsidRDefault="00832053">
            <w:pPr>
              <w:rPr>
                <w:lang w:val="ru-RU"/>
              </w:rPr>
            </w:pPr>
            <w:r w:rsidRPr="00844B84">
              <w:rPr>
                <w:lang w:val="ru-RU"/>
              </w:rPr>
              <w:t>влияет на объёмы подпитки при переводе открытых систем</w:t>
            </w:r>
          </w:p>
        </w:tc>
        <w:tc>
          <w:tcPr>
            <w:tcW w:w="0" w:type="auto"/>
            <w:shd w:val="clear" w:color="auto" w:fill="FFFFFF"/>
          </w:tcPr>
          <w:p w14:paraId="696A6AD4" w14:textId="77777777" w:rsidR="00363A1F" w:rsidRPr="00844B84" w:rsidRDefault="00832053">
            <w:pPr>
              <w:rPr>
                <w:lang w:val="ru-RU"/>
              </w:rPr>
            </w:pPr>
            <w:r w:rsidRPr="00844B84">
              <w:rPr>
                <w:lang w:val="ru-RU"/>
              </w:rPr>
              <w:t>действующая редакция схемы водоснабжения и водоотведения округа</w:t>
            </w:r>
          </w:p>
        </w:tc>
      </w:tr>
      <w:tr w:rsidR="00363A1F" w:rsidRPr="004D1FEB" w14:paraId="636077C5" w14:textId="77777777">
        <w:trPr>
          <w:cantSplit/>
        </w:trPr>
        <w:tc>
          <w:tcPr>
            <w:tcW w:w="0" w:type="auto"/>
            <w:shd w:val="clear" w:color="auto" w:fill="F2F2F2"/>
          </w:tcPr>
          <w:p w14:paraId="0A0A0528" w14:textId="77777777" w:rsidR="00363A1F" w:rsidRDefault="00832053">
            <w:r>
              <w:t>Водоотведение</w:t>
            </w:r>
          </w:p>
        </w:tc>
        <w:tc>
          <w:tcPr>
            <w:tcW w:w="0" w:type="auto"/>
            <w:shd w:val="clear" w:color="auto" w:fill="FFFFFF"/>
          </w:tcPr>
          <w:p w14:paraId="3D749358" w14:textId="77777777" w:rsidR="00363A1F" w:rsidRPr="00844B84" w:rsidRDefault="00832053">
            <w:pPr>
              <w:rPr>
                <w:lang w:val="ru-RU"/>
              </w:rPr>
            </w:pPr>
            <w:r w:rsidRPr="00844B84">
              <w:rPr>
                <w:lang w:val="ru-RU"/>
              </w:rPr>
              <w:t>схемы водоснабжения и водоотведения отдельных территорий</w:t>
            </w:r>
          </w:p>
        </w:tc>
        <w:tc>
          <w:tcPr>
            <w:tcW w:w="0" w:type="auto"/>
            <w:shd w:val="clear" w:color="auto" w:fill="FFFFFF"/>
          </w:tcPr>
          <w:p w14:paraId="3C455935" w14:textId="77777777" w:rsidR="00363A1F" w:rsidRPr="00844B84" w:rsidRDefault="00832053">
            <w:pPr>
              <w:rPr>
                <w:lang w:val="ru-RU"/>
              </w:rPr>
            </w:pPr>
            <w:r w:rsidRPr="00844B84">
              <w:rPr>
                <w:lang w:val="ru-RU"/>
              </w:rPr>
              <w:t>действующая редакция по округу не представлена</w:t>
            </w:r>
          </w:p>
        </w:tc>
        <w:tc>
          <w:tcPr>
            <w:tcW w:w="0" w:type="auto"/>
            <w:shd w:val="clear" w:color="auto" w:fill="FFFFFF"/>
          </w:tcPr>
          <w:p w14:paraId="4B7C0F9C" w14:textId="77777777" w:rsidR="00363A1F" w:rsidRPr="00844B84" w:rsidRDefault="00832053">
            <w:pPr>
              <w:rPr>
                <w:lang w:val="ru-RU"/>
              </w:rPr>
            </w:pPr>
            <w:r w:rsidRPr="00844B84">
              <w:rPr>
                <w:lang w:val="ru-RU"/>
              </w:rPr>
              <w:t>влияет на оценку изменения сбросов при переводе открытых систем</w:t>
            </w:r>
          </w:p>
        </w:tc>
        <w:tc>
          <w:tcPr>
            <w:tcW w:w="0" w:type="auto"/>
            <w:shd w:val="clear" w:color="auto" w:fill="FFFFFF"/>
          </w:tcPr>
          <w:p w14:paraId="716FA6D7" w14:textId="77777777" w:rsidR="00363A1F" w:rsidRPr="00844B84" w:rsidRDefault="00832053">
            <w:pPr>
              <w:rPr>
                <w:lang w:val="ru-RU"/>
              </w:rPr>
            </w:pPr>
            <w:r w:rsidRPr="00844B84">
              <w:rPr>
                <w:lang w:val="ru-RU"/>
              </w:rPr>
              <w:t>действующая редакция схемы водоснабжения и водоотведения округа</w:t>
            </w:r>
          </w:p>
        </w:tc>
      </w:tr>
    </w:tbl>
    <w:p w14:paraId="06DFAF8A" w14:textId="77777777" w:rsidR="00844B84" w:rsidRDefault="00832053">
      <w:pPr>
        <w:rPr>
          <w:lang w:val="ru-RU"/>
        </w:rPr>
      </w:pPr>
      <w:r w:rsidRPr="00844B84">
        <w:rPr>
          <w:lang w:val="ru-RU"/>
        </w:rPr>
        <w:t>По имеющимся в проекте материалам явных противоречий между решениями настоящей схемы теплоснабжения и документами перечисленных контуров не установлено. Окончательная синхронизация выполняется после получения действующих редакций смежных документов.</w:t>
      </w:r>
    </w:p>
    <w:p w14:paraId="4E5DF4FC" w14:textId="77777777" w:rsidR="00363A1F" w:rsidRPr="00326225" w:rsidRDefault="00844B84">
      <w:pPr>
        <w:rPr>
          <w:lang w:val="ru-RU"/>
        </w:rPr>
      </w:pPr>
      <w:r>
        <w:rPr>
          <w:lang w:val="ru-RU"/>
        </w:rPr>
        <w:br w:type="page"/>
      </w:r>
    </w:p>
    <w:p w14:paraId="058C35B3" w14:textId="77777777" w:rsidR="006E7A08" w:rsidRPr="000C24CF" w:rsidRDefault="00267E76">
      <w:pPr>
        <w:pStyle w:val="1"/>
        <w:rPr>
          <w:color w:val="4F81BD" w:themeColor="accent1"/>
          <w:lang w:val="ru-RU"/>
        </w:rPr>
      </w:pPr>
      <w:bookmarkStart w:id="107" w:name="_Toc238017306"/>
      <w:r w:rsidRPr="000C24CF">
        <w:rPr>
          <w:color w:val="4F81BD" w:themeColor="accent1"/>
          <w:lang w:val="ru-RU"/>
        </w:rPr>
        <w:t>14. Индикаторы развития систем теплоснабжения муниципального округа</w:t>
      </w:r>
      <w:bookmarkEnd w:id="107"/>
    </w:p>
    <w:p w14:paraId="6EF4D8CF" w14:textId="77777777" w:rsidR="006E7A08" w:rsidRPr="001D7D92" w:rsidRDefault="00267E76">
      <w:pPr>
        <w:ind w:firstLine="709"/>
        <w:jc w:val="both"/>
        <w:rPr>
          <w:lang w:val="ru-RU"/>
        </w:rPr>
      </w:pPr>
      <w:r w:rsidRPr="001D7D92">
        <w:rPr>
          <w:lang w:val="ru-RU"/>
        </w:rPr>
        <w:t>Показатели развития приведены раздельно по каждому населённому пункту, обеспеченному централизованным теплоснабжением, на три расчётных этапа.</w:t>
      </w:r>
    </w:p>
    <w:p w14:paraId="422E73A9" w14:textId="77777777" w:rsidR="006E7A08" w:rsidRPr="001D7D92" w:rsidRDefault="00267E76">
      <w:pPr>
        <w:ind w:firstLine="709"/>
        <w:jc w:val="both"/>
        <w:rPr>
          <w:lang w:val="ru-RU"/>
        </w:rPr>
      </w:pPr>
      <w:r w:rsidRPr="001D7D92">
        <w:rPr>
          <w:lang w:val="ru-RU"/>
        </w:rPr>
        <w:t>Ключевой показатель, изменяющийся на расчётном периоде, — средневзвешенный срок эксплуатации тепловых сетей: он возрастает с 39,4 года в 2026 году до 49,4 года в 2036 году при отсутствии утверждённой программы замены. Прекращений подачи тепловой энергии в результате технологических нарушений по данным эксплуатирующей организации не зарегистрировано; доля комбинированной выработки равна нулю.</w:t>
      </w:r>
    </w:p>
    <w:p w14:paraId="0B17FAFB" w14:textId="77777777" w:rsidR="006E7A08" w:rsidRPr="001D7D92" w:rsidRDefault="00267E76">
      <w:pPr>
        <w:keepNext/>
        <w:keepLines/>
        <w:rPr>
          <w:lang w:val="ru-RU"/>
        </w:rPr>
      </w:pPr>
      <w:r w:rsidRPr="001D7D92">
        <w:rPr>
          <w:b/>
          <w:lang w:val="ru-RU"/>
        </w:rPr>
        <w:t>Таблица 14.1 — Индикаторы развития системы теплоснабжения — г. Таштагол (лист «Таблица 14.1» расчётной книги)</w:t>
      </w:r>
    </w:p>
    <w:tbl>
      <w:tblPr>
        <w:tblStyle w:val="aff0"/>
        <w:tblW w:w="5000" w:type="pct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88"/>
        <w:gridCol w:w="5646"/>
        <w:gridCol w:w="1258"/>
        <w:gridCol w:w="1029"/>
        <w:gridCol w:w="1029"/>
        <w:gridCol w:w="1029"/>
      </w:tblGrid>
      <w:tr w:rsidR="006E7A08" w:rsidRPr="004D1FEB" w14:paraId="6AA0A621" w14:textId="77777777">
        <w:trPr>
          <w:cantSplit/>
          <w:tblHeader/>
          <w:jc w:val="center"/>
        </w:trPr>
        <w:tc>
          <w:tcPr>
            <w:tcW w:w="0" w:type="auto"/>
            <w:vMerge w:val="restart"/>
            <w:shd w:val="clear" w:color="auto" w:fill="E2F0D9"/>
            <w:vAlign w:val="center"/>
          </w:tcPr>
          <w:p w14:paraId="320427D5" w14:textId="77777777" w:rsidR="006E7A08" w:rsidRDefault="00267E76">
            <w:pPr>
              <w:jc w:val="center"/>
            </w:pPr>
            <w:r>
              <w:rPr>
                <w:b/>
              </w:rPr>
              <w:t>№ пп</w:t>
            </w:r>
          </w:p>
        </w:tc>
        <w:tc>
          <w:tcPr>
            <w:tcW w:w="0" w:type="auto"/>
            <w:vMerge w:val="restart"/>
            <w:shd w:val="clear" w:color="auto" w:fill="E2F0D9"/>
            <w:vAlign w:val="center"/>
          </w:tcPr>
          <w:p w14:paraId="6478D624" w14:textId="77777777" w:rsidR="006E7A08" w:rsidRDefault="00267E76">
            <w:pPr>
              <w:jc w:val="center"/>
            </w:pPr>
            <w:r>
              <w:rPr>
                <w:b/>
              </w:rPr>
              <w:t>Индикаторы развития системы теплоснабжения</w:t>
            </w:r>
          </w:p>
        </w:tc>
        <w:tc>
          <w:tcPr>
            <w:tcW w:w="0" w:type="auto"/>
            <w:vMerge w:val="restart"/>
            <w:shd w:val="clear" w:color="auto" w:fill="E2F0D9"/>
            <w:vAlign w:val="center"/>
          </w:tcPr>
          <w:p w14:paraId="0ABC1306" w14:textId="77777777" w:rsidR="006E7A08" w:rsidRDefault="00267E76">
            <w:pPr>
              <w:jc w:val="center"/>
            </w:pPr>
            <w:r>
              <w:rPr>
                <w:b/>
              </w:rPr>
              <w:t>Ед. изм.</w:t>
            </w:r>
          </w:p>
        </w:tc>
        <w:tc>
          <w:tcPr>
            <w:tcW w:w="0" w:type="auto"/>
            <w:gridSpan w:val="3"/>
            <w:shd w:val="clear" w:color="auto" w:fill="E2F0D9"/>
            <w:vAlign w:val="center"/>
          </w:tcPr>
          <w:p w14:paraId="6C328EE4" w14:textId="77777777" w:rsidR="006E7A08" w:rsidRPr="001D7D92" w:rsidRDefault="00267E76">
            <w:pPr>
              <w:jc w:val="center"/>
              <w:rPr>
                <w:lang w:val="ru-RU"/>
              </w:rPr>
            </w:pPr>
            <w:r w:rsidRPr="001D7D92">
              <w:rPr>
                <w:b/>
                <w:lang w:val="ru-RU"/>
              </w:rPr>
              <w:t>Показатель по этапам развития схемы ТС</w:t>
            </w:r>
          </w:p>
        </w:tc>
      </w:tr>
      <w:tr w:rsidR="006E7A08" w14:paraId="3DB8DB8A" w14:textId="77777777">
        <w:trPr>
          <w:cantSplit/>
          <w:tblHeader/>
          <w:jc w:val="center"/>
        </w:trPr>
        <w:tc>
          <w:tcPr>
            <w:tcW w:w="0" w:type="auto"/>
            <w:vMerge/>
            <w:shd w:val="clear" w:color="auto" w:fill="E2F0D9"/>
            <w:vAlign w:val="center"/>
          </w:tcPr>
          <w:p w14:paraId="30123002" w14:textId="77777777" w:rsidR="006E7A08" w:rsidRPr="001D7D92" w:rsidRDefault="006E7A08">
            <w:pPr>
              <w:jc w:val="center"/>
              <w:rPr>
                <w:lang w:val="ru-RU"/>
              </w:rPr>
            </w:pPr>
          </w:p>
        </w:tc>
        <w:tc>
          <w:tcPr>
            <w:tcW w:w="0" w:type="auto"/>
            <w:vMerge/>
            <w:shd w:val="clear" w:color="auto" w:fill="E2F0D9"/>
            <w:vAlign w:val="center"/>
          </w:tcPr>
          <w:p w14:paraId="44C88568" w14:textId="77777777" w:rsidR="006E7A08" w:rsidRPr="001D7D92" w:rsidRDefault="006E7A08">
            <w:pPr>
              <w:jc w:val="center"/>
              <w:rPr>
                <w:lang w:val="ru-RU"/>
              </w:rPr>
            </w:pPr>
          </w:p>
        </w:tc>
        <w:tc>
          <w:tcPr>
            <w:tcW w:w="0" w:type="auto"/>
            <w:vMerge/>
            <w:shd w:val="clear" w:color="auto" w:fill="E2F0D9"/>
            <w:vAlign w:val="center"/>
          </w:tcPr>
          <w:p w14:paraId="5BB2C7F6" w14:textId="77777777" w:rsidR="006E7A08" w:rsidRPr="001D7D92" w:rsidRDefault="006E7A08">
            <w:pPr>
              <w:jc w:val="center"/>
              <w:rPr>
                <w:lang w:val="ru-RU"/>
              </w:rPr>
            </w:pPr>
          </w:p>
        </w:tc>
        <w:tc>
          <w:tcPr>
            <w:tcW w:w="0" w:type="auto"/>
            <w:shd w:val="clear" w:color="auto" w:fill="E2F0D9"/>
            <w:vAlign w:val="center"/>
          </w:tcPr>
          <w:p w14:paraId="74AE18C2" w14:textId="77777777" w:rsidR="006E7A08" w:rsidRDefault="00267E76">
            <w:pPr>
              <w:jc w:val="center"/>
            </w:pPr>
            <w:r>
              <w:rPr>
                <w:b/>
              </w:rPr>
              <w:t>2026</w:t>
            </w:r>
          </w:p>
        </w:tc>
        <w:tc>
          <w:tcPr>
            <w:tcW w:w="0" w:type="auto"/>
            <w:shd w:val="clear" w:color="auto" w:fill="E2F0D9"/>
            <w:vAlign w:val="center"/>
          </w:tcPr>
          <w:p w14:paraId="55F8B5FF" w14:textId="77777777" w:rsidR="006E7A08" w:rsidRDefault="00267E76">
            <w:pPr>
              <w:jc w:val="center"/>
            </w:pPr>
            <w:r>
              <w:rPr>
                <w:b/>
              </w:rPr>
              <w:t>2031</w:t>
            </w:r>
          </w:p>
        </w:tc>
        <w:tc>
          <w:tcPr>
            <w:tcW w:w="0" w:type="auto"/>
            <w:shd w:val="clear" w:color="auto" w:fill="E2F0D9"/>
            <w:vAlign w:val="center"/>
          </w:tcPr>
          <w:p w14:paraId="416AEAA7" w14:textId="77777777" w:rsidR="006E7A08" w:rsidRDefault="00267E76">
            <w:pPr>
              <w:jc w:val="center"/>
            </w:pPr>
            <w:r>
              <w:rPr>
                <w:b/>
              </w:rPr>
              <w:t>2036</w:t>
            </w:r>
          </w:p>
        </w:tc>
      </w:tr>
      <w:tr w:rsidR="006E7A08" w14:paraId="464F0E39" w14:textId="77777777">
        <w:trPr>
          <w:cantSplit/>
          <w:tblHeader/>
          <w:jc w:val="center"/>
        </w:trPr>
        <w:tc>
          <w:tcPr>
            <w:tcW w:w="0" w:type="auto"/>
            <w:shd w:val="clear" w:color="auto" w:fill="F2F2F2"/>
            <w:vAlign w:val="center"/>
          </w:tcPr>
          <w:p w14:paraId="77CB12EC" w14:textId="77777777" w:rsidR="006E7A08" w:rsidRDefault="00267E76">
            <w:pPr>
              <w:jc w:val="center"/>
            </w:pPr>
            <w:r>
              <w:t>1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44A1E71D" w14:textId="77777777" w:rsidR="006E7A08" w:rsidRDefault="00267E76">
            <w:pPr>
              <w:jc w:val="center"/>
            </w:pPr>
            <w:r>
              <w:t>2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122C1549" w14:textId="77777777" w:rsidR="006E7A08" w:rsidRDefault="00267E76">
            <w:pPr>
              <w:jc w:val="center"/>
            </w:pPr>
            <w:r>
              <w:t>3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40394B84" w14:textId="77777777" w:rsidR="006E7A08" w:rsidRDefault="00267E76">
            <w:pPr>
              <w:jc w:val="center"/>
            </w:pPr>
            <w:r>
              <w:t>4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7112D10E" w14:textId="77777777" w:rsidR="006E7A08" w:rsidRDefault="00267E76">
            <w:pPr>
              <w:jc w:val="center"/>
            </w:pPr>
            <w:r>
              <w:t>5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79EAF893" w14:textId="77777777" w:rsidR="006E7A08" w:rsidRDefault="00267E76">
            <w:pPr>
              <w:jc w:val="center"/>
            </w:pPr>
            <w:r>
              <w:t>6</w:t>
            </w:r>
          </w:p>
        </w:tc>
      </w:tr>
      <w:tr w:rsidR="006E7A08" w14:paraId="1E8EA41E" w14:textId="77777777">
        <w:trPr>
          <w:cantSplit/>
          <w:jc w:val="center"/>
        </w:trPr>
        <w:tc>
          <w:tcPr>
            <w:tcW w:w="0" w:type="auto"/>
          </w:tcPr>
          <w:p w14:paraId="61E16D0F" w14:textId="77777777" w:rsidR="006E7A08" w:rsidRDefault="00267E76">
            <w:pPr>
              <w:jc w:val="center"/>
            </w:pPr>
            <w:r>
              <w:t>1</w:t>
            </w:r>
          </w:p>
        </w:tc>
        <w:tc>
          <w:tcPr>
            <w:tcW w:w="0" w:type="auto"/>
          </w:tcPr>
          <w:p w14:paraId="2021B5D0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Количество прекращений подачи тепловой энергии в результате технологических нарушений на тепловых сетях</w:t>
            </w:r>
          </w:p>
        </w:tc>
        <w:tc>
          <w:tcPr>
            <w:tcW w:w="0" w:type="auto"/>
          </w:tcPr>
          <w:p w14:paraId="4848AC7A" w14:textId="77777777" w:rsidR="006E7A08" w:rsidRDefault="00267E76">
            <w:r>
              <w:t>ед.</w:t>
            </w:r>
          </w:p>
        </w:tc>
        <w:tc>
          <w:tcPr>
            <w:tcW w:w="0" w:type="auto"/>
          </w:tcPr>
          <w:p w14:paraId="270D9BD7" w14:textId="77777777" w:rsidR="006E7A08" w:rsidRDefault="00267E76">
            <w:pPr>
              <w:jc w:val="center"/>
            </w:pPr>
            <w:r>
              <w:t>0</w:t>
            </w:r>
          </w:p>
        </w:tc>
        <w:tc>
          <w:tcPr>
            <w:tcW w:w="0" w:type="auto"/>
          </w:tcPr>
          <w:p w14:paraId="50204093" w14:textId="77777777" w:rsidR="006E7A08" w:rsidRDefault="00267E76">
            <w:pPr>
              <w:jc w:val="center"/>
            </w:pPr>
            <w:r>
              <w:t>0</w:t>
            </w:r>
          </w:p>
        </w:tc>
        <w:tc>
          <w:tcPr>
            <w:tcW w:w="0" w:type="auto"/>
          </w:tcPr>
          <w:p w14:paraId="005A2D75" w14:textId="77777777" w:rsidR="006E7A08" w:rsidRDefault="00267E76">
            <w:pPr>
              <w:jc w:val="center"/>
            </w:pPr>
            <w:r>
              <w:t>0</w:t>
            </w:r>
          </w:p>
        </w:tc>
      </w:tr>
      <w:tr w:rsidR="006E7A08" w14:paraId="0172E565" w14:textId="77777777">
        <w:trPr>
          <w:cantSplit/>
          <w:jc w:val="center"/>
        </w:trPr>
        <w:tc>
          <w:tcPr>
            <w:tcW w:w="0" w:type="auto"/>
          </w:tcPr>
          <w:p w14:paraId="613AD8BB" w14:textId="77777777" w:rsidR="006E7A08" w:rsidRDefault="00267E76">
            <w:pPr>
              <w:jc w:val="center"/>
            </w:pPr>
            <w:r>
              <w:t>2</w:t>
            </w:r>
          </w:p>
        </w:tc>
        <w:tc>
          <w:tcPr>
            <w:tcW w:w="0" w:type="auto"/>
          </w:tcPr>
          <w:p w14:paraId="29997140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Количество прекращений подачи тепловой энергии в результате технологических нарушений на источниках тепловой энергии</w:t>
            </w:r>
          </w:p>
        </w:tc>
        <w:tc>
          <w:tcPr>
            <w:tcW w:w="0" w:type="auto"/>
          </w:tcPr>
          <w:p w14:paraId="7E9A6CA1" w14:textId="77777777" w:rsidR="006E7A08" w:rsidRDefault="00267E76">
            <w:r>
              <w:t>ед.</w:t>
            </w:r>
          </w:p>
        </w:tc>
        <w:tc>
          <w:tcPr>
            <w:tcW w:w="0" w:type="auto"/>
          </w:tcPr>
          <w:p w14:paraId="0546482A" w14:textId="77777777" w:rsidR="006E7A08" w:rsidRDefault="00267E76">
            <w:pPr>
              <w:jc w:val="center"/>
            </w:pPr>
            <w:r>
              <w:t>0</w:t>
            </w:r>
          </w:p>
        </w:tc>
        <w:tc>
          <w:tcPr>
            <w:tcW w:w="0" w:type="auto"/>
          </w:tcPr>
          <w:p w14:paraId="744B277B" w14:textId="77777777" w:rsidR="006E7A08" w:rsidRDefault="00267E76">
            <w:pPr>
              <w:jc w:val="center"/>
            </w:pPr>
            <w:r>
              <w:t>0</w:t>
            </w:r>
          </w:p>
        </w:tc>
        <w:tc>
          <w:tcPr>
            <w:tcW w:w="0" w:type="auto"/>
          </w:tcPr>
          <w:p w14:paraId="02368AAE" w14:textId="77777777" w:rsidR="006E7A08" w:rsidRDefault="00267E76">
            <w:pPr>
              <w:jc w:val="center"/>
            </w:pPr>
            <w:r>
              <w:t>0</w:t>
            </w:r>
          </w:p>
        </w:tc>
      </w:tr>
      <w:tr w:rsidR="006E7A08" w14:paraId="41403FB3" w14:textId="77777777">
        <w:trPr>
          <w:cantSplit/>
          <w:jc w:val="center"/>
        </w:trPr>
        <w:tc>
          <w:tcPr>
            <w:tcW w:w="0" w:type="auto"/>
          </w:tcPr>
          <w:p w14:paraId="2FD6FF4E" w14:textId="77777777" w:rsidR="006E7A08" w:rsidRDefault="00267E76">
            <w:pPr>
              <w:jc w:val="center"/>
            </w:pPr>
            <w:r>
              <w:t>3</w:t>
            </w:r>
          </w:p>
        </w:tc>
        <w:tc>
          <w:tcPr>
            <w:tcW w:w="0" w:type="auto"/>
          </w:tcPr>
          <w:p w14:paraId="660D12DE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Удельный расход условного топлива на единицу тепловой энергии, отпускаемой с коллекторов источников</w:t>
            </w:r>
          </w:p>
        </w:tc>
        <w:tc>
          <w:tcPr>
            <w:tcW w:w="0" w:type="auto"/>
          </w:tcPr>
          <w:p w14:paraId="1E99BCE8" w14:textId="77777777" w:rsidR="006E7A08" w:rsidRDefault="00267E76">
            <w:r>
              <w:t>кг у.т./Гкал</w:t>
            </w:r>
          </w:p>
        </w:tc>
        <w:tc>
          <w:tcPr>
            <w:tcW w:w="0" w:type="auto"/>
          </w:tcPr>
          <w:p w14:paraId="0AF0E1CF" w14:textId="77777777" w:rsidR="006E7A08" w:rsidRDefault="00267E76">
            <w:pPr>
              <w:jc w:val="center"/>
            </w:pPr>
            <w:r>
              <w:t>189,21</w:t>
            </w:r>
          </w:p>
        </w:tc>
        <w:tc>
          <w:tcPr>
            <w:tcW w:w="0" w:type="auto"/>
          </w:tcPr>
          <w:p w14:paraId="5613674A" w14:textId="77777777" w:rsidR="006E7A08" w:rsidRDefault="00267E76">
            <w:pPr>
              <w:jc w:val="center"/>
            </w:pPr>
            <w:r>
              <w:t>189,21</w:t>
            </w:r>
          </w:p>
        </w:tc>
        <w:tc>
          <w:tcPr>
            <w:tcW w:w="0" w:type="auto"/>
          </w:tcPr>
          <w:p w14:paraId="416E585A" w14:textId="77777777" w:rsidR="006E7A08" w:rsidRDefault="00267E76">
            <w:pPr>
              <w:jc w:val="center"/>
            </w:pPr>
            <w:r>
              <w:t>189,21</w:t>
            </w:r>
          </w:p>
        </w:tc>
      </w:tr>
      <w:tr w:rsidR="006E7A08" w14:paraId="221990C3" w14:textId="77777777">
        <w:trPr>
          <w:cantSplit/>
          <w:jc w:val="center"/>
        </w:trPr>
        <w:tc>
          <w:tcPr>
            <w:tcW w:w="0" w:type="auto"/>
          </w:tcPr>
          <w:p w14:paraId="58D8890C" w14:textId="77777777" w:rsidR="006E7A08" w:rsidRDefault="00267E76">
            <w:pPr>
              <w:jc w:val="center"/>
            </w:pPr>
            <w:r>
              <w:t>4</w:t>
            </w:r>
          </w:p>
        </w:tc>
        <w:tc>
          <w:tcPr>
            <w:tcW w:w="0" w:type="auto"/>
          </w:tcPr>
          <w:p w14:paraId="060E7518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Отношение технологических потерь тепловой энергии к материальной характеристике тепловой сети</w:t>
            </w:r>
          </w:p>
        </w:tc>
        <w:tc>
          <w:tcPr>
            <w:tcW w:w="0" w:type="auto"/>
          </w:tcPr>
          <w:p w14:paraId="73AEC420" w14:textId="77777777" w:rsidR="006E7A08" w:rsidRDefault="00267E76">
            <w:r>
              <w:t>Гкал/(ч·м²)</w:t>
            </w:r>
          </w:p>
        </w:tc>
        <w:tc>
          <w:tcPr>
            <w:tcW w:w="0" w:type="auto"/>
          </w:tcPr>
          <w:p w14:paraId="12A6F87D" w14:textId="77777777" w:rsidR="006E7A08" w:rsidRDefault="006E7A08"/>
        </w:tc>
        <w:tc>
          <w:tcPr>
            <w:tcW w:w="0" w:type="auto"/>
          </w:tcPr>
          <w:p w14:paraId="2A978670" w14:textId="77777777" w:rsidR="006E7A08" w:rsidRDefault="006E7A08"/>
        </w:tc>
        <w:tc>
          <w:tcPr>
            <w:tcW w:w="0" w:type="auto"/>
          </w:tcPr>
          <w:p w14:paraId="120D44EA" w14:textId="77777777" w:rsidR="006E7A08" w:rsidRDefault="006E7A08"/>
        </w:tc>
      </w:tr>
      <w:tr w:rsidR="006E7A08" w14:paraId="1C0C2EAA" w14:textId="77777777">
        <w:trPr>
          <w:cantSplit/>
          <w:jc w:val="center"/>
        </w:trPr>
        <w:tc>
          <w:tcPr>
            <w:tcW w:w="0" w:type="auto"/>
          </w:tcPr>
          <w:p w14:paraId="49D354D1" w14:textId="77777777" w:rsidR="006E7A08" w:rsidRDefault="00267E76">
            <w:pPr>
              <w:jc w:val="center"/>
            </w:pPr>
            <w:r>
              <w:t>5</w:t>
            </w:r>
          </w:p>
        </w:tc>
        <w:tc>
          <w:tcPr>
            <w:tcW w:w="0" w:type="auto"/>
          </w:tcPr>
          <w:p w14:paraId="4B69B6CF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Удельная материальная характеристика тепловых сетей, приведённая к расчётной тепловой нагрузке</w:t>
            </w:r>
          </w:p>
        </w:tc>
        <w:tc>
          <w:tcPr>
            <w:tcW w:w="0" w:type="auto"/>
          </w:tcPr>
          <w:p w14:paraId="3196F7B8" w14:textId="77777777" w:rsidR="006E7A08" w:rsidRDefault="00267E76">
            <w:r>
              <w:t>м²·ч/Гкал</w:t>
            </w:r>
          </w:p>
        </w:tc>
        <w:tc>
          <w:tcPr>
            <w:tcW w:w="0" w:type="auto"/>
          </w:tcPr>
          <w:p w14:paraId="07AA237E" w14:textId="77777777" w:rsidR="006E7A08" w:rsidRDefault="00267E76">
            <w:pPr>
              <w:jc w:val="center"/>
            </w:pPr>
            <w:r>
              <w:t>503,75</w:t>
            </w:r>
          </w:p>
        </w:tc>
        <w:tc>
          <w:tcPr>
            <w:tcW w:w="0" w:type="auto"/>
          </w:tcPr>
          <w:p w14:paraId="25203D7E" w14:textId="77777777" w:rsidR="006E7A08" w:rsidRDefault="00267E76">
            <w:pPr>
              <w:jc w:val="center"/>
            </w:pPr>
            <w:r>
              <w:t>503,75</w:t>
            </w:r>
          </w:p>
        </w:tc>
        <w:tc>
          <w:tcPr>
            <w:tcW w:w="0" w:type="auto"/>
          </w:tcPr>
          <w:p w14:paraId="60E3BE66" w14:textId="77777777" w:rsidR="006E7A08" w:rsidRDefault="00267E76">
            <w:pPr>
              <w:jc w:val="center"/>
            </w:pPr>
            <w:r>
              <w:t>503,75</w:t>
            </w:r>
          </w:p>
        </w:tc>
      </w:tr>
      <w:tr w:rsidR="006E7A08" w14:paraId="1E11868D" w14:textId="77777777">
        <w:trPr>
          <w:cantSplit/>
          <w:jc w:val="center"/>
        </w:trPr>
        <w:tc>
          <w:tcPr>
            <w:tcW w:w="0" w:type="auto"/>
          </w:tcPr>
          <w:p w14:paraId="1A6700E8" w14:textId="77777777" w:rsidR="006E7A08" w:rsidRDefault="00267E76">
            <w:pPr>
              <w:jc w:val="center"/>
            </w:pPr>
            <w:r>
              <w:t>6</w:t>
            </w:r>
          </w:p>
        </w:tc>
        <w:tc>
          <w:tcPr>
            <w:tcW w:w="0" w:type="auto"/>
          </w:tcPr>
          <w:p w14:paraId="7C9A9341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Доля тепловой энергии, выработанной в комбинированном режиме</w:t>
            </w:r>
          </w:p>
        </w:tc>
        <w:tc>
          <w:tcPr>
            <w:tcW w:w="0" w:type="auto"/>
          </w:tcPr>
          <w:p w14:paraId="51100FAF" w14:textId="77777777" w:rsidR="006E7A08" w:rsidRDefault="00267E76">
            <w:r>
              <w:t>%</w:t>
            </w:r>
          </w:p>
        </w:tc>
        <w:tc>
          <w:tcPr>
            <w:tcW w:w="0" w:type="auto"/>
          </w:tcPr>
          <w:p w14:paraId="70369C24" w14:textId="77777777" w:rsidR="006E7A08" w:rsidRDefault="00267E76">
            <w:pPr>
              <w:jc w:val="center"/>
            </w:pPr>
            <w:r>
              <w:t>0,0</w:t>
            </w:r>
          </w:p>
        </w:tc>
        <w:tc>
          <w:tcPr>
            <w:tcW w:w="0" w:type="auto"/>
          </w:tcPr>
          <w:p w14:paraId="7A10FCAC" w14:textId="77777777" w:rsidR="006E7A08" w:rsidRDefault="00267E76">
            <w:pPr>
              <w:jc w:val="center"/>
            </w:pPr>
            <w:r>
              <w:t>0,0</w:t>
            </w:r>
          </w:p>
        </w:tc>
        <w:tc>
          <w:tcPr>
            <w:tcW w:w="0" w:type="auto"/>
          </w:tcPr>
          <w:p w14:paraId="78BA4C64" w14:textId="77777777" w:rsidR="006E7A08" w:rsidRDefault="00267E76">
            <w:pPr>
              <w:jc w:val="center"/>
            </w:pPr>
            <w:r>
              <w:t>0,0</w:t>
            </w:r>
          </w:p>
        </w:tc>
      </w:tr>
      <w:tr w:rsidR="006E7A08" w14:paraId="264747AF" w14:textId="77777777">
        <w:trPr>
          <w:cantSplit/>
          <w:jc w:val="center"/>
        </w:trPr>
        <w:tc>
          <w:tcPr>
            <w:tcW w:w="0" w:type="auto"/>
          </w:tcPr>
          <w:p w14:paraId="21638A32" w14:textId="77777777" w:rsidR="006E7A08" w:rsidRDefault="00267E76">
            <w:pPr>
              <w:jc w:val="center"/>
            </w:pPr>
            <w:r>
              <w:t>7</w:t>
            </w:r>
          </w:p>
        </w:tc>
        <w:tc>
          <w:tcPr>
            <w:tcW w:w="0" w:type="auto"/>
          </w:tcPr>
          <w:p w14:paraId="02B951C5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Коэффициент использования теплоты топлива (комбинированная выработка)</w:t>
            </w:r>
          </w:p>
        </w:tc>
        <w:tc>
          <w:tcPr>
            <w:tcW w:w="0" w:type="auto"/>
          </w:tcPr>
          <w:p w14:paraId="1A82AF7C" w14:textId="77777777" w:rsidR="006E7A08" w:rsidRDefault="00267E76">
            <w:r>
              <w:t>%</w:t>
            </w:r>
          </w:p>
        </w:tc>
        <w:tc>
          <w:tcPr>
            <w:tcW w:w="0" w:type="auto"/>
          </w:tcPr>
          <w:p w14:paraId="2292F561" w14:textId="77777777" w:rsidR="006E7A08" w:rsidRDefault="00267E76">
            <w:r>
              <w:t>—</w:t>
            </w:r>
          </w:p>
        </w:tc>
        <w:tc>
          <w:tcPr>
            <w:tcW w:w="0" w:type="auto"/>
          </w:tcPr>
          <w:p w14:paraId="7ADC3FBC" w14:textId="77777777" w:rsidR="006E7A08" w:rsidRDefault="00267E76">
            <w:r>
              <w:t>—</w:t>
            </w:r>
          </w:p>
        </w:tc>
        <w:tc>
          <w:tcPr>
            <w:tcW w:w="0" w:type="auto"/>
          </w:tcPr>
          <w:p w14:paraId="6E8603A8" w14:textId="77777777" w:rsidR="006E7A08" w:rsidRDefault="00267E76">
            <w:r>
              <w:t>—</w:t>
            </w:r>
          </w:p>
        </w:tc>
      </w:tr>
      <w:tr w:rsidR="006E7A08" w14:paraId="2DBD1CF2" w14:textId="77777777">
        <w:trPr>
          <w:cantSplit/>
          <w:jc w:val="center"/>
        </w:trPr>
        <w:tc>
          <w:tcPr>
            <w:tcW w:w="0" w:type="auto"/>
          </w:tcPr>
          <w:p w14:paraId="1795BD99" w14:textId="77777777" w:rsidR="006E7A08" w:rsidRDefault="00267E76">
            <w:pPr>
              <w:jc w:val="center"/>
            </w:pPr>
            <w:r>
              <w:t>8</w:t>
            </w:r>
          </w:p>
        </w:tc>
        <w:tc>
          <w:tcPr>
            <w:tcW w:w="0" w:type="auto"/>
          </w:tcPr>
          <w:p w14:paraId="669752D3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Доля отпуска тепловой энергии по приборам учёта</w:t>
            </w:r>
          </w:p>
        </w:tc>
        <w:tc>
          <w:tcPr>
            <w:tcW w:w="0" w:type="auto"/>
          </w:tcPr>
          <w:p w14:paraId="565143FD" w14:textId="77777777" w:rsidR="006E7A08" w:rsidRDefault="00267E76">
            <w:r>
              <w:t>%</w:t>
            </w:r>
          </w:p>
        </w:tc>
        <w:tc>
          <w:tcPr>
            <w:tcW w:w="0" w:type="auto"/>
          </w:tcPr>
          <w:p w14:paraId="06AA2ADD" w14:textId="77777777" w:rsidR="006E7A08" w:rsidRDefault="006E7A08"/>
        </w:tc>
        <w:tc>
          <w:tcPr>
            <w:tcW w:w="0" w:type="auto"/>
          </w:tcPr>
          <w:p w14:paraId="493B0D9E" w14:textId="77777777" w:rsidR="006E7A08" w:rsidRDefault="006E7A08"/>
        </w:tc>
        <w:tc>
          <w:tcPr>
            <w:tcW w:w="0" w:type="auto"/>
          </w:tcPr>
          <w:p w14:paraId="79863C1D" w14:textId="77777777" w:rsidR="006E7A08" w:rsidRDefault="006E7A08"/>
        </w:tc>
      </w:tr>
      <w:tr w:rsidR="006E7A08" w14:paraId="19010410" w14:textId="77777777">
        <w:trPr>
          <w:cantSplit/>
          <w:jc w:val="center"/>
        </w:trPr>
        <w:tc>
          <w:tcPr>
            <w:tcW w:w="0" w:type="auto"/>
          </w:tcPr>
          <w:p w14:paraId="4B0C45DB" w14:textId="77777777" w:rsidR="006E7A08" w:rsidRDefault="00267E76">
            <w:pPr>
              <w:jc w:val="center"/>
            </w:pPr>
            <w:r>
              <w:t>9</w:t>
            </w:r>
          </w:p>
        </w:tc>
        <w:tc>
          <w:tcPr>
            <w:tcW w:w="0" w:type="auto"/>
          </w:tcPr>
          <w:p w14:paraId="30E0C983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Средневзвешенный срок эксплуатации тепловых сетей</w:t>
            </w:r>
          </w:p>
        </w:tc>
        <w:tc>
          <w:tcPr>
            <w:tcW w:w="0" w:type="auto"/>
          </w:tcPr>
          <w:p w14:paraId="3A9F7018" w14:textId="77777777" w:rsidR="006E7A08" w:rsidRDefault="00267E76">
            <w:r>
              <w:t>лет</w:t>
            </w:r>
          </w:p>
        </w:tc>
        <w:tc>
          <w:tcPr>
            <w:tcW w:w="0" w:type="auto"/>
          </w:tcPr>
          <w:p w14:paraId="119C29D4" w14:textId="77777777" w:rsidR="006E7A08" w:rsidRDefault="00267E76">
            <w:pPr>
              <w:jc w:val="center"/>
            </w:pPr>
            <w:r>
              <w:t>39,4</w:t>
            </w:r>
          </w:p>
        </w:tc>
        <w:tc>
          <w:tcPr>
            <w:tcW w:w="0" w:type="auto"/>
          </w:tcPr>
          <w:p w14:paraId="2EFD6D14" w14:textId="77777777" w:rsidR="006E7A08" w:rsidRDefault="00267E76">
            <w:pPr>
              <w:jc w:val="center"/>
            </w:pPr>
            <w:r>
              <w:t>44,4</w:t>
            </w:r>
          </w:p>
        </w:tc>
        <w:tc>
          <w:tcPr>
            <w:tcW w:w="0" w:type="auto"/>
          </w:tcPr>
          <w:p w14:paraId="4B4E618C" w14:textId="77777777" w:rsidR="006E7A08" w:rsidRDefault="00267E76">
            <w:pPr>
              <w:jc w:val="center"/>
            </w:pPr>
            <w:r>
              <w:t>49,4</w:t>
            </w:r>
          </w:p>
        </w:tc>
      </w:tr>
    </w:tbl>
    <w:p w14:paraId="5705A93C" w14:textId="77777777" w:rsidR="006E7A08" w:rsidRDefault="006E7A08"/>
    <w:p w14:paraId="0F3A5152" w14:textId="77777777" w:rsidR="006E7A08" w:rsidRPr="001D7D92" w:rsidRDefault="00267E76">
      <w:pPr>
        <w:keepNext/>
        <w:keepLines/>
        <w:rPr>
          <w:lang w:val="ru-RU"/>
        </w:rPr>
      </w:pPr>
      <w:r w:rsidRPr="001D7D92">
        <w:rPr>
          <w:b/>
          <w:lang w:val="ru-RU"/>
        </w:rPr>
        <w:t>Таблица 14.2 — Индикаторы развития системы теплоснабжения — пгт Шерегеш (лист «Таблица 14.1» расчётной книги)</w:t>
      </w:r>
    </w:p>
    <w:tbl>
      <w:tblPr>
        <w:tblStyle w:val="aff0"/>
        <w:tblW w:w="5000" w:type="pct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88"/>
        <w:gridCol w:w="5646"/>
        <w:gridCol w:w="1258"/>
        <w:gridCol w:w="1029"/>
        <w:gridCol w:w="1029"/>
        <w:gridCol w:w="1029"/>
      </w:tblGrid>
      <w:tr w:rsidR="006E7A08" w:rsidRPr="004D1FEB" w14:paraId="62D7EE15" w14:textId="77777777">
        <w:trPr>
          <w:cantSplit/>
          <w:tblHeader/>
          <w:jc w:val="center"/>
        </w:trPr>
        <w:tc>
          <w:tcPr>
            <w:tcW w:w="0" w:type="auto"/>
            <w:vMerge w:val="restart"/>
            <w:shd w:val="clear" w:color="auto" w:fill="E2F0D9"/>
            <w:vAlign w:val="center"/>
          </w:tcPr>
          <w:p w14:paraId="4B4E6731" w14:textId="77777777" w:rsidR="006E7A08" w:rsidRDefault="00267E76">
            <w:pPr>
              <w:jc w:val="center"/>
            </w:pPr>
            <w:r>
              <w:rPr>
                <w:b/>
              </w:rPr>
              <w:t>№ пп</w:t>
            </w:r>
          </w:p>
        </w:tc>
        <w:tc>
          <w:tcPr>
            <w:tcW w:w="0" w:type="auto"/>
            <w:vMerge w:val="restart"/>
            <w:shd w:val="clear" w:color="auto" w:fill="E2F0D9"/>
            <w:vAlign w:val="center"/>
          </w:tcPr>
          <w:p w14:paraId="19D9A9AE" w14:textId="77777777" w:rsidR="006E7A08" w:rsidRDefault="00267E76">
            <w:pPr>
              <w:jc w:val="center"/>
            </w:pPr>
            <w:r>
              <w:rPr>
                <w:b/>
              </w:rPr>
              <w:t>Индикаторы развития системы теплоснабжения</w:t>
            </w:r>
          </w:p>
        </w:tc>
        <w:tc>
          <w:tcPr>
            <w:tcW w:w="0" w:type="auto"/>
            <w:vMerge w:val="restart"/>
            <w:shd w:val="clear" w:color="auto" w:fill="E2F0D9"/>
            <w:vAlign w:val="center"/>
          </w:tcPr>
          <w:p w14:paraId="4E4F3ABF" w14:textId="77777777" w:rsidR="006E7A08" w:rsidRDefault="00267E76">
            <w:pPr>
              <w:jc w:val="center"/>
            </w:pPr>
            <w:r>
              <w:rPr>
                <w:b/>
              </w:rPr>
              <w:t>Ед. изм.</w:t>
            </w:r>
          </w:p>
        </w:tc>
        <w:tc>
          <w:tcPr>
            <w:tcW w:w="0" w:type="auto"/>
            <w:gridSpan w:val="3"/>
            <w:shd w:val="clear" w:color="auto" w:fill="E2F0D9"/>
            <w:vAlign w:val="center"/>
          </w:tcPr>
          <w:p w14:paraId="508D969D" w14:textId="77777777" w:rsidR="006E7A08" w:rsidRPr="001D7D92" w:rsidRDefault="00267E76">
            <w:pPr>
              <w:jc w:val="center"/>
              <w:rPr>
                <w:lang w:val="ru-RU"/>
              </w:rPr>
            </w:pPr>
            <w:r w:rsidRPr="001D7D92">
              <w:rPr>
                <w:b/>
                <w:lang w:val="ru-RU"/>
              </w:rPr>
              <w:t>Показатель по этапам развития схемы ТС</w:t>
            </w:r>
          </w:p>
        </w:tc>
      </w:tr>
      <w:tr w:rsidR="006E7A08" w14:paraId="6C27055F" w14:textId="77777777">
        <w:trPr>
          <w:cantSplit/>
          <w:tblHeader/>
          <w:jc w:val="center"/>
        </w:trPr>
        <w:tc>
          <w:tcPr>
            <w:tcW w:w="0" w:type="auto"/>
            <w:vMerge/>
            <w:shd w:val="clear" w:color="auto" w:fill="E2F0D9"/>
            <w:vAlign w:val="center"/>
          </w:tcPr>
          <w:p w14:paraId="10D58ECC" w14:textId="77777777" w:rsidR="006E7A08" w:rsidRPr="001D7D92" w:rsidRDefault="006E7A08">
            <w:pPr>
              <w:jc w:val="center"/>
              <w:rPr>
                <w:lang w:val="ru-RU"/>
              </w:rPr>
            </w:pPr>
          </w:p>
        </w:tc>
        <w:tc>
          <w:tcPr>
            <w:tcW w:w="0" w:type="auto"/>
            <w:vMerge/>
            <w:shd w:val="clear" w:color="auto" w:fill="E2F0D9"/>
            <w:vAlign w:val="center"/>
          </w:tcPr>
          <w:p w14:paraId="6BD3E28D" w14:textId="77777777" w:rsidR="006E7A08" w:rsidRPr="001D7D92" w:rsidRDefault="006E7A08">
            <w:pPr>
              <w:jc w:val="center"/>
              <w:rPr>
                <w:lang w:val="ru-RU"/>
              </w:rPr>
            </w:pPr>
          </w:p>
        </w:tc>
        <w:tc>
          <w:tcPr>
            <w:tcW w:w="0" w:type="auto"/>
            <w:vMerge/>
            <w:shd w:val="clear" w:color="auto" w:fill="E2F0D9"/>
            <w:vAlign w:val="center"/>
          </w:tcPr>
          <w:p w14:paraId="3AA72F23" w14:textId="77777777" w:rsidR="006E7A08" w:rsidRPr="001D7D92" w:rsidRDefault="006E7A08">
            <w:pPr>
              <w:jc w:val="center"/>
              <w:rPr>
                <w:lang w:val="ru-RU"/>
              </w:rPr>
            </w:pPr>
          </w:p>
        </w:tc>
        <w:tc>
          <w:tcPr>
            <w:tcW w:w="0" w:type="auto"/>
            <w:shd w:val="clear" w:color="auto" w:fill="E2F0D9"/>
            <w:vAlign w:val="center"/>
          </w:tcPr>
          <w:p w14:paraId="3AC82B8E" w14:textId="77777777" w:rsidR="006E7A08" w:rsidRDefault="00267E76">
            <w:pPr>
              <w:jc w:val="center"/>
            </w:pPr>
            <w:r>
              <w:rPr>
                <w:b/>
              </w:rPr>
              <w:t>2026</w:t>
            </w:r>
          </w:p>
        </w:tc>
        <w:tc>
          <w:tcPr>
            <w:tcW w:w="0" w:type="auto"/>
            <w:shd w:val="clear" w:color="auto" w:fill="E2F0D9"/>
            <w:vAlign w:val="center"/>
          </w:tcPr>
          <w:p w14:paraId="2C3BB842" w14:textId="77777777" w:rsidR="006E7A08" w:rsidRDefault="00267E76">
            <w:pPr>
              <w:jc w:val="center"/>
            </w:pPr>
            <w:r>
              <w:rPr>
                <w:b/>
              </w:rPr>
              <w:t>2031</w:t>
            </w:r>
          </w:p>
        </w:tc>
        <w:tc>
          <w:tcPr>
            <w:tcW w:w="0" w:type="auto"/>
            <w:shd w:val="clear" w:color="auto" w:fill="E2F0D9"/>
            <w:vAlign w:val="center"/>
          </w:tcPr>
          <w:p w14:paraId="0A18955F" w14:textId="77777777" w:rsidR="006E7A08" w:rsidRDefault="00267E76">
            <w:pPr>
              <w:jc w:val="center"/>
            </w:pPr>
            <w:r>
              <w:rPr>
                <w:b/>
              </w:rPr>
              <w:t>2036</w:t>
            </w:r>
          </w:p>
        </w:tc>
      </w:tr>
      <w:tr w:rsidR="006E7A08" w14:paraId="2763D564" w14:textId="77777777">
        <w:trPr>
          <w:cantSplit/>
          <w:tblHeader/>
          <w:jc w:val="center"/>
        </w:trPr>
        <w:tc>
          <w:tcPr>
            <w:tcW w:w="0" w:type="auto"/>
            <w:shd w:val="clear" w:color="auto" w:fill="F2F2F2"/>
            <w:vAlign w:val="center"/>
          </w:tcPr>
          <w:p w14:paraId="3005FFA1" w14:textId="77777777" w:rsidR="006E7A08" w:rsidRDefault="00267E76">
            <w:pPr>
              <w:jc w:val="center"/>
            </w:pPr>
            <w:r>
              <w:t>1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712C8F8A" w14:textId="77777777" w:rsidR="006E7A08" w:rsidRDefault="00267E76">
            <w:pPr>
              <w:jc w:val="center"/>
            </w:pPr>
            <w:r>
              <w:t>2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558B88FC" w14:textId="77777777" w:rsidR="006E7A08" w:rsidRDefault="00267E76">
            <w:pPr>
              <w:jc w:val="center"/>
            </w:pPr>
            <w:r>
              <w:t>3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6512FC18" w14:textId="77777777" w:rsidR="006E7A08" w:rsidRDefault="00267E76">
            <w:pPr>
              <w:jc w:val="center"/>
            </w:pPr>
            <w:r>
              <w:t>4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245E08AD" w14:textId="77777777" w:rsidR="006E7A08" w:rsidRDefault="00267E76">
            <w:pPr>
              <w:jc w:val="center"/>
            </w:pPr>
            <w:r>
              <w:t>5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467F9429" w14:textId="77777777" w:rsidR="006E7A08" w:rsidRDefault="00267E76">
            <w:pPr>
              <w:jc w:val="center"/>
            </w:pPr>
            <w:r>
              <w:t>6</w:t>
            </w:r>
          </w:p>
        </w:tc>
      </w:tr>
      <w:tr w:rsidR="006E7A08" w14:paraId="5A765CAE" w14:textId="77777777">
        <w:trPr>
          <w:cantSplit/>
          <w:jc w:val="center"/>
        </w:trPr>
        <w:tc>
          <w:tcPr>
            <w:tcW w:w="0" w:type="auto"/>
          </w:tcPr>
          <w:p w14:paraId="3BFE37C4" w14:textId="77777777" w:rsidR="006E7A08" w:rsidRDefault="00267E76">
            <w:pPr>
              <w:jc w:val="center"/>
            </w:pPr>
            <w:r>
              <w:t>1</w:t>
            </w:r>
          </w:p>
        </w:tc>
        <w:tc>
          <w:tcPr>
            <w:tcW w:w="0" w:type="auto"/>
          </w:tcPr>
          <w:p w14:paraId="22AE3D43" w14:textId="77777777" w:rsidR="006E7A08" w:rsidRPr="00C45EE6" w:rsidRDefault="00267E76">
            <w:pPr>
              <w:rPr>
                <w:lang w:val="ru-RU"/>
              </w:rPr>
            </w:pPr>
            <w:r w:rsidRPr="00C45EE6">
              <w:rPr>
                <w:lang w:val="ru-RU"/>
              </w:rPr>
              <w:t>Количество прекращений подачи тепловой энергии в результате технологических нарушений на тепловых сетях</w:t>
            </w:r>
          </w:p>
        </w:tc>
        <w:tc>
          <w:tcPr>
            <w:tcW w:w="0" w:type="auto"/>
          </w:tcPr>
          <w:p w14:paraId="1170EBC4" w14:textId="77777777" w:rsidR="006E7A08" w:rsidRDefault="00267E76">
            <w:r>
              <w:t>ед.</w:t>
            </w:r>
          </w:p>
        </w:tc>
        <w:tc>
          <w:tcPr>
            <w:tcW w:w="0" w:type="auto"/>
          </w:tcPr>
          <w:p w14:paraId="34116910" w14:textId="77777777" w:rsidR="006E7A08" w:rsidRDefault="00267E76">
            <w:pPr>
              <w:jc w:val="center"/>
            </w:pPr>
            <w:r>
              <w:t>0</w:t>
            </w:r>
          </w:p>
        </w:tc>
        <w:tc>
          <w:tcPr>
            <w:tcW w:w="0" w:type="auto"/>
          </w:tcPr>
          <w:p w14:paraId="1AF860C2" w14:textId="77777777" w:rsidR="006E7A08" w:rsidRDefault="00267E76">
            <w:pPr>
              <w:jc w:val="center"/>
            </w:pPr>
            <w:r>
              <w:t>0</w:t>
            </w:r>
          </w:p>
        </w:tc>
        <w:tc>
          <w:tcPr>
            <w:tcW w:w="0" w:type="auto"/>
          </w:tcPr>
          <w:p w14:paraId="45A4B311" w14:textId="77777777" w:rsidR="006E7A08" w:rsidRDefault="00267E76">
            <w:pPr>
              <w:jc w:val="center"/>
            </w:pPr>
            <w:r>
              <w:t>0</w:t>
            </w:r>
          </w:p>
        </w:tc>
      </w:tr>
      <w:tr w:rsidR="006E7A08" w14:paraId="0BF21980" w14:textId="77777777">
        <w:trPr>
          <w:cantSplit/>
          <w:jc w:val="center"/>
        </w:trPr>
        <w:tc>
          <w:tcPr>
            <w:tcW w:w="0" w:type="auto"/>
          </w:tcPr>
          <w:p w14:paraId="09CE6052" w14:textId="77777777" w:rsidR="006E7A08" w:rsidRDefault="00267E76">
            <w:pPr>
              <w:jc w:val="center"/>
            </w:pPr>
            <w:r>
              <w:t>2</w:t>
            </w:r>
          </w:p>
        </w:tc>
        <w:tc>
          <w:tcPr>
            <w:tcW w:w="0" w:type="auto"/>
          </w:tcPr>
          <w:p w14:paraId="4D51ECD9" w14:textId="77777777" w:rsidR="006E7A08" w:rsidRPr="00C45EE6" w:rsidRDefault="00267E76">
            <w:pPr>
              <w:rPr>
                <w:lang w:val="ru-RU"/>
              </w:rPr>
            </w:pPr>
            <w:r w:rsidRPr="00C45EE6">
              <w:rPr>
                <w:lang w:val="ru-RU"/>
              </w:rPr>
              <w:t>Количество прекращений подачи тепловой энергии в результате технологических нарушений на источниках тепловой энергии</w:t>
            </w:r>
          </w:p>
        </w:tc>
        <w:tc>
          <w:tcPr>
            <w:tcW w:w="0" w:type="auto"/>
          </w:tcPr>
          <w:p w14:paraId="5AF83079" w14:textId="77777777" w:rsidR="006E7A08" w:rsidRDefault="00267E76">
            <w:r>
              <w:t>ед.</w:t>
            </w:r>
          </w:p>
        </w:tc>
        <w:tc>
          <w:tcPr>
            <w:tcW w:w="0" w:type="auto"/>
          </w:tcPr>
          <w:p w14:paraId="7E688485" w14:textId="77777777" w:rsidR="006E7A08" w:rsidRDefault="00267E76">
            <w:pPr>
              <w:jc w:val="center"/>
            </w:pPr>
            <w:r>
              <w:t>0</w:t>
            </w:r>
          </w:p>
        </w:tc>
        <w:tc>
          <w:tcPr>
            <w:tcW w:w="0" w:type="auto"/>
          </w:tcPr>
          <w:p w14:paraId="0AB0D81B" w14:textId="77777777" w:rsidR="006E7A08" w:rsidRDefault="00267E76">
            <w:pPr>
              <w:jc w:val="center"/>
            </w:pPr>
            <w:r>
              <w:t>0</w:t>
            </w:r>
          </w:p>
        </w:tc>
        <w:tc>
          <w:tcPr>
            <w:tcW w:w="0" w:type="auto"/>
          </w:tcPr>
          <w:p w14:paraId="3D5F4BF7" w14:textId="77777777" w:rsidR="006E7A08" w:rsidRDefault="00267E76">
            <w:pPr>
              <w:jc w:val="center"/>
            </w:pPr>
            <w:r>
              <w:t>0</w:t>
            </w:r>
          </w:p>
        </w:tc>
      </w:tr>
      <w:tr w:rsidR="006E7A08" w14:paraId="346731BD" w14:textId="77777777">
        <w:trPr>
          <w:cantSplit/>
          <w:jc w:val="center"/>
        </w:trPr>
        <w:tc>
          <w:tcPr>
            <w:tcW w:w="0" w:type="auto"/>
          </w:tcPr>
          <w:p w14:paraId="61C90403" w14:textId="77777777" w:rsidR="006E7A08" w:rsidRDefault="00267E76">
            <w:pPr>
              <w:jc w:val="center"/>
            </w:pPr>
            <w:r>
              <w:t>3</w:t>
            </w:r>
          </w:p>
        </w:tc>
        <w:tc>
          <w:tcPr>
            <w:tcW w:w="0" w:type="auto"/>
          </w:tcPr>
          <w:p w14:paraId="77ABCFFD" w14:textId="77777777" w:rsidR="006E7A08" w:rsidRPr="00C45EE6" w:rsidRDefault="00267E76">
            <w:pPr>
              <w:rPr>
                <w:lang w:val="ru-RU"/>
              </w:rPr>
            </w:pPr>
            <w:r w:rsidRPr="00C45EE6">
              <w:rPr>
                <w:lang w:val="ru-RU"/>
              </w:rPr>
              <w:t>Удельный расход условного топлива на единицу тепловой энергии, отпускаемой с коллекторов источников</w:t>
            </w:r>
          </w:p>
        </w:tc>
        <w:tc>
          <w:tcPr>
            <w:tcW w:w="0" w:type="auto"/>
          </w:tcPr>
          <w:p w14:paraId="15570224" w14:textId="77777777" w:rsidR="006E7A08" w:rsidRDefault="00267E76">
            <w:r>
              <w:t>кг у.т./Гкал</w:t>
            </w:r>
          </w:p>
        </w:tc>
        <w:tc>
          <w:tcPr>
            <w:tcW w:w="0" w:type="auto"/>
          </w:tcPr>
          <w:p w14:paraId="45F9E1D7" w14:textId="77777777" w:rsidR="006E7A08" w:rsidRDefault="00267E76">
            <w:pPr>
              <w:jc w:val="center"/>
            </w:pPr>
            <w:r>
              <w:t>189,21</w:t>
            </w:r>
          </w:p>
        </w:tc>
        <w:tc>
          <w:tcPr>
            <w:tcW w:w="0" w:type="auto"/>
          </w:tcPr>
          <w:p w14:paraId="1E59C8E1" w14:textId="77777777" w:rsidR="006E7A08" w:rsidRDefault="00267E76">
            <w:pPr>
              <w:jc w:val="center"/>
            </w:pPr>
            <w:r>
              <w:t>189,21</w:t>
            </w:r>
          </w:p>
        </w:tc>
        <w:tc>
          <w:tcPr>
            <w:tcW w:w="0" w:type="auto"/>
          </w:tcPr>
          <w:p w14:paraId="757C160F" w14:textId="77777777" w:rsidR="006E7A08" w:rsidRDefault="00267E76">
            <w:pPr>
              <w:jc w:val="center"/>
            </w:pPr>
            <w:r>
              <w:t>189,21</w:t>
            </w:r>
          </w:p>
        </w:tc>
      </w:tr>
      <w:tr w:rsidR="006E7A08" w14:paraId="06C05D47" w14:textId="77777777">
        <w:trPr>
          <w:cantSplit/>
          <w:jc w:val="center"/>
        </w:trPr>
        <w:tc>
          <w:tcPr>
            <w:tcW w:w="0" w:type="auto"/>
          </w:tcPr>
          <w:p w14:paraId="75EBF5E6" w14:textId="77777777" w:rsidR="006E7A08" w:rsidRDefault="00267E76">
            <w:pPr>
              <w:jc w:val="center"/>
            </w:pPr>
            <w:r>
              <w:t>4</w:t>
            </w:r>
          </w:p>
        </w:tc>
        <w:tc>
          <w:tcPr>
            <w:tcW w:w="0" w:type="auto"/>
          </w:tcPr>
          <w:p w14:paraId="78457B60" w14:textId="77777777" w:rsidR="006E7A08" w:rsidRPr="00C45EE6" w:rsidRDefault="00267E76">
            <w:pPr>
              <w:rPr>
                <w:lang w:val="ru-RU"/>
              </w:rPr>
            </w:pPr>
            <w:r w:rsidRPr="00C45EE6">
              <w:rPr>
                <w:lang w:val="ru-RU"/>
              </w:rPr>
              <w:t>Отношение технологических потерь тепловой энергии к материальной характеристике тепловой сети</w:t>
            </w:r>
          </w:p>
        </w:tc>
        <w:tc>
          <w:tcPr>
            <w:tcW w:w="0" w:type="auto"/>
          </w:tcPr>
          <w:p w14:paraId="1C9B17C6" w14:textId="77777777" w:rsidR="006E7A08" w:rsidRDefault="00267E76">
            <w:r>
              <w:t>Гкал/(ч·м²)</w:t>
            </w:r>
          </w:p>
        </w:tc>
        <w:tc>
          <w:tcPr>
            <w:tcW w:w="0" w:type="auto"/>
          </w:tcPr>
          <w:p w14:paraId="04EBD130" w14:textId="77777777" w:rsidR="006E7A08" w:rsidRDefault="006E7A08"/>
        </w:tc>
        <w:tc>
          <w:tcPr>
            <w:tcW w:w="0" w:type="auto"/>
          </w:tcPr>
          <w:p w14:paraId="65C4D223" w14:textId="77777777" w:rsidR="006E7A08" w:rsidRDefault="006E7A08"/>
        </w:tc>
        <w:tc>
          <w:tcPr>
            <w:tcW w:w="0" w:type="auto"/>
          </w:tcPr>
          <w:p w14:paraId="4ABE6F4B" w14:textId="77777777" w:rsidR="006E7A08" w:rsidRDefault="006E7A08"/>
        </w:tc>
      </w:tr>
      <w:tr w:rsidR="006E7A08" w14:paraId="3600093B" w14:textId="77777777">
        <w:trPr>
          <w:cantSplit/>
          <w:jc w:val="center"/>
        </w:trPr>
        <w:tc>
          <w:tcPr>
            <w:tcW w:w="0" w:type="auto"/>
          </w:tcPr>
          <w:p w14:paraId="1CC715C8" w14:textId="77777777" w:rsidR="006E7A08" w:rsidRDefault="00267E76">
            <w:pPr>
              <w:jc w:val="center"/>
            </w:pPr>
            <w:r>
              <w:t>5</w:t>
            </w:r>
          </w:p>
        </w:tc>
        <w:tc>
          <w:tcPr>
            <w:tcW w:w="0" w:type="auto"/>
          </w:tcPr>
          <w:p w14:paraId="1C9B5AD9" w14:textId="77777777" w:rsidR="006E7A08" w:rsidRPr="00C45EE6" w:rsidRDefault="00267E76">
            <w:pPr>
              <w:rPr>
                <w:lang w:val="ru-RU"/>
              </w:rPr>
            </w:pPr>
            <w:r w:rsidRPr="00C45EE6">
              <w:rPr>
                <w:lang w:val="ru-RU"/>
              </w:rPr>
              <w:t>Удельная материальная характеристика тепловых сетей, приведённая к расчётной тепловой нагрузке</w:t>
            </w:r>
          </w:p>
        </w:tc>
        <w:tc>
          <w:tcPr>
            <w:tcW w:w="0" w:type="auto"/>
          </w:tcPr>
          <w:p w14:paraId="0EF8EB5C" w14:textId="77777777" w:rsidR="006E7A08" w:rsidRDefault="00267E76">
            <w:r>
              <w:t>м²·ч/Гкал</w:t>
            </w:r>
          </w:p>
        </w:tc>
        <w:tc>
          <w:tcPr>
            <w:tcW w:w="0" w:type="auto"/>
          </w:tcPr>
          <w:p w14:paraId="7E69E88F" w14:textId="77777777" w:rsidR="006E7A08" w:rsidRDefault="00267E76">
            <w:pPr>
              <w:jc w:val="center"/>
            </w:pPr>
            <w:r>
              <w:t>276,30</w:t>
            </w:r>
          </w:p>
        </w:tc>
        <w:tc>
          <w:tcPr>
            <w:tcW w:w="0" w:type="auto"/>
          </w:tcPr>
          <w:p w14:paraId="400BA25F" w14:textId="77777777" w:rsidR="006E7A08" w:rsidRDefault="00267E76">
            <w:pPr>
              <w:jc w:val="center"/>
            </w:pPr>
            <w:r>
              <w:t>276,30</w:t>
            </w:r>
          </w:p>
        </w:tc>
        <w:tc>
          <w:tcPr>
            <w:tcW w:w="0" w:type="auto"/>
          </w:tcPr>
          <w:p w14:paraId="1960EA0F" w14:textId="77777777" w:rsidR="006E7A08" w:rsidRDefault="00267E76">
            <w:pPr>
              <w:jc w:val="center"/>
            </w:pPr>
            <w:r>
              <w:t>276,30</w:t>
            </w:r>
          </w:p>
        </w:tc>
      </w:tr>
      <w:tr w:rsidR="006E7A08" w14:paraId="259C8D03" w14:textId="77777777">
        <w:trPr>
          <w:cantSplit/>
          <w:jc w:val="center"/>
        </w:trPr>
        <w:tc>
          <w:tcPr>
            <w:tcW w:w="0" w:type="auto"/>
          </w:tcPr>
          <w:p w14:paraId="3A6EF6B9" w14:textId="77777777" w:rsidR="006E7A08" w:rsidRDefault="00267E76">
            <w:pPr>
              <w:jc w:val="center"/>
            </w:pPr>
            <w:r>
              <w:t>6</w:t>
            </w:r>
          </w:p>
        </w:tc>
        <w:tc>
          <w:tcPr>
            <w:tcW w:w="0" w:type="auto"/>
          </w:tcPr>
          <w:p w14:paraId="4DFBEC53" w14:textId="77777777" w:rsidR="006E7A08" w:rsidRPr="00C45EE6" w:rsidRDefault="00267E76">
            <w:pPr>
              <w:rPr>
                <w:lang w:val="ru-RU"/>
              </w:rPr>
            </w:pPr>
            <w:r w:rsidRPr="00C45EE6">
              <w:rPr>
                <w:lang w:val="ru-RU"/>
              </w:rPr>
              <w:t>Доля тепловой энергии, выработанной в комбинированном режиме</w:t>
            </w:r>
          </w:p>
        </w:tc>
        <w:tc>
          <w:tcPr>
            <w:tcW w:w="0" w:type="auto"/>
          </w:tcPr>
          <w:p w14:paraId="54A6132E" w14:textId="77777777" w:rsidR="006E7A08" w:rsidRDefault="00267E76">
            <w:r>
              <w:t>%</w:t>
            </w:r>
          </w:p>
        </w:tc>
        <w:tc>
          <w:tcPr>
            <w:tcW w:w="0" w:type="auto"/>
          </w:tcPr>
          <w:p w14:paraId="023A9C30" w14:textId="77777777" w:rsidR="006E7A08" w:rsidRDefault="00267E76">
            <w:pPr>
              <w:jc w:val="center"/>
            </w:pPr>
            <w:r>
              <w:t>0,0</w:t>
            </w:r>
          </w:p>
        </w:tc>
        <w:tc>
          <w:tcPr>
            <w:tcW w:w="0" w:type="auto"/>
          </w:tcPr>
          <w:p w14:paraId="1D869410" w14:textId="77777777" w:rsidR="006E7A08" w:rsidRDefault="00267E76">
            <w:pPr>
              <w:jc w:val="center"/>
            </w:pPr>
            <w:r>
              <w:t>0,0</w:t>
            </w:r>
          </w:p>
        </w:tc>
        <w:tc>
          <w:tcPr>
            <w:tcW w:w="0" w:type="auto"/>
          </w:tcPr>
          <w:p w14:paraId="4EEAED40" w14:textId="77777777" w:rsidR="006E7A08" w:rsidRDefault="00267E76">
            <w:pPr>
              <w:jc w:val="center"/>
            </w:pPr>
            <w:r>
              <w:t>0,0</w:t>
            </w:r>
          </w:p>
        </w:tc>
      </w:tr>
      <w:tr w:rsidR="006E7A08" w14:paraId="5CCC208B" w14:textId="77777777">
        <w:trPr>
          <w:cantSplit/>
          <w:jc w:val="center"/>
        </w:trPr>
        <w:tc>
          <w:tcPr>
            <w:tcW w:w="0" w:type="auto"/>
          </w:tcPr>
          <w:p w14:paraId="01DA80FD" w14:textId="77777777" w:rsidR="006E7A08" w:rsidRDefault="00267E76">
            <w:pPr>
              <w:jc w:val="center"/>
            </w:pPr>
            <w:r>
              <w:t>7</w:t>
            </w:r>
          </w:p>
        </w:tc>
        <w:tc>
          <w:tcPr>
            <w:tcW w:w="0" w:type="auto"/>
          </w:tcPr>
          <w:p w14:paraId="369315AB" w14:textId="77777777" w:rsidR="006E7A08" w:rsidRPr="00C45EE6" w:rsidRDefault="00267E76">
            <w:pPr>
              <w:rPr>
                <w:lang w:val="ru-RU"/>
              </w:rPr>
            </w:pPr>
            <w:r w:rsidRPr="00C45EE6">
              <w:rPr>
                <w:lang w:val="ru-RU"/>
              </w:rPr>
              <w:t>Коэффициент использования теплоты топлива (комбинированная выработка)</w:t>
            </w:r>
          </w:p>
        </w:tc>
        <w:tc>
          <w:tcPr>
            <w:tcW w:w="0" w:type="auto"/>
          </w:tcPr>
          <w:p w14:paraId="43B31DF6" w14:textId="77777777" w:rsidR="006E7A08" w:rsidRDefault="00267E76">
            <w:r>
              <w:t>%</w:t>
            </w:r>
          </w:p>
        </w:tc>
        <w:tc>
          <w:tcPr>
            <w:tcW w:w="0" w:type="auto"/>
          </w:tcPr>
          <w:p w14:paraId="499132DE" w14:textId="77777777" w:rsidR="006E7A08" w:rsidRDefault="00267E76">
            <w:r>
              <w:t>—</w:t>
            </w:r>
          </w:p>
        </w:tc>
        <w:tc>
          <w:tcPr>
            <w:tcW w:w="0" w:type="auto"/>
          </w:tcPr>
          <w:p w14:paraId="625959F2" w14:textId="77777777" w:rsidR="006E7A08" w:rsidRDefault="00267E76">
            <w:r>
              <w:t>—</w:t>
            </w:r>
          </w:p>
        </w:tc>
        <w:tc>
          <w:tcPr>
            <w:tcW w:w="0" w:type="auto"/>
          </w:tcPr>
          <w:p w14:paraId="18DC76F4" w14:textId="77777777" w:rsidR="006E7A08" w:rsidRDefault="00267E76">
            <w:r>
              <w:t>—</w:t>
            </w:r>
          </w:p>
        </w:tc>
      </w:tr>
      <w:tr w:rsidR="006E7A08" w14:paraId="29ED0C7C" w14:textId="77777777">
        <w:trPr>
          <w:cantSplit/>
          <w:jc w:val="center"/>
        </w:trPr>
        <w:tc>
          <w:tcPr>
            <w:tcW w:w="0" w:type="auto"/>
          </w:tcPr>
          <w:p w14:paraId="1E094D4A" w14:textId="77777777" w:rsidR="006E7A08" w:rsidRDefault="00267E76">
            <w:pPr>
              <w:jc w:val="center"/>
            </w:pPr>
            <w:r>
              <w:t>8</w:t>
            </w:r>
          </w:p>
        </w:tc>
        <w:tc>
          <w:tcPr>
            <w:tcW w:w="0" w:type="auto"/>
          </w:tcPr>
          <w:p w14:paraId="65E6CCB9" w14:textId="77777777" w:rsidR="006E7A08" w:rsidRPr="00C45EE6" w:rsidRDefault="00267E76">
            <w:pPr>
              <w:rPr>
                <w:lang w:val="ru-RU"/>
              </w:rPr>
            </w:pPr>
            <w:r w:rsidRPr="00C45EE6">
              <w:rPr>
                <w:lang w:val="ru-RU"/>
              </w:rPr>
              <w:t>Доля отпуска тепловой энергии по приборам учёта</w:t>
            </w:r>
          </w:p>
        </w:tc>
        <w:tc>
          <w:tcPr>
            <w:tcW w:w="0" w:type="auto"/>
          </w:tcPr>
          <w:p w14:paraId="6248C1ED" w14:textId="77777777" w:rsidR="006E7A08" w:rsidRDefault="00267E76">
            <w:r>
              <w:t>%</w:t>
            </w:r>
          </w:p>
        </w:tc>
        <w:tc>
          <w:tcPr>
            <w:tcW w:w="0" w:type="auto"/>
          </w:tcPr>
          <w:p w14:paraId="1C449072" w14:textId="77777777" w:rsidR="006E7A08" w:rsidRDefault="006E7A08"/>
        </w:tc>
        <w:tc>
          <w:tcPr>
            <w:tcW w:w="0" w:type="auto"/>
          </w:tcPr>
          <w:p w14:paraId="0D6615BF" w14:textId="77777777" w:rsidR="006E7A08" w:rsidRDefault="006E7A08"/>
        </w:tc>
        <w:tc>
          <w:tcPr>
            <w:tcW w:w="0" w:type="auto"/>
          </w:tcPr>
          <w:p w14:paraId="205CF9EF" w14:textId="77777777" w:rsidR="006E7A08" w:rsidRDefault="006E7A08"/>
        </w:tc>
      </w:tr>
      <w:tr w:rsidR="006E7A08" w14:paraId="767C5009" w14:textId="77777777">
        <w:trPr>
          <w:cantSplit/>
          <w:jc w:val="center"/>
        </w:trPr>
        <w:tc>
          <w:tcPr>
            <w:tcW w:w="0" w:type="auto"/>
          </w:tcPr>
          <w:p w14:paraId="0604AF8A" w14:textId="77777777" w:rsidR="006E7A08" w:rsidRDefault="00267E76">
            <w:pPr>
              <w:jc w:val="center"/>
            </w:pPr>
            <w:r>
              <w:t>9</w:t>
            </w:r>
          </w:p>
        </w:tc>
        <w:tc>
          <w:tcPr>
            <w:tcW w:w="0" w:type="auto"/>
          </w:tcPr>
          <w:p w14:paraId="7CCF0756" w14:textId="77777777" w:rsidR="006E7A08" w:rsidRPr="00C45EE6" w:rsidRDefault="00267E76">
            <w:pPr>
              <w:rPr>
                <w:lang w:val="ru-RU"/>
              </w:rPr>
            </w:pPr>
            <w:r w:rsidRPr="00C45EE6">
              <w:rPr>
                <w:lang w:val="ru-RU"/>
              </w:rPr>
              <w:t>Средневзвешенный срок эксплуатации тепловых сетей</w:t>
            </w:r>
          </w:p>
        </w:tc>
        <w:tc>
          <w:tcPr>
            <w:tcW w:w="0" w:type="auto"/>
          </w:tcPr>
          <w:p w14:paraId="2D597604" w14:textId="77777777" w:rsidR="006E7A08" w:rsidRDefault="00267E76">
            <w:r>
              <w:t>лет</w:t>
            </w:r>
          </w:p>
        </w:tc>
        <w:tc>
          <w:tcPr>
            <w:tcW w:w="0" w:type="auto"/>
          </w:tcPr>
          <w:p w14:paraId="5C113006" w14:textId="77777777" w:rsidR="006E7A08" w:rsidRDefault="00267E76">
            <w:pPr>
              <w:jc w:val="center"/>
            </w:pPr>
            <w:r>
              <w:t>35,4</w:t>
            </w:r>
          </w:p>
        </w:tc>
        <w:tc>
          <w:tcPr>
            <w:tcW w:w="0" w:type="auto"/>
          </w:tcPr>
          <w:p w14:paraId="1A6C3557" w14:textId="77777777" w:rsidR="006E7A08" w:rsidRDefault="00267E76">
            <w:pPr>
              <w:jc w:val="center"/>
            </w:pPr>
            <w:r>
              <w:t>40,4</w:t>
            </w:r>
          </w:p>
        </w:tc>
        <w:tc>
          <w:tcPr>
            <w:tcW w:w="0" w:type="auto"/>
          </w:tcPr>
          <w:p w14:paraId="4447184E" w14:textId="77777777" w:rsidR="006E7A08" w:rsidRDefault="00267E76">
            <w:pPr>
              <w:jc w:val="center"/>
            </w:pPr>
            <w:r>
              <w:t>45,4</w:t>
            </w:r>
          </w:p>
        </w:tc>
      </w:tr>
    </w:tbl>
    <w:p w14:paraId="1A175219" w14:textId="77777777" w:rsidR="006E7A08" w:rsidRDefault="006E7A08"/>
    <w:p w14:paraId="0BB5410F" w14:textId="77777777" w:rsidR="006E7A08" w:rsidRPr="00C45EE6" w:rsidRDefault="00267E76">
      <w:pPr>
        <w:keepNext/>
        <w:keepLines/>
        <w:rPr>
          <w:lang w:val="ru-RU"/>
        </w:rPr>
      </w:pPr>
      <w:r w:rsidRPr="00C45EE6">
        <w:rPr>
          <w:b/>
          <w:lang w:val="ru-RU"/>
        </w:rPr>
        <w:t>Таблица 14.3 — Индикаторы развития системы теплоснабжения — пгт Каз (лист «Таблица 14.1» расчётной книги)</w:t>
      </w:r>
    </w:p>
    <w:tbl>
      <w:tblPr>
        <w:tblStyle w:val="aff0"/>
        <w:tblW w:w="5000" w:type="pct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88"/>
        <w:gridCol w:w="5646"/>
        <w:gridCol w:w="1258"/>
        <w:gridCol w:w="1029"/>
        <w:gridCol w:w="1029"/>
        <w:gridCol w:w="1029"/>
      </w:tblGrid>
      <w:tr w:rsidR="006E7A08" w:rsidRPr="004D1FEB" w14:paraId="3CC7B7C7" w14:textId="77777777">
        <w:trPr>
          <w:cantSplit/>
          <w:tblHeader/>
          <w:jc w:val="center"/>
        </w:trPr>
        <w:tc>
          <w:tcPr>
            <w:tcW w:w="0" w:type="auto"/>
            <w:vMerge w:val="restart"/>
            <w:shd w:val="clear" w:color="auto" w:fill="E2F0D9"/>
            <w:vAlign w:val="center"/>
          </w:tcPr>
          <w:p w14:paraId="438D83DD" w14:textId="77777777" w:rsidR="006E7A08" w:rsidRDefault="00267E76">
            <w:pPr>
              <w:jc w:val="center"/>
            </w:pPr>
            <w:r>
              <w:rPr>
                <w:b/>
              </w:rPr>
              <w:t>№ пп</w:t>
            </w:r>
          </w:p>
        </w:tc>
        <w:tc>
          <w:tcPr>
            <w:tcW w:w="0" w:type="auto"/>
            <w:vMerge w:val="restart"/>
            <w:shd w:val="clear" w:color="auto" w:fill="E2F0D9"/>
            <w:vAlign w:val="center"/>
          </w:tcPr>
          <w:p w14:paraId="27087D98" w14:textId="77777777" w:rsidR="006E7A08" w:rsidRDefault="00267E76">
            <w:pPr>
              <w:jc w:val="center"/>
            </w:pPr>
            <w:r>
              <w:rPr>
                <w:b/>
              </w:rPr>
              <w:t>Индикаторы развития системы теплоснабжения</w:t>
            </w:r>
          </w:p>
        </w:tc>
        <w:tc>
          <w:tcPr>
            <w:tcW w:w="0" w:type="auto"/>
            <w:vMerge w:val="restart"/>
            <w:shd w:val="clear" w:color="auto" w:fill="E2F0D9"/>
            <w:vAlign w:val="center"/>
          </w:tcPr>
          <w:p w14:paraId="0BC6EE90" w14:textId="77777777" w:rsidR="006E7A08" w:rsidRDefault="00267E76">
            <w:pPr>
              <w:jc w:val="center"/>
            </w:pPr>
            <w:r>
              <w:rPr>
                <w:b/>
              </w:rPr>
              <w:t>Ед. изм.</w:t>
            </w:r>
          </w:p>
        </w:tc>
        <w:tc>
          <w:tcPr>
            <w:tcW w:w="0" w:type="auto"/>
            <w:gridSpan w:val="3"/>
            <w:shd w:val="clear" w:color="auto" w:fill="E2F0D9"/>
            <w:vAlign w:val="center"/>
          </w:tcPr>
          <w:p w14:paraId="69BAC295" w14:textId="77777777" w:rsidR="006E7A08" w:rsidRPr="00C45EE6" w:rsidRDefault="00267E76">
            <w:pPr>
              <w:jc w:val="center"/>
              <w:rPr>
                <w:lang w:val="ru-RU"/>
              </w:rPr>
            </w:pPr>
            <w:r w:rsidRPr="00C45EE6">
              <w:rPr>
                <w:b/>
                <w:lang w:val="ru-RU"/>
              </w:rPr>
              <w:t>Показатель по этапам развития схемы ТС</w:t>
            </w:r>
          </w:p>
        </w:tc>
      </w:tr>
      <w:tr w:rsidR="006E7A08" w14:paraId="05120387" w14:textId="77777777">
        <w:trPr>
          <w:cantSplit/>
          <w:tblHeader/>
          <w:jc w:val="center"/>
        </w:trPr>
        <w:tc>
          <w:tcPr>
            <w:tcW w:w="0" w:type="auto"/>
            <w:vMerge/>
            <w:shd w:val="clear" w:color="auto" w:fill="E2F0D9"/>
            <w:vAlign w:val="center"/>
          </w:tcPr>
          <w:p w14:paraId="54E22B7A" w14:textId="77777777" w:rsidR="006E7A08" w:rsidRPr="00C45EE6" w:rsidRDefault="006E7A08">
            <w:pPr>
              <w:jc w:val="center"/>
              <w:rPr>
                <w:lang w:val="ru-RU"/>
              </w:rPr>
            </w:pPr>
          </w:p>
        </w:tc>
        <w:tc>
          <w:tcPr>
            <w:tcW w:w="0" w:type="auto"/>
            <w:vMerge/>
            <w:shd w:val="clear" w:color="auto" w:fill="E2F0D9"/>
            <w:vAlign w:val="center"/>
          </w:tcPr>
          <w:p w14:paraId="03AACD87" w14:textId="77777777" w:rsidR="006E7A08" w:rsidRPr="00C45EE6" w:rsidRDefault="006E7A08">
            <w:pPr>
              <w:jc w:val="center"/>
              <w:rPr>
                <w:lang w:val="ru-RU"/>
              </w:rPr>
            </w:pPr>
          </w:p>
        </w:tc>
        <w:tc>
          <w:tcPr>
            <w:tcW w:w="0" w:type="auto"/>
            <w:vMerge/>
            <w:shd w:val="clear" w:color="auto" w:fill="E2F0D9"/>
            <w:vAlign w:val="center"/>
          </w:tcPr>
          <w:p w14:paraId="4A9B5E3A" w14:textId="77777777" w:rsidR="006E7A08" w:rsidRPr="00C45EE6" w:rsidRDefault="006E7A08">
            <w:pPr>
              <w:jc w:val="center"/>
              <w:rPr>
                <w:lang w:val="ru-RU"/>
              </w:rPr>
            </w:pPr>
          </w:p>
        </w:tc>
        <w:tc>
          <w:tcPr>
            <w:tcW w:w="0" w:type="auto"/>
            <w:shd w:val="clear" w:color="auto" w:fill="E2F0D9"/>
            <w:vAlign w:val="center"/>
          </w:tcPr>
          <w:p w14:paraId="457ABB06" w14:textId="77777777" w:rsidR="006E7A08" w:rsidRDefault="00267E76">
            <w:pPr>
              <w:jc w:val="center"/>
            </w:pPr>
            <w:r>
              <w:rPr>
                <w:b/>
              </w:rPr>
              <w:t>2026</w:t>
            </w:r>
          </w:p>
        </w:tc>
        <w:tc>
          <w:tcPr>
            <w:tcW w:w="0" w:type="auto"/>
            <w:shd w:val="clear" w:color="auto" w:fill="E2F0D9"/>
            <w:vAlign w:val="center"/>
          </w:tcPr>
          <w:p w14:paraId="1065BADC" w14:textId="77777777" w:rsidR="006E7A08" w:rsidRDefault="00267E76">
            <w:pPr>
              <w:jc w:val="center"/>
            </w:pPr>
            <w:r>
              <w:rPr>
                <w:b/>
              </w:rPr>
              <w:t>2031</w:t>
            </w:r>
          </w:p>
        </w:tc>
        <w:tc>
          <w:tcPr>
            <w:tcW w:w="0" w:type="auto"/>
            <w:shd w:val="clear" w:color="auto" w:fill="E2F0D9"/>
            <w:vAlign w:val="center"/>
          </w:tcPr>
          <w:p w14:paraId="29BE500E" w14:textId="77777777" w:rsidR="006E7A08" w:rsidRDefault="00267E76">
            <w:pPr>
              <w:jc w:val="center"/>
            </w:pPr>
            <w:r>
              <w:rPr>
                <w:b/>
              </w:rPr>
              <w:t>2036</w:t>
            </w:r>
          </w:p>
        </w:tc>
      </w:tr>
      <w:tr w:rsidR="006E7A08" w14:paraId="174EF53C" w14:textId="77777777">
        <w:trPr>
          <w:cantSplit/>
          <w:tblHeader/>
          <w:jc w:val="center"/>
        </w:trPr>
        <w:tc>
          <w:tcPr>
            <w:tcW w:w="0" w:type="auto"/>
            <w:shd w:val="clear" w:color="auto" w:fill="F2F2F2"/>
            <w:vAlign w:val="center"/>
          </w:tcPr>
          <w:p w14:paraId="1F1E0EBD" w14:textId="77777777" w:rsidR="006E7A08" w:rsidRDefault="00267E76">
            <w:pPr>
              <w:jc w:val="center"/>
            </w:pPr>
            <w:r>
              <w:t>1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5F282114" w14:textId="77777777" w:rsidR="006E7A08" w:rsidRDefault="00267E76">
            <w:pPr>
              <w:jc w:val="center"/>
            </w:pPr>
            <w:r>
              <w:t>2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2189F3DA" w14:textId="77777777" w:rsidR="006E7A08" w:rsidRDefault="00267E76">
            <w:pPr>
              <w:jc w:val="center"/>
            </w:pPr>
            <w:r>
              <w:t>3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445CC823" w14:textId="77777777" w:rsidR="006E7A08" w:rsidRDefault="00267E76">
            <w:pPr>
              <w:jc w:val="center"/>
            </w:pPr>
            <w:r>
              <w:t>4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3676CDAB" w14:textId="77777777" w:rsidR="006E7A08" w:rsidRDefault="00267E76">
            <w:pPr>
              <w:jc w:val="center"/>
            </w:pPr>
            <w:r>
              <w:t>5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06BCE2A1" w14:textId="77777777" w:rsidR="006E7A08" w:rsidRDefault="00267E76">
            <w:pPr>
              <w:jc w:val="center"/>
            </w:pPr>
            <w:r>
              <w:t>6</w:t>
            </w:r>
          </w:p>
        </w:tc>
      </w:tr>
      <w:tr w:rsidR="006E7A08" w14:paraId="1A497136" w14:textId="77777777">
        <w:trPr>
          <w:cantSplit/>
          <w:jc w:val="center"/>
        </w:trPr>
        <w:tc>
          <w:tcPr>
            <w:tcW w:w="0" w:type="auto"/>
          </w:tcPr>
          <w:p w14:paraId="4B22C1DB" w14:textId="77777777" w:rsidR="006E7A08" w:rsidRDefault="00267E76">
            <w:pPr>
              <w:jc w:val="center"/>
            </w:pPr>
            <w:r>
              <w:t>1</w:t>
            </w:r>
          </w:p>
        </w:tc>
        <w:tc>
          <w:tcPr>
            <w:tcW w:w="0" w:type="auto"/>
          </w:tcPr>
          <w:p w14:paraId="0F73DE34" w14:textId="77777777" w:rsidR="006E7A08" w:rsidRPr="00C45EE6" w:rsidRDefault="00267E76">
            <w:pPr>
              <w:rPr>
                <w:lang w:val="ru-RU"/>
              </w:rPr>
            </w:pPr>
            <w:r w:rsidRPr="00C45EE6">
              <w:rPr>
                <w:lang w:val="ru-RU"/>
              </w:rPr>
              <w:t>Количество прекращений подачи тепловой энергии в результате технологических нарушений на тепловых сетях</w:t>
            </w:r>
          </w:p>
        </w:tc>
        <w:tc>
          <w:tcPr>
            <w:tcW w:w="0" w:type="auto"/>
          </w:tcPr>
          <w:p w14:paraId="6B203D17" w14:textId="77777777" w:rsidR="006E7A08" w:rsidRDefault="00267E76">
            <w:r>
              <w:t>ед.</w:t>
            </w:r>
          </w:p>
        </w:tc>
        <w:tc>
          <w:tcPr>
            <w:tcW w:w="0" w:type="auto"/>
          </w:tcPr>
          <w:p w14:paraId="4ED49124" w14:textId="77777777" w:rsidR="006E7A08" w:rsidRDefault="00267E76">
            <w:pPr>
              <w:jc w:val="center"/>
            </w:pPr>
            <w:r>
              <w:t>0</w:t>
            </w:r>
          </w:p>
        </w:tc>
        <w:tc>
          <w:tcPr>
            <w:tcW w:w="0" w:type="auto"/>
          </w:tcPr>
          <w:p w14:paraId="4BD10099" w14:textId="77777777" w:rsidR="006E7A08" w:rsidRDefault="00267E76">
            <w:pPr>
              <w:jc w:val="center"/>
            </w:pPr>
            <w:r>
              <w:t>0</w:t>
            </w:r>
          </w:p>
        </w:tc>
        <w:tc>
          <w:tcPr>
            <w:tcW w:w="0" w:type="auto"/>
          </w:tcPr>
          <w:p w14:paraId="2C10C45A" w14:textId="77777777" w:rsidR="006E7A08" w:rsidRDefault="00267E76">
            <w:pPr>
              <w:jc w:val="center"/>
            </w:pPr>
            <w:r>
              <w:t>0</w:t>
            </w:r>
          </w:p>
        </w:tc>
      </w:tr>
      <w:tr w:rsidR="006E7A08" w14:paraId="4E8681A2" w14:textId="77777777">
        <w:trPr>
          <w:cantSplit/>
          <w:jc w:val="center"/>
        </w:trPr>
        <w:tc>
          <w:tcPr>
            <w:tcW w:w="0" w:type="auto"/>
          </w:tcPr>
          <w:p w14:paraId="0E88E728" w14:textId="77777777" w:rsidR="006E7A08" w:rsidRDefault="00267E76">
            <w:pPr>
              <w:jc w:val="center"/>
            </w:pPr>
            <w:r>
              <w:t>2</w:t>
            </w:r>
          </w:p>
        </w:tc>
        <w:tc>
          <w:tcPr>
            <w:tcW w:w="0" w:type="auto"/>
          </w:tcPr>
          <w:p w14:paraId="3518A866" w14:textId="77777777" w:rsidR="006E7A08" w:rsidRPr="00C45EE6" w:rsidRDefault="00267E76">
            <w:pPr>
              <w:rPr>
                <w:lang w:val="ru-RU"/>
              </w:rPr>
            </w:pPr>
            <w:r w:rsidRPr="00C45EE6">
              <w:rPr>
                <w:lang w:val="ru-RU"/>
              </w:rPr>
              <w:t>Количество прекращений подачи тепловой энергии в результате технологических нарушений на источниках тепловой энергии</w:t>
            </w:r>
          </w:p>
        </w:tc>
        <w:tc>
          <w:tcPr>
            <w:tcW w:w="0" w:type="auto"/>
          </w:tcPr>
          <w:p w14:paraId="0E0113BF" w14:textId="77777777" w:rsidR="006E7A08" w:rsidRDefault="00267E76">
            <w:r>
              <w:t>ед.</w:t>
            </w:r>
          </w:p>
        </w:tc>
        <w:tc>
          <w:tcPr>
            <w:tcW w:w="0" w:type="auto"/>
          </w:tcPr>
          <w:p w14:paraId="5A5F2CD3" w14:textId="77777777" w:rsidR="006E7A08" w:rsidRDefault="00267E76">
            <w:pPr>
              <w:jc w:val="center"/>
            </w:pPr>
            <w:r>
              <w:t>0</w:t>
            </w:r>
          </w:p>
        </w:tc>
        <w:tc>
          <w:tcPr>
            <w:tcW w:w="0" w:type="auto"/>
          </w:tcPr>
          <w:p w14:paraId="10477B77" w14:textId="77777777" w:rsidR="006E7A08" w:rsidRDefault="00267E76">
            <w:pPr>
              <w:jc w:val="center"/>
            </w:pPr>
            <w:r>
              <w:t>0</w:t>
            </w:r>
          </w:p>
        </w:tc>
        <w:tc>
          <w:tcPr>
            <w:tcW w:w="0" w:type="auto"/>
          </w:tcPr>
          <w:p w14:paraId="21582B6C" w14:textId="77777777" w:rsidR="006E7A08" w:rsidRDefault="00267E76">
            <w:pPr>
              <w:jc w:val="center"/>
            </w:pPr>
            <w:r>
              <w:t>0</w:t>
            </w:r>
          </w:p>
        </w:tc>
      </w:tr>
      <w:tr w:rsidR="006E7A08" w14:paraId="02F32E5D" w14:textId="77777777">
        <w:trPr>
          <w:cantSplit/>
          <w:jc w:val="center"/>
        </w:trPr>
        <w:tc>
          <w:tcPr>
            <w:tcW w:w="0" w:type="auto"/>
          </w:tcPr>
          <w:p w14:paraId="192814EC" w14:textId="77777777" w:rsidR="006E7A08" w:rsidRDefault="00267E76">
            <w:pPr>
              <w:jc w:val="center"/>
            </w:pPr>
            <w:r>
              <w:t>3</w:t>
            </w:r>
          </w:p>
        </w:tc>
        <w:tc>
          <w:tcPr>
            <w:tcW w:w="0" w:type="auto"/>
          </w:tcPr>
          <w:p w14:paraId="31B758E2" w14:textId="77777777" w:rsidR="006E7A08" w:rsidRPr="00C45EE6" w:rsidRDefault="00267E76">
            <w:pPr>
              <w:rPr>
                <w:lang w:val="ru-RU"/>
              </w:rPr>
            </w:pPr>
            <w:r w:rsidRPr="00C45EE6">
              <w:rPr>
                <w:lang w:val="ru-RU"/>
              </w:rPr>
              <w:t>Удельный расход условного топлива на единицу тепловой энергии, отпускаемой с коллекторов источников</w:t>
            </w:r>
          </w:p>
        </w:tc>
        <w:tc>
          <w:tcPr>
            <w:tcW w:w="0" w:type="auto"/>
          </w:tcPr>
          <w:p w14:paraId="61D9A3F3" w14:textId="77777777" w:rsidR="006E7A08" w:rsidRDefault="00267E76">
            <w:r>
              <w:t>кг у.т./Гкал</w:t>
            </w:r>
          </w:p>
        </w:tc>
        <w:tc>
          <w:tcPr>
            <w:tcW w:w="0" w:type="auto"/>
          </w:tcPr>
          <w:p w14:paraId="757396E9" w14:textId="77777777" w:rsidR="006E7A08" w:rsidRDefault="00267E76">
            <w:pPr>
              <w:jc w:val="center"/>
            </w:pPr>
            <w:r>
              <w:t>189,21</w:t>
            </w:r>
          </w:p>
        </w:tc>
        <w:tc>
          <w:tcPr>
            <w:tcW w:w="0" w:type="auto"/>
          </w:tcPr>
          <w:p w14:paraId="6E716F96" w14:textId="77777777" w:rsidR="006E7A08" w:rsidRDefault="00267E76">
            <w:pPr>
              <w:jc w:val="center"/>
            </w:pPr>
            <w:r>
              <w:t>189,21</w:t>
            </w:r>
          </w:p>
        </w:tc>
        <w:tc>
          <w:tcPr>
            <w:tcW w:w="0" w:type="auto"/>
          </w:tcPr>
          <w:p w14:paraId="10D2D2F1" w14:textId="77777777" w:rsidR="006E7A08" w:rsidRDefault="00267E76">
            <w:pPr>
              <w:jc w:val="center"/>
            </w:pPr>
            <w:r>
              <w:t>189,21</w:t>
            </w:r>
          </w:p>
        </w:tc>
      </w:tr>
      <w:tr w:rsidR="006E7A08" w14:paraId="58671A92" w14:textId="77777777">
        <w:trPr>
          <w:cantSplit/>
          <w:jc w:val="center"/>
        </w:trPr>
        <w:tc>
          <w:tcPr>
            <w:tcW w:w="0" w:type="auto"/>
          </w:tcPr>
          <w:p w14:paraId="46464BD9" w14:textId="77777777" w:rsidR="006E7A08" w:rsidRDefault="00267E76">
            <w:pPr>
              <w:jc w:val="center"/>
            </w:pPr>
            <w:r>
              <w:t>4</w:t>
            </w:r>
          </w:p>
        </w:tc>
        <w:tc>
          <w:tcPr>
            <w:tcW w:w="0" w:type="auto"/>
          </w:tcPr>
          <w:p w14:paraId="11D8A82B" w14:textId="77777777" w:rsidR="006E7A08" w:rsidRPr="00C45EE6" w:rsidRDefault="00267E76">
            <w:pPr>
              <w:rPr>
                <w:lang w:val="ru-RU"/>
              </w:rPr>
            </w:pPr>
            <w:r w:rsidRPr="00C45EE6">
              <w:rPr>
                <w:lang w:val="ru-RU"/>
              </w:rPr>
              <w:t>Отношение технологических потерь тепловой энергии к материальной характеристике тепловой сети</w:t>
            </w:r>
          </w:p>
        </w:tc>
        <w:tc>
          <w:tcPr>
            <w:tcW w:w="0" w:type="auto"/>
          </w:tcPr>
          <w:p w14:paraId="3FB8260E" w14:textId="77777777" w:rsidR="006E7A08" w:rsidRDefault="00267E76">
            <w:r>
              <w:t>Гкал/(ч·м²)</w:t>
            </w:r>
          </w:p>
        </w:tc>
        <w:tc>
          <w:tcPr>
            <w:tcW w:w="0" w:type="auto"/>
          </w:tcPr>
          <w:p w14:paraId="1698B5EA" w14:textId="77777777" w:rsidR="006E7A08" w:rsidRDefault="006E7A08"/>
        </w:tc>
        <w:tc>
          <w:tcPr>
            <w:tcW w:w="0" w:type="auto"/>
          </w:tcPr>
          <w:p w14:paraId="7B8788C7" w14:textId="77777777" w:rsidR="006E7A08" w:rsidRDefault="006E7A08"/>
        </w:tc>
        <w:tc>
          <w:tcPr>
            <w:tcW w:w="0" w:type="auto"/>
          </w:tcPr>
          <w:p w14:paraId="19973208" w14:textId="77777777" w:rsidR="006E7A08" w:rsidRDefault="006E7A08"/>
        </w:tc>
      </w:tr>
      <w:tr w:rsidR="006E7A08" w14:paraId="1A0D0AE1" w14:textId="77777777">
        <w:trPr>
          <w:cantSplit/>
          <w:jc w:val="center"/>
        </w:trPr>
        <w:tc>
          <w:tcPr>
            <w:tcW w:w="0" w:type="auto"/>
          </w:tcPr>
          <w:p w14:paraId="06733FB0" w14:textId="77777777" w:rsidR="006E7A08" w:rsidRDefault="00267E76">
            <w:pPr>
              <w:jc w:val="center"/>
            </w:pPr>
            <w:r>
              <w:t>5</w:t>
            </w:r>
          </w:p>
        </w:tc>
        <w:tc>
          <w:tcPr>
            <w:tcW w:w="0" w:type="auto"/>
          </w:tcPr>
          <w:p w14:paraId="0E5F04F4" w14:textId="77777777" w:rsidR="006E7A08" w:rsidRPr="00C45EE6" w:rsidRDefault="00267E76">
            <w:pPr>
              <w:rPr>
                <w:lang w:val="ru-RU"/>
              </w:rPr>
            </w:pPr>
            <w:r w:rsidRPr="00C45EE6">
              <w:rPr>
                <w:lang w:val="ru-RU"/>
              </w:rPr>
              <w:t>Удельная материальная характеристика тепловых сетей, приведённая к расчётной тепловой нагрузке</w:t>
            </w:r>
          </w:p>
        </w:tc>
        <w:tc>
          <w:tcPr>
            <w:tcW w:w="0" w:type="auto"/>
          </w:tcPr>
          <w:p w14:paraId="6E4DB917" w14:textId="77777777" w:rsidR="006E7A08" w:rsidRDefault="00267E76">
            <w:r>
              <w:t>м²·ч/Гкал</w:t>
            </w:r>
          </w:p>
        </w:tc>
        <w:tc>
          <w:tcPr>
            <w:tcW w:w="0" w:type="auto"/>
          </w:tcPr>
          <w:p w14:paraId="36C286E4" w14:textId="77777777" w:rsidR="006E7A08" w:rsidRDefault="00267E76">
            <w:pPr>
              <w:jc w:val="center"/>
            </w:pPr>
            <w:r>
              <w:t>509,37</w:t>
            </w:r>
          </w:p>
        </w:tc>
        <w:tc>
          <w:tcPr>
            <w:tcW w:w="0" w:type="auto"/>
          </w:tcPr>
          <w:p w14:paraId="5FBDA315" w14:textId="77777777" w:rsidR="006E7A08" w:rsidRDefault="00267E76">
            <w:pPr>
              <w:jc w:val="center"/>
            </w:pPr>
            <w:r>
              <w:t>509,37</w:t>
            </w:r>
          </w:p>
        </w:tc>
        <w:tc>
          <w:tcPr>
            <w:tcW w:w="0" w:type="auto"/>
          </w:tcPr>
          <w:p w14:paraId="092636B2" w14:textId="77777777" w:rsidR="006E7A08" w:rsidRDefault="00267E76">
            <w:pPr>
              <w:jc w:val="center"/>
            </w:pPr>
            <w:r>
              <w:t>509,37</w:t>
            </w:r>
          </w:p>
        </w:tc>
      </w:tr>
      <w:tr w:rsidR="006E7A08" w14:paraId="29BF3697" w14:textId="77777777">
        <w:trPr>
          <w:cantSplit/>
          <w:jc w:val="center"/>
        </w:trPr>
        <w:tc>
          <w:tcPr>
            <w:tcW w:w="0" w:type="auto"/>
          </w:tcPr>
          <w:p w14:paraId="016726C5" w14:textId="77777777" w:rsidR="006E7A08" w:rsidRDefault="00267E76">
            <w:pPr>
              <w:jc w:val="center"/>
            </w:pPr>
            <w:r>
              <w:t>6</w:t>
            </w:r>
          </w:p>
        </w:tc>
        <w:tc>
          <w:tcPr>
            <w:tcW w:w="0" w:type="auto"/>
          </w:tcPr>
          <w:p w14:paraId="6D46FC8D" w14:textId="77777777" w:rsidR="006E7A08" w:rsidRPr="00C45EE6" w:rsidRDefault="00267E76">
            <w:pPr>
              <w:rPr>
                <w:lang w:val="ru-RU"/>
              </w:rPr>
            </w:pPr>
            <w:r w:rsidRPr="00C45EE6">
              <w:rPr>
                <w:lang w:val="ru-RU"/>
              </w:rPr>
              <w:t>Доля тепловой энергии, выработанной в комбинированном режиме</w:t>
            </w:r>
          </w:p>
        </w:tc>
        <w:tc>
          <w:tcPr>
            <w:tcW w:w="0" w:type="auto"/>
          </w:tcPr>
          <w:p w14:paraId="575394C6" w14:textId="77777777" w:rsidR="006E7A08" w:rsidRDefault="00267E76">
            <w:r>
              <w:t>%</w:t>
            </w:r>
          </w:p>
        </w:tc>
        <w:tc>
          <w:tcPr>
            <w:tcW w:w="0" w:type="auto"/>
          </w:tcPr>
          <w:p w14:paraId="3C7F565B" w14:textId="77777777" w:rsidR="006E7A08" w:rsidRDefault="00267E76">
            <w:pPr>
              <w:jc w:val="center"/>
            </w:pPr>
            <w:r>
              <w:t>0,0</w:t>
            </w:r>
          </w:p>
        </w:tc>
        <w:tc>
          <w:tcPr>
            <w:tcW w:w="0" w:type="auto"/>
          </w:tcPr>
          <w:p w14:paraId="7C20C682" w14:textId="77777777" w:rsidR="006E7A08" w:rsidRDefault="00267E76">
            <w:pPr>
              <w:jc w:val="center"/>
            </w:pPr>
            <w:r>
              <w:t>0,0</w:t>
            </w:r>
          </w:p>
        </w:tc>
        <w:tc>
          <w:tcPr>
            <w:tcW w:w="0" w:type="auto"/>
          </w:tcPr>
          <w:p w14:paraId="106C672F" w14:textId="77777777" w:rsidR="006E7A08" w:rsidRDefault="00267E76">
            <w:pPr>
              <w:jc w:val="center"/>
            </w:pPr>
            <w:r>
              <w:t>0,0</w:t>
            </w:r>
          </w:p>
        </w:tc>
      </w:tr>
      <w:tr w:rsidR="006E7A08" w14:paraId="2B314200" w14:textId="77777777">
        <w:trPr>
          <w:cantSplit/>
          <w:jc w:val="center"/>
        </w:trPr>
        <w:tc>
          <w:tcPr>
            <w:tcW w:w="0" w:type="auto"/>
          </w:tcPr>
          <w:p w14:paraId="279E0165" w14:textId="77777777" w:rsidR="006E7A08" w:rsidRDefault="00267E76">
            <w:pPr>
              <w:jc w:val="center"/>
            </w:pPr>
            <w:r>
              <w:t>7</w:t>
            </w:r>
          </w:p>
        </w:tc>
        <w:tc>
          <w:tcPr>
            <w:tcW w:w="0" w:type="auto"/>
          </w:tcPr>
          <w:p w14:paraId="73A83E8E" w14:textId="77777777" w:rsidR="006E7A08" w:rsidRPr="00C45EE6" w:rsidRDefault="00267E76">
            <w:pPr>
              <w:rPr>
                <w:lang w:val="ru-RU"/>
              </w:rPr>
            </w:pPr>
            <w:r w:rsidRPr="00C45EE6">
              <w:rPr>
                <w:lang w:val="ru-RU"/>
              </w:rPr>
              <w:t>Коэффициент использования теплоты топлива (комбинированная выработка)</w:t>
            </w:r>
          </w:p>
        </w:tc>
        <w:tc>
          <w:tcPr>
            <w:tcW w:w="0" w:type="auto"/>
          </w:tcPr>
          <w:p w14:paraId="1874B6A3" w14:textId="77777777" w:rsidR="006E7A08" w:rsidRDefault="00267E76">
            <w:r>
              <w:t>%</w:t>
            </w:r>
          </w:p>
        </w:tc>
        <w:tc>
          <w:tcPr>
            <w:tcW w:w="0" w:type="auto"/>
          </w:tcPr>
          <w:p w14:paraId="508F582A" w14:textId="77777777" w:rsidR="006E7A08" w:rsidRDefault="00267E76">
            <w:r>
              <w:t>—</w:t>
            </w:r>
          </w:p>
        </w:tc>
        <w:tc>
          <w:tcPr>
            <w:tcW w:w="0" w:type="auto"/>
          </w:tcPr>
          <w:p w14:paraId="26363201" w14:textId="77777777" w:rsidR="006E7A08" w:rsidRDefault="00267E76">
            <w:r>
              <w:t>—</w:t>
            </w:r>
          </w:p>
        </w:tc>
        <w:tc>
          <w:tcPr>
            <w:tcW w:w="0" w:type="auto"/>
          </w:tcPr>
          <w:p w14:paraId="082915AD" w14:textId="77777777" w:rsidR="006E7A08" w:rsidRDefault="00267E76">
            <w:r>
              <w:t>—</w:t>
            </w:r>
          </w:p>
        </w:tc>
      </w:tr>
      <w:tr w:rsidR="006E7A08" w14:paraId="33A256D6" w14:textId="77777777">
        <w:trPr>
          <w:cantSplit/>
          <w:jc w:val="center"/>
        </w:trPr>
        <w:tc>
          <w:tcPr>
            <w:tcW w:w="0" w:type="auto"/>
          </w:tcPr>
          <w:p w14:paraId="1BBDBDAA" w14:textId="77777777" w:rsidR="006E7A08" w:rsidRDefault="00267E76">
            <w:pPr>
              <w:jc w:val="center"/>
            </w:pPr>
            <w:r>
              <w:t>8</w:t>
            </w:r>
          </w:p>
        </w:tc>
        <w:tc>
          <w:tcPr>
            <w:tcW w:w="0" w:type="auto"/>
          </w:tcPr>
          <w:p w14:paraId="5921D70E" w14:textId="77777777" w:rsidR="006E7A08" w:rsidRPr="00C45EE6" w:rsidRDefault="00267E76">
            <w:pPr>
              <w:rPr>
                <w:lang w:val="ru-RU"/>
              </w:rPr>
            </w:pPr>
            <w:r w:rsidRPr="00C45EE6">
              <w:rPr>
                <w:lang w:val="ru-RU"/>
              </w:rPr>
              <w:t>Доля отпуска тепловой энергии по приборам учёта</w:t>
            </w:r>
          </w:p>
        </w:tc>
        <w:tc>
          <w:tcPr>
            <w:tcW w:w="0" w:type="auto"/>
          </w:tcPr>
          <w:p w14:paraId="02442C0D" w14:textId="77777777" w:rsidR="006E7A08" w:rsidRDefault="00267E76">
            <w:r>
              <w:t>%</w:t>
            </w:r>
          </w:p>
        </w:tc>
        <w:tc>
          <w:tcPr>
            <w:tcW w:w="0" w:type="auto"/>
          </w:tcPr>
          <w:p w14:paraId="0C5A9AC9" w14:textId="77777777" w:rsidR="006E7A08" w:rsidRDefault="006E7A08"/>
        </w:tc>
        <w:tc>
          <w:tcPr>
            <w:tcW w:w="0" w:type="auto"/>
          </w:tcPr>
          <w:p w14:paraId="0AF0BD02" w14:textId="77777777" w:rsidR="006E7A08" w:rsidRDefault="006E7A08"/>
        </w:tc>
        <w:tc>
          <w:tcPr>
            <w:tcW w:w="0" w:type="auto"/>
          </w:tcPr>
          <w:p w14:paraId="508FB1BC" w14:textId="77777777" w:rsidR="006E7A08" w:rsidRDefault="006E7A08"/>
        </w:tc>
      </w:tr>
      <w:tr w:rsidR="006E7A08" w14:paraId="7A9235BD" w14:textId="77777777">
        <w:trPr>
          <w:cantSplit/>
          <w:jc w:val="center"/>
        </w:trPr>
        <w:tc>
          <w:tcPr>
            <w:tcW w:w="0" w:type="auto"/>
          </w:tcPr>
          <w:p w14:paraId="75EA2502" w14:textId="77777777" w:rsidR="006E7A08" w:rsidRDefault="00267E76">
            <w:pPr>
              <w:jc w:val="center"/>
            </w:pPr>
            <w:r>
              <w:t>9</w:t>
            </w:r>
          </w:p>
        </w:tc>
        <w:tc>
          <w:tcPr>
            <w:tcW w:w="0" w:type="auto"/>
          </w:tcPr>
          <w:p w14:paraId="329AB2B1" w14:textId="77777777" w:rsidR="006E7A08" w:rsidRPr="00C45EE6" w:rsidRDefault="00267E76">
            <w:pPr>
              <w:rPr>
                <w:lang w:val="ru-RU"/>
              </w:rPr>
            </w:pPr>
            <w:r w:rsidRPr="00C45EE6">
              <w:rPr>
                <w:lang w:val="ru-RU"/>
              </w:rPr>
              <w:t>Средневзвешенный срок эксплуатации тепловых сетей</w:t>
            </w:r>
          </w:p>
        </w:tc>
        <w:tc>
          <w:tcPr>
            <w:tcW w:w="0" w:type="auto"/>
          </w:tcPr>
          <w:p w14:paraId="73C5F89B" w14:textId="77777777" w:rsidR="006E7A08" w:rsidRDefault="00267E76">
            <w:r>
              <w:t>лет</w:t>
            </w:r>
          </w:p>
        </w:tc>
        <w:tc>
          <w:tcPr>
            <w:tcW w:w="0" w:type="auto"/>
          </w:tcPr>
          <w:p w14:paraId="0CDF3704" w14:textId="77777777" w:rsidR="006E7A08" w:rsidRDefault="00267E76">
            <w:pPr>
              <w:jc w:val="center"/>
            </w:pPr>
            <w:r>
              <w:t>31,3</w:t>
            </w:r>
          </w:p>
        </w:tc>
        <w:tc>
          <w:tcPr>
            <w:tcW w:w="0" w:type="auto"/>
          </w:tcPr>
          <w:p w14:paraId="6A4E4CB9" w14:textId="77777777" w:rsidR="006E7A08" w:rsidRDefault="00267E76">
            <w:pPr>
              <w:jc w:val="center"/>
            </w:pPr>
            <w:r>
              <w:t>36,3</w:t>
            </w:r>
          </w:p>
        </w:tc>
        <w:tc>
          <w:tcPr>
            <w:tcW w:w="0" w:type="auto"/>
          </w:tcPr>
          <w:p w14:paraId="58E23EDB" w14:textId="77777777" w:rsidR="006E7A08" w:rsidRDefault="00267E76">
            <w:pPr>
              <w:jc w:val="center"/>
            </w:pPr>
            <w:r>
              <w:t>41,3</w:t>
            </w:r>
          </w:p>
        </w:tc>
      </w:tr>
    </w:tbl>
    <w:p w14:paraId="5624A039" w14:textId="77777777" w:rsidR="006E7A08" w:rsidRDefault="006E7A08"/>
    <w:p w14:paraId="5623A19E" w14:textId="77777777" w:rsidR="006E7A08" w:rsidRPr="00C45EE6" w:rsidRDefault="00267E76">
      <w:pPr>
        <w:keepNext/>
        <w:keepLines/>
        <w:rPr>
          <w:lang w:val="ru-RU"/>
        </w:rPr>
      </w:pPr>
      <w:r w:rsidRPr="00C45EE6">
        <w:rPr>
          <w:b/>
          <w:lang w:val="ru-RU"/>
        </w:rPr>
        <w:t>Таблица 14.4 — Индикаторы развития системы теплоснабжения — пгт Мундыбаш (лист «Таблица 14.1» расчётной книги)</w:t>
      </w:r>
    </w:p>
    <w:tbl>
      <w:tblPr>
        <w:tblStyle w:val="aff0"/>
        <w:tblW w:w="5000" w:type="pct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88"/>
        <w:gridCol w:w="5646"/>
        <w:gridCol w:w="1258"/>
        <w:gridCol w:w="1029"/>
        <w:gridCol w:w="1029"/>
        <w:gridCol w:w="1029"/>
      </w:tblGrid>
      <w:tr w:rsidR="006E7A08" w:rsidRPr="004D1FEB" w14:paraId="0FB9E251" w14:textId="77777777">
        <w:trPr>
          <w:cantSplit/>
          <w:tblHeader/>
          <w:jc w:val="center"/>
        </w:trPr>
        <w:tc>
          <w:tcPr>
            <w:tcW w:w="0" w:type="auto"/>
            <w:vMerge w:val="restart"/>
            <w:shd w:val="clear" w:color="auto" w:fill="E2F0D9"/>
            <w:vAlign w:val="center"/>
          </w:tcPr>
          <w:p w14:paraId="2FFC0E5B" w14:textId="77777777" w:rsidR="006E7A08" w:rsidRDefault="00267E76">
            <w:pPr>
              <w:jc w:val="center"/>
            </w:pPr>
            <w:r>
              <w:rPr>
                <w:b/>
              </w:rPr>
              <w:t>№ пп</w:t>
            </w:r>
          </w:p>
        </w:tc>
        <w:tc>
          <w:tcPr>
            <w:tcW w:w="0" w:type="auto"/>
            <w:vMerge w:val="restart"/>
            <w:shd w:val="clear" w:color="auto" w:fill="E2F0D9"/>
            <w:vAlign w:val="center"/>
          </w:tcPr>
          <w:p w14:paraId="73BF785F" w14:textId="77777777" w:rsidR="006E7A08" w:rsidRDefault="00267E76">
            <w:pPr>
              <w:jc w:val="center"/>
            </w:pPr>
            <w:r>
              <w:rPr>
                <w:b/>
              </w:rPr>
              <w:t>Индикаторы развития системы теплоснабжения</w:t>
            </w:r>
          </w:p>
        </w:tc>
        <w:tc>
          <w:tcPr>
            <w:tcW w:w="0" w:type="auto"/>
            <w:vMerge w:val="restart"/>
            <w:shd w:val="clear" w:color="auto" w:fill="E2F0D9"/>
            <w:vAlign w:val="center"/>
          </w:tcPr>
          <w:p w14:paraId="1379C103" w14:textId="77777777" w:rsidR="006E7A08" w:rsidRDefault="00267E76">
            <w:pPr>
              <w:jc w:val="center"/>
            </w:pPr>
            <w:r>
              <w:rPr>
                <w:b/>
              </w:rPr>
              <w:t>Ед. изм.</w:t>
            </w:r>
          </w:p>
        </w:tc>
        <w:tc>
          <w:tcPr>
            <w:tcW w:w="0" w:type="auto"/>
            <w:gridSpan w:val="3"/>
            <w:shd w:val="clear" w:color="auto" w:fill="E2F0D9"/>
            <w:vAlign w:val="center"/>
          </w:tcPr>
          <w:p w14:paraId="40EE442A" w14:textId="77777777" w:rsidR="006E7A08" w:rsidRPr="00C45EE6" w:rsidRDefault="00267E76">
            <w:pPr>
              <w:jc w:val="center"/>
              <w:rPr>
                <w:lang w:val="ru-RU"/>
              </w:rPr>
            </w:pPr>
            <w:r w:rsidRPr="00C45EE6">
              <w:rPr>
                <w:b/>
                <w:lang w:val="ru-RU"/>
              </w:rPr>
              <w:t>Показатель по этапам развития схемы ТС</w:t>
            </w:r>
          </w:p>
        </w:tc>
      </w:tr>
      <w:tr w:rsidR="006E7A08" w14:paraId="1C38A8DF" w14:textId="77777777">
        <w:trPr>
          <w:cantSplit/>
          <w:tblHeader/>
          <w:jc w:val="center"/>
        </w:trPr>
        <w:tc>
          <w:tcPr>
            <w:tcW w:w="0" w:type="auto"/>
            <w:vMerge/>
            <w:shd w:val="clear" w:color="auto" w:fill="E2F0D9"/>
            <w:vAlign w:val="center"/>
          </w:tcPr>
          <w:p w14:paraId="692BF5D8" w14:textId="77777777" w:rsidR="006E7A08" w:rsidRPr="00C45EE6" w:rsidRDefault="006E7A08">
            <w:pPr>
              <w:jc w:val="center"/>
              <w:rPr>
                <w:lang w:val="ru-RU"/>
              </w:rPr>
            </w:pPr>
          </w:p>
        </w:tc>
        <w:tc>
          <w:tcPr>
            <w:tcW w:w="0" w:type="auto"/>
            <w:vMerge/>
            <w:shd w:val="clear" w:color="auto" w:fill="E2F0D9"/>
            <w:vAlign w:val="center"/>
          </w:tcPr>
          <w:p w14:paraId="5683570E" w14:textId="77777777" w:rsidR="006E7A08" w:rsidRPr="00C45EE6" w:rsidRDefault="006E7A08">
            <w:pPr>
              <w:jc w:val="center"/>
              <w:rPr>
                <w:lang w:val="ru-RU"/>
              </w:rPr>
            </w:pPr>
          </w:p>
        </w:tc>
        <w:tc>
          <w:tcPr>
            <w:tcW w:w="0" w:type="auto"/>
            <w:vMerge/>
            <w:shd w:val="clear" w:color="auto" w:fill="E2F0D9"/>
            <w:vAlign w:val="center"/>
          </w:tcPr>
          <w:p w14:paraId="07AF8A08" w14:textId="77777777" w:rsidR="006E7A08" w:rsidRPr="00C45EE6" w:rsidRDefault="006E7A08">
            <w:pPr>
              <w:jc w:val="center"/>
              <w:rPr>
                <w:lang w:val="ru-RU"/>
              </w:rPr>
            </w:pPr>
          </w:p>
        </w:tc>
        <w:tc>
          <w:tcPr>
            <w:tcW w:w="0" w:type="auto"/>
            <w:shd w:val="clear" w:color="auto" w:fill="E2F0D9"/>
            <w:vAlign w:val="center"/>
          </w:tcPr>
          <w:p w14:paraId="744F157E" w14:textId="77777777" w:rsidR="006E7A08" w:rsidRDefault="00267E76">
            <w:pPr>
              <w:jc w:val="center"/>
            </w:pPr>
            <w:r>
              <w:rPr>
                <w:b/>
              </w:rPr>
              <w:t>2026</w:t>
            </w:r>
          </w:p>
        </w:tc>
        <w:tc>
          <w:tcPr>
            <w:tcW w:w="0" w:type="auto"/>
            <w:shd w:val="clear" w:color="auto" w:fill="E2F0D9"/>
            <w:vAlign w:val="center"/>
          </w:tcPr>
          <w:p w14:paraId="18F872A5" w14:textId="77777777" w:rsidR="006E7A08" w:rsidRDefault="00267E76">
            <w:pPr>
              <w:jc w:val="center"/>
            </w:pPr>
            <w:r>
              <w:rPr>
                <w:b/>
              </w:rPr>
              <w:t>2031</w:t>
            </w:r>
          </w:p>
        </w:tc>
        <w:tc>
          <w:tcPr>
            <w:tcW w:w="0" w:type="auto"/>
            <w:shd w:val="clear" w:color="auto" w:fill="E2F0D9"/>
            <w:vAlign w:val="center"/>
          </w:tcPr>
          <w:p w14:paraId="0E52DEC3" w14:textId="77777777" w:rsidR="006E7A08" w:rsidRDefault="00267E76">
            <w:pPr>
              <w:jc w:val="center"/>
            </w:pPr>
            <w:r>
              <w:rPr>
                <w:b/>
              </w:rPr>
              <w:t>2036</w:t>
            </w:r>
          </w:p>
        </w:tc>
      </w:tr>
      <w:tr w:rsidR="006E7A08" w14:paraId="02A97EE9" w14:textId="77777777">
        <w:trPr>
          <w:cantSplit/>
          <w:tblHeader/>
          <w:jc w:val="center"/>
        </w:trPr>
        <w:tc>
          <w:tcPr>
            <w:tcW w:w="0" w:type="auto"/>
            <w:shd w:val="clear" w:color="auto" w:fill="F2F2F2"/>
            <w:vAlign w:val="center"/>
          </w:tcPr>
          <w:p w14:paraId="44B3382C" w14:textId="77777777" w:rsidR="006E7A08" w:rsidRDefault="00267E76">
            <w:pPr>
              <w:jc w:val="center"/>
            </w:pPr>
            <w:r>
              <w:t>1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2A7EBC90" w14:textId="77777777" w:rsidR="006E7A08" w:rsidRDefault="00267E76">
            <w:pPr>
              <w:jc w:val="center"/>
            </w:pPr>
            <w:r>
              <w:t>2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5B14AC37" w14:textId="77777777" w:rsidR="006E7A08" w:rsidRDefault="00267E76">
            <w:pPr>
              <w:jc w:val="center"/>
            </w:pPr>
            <w:r>
              <w:t>3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431F93E5" w14:textId="77777777" w:rsidR="006E7A08" w:rsidRDefault="00267E76">
            <w:pPr>
              <w:jc w:val="center"/>
            </w:pPr>
            <w:r>
              <w:t>4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2D7990D5" w14:textId="77777777" w:rsidR="006E7A08" w:rsidRDefault="00267E76">
            <w:pPr>
              <w:jc w:val="center"/>
            </w:pPr>
            <w:r>
              <w:t>5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2BB610A6" w14:textId="77777777" w:rsidR="006E7A08" w:rsidRDefault="00267E76">
            <w:pPr>
              <w:jc w:val="center"/>
            </w:pPr>
            <w:r>
              <w:t>6</w:t>
            </w:r>
          </w:p>
        </w:tc>
      </w:tr>
      <w:tr w:rsidR="006E7A08" w14:paraId="5C6A6D49" w14:textId="77777777">
        <w:trPr>
          <w:cantSplit/>
          <w:jc w:val="center"/>
        </w:trPr>
        <w:tc>
          <w:tcPr>
            <w:tcW w:w="0" w:type="auto"/>
          </w:tcPr>
          <w:p w14:paraId="3B765283" w14:textId="77777777" w:rsidR="006E7A08" w:rsidRDefault="00267E76">
            <w:pPr>
              <w:jc w:val="center"/>
            </w:pPr>
            <w:r>
              <w:t>1</w:t>
            </w:r>
          </w:p>
        </w:tc>
        <w:tc>
          <w:tcPr>
            <w:tcW w:w="0" w:type="auto"/>
          </w:tcPr>
          <w:p w14:paraId="45484954" w14:textId="77777777" w:rsidR="006E7A08" w:rsidRPr="00C45EE6" w:rsidRDefault="00267E76">
            <w:pPr>
              <w:rPr>
                <w:lang w:val="ru-RU"/>
              </w:rPr>
            </w:pPr>
            <w:r w:rsidRPr="00C45EE6">
              <w:rPr>
                <w:lang w:val="ru-RU"/>
              </w:rPr>
              <w:t>Количество прекращений подачи тепловой энергии в результате технологических нарушений на тепловых сетях</w:t>
            </w:r>
          </w:p>
        </w:tc>
        <w:tc>
          <w:tcPr>
            <w:tcW w:w="0" w:type="auto"/>
          </w:tcPr>
          <w:p w14:paraId="0131EEEA" w14:textId="77777777" w:rsidR="006E7A08" w:rsidRDefault="00267E76">
            <w:r>
              <w:t>ед.</w:t>
            </w:r>
          </w:p>
        </w:tc>
        <w:tc>
          <w:tcPr>
            <w:tcW w:w="0" w:type="auto"/>
          </w:tcPr>
          <w:p w14:paraId="73A740DA" w14:textId="77777777" w:rsidR="006E7A08" w:rsidRDefault="00267E76">
            <w:pPr>
              <w:jc w:val="center"/>
            </w:pPr>
            <w:r>
              <w:t>0</w:t>
            </w:r>
          </w:p>
        </w:tc>
        <w:tc>
          <w:tcPr>
            <w:tcW w:w="0" w:type="auto"/>
          </w:tcPr>
          <w:p w14:paraId="726FCDB9" w14:textId="77777777" w:rsidR="006E7A08" w:rsidRDefault="00267E76">
            <w:pPr>
              <w:jc w:val="center"/>
            </w:pPr>
            <w:r>
              <w:t>0</w:t>
            </w:r>
          </w:p>
        </w:tc>
        <w:tc>
          <w:tcPr>
            <w:tcW w:w="0" w:type="auto"/>
          </w:tcPr>
          <w:p w14:paraId="4634388E" w14:textId="77777777" w:rsidR="006E7A08" w:rsidRDefault="00267E76">
            <w:pPr>
              <w:jc w:val="center"/>
            </w:pPr>
            <w:r>
              <w:t>0</w:t>
            </w:r>
          </w:p>
        </w:tc>
      </w:tr>
      <w:tr w:rsidR="006E7A08" w14:paraId="6DECEA6A" w14:textId="77777777">
        <w:trPr>
          <w:cantSplit/>
          <w:jc w:val="center"/>
        </w:trPr>
        <w:tc>
          <w:tcPr>
            <w:tcW w:w="0" w:type="auto"/>
          </w:tcPr>
          <w:p w14:paraId="79EF7138" w14:textId="77777777" w:rsidR="006E7A08" w:rsidRDefault="00267E76">
            <w:pPr>
              <w:jc w:val="center"/>
            </w:pPr>
            <w:r>
              <w:t>2</w:t>
            </w:r>
          </w:p>
        </w:tc>
        <w:tc>
          <w:tcPr>
            <w:tcW w:w="0" w:type="auto"/>
          </w:tcPr>
          <w:p w14:paraId="71D75A2A" w14:textId="77777777" w:rsidR="006E7A08" w:rsidRPr="00C45EE6" w:rsidRDefault="00267E76">
            <w:pPr>
              <w:rPr>
                <w:lang w:val="ru-RU"/>
              </w:rPr>
            </w:pPr>
            <w:r w:rsidRPr="00C45EE6">
              <w:rPr>
                <w:lang w:val="ru-RU"/>
              </w:rPr>
              <w:t>Количество прекращений подачи тепловой энергии в результате технологических нарушений на источниках тепловой энергии</w:t>
            </w:r>
          </w:p>
        </w:tc>
        <w:tc>
          <w:tcPr>
            <w:tcW w:w="0" w:type="auto"/>
          </w:tcPr>
          <w:p w14:paraId="6DAB01F4" w14:textId="77777777" w:rsidR="006E7A08" w:rsidRDefault="00267E76">
            <w:r>
              <w:t>ед.</w:t>
            </w:r>
          </w:p>
        </w:tc>
        <w:tc>
          <w:tcPr>
            <w:tcW w:w="0" w:type="auto"/>
          </w:tcPr>
          <w:p w14:paraId="5476E1DA" w14:textId="77777777" w:rsidR="006E7A08" w:rsidRDefault="00267E76">
            <w:pPr>
              <w:jc w:val="center"/>
            </w:pPr>
            <w:r>
              <w:t>0</w:t>
            </w:r>
          </w:p>
        </w:tc>
        <w:tc>
          <w:tcPr>
            <w:tcW w:w="0" w:type="auto"/>
          </w:tcPr>
          <w:p w14:paraId="6FC35DE8" w14:textId="77777777" w:rsidR="006E7A08" w:rsidRDefault="00267E76">
            <w:pPr>
              <w:jc w:val="center"/>
            </w:pPr>
            <w:r>
              <w:t>0</w:t>
            </w:r>
          </w:p>
        </w:tc>
        <w:tc>
          <w:tcPr>
            <w:tcW w:w="0" w:type="auto"/>
          </w:tcPr>
          <w:p w14:paraId="34F674D5" w14:textId="77777777" w:rsidR="006E7A08" w:rsidRDefault="00267E76">
            <w:pPr>
              <w:jc w:val="center"/>
            </w:pPr>
            <w:r>
              <w:t>0</w:t>
            </w:r>
          </w:p>
        </w:tc>
      </w:tr>
      <w:tr w:rsidR="006E7A08" w14:paraId="501EEB95" w14:textId="77777777">
        <w:trPr>
          <w:cantSplit/>
          <w:jc w:val="center"/>
        </w:trPr>
        <w:tc>
          <w:tcPr>
            <w:tcW w:w="0" w:type="auto"/>
          </w:tcPr>
          <w:p w14:paraId="34E9D8F3" w14:textId="77777777" w:rsidR="006E7A08" w:rsidRDefault="00267E76">
            <w:pPr>
              <w:jc w:val="center"/>
            </w:pPr>
            <w:r>
              <w:t>3</w:t>
            </w:r>
          </w:p>
        </w:tc>
        <w:tc>
          <w:tcPr>
            <w:tcW w:w="0" w:type="auto"/>
          </w:tcPr>
          <w:p w14:paraId="0A34A03F" w14:textId="77777777" w:rsidR="006E7A08" w:rsidRPr="00C45EE6" w:rsidRDefault="00267E76">
            <w:pPr>
              <w:rPr>
                <w:lang w:val="ru-RU"/>
              </w:rPr>
            </w:pPr>
            <w:r w:rsidRPr="00C45EE6">
              <w:rPr>
                <w:lang w:val="ru-RU"/>
              </w:rPr>
              <w:t>Удельный расход условного топлива на единицу тепловой энергии, отпускаемой с коллекторов источников</w:t>
            </w:r>
          </w:p>
        </w:tc>
        <w:tc>
          <w:tcPr>
            <w:tcW w:w="0" w:type="auto"/>
          </w:tcPr>
          <w:p w14:paraId="1FF44CAF" w14:textId="77777777" w:rsidR="006E7A08" w:rsidRDefault="00267E76">
            <w:r>
              <w:t>кг у.т./Гкал</w:t>
            </w:r>
          </w:p>
        </w:tc>
        <w:tc>
          <w:tcPr>
            <w:tcW w:w="0" w:type="auto"/>
          </w:tcPr>
          <w:p w14:paraId="7A2E8719" w14:textId="77777777" w:rsidR="006E7A08" w:rsidRDefault="00267E76">
            <w:pPr>
              <w:jc w:val="center"/>
            </w:pPr>
            <w:r>
              <w:t>189,21</w:t>
            </w:r>
          </w:p>
        </w:tc>
        <w:tc>
          <w:tcPr>
            <w:tcW w:w="0" w:type="auto"/>
          </w:tcPr>
          <w:p w14:paraId="6601CCC1" w14:textId="77777777" w:rsidR="006E7A08" w:rsidRDefault="00267E76">
            <w:pPr>
              <w:jc w:val="center"/>
            </w:pPr>
            <w:r>
              <w:t>189,21</w:t>
            </w:r>
          </w:p>
        </w:tc>
        <w:tc>
          <w:tcPr>
            <w:tcW w:w="0" w:type="auto"/>
          </w:tcPr>
          <w:p w14:paraId="6E18FFEC" w14:textId="77777777" w:rsidR="006E7A08" w:rsidRDefault="00267E76">
            <w:pPr>
              <w:jc w:val="center"/>
            </w:pPr>
            <w:r>
              <w:t>189,21</w:t>
            </w:r>
          </w:p>
        </w:tc>
      </w:tr>
      <w:tr w:rsidR="006E7A08" w14:paraId="4B7B4E51" w14:textId="77777777">
        <w:trPr>
          <w:cantSplit/>
          <w:jc w:val="center"/>
        </w:trPr>
        <w:tc>
          <w:tcPr>
            <w:tcW w:w="0" w:type="auto"/>
          </w:tcPr>
          <w:p w14:paraId="4D408DDE" w14:textId="77777777" w:rsidR="006E7A08" w:rsidRDefault="00267E76">
            <w:pPr>
              <w:jc w:val="center"/>
            </w:pPr>
            <w:r>
              <w:t>4</w:t>
            </w:r>
          </w:p>
        </w:tc>
        <w:tc>
          <w:tcPr>
            <w:tcW w:w="0" w:type="auto"/>
          </w:tcPr>
          <w:p w14:paraId="408F5637" w14:textId="77777777" w:rsidR="006E7A08" w:rsidRPr="00C45EE6" w:rsidRDefault="00267E76">
            <w:pPr>
              <w:rPr>
                <w:lang w:val="ru-RU"/>
              </w:rPr>
            </w:pPr>
            <w:r w:rsidRPr="00C45EE6">
              <w:rPr>
                <w:lang w:val="ru-RU"/>
              </w:rPr>
              <w:t>Отношение технологических потерь тепловой энергии к материальной характеристике тепловой сети</w:t>
            </w:r>
          </w:p>
        </w:tc>
        <w:tc>
          <w:tcPr>
            <w:tcW w:w="0" w:type="auto"/>
          </w:tcPr>
          <w:p w14:paraId="55EB4A48" w14:textId="77777777" w:rsidR="006E7A08" w:rsidRDefault="00267E76">
            <w:r>
              <w:t>Гкал/(ч·м²)</w:t>
            </w:r>
          </w:p>
        </w:tc>
        <w:tc>
          <w:tcPr>
            <w:tcW w:w="0" w:type="auto"/>
          </w:tcPr>
          <w:p w14:paraId="3E8D7EE1" w14:textId="77777777" w:rsidR="006E7A08" w:rsidRDefault="006E7A08"/>
        </w:tc>
        <w:tc>
          <w:tcPr>
            <w:tcW w:w="0" w:type="auto"/>
          </w:tcPr>
          <w:p w14:paraId="55494598" w14:textId="77777777" w:rsidR="006E7A08" w:rsidRDefault="006E7A08"/>
        </w:tc>
        <w:tc>
          <w:tcPr>
            <w:tcW w:w="0" w:type="auto"/>
          </w:tcPr>
          <w:p w14:paraId="76FFB979" w14:textId="77777777" w:rsidR="006E7A08" w:rsidRDefault="006E7A08"/>
        </w:tc>
      </w:tr>
      <w:tr w:rsidR="006E7A08" w14:paraId="224F0600" w14:textId="77777777">
        <w:trPr>
          <w:cantSplit/>
          <w:jc w:val="center"/>
        </w:trPr>
        <w:tc>
          <w:tcPr>
            <w:tcW w:w="0" w:type="auto"/>
          </w:tcPr>
          <w:p w14:paraId="547860E7" w14:textId="77777777" w:rsidR="006E7A08" w:rsidRDefault="00267E76">
            <w:pPr>
              <w:jc w:val="center"/>
            </w:pPr>
            <w:r>
              <w:t>5</w:t>
            </w:r>
          </w:p>
        </w:tc>
        <w:tc>
          <w:tcPr>
            <w:tcW w:w="0" w:type="auto"/>
          </w:tcPr>
          <w:p w14:paraId="292A51D7" w14:textId="77777777" w:rsidR="006E7A08" w:rsidRPr="00C45EE6" w:rsidRDefault="00267E76">
            <w:pPr>
              <w:rPr>
                <w:lang w:val="ru-RU"/>
              </w:rPr>
            </w:pPr>
            <w:r w:rsidRPr="00C45EE6">
              <w:rPr>
                <w:lang w:val="ru-RU"/>
              </w:rPr>
              <w:t>Удельная материальная характеристика тепловых сетей, приведённая к расчётной тепловой нагрузке</w:t>
            </w:r>
          </w:p>
        </w:tc>
        <w:tc>
          <w:tcPr>
            <w:tcW w:w="0" w:type="auto"/>
          </w:tcPr>
          <w:p w14:paraId="5792695D" w14:textId="77777777" w:rsidR="006E7A08" w:rsidRDefault="00267E76">
            <w:r>
              <w:t>м²·ч/Гкал</w:t>
            </w:r>
          </w:p>
        </w:tc>
        <w:tc>
          <w:tcPr>
            <w:tcW w:w="0" w:type="auto"/>
          </w:tcPr>
          <w:p w14:paraId="26E100D5" w14:textId="77777777" w:rsidR="006E7A08" w:rsidRDefault="00267E76">
            <w:pPr>
              <w:jc w:val="center"/>
            </w:pPr>
            <w:r>
              <w:t>330,77</w:t>
            </w:r>
          </w:p>
        </w:tc>
        <w:tc>
          <w:tcPr>
            <w:tcW w:w="0" w:type="auto"/>
          </w:tcPr>
          <w:p w14:paraId="20E9C25F" w14:textId="77777777" w:rsidR="006E7A08" w:rsidRDefault="00267E76">
            <w:pPr>
              <w:jc w:val="center"/>
            </w:pPr>
            <w:r>
              <w:t>330,77</w:t>
            </w:r>
          </w:p>
        </w:tc>
        <w:tc>
          <w:tcPr>
            <w:tcW w:w="0" w:type="auto"/>
          </w:tcPr>
          <w:p w14:paraId="42D28BEE" w14:textId="77777777" w:rsidR="006E7A08" w:rsidRDefault="00267E76">
            <w:pPr>
              <w:jc w:val="center"/>
            </w:pPr>
            <w:r>
              <w:t>330,77</w:t>
            </w:r>
          </w:p>
        </w:tc>
      </w:tr>
      <w:tr w:rsidR="006E7A08" w14:paraId="162486F5" w14:textId="77777777">
        <w:trPr>
          <w:cantSplit/>
          <w:jc w:val="center"/>
        </w:trPr>
        <w:tc>
          <w:tcPr>
            <w:tcW w:w="0" w:type="auto"/>
          </w:tcPr>
          <w:p w14:paraId="4CA5EDFD" w14:textId="77777777" w:rsidR="006E7A08" w:rsidRDefault="00267E76">
            <w:pPr>
              <w:jc w:val="center"/>
            </w:pPr>
            <w:r>
              <w:t>6</w:t>
            </w:r>
          </w:p>
        </w:tc>
        <w:tc>
          <w:tcPr>
            <w:tcW w:w="0" w:type="auto"/>
          </w:tcPr>
          <w:p w14:paraId="14A7E166" w14:textId="77777777" w:rsidR="006E7A08" w:rsidRPr="00C45EE6" w:rsidRDefault="00267E76">
            <w:pPr>
              <w:rPr>
                <w:lang w:val="ru-RU"/>
              </w:rPr>
            </w:pPr>
            <w:r w:rsidRPr="00C45EE6">
              <w:rPr>
                <w:lang w:val="ru-RU"/>
              </w:rPr>
              <w:t>Доля тепловой энергии, выработанной в комбинированном режиме</w:t>
            </w:r>
          </w:p>
        </w:tc>
        <w:tc>
          <w:tcPr>
            <w:tcW w:w="0" w:type="auto"/>
          </w:tcPr>
          <w:p w14:paraId="077EBB68" w14:textId="77777777" w:rsidR="006E7A08" w:rsidRDefault="00267E76">
            <w:r>
              <w:t>%</w:t>
            </w:r>
          </w:p>
        </w:tc>
        <w:tc>
          <w:tcPr>
            <w:tcW w:w="0" w:type="auto"/>
          </w:tcPr>
          <w:p w14:paraId="23E844D9" w14:textId="77777777" w:rsidR="006E7A08" w:rsidRDefault="00267E76">
            <w:pPr>
              <w:jc w:val="center"/>
            </w:pPr>
            <w:r>
              <w:t>0,0</w:t>
            </w:r>
          </w:p>
        </w:tc>
        <w:tc>
          <w:tcPr>
            <w:tcW w:w="0" w:type="auto"/>
          </w:tcPr>
          <w:p w14:paraId="20A5F7ED" w14:textId="77777777" w:rsidR="006E7A08" w:rsidRDefault="00267E76">
            <w:pPr>
              <w:jc w:val="center"/>
            </w:pPr>
            <w:r>
              <w:t>0,0</w:t>
            </w:r>
          </w:p>
        </w:tc>
        <w:tc>
          <w:tcPr>
            <w:tcW w:w="0" w:type="auto"/>
          </w:tcPr>
          <w:p w14:paraId="1A24F054" w14:textId="77777777" w:rsidR="006E7A08" w:rsidRDefault="00267E76">
            <w:pPr>
              <w:jc w:val="center"/>
            </w:pPr>
            <w:r>
              <w:t>0,0</w:t>
            </w:r>
          </w:p>
        </w:tc>
      </w:tr>
      <w:tr w:rsidR="006E7A08" w14:paraId="532B6D16" w14:textId="77777777">
        <w:trPr>
          <w:cantSplit/>
          <w:jc w:val="center"/>
        </w:trPr>
        <w:tc>
          <w:tcPr>
            <w:tcW w:w="0" w:type="auto"/>
          </w:tcPr>
          <w:p w14:paraId="125A2093" w14:textId="77777777" w:rsidR="006E7A08" w:rsidRDefault="00267E76">
            <w:pPr>
              <w:jc w:val="center"/>
            </w:pPr>
            <w:r>
              <w:t>7</w:t>
            </w:r>
          </w:p>
        </w:tc>
        <w:tc>
          <w:tcPr>
            <w:tcW w:w="0" w:type="auto"/>
          </w:tcPr>
          <w:p w14:paraId="26A06A64" w14:textId="77777777" w:rsidR="006E7A08" w:rsidRPr="00C45EE6" w:rsidRDefault="00267E76">
            <w:pPr>
              <w:rPr>
                <w:lang w:val="ru-RU"/>
              </w:rPr>
            </w:pPr>
            <w:r w:rsidRPr="00C45EE6">
              <w:rPr>
                <w:lang w:val="ru-RU"/>
              </w:rPr>
              <w:t>Коэффициент использования теплоты топлива (комбинированная выработка)</w:t>
            </w:r>
          </w:p>
        </w:tc>
        <w:tc>
          <w:tcPr>
            <w:tcW w:w="0" w:type="auto"/>
          </w:tcPr>
          <w:p w14:paraId="731E40A3" w14:textId="77777777" w:rsidR="006E7A08" w:rsidRDefault="00267E76">
            <w:r>
              <w:t>%</w:t>
            </w:r>
          </w:p>
        </w:tc>
        <w:tc>
          <w:tcPr>
            <w:tcW w:w="0" w:type="auto"/>
          </w:tcPr>
          <w:p w14:paraId="6AA2A3E6" w14:textId="77777777" w:rsidR="006E7A08" w:rsidRDefault="00267E76">
            <w:r>
              <w:t>—</w:t>
            </w:r>
          </w:p>
        </w:tc>
        <w:tc>
          <w:tcPr>
            <w:tcW w:w="0" w:type="auto"/>
          </w:tcPr>
          <w:p w14:paraId="7C76A3F7" w14:textId="77777777" w:rsidR="006E7A08" w:rsidRDefault="00267E76">
            <w:r>
              <w:t>—</w:t>
            </w:r>
          </w:p>
        </w:tc>
        <w:tc>
          <w:tcPr>
            <w:tcW w:w="0" w:type="auto"/>
          </w:tcPr>
          <w:p w14:paraId="6E7D2CC5" w14:textId="77777777" w:rsidR="006E7A08" w:rsidRDefault="00267E76">
            <w:r>
              <w:t>—</w:t>
            </w:r>
          </w:p>
        </w:tc>
      </w:tr>
      <w:tr w:rsidR="006E7A08" w14:paraId="173ECED2" w14:textId="77777777">
        <w:trPr>
          <w:cantSplit/>
          <w:jc w:val="center"/>
        </w:trPr>
        <w:tc>
          <w:tcPr>
            <w:tcW w:w="0" w:type="auto"/>
          </w:tcPr>
          <w:p w14:paraId="4404D802" w14:textId="77777777" w:rsidR="006E7A08" w:rsidRDefault="00267E76">
            <w:pPr>
              <w:jc w:val="center"/>
            </w:pPr>
            <w:r>
              <w:t>8</w:t>
            </w:r>
          </w:p>
        </w:tc>
        <w:tc>
          <w:tcPr>
            <w:tcW w:w="0" w:type="auto"/>
          </w:tcPr>
          <w:p w14:paraId="08DF979A" w14:textId="77777777" w:rsidR="006E7A08" w:rsidRPr="00C45EE6" w:rsidRDefault="00267E76">
            <w:pPr>
              <w:rPr>
                <w:lang w:val="ru-RU"/>
              </w:rPr>
            </w:pPr>
            <w:r w:rsidRPr="00C45EE6">
              <w:rPr>
                <w:lang w:val="ru-RU"/>
              </w:rPr>
              <w:t>Доля отпуска тепловой энергии по приборам учёта</w:t>
            </w:r>
          </w:p>
        </w:tc>
        <w:tc>
          <w:tcPr>
            <w:tcW w:w="0" w:type="auto"/>
          </w:tcPr>
          <w:p w14:paraId="04C79E61" w14:textId="77777777" w:rsidR="006E7A08" w:rsidRDefault="00267E76">
            <w:r>
              <w:t>%</w:t>
            </w:r>
          </w:p>
        </w:tc>
        <w:tc>
          <w:tcPr>
            <w:tcW w:w="0" w:type="auto"/>
          </w:tcPr>
          <w:p w14:paraId="7913A1E3" w14:textId="77777777" w:rsidR="006E7A08" w:rsidRDefault="006E7A08"/>
        </w:tc>
        <w:tc>
          <w:tcPr>
            <w:tcW w:w="0" w:type="auto"/>
          </w:tcPr>
          <w:p w14:paraId="01367994" w14:textId="77777777" w:rsidR="006E7A08" w:rsidRDefault="006E7A08"/>
        </w:tc>
        <w:tc>
          <w:tcPr>
            <w:tcW w:w="0" w:type="auto"/>
          </w:tcPr>
          <w:p w14:paraId="21E2DCD6" w14:textId="77777777" w:rsidR="006E7A08" w:rsidRDefault="006E7A08"/>
        </w:tc>
      </w:tr>
      <w:tr w:rsidR="006E7A08" w14:paraId="49959BA6" w14:textId="77777777">
        <w:trPr>
          <w:cantSplit/>
          <w:jc w:val="center"/>
        </w:trPr>
        <w:tc>
          <w:tcPr>
            <w:tcW w:w="0" w:type="auto"/>
          </w:tcPr>
          <w:p w14:paraId="5F90FB6F" w14:textId="77777777" w:rsidR="006E7A08" w:rsidRDefault="00267E76">
            <w:pPr>
              <w:jc w:val="center"/>
            </w:pPr>
            <w:r>
              <w:t>9</w:t>
            </w:r>
          </w:p>
        </w:tc>
        <w:tc>
          <w:tcPr>
            <w:tcW w:w="0" w:type="auto"/>
          </w:tcPr>
          <w:p w14:paraId="580AA8CD" w14:textId="77777777" w:rsidR="006E7A08" w:rsidRPr="00C45EE6" w:rsidRDefault="00267E76">
            <w:pPr>
              <w:rPr>
                <w:lang w:val="ru-RU"/>
              </w:rPr>
            </w:pPr>
            <w:r w:rsidRPr="00C45EE6">
              <w:rPr>
                <w:lang w:val="ru-RU"/>
              </w:rPr>
              <w:t>Средневзвешенный срок эксплуатации тепловых сетей</w:t>
            </w:r>
          </w:p>
        </w:tc>
        <w:tc>
          <w:tcPr>
            <w:tcW w:w="0" w:type="auto"/>
          </w:tcPr>
          <w:p w14:paraId="2BFAAFF8" w14:textId="77777777" w:rsidR="006E7A08" w:rsidRDefault="00267E76">
            <w:r>
              <w:t>лет</w:t>
            </w:r>
          </w:p>
        </w:tc>
        <w:tc>
          <w:tcPr>
            <w:tcW w:w="0" w:type="auto"/>
          </w:tcPr>
          <w:p w14:paraId="4B3D7B5C" w14:textId="77777777" w:rsidR="006E7A08" w:rsidRDefault="00267E76">
            <w:pPr>
              <w:jc w:val="center"/>
            </w:pPr>
            <w:r>
              <w:t>44,1</w:t>
            </w:r>
          </w:p>
        </w:tc>
        <w:tc>
          <w:tcPr>
            <w:tcW w:w="0" w:type="auto"/>
          </w:tcPr>
          <w:p w14:paraId="10B25017" w14:textId="77777777" w:rsidR="006E7A08" w:rsidRDefault="00267E76">
            <w:pPr>
              <w:jc w:val="center"/>
            </w:pPr>
            <w:r>
              <w:t>49,1</w:t>
            </w:r>
          </w:p>
        </w:tc>
        <w:tc>
          <w:tcPr>
            <w:tcW w:w="0" w:type="auto"/>
          </w:tcPr>
          <w:p w14:paraId="23B749C4" w14:textId="77777777" w:rsidR="006E7A08" w:rsidRDefault="00267E76">
            <w:pPr>
              <w:jc w:val="center"/>
            </w:pPr>
            <w:r>
              <w:t>54,1</w:t>
            </w:r>
          </w:p>
        </w:tc>
      </w:tr>
    </w:tbl>
    <w:p w14:paraId="0B811908" w14:textId="77777777" w:rsidR="006E7A08" w:rsidRDefault="006E7A08"/>
    <w:p w14:paraId="72AA06B2" w14:textId="77777777" w:rsidR="006E7A08" w:rsidRPr="00C45EE6" w:rsidRDefault="00267E76">
      <w:pPr>
        <w:keepNext/>
        <w:keepLines/>
        <w:rPr>
          <w:lang w:val="ru-RU"/>
        </w:rPr>
      </w:pPr>
      <w:r w:rsidRPr="00C45EE6">
        <w:rPr>
          <w:b/>
          <w:lang w:val="ru-RU"/>
        </w:rPr>
        <w:t>Таблица 14.5 — Индикаторы развития системы теплоснабжения — пгт Темиртау (лист «Таблица 14.1» расчётной книги)</w:t>
      </w:r>
    </w:p>
    <w:tbl>
      <w:tblPr>
        <w:tblStyle w:val="aff0"/>
        <w:tblW w:w="5000" w:type="pct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88"/>
        <w:gridCol w:w="5646"/>
        <w:gridCol w:w="1258"/>
        <w:gridCol w:w="1029"/>
        <w:gridCol w:w="1029"/>
        <w:gridCol w:w="1029"/>
      </w:tblGrid>
      <w:tr w:rsidR="006E7A08" w:rsidRPr="004D1FEB" w14:paraId="3DD5D7B3" w14:textId="77777777">
        <w:trPr>
          <w:cantSplit/>
          <w:tblHeader/>
          <w:jc w:val="center"/>
        </w:trPr>
        <w:tc>
          <w:tcPr>
            <w:tcW w:w="0" w:type="auto"/>
            <w:vMerge w:val="restart"/>
            <w:shd w:val="clear" w:color="auto" w:fill="E2F0D9"/>
            <w:vAlign w:val="center"/>
          </w:tcPr>
          <w:p w14:paraId="7FCFBCBE" w14:textId="77777777" w:rsidR="006E7A08" w:rsidRDefault="00267E76">
            <w:pPr>
              <w:jc w:val="center"/>
            </w:pPr>
            <w:r>
              <w:rPr>
                <w:b/>
              </w:rPr>
              <w:t>№ пп</w:t>
            </w:r>
          </w:p>
        </w:tc>
        <w:tc>
          <w:tcPr>
            <w:tcW w:w="0" w:type="auto"/>
            <w:vMerge w:val="restart"/>
            <w:shd w:val="clear" w:color="auto" w:fill="E2F0D9"/>
            <w:vAlign w:val="center"/>
          </w:tcPr>
          <w:p w14:paraId="5F88BC62" w14:textId="77777777" w:rsidR="006E7A08" w:rsidRDefault="00267E76">
            <w:pPr>
              <w:jc w:val="center"/>
            </w:pPr>
            <w:r>
              <w:rPr>
                <w:b/>
              </w:rPr>
              <w:t>Индикаторы развития системы теплоснабжения</w:t>
            </w:r>
          </w:p>
        </w:tc>
        <w:tc>
          <w:tcPr>
            <w:tcW w:w="0" w:type="auto"/>
            <w:vMerge w:val="restart"/>
            <w:shd w:val="clear" w:color="auto" w:fill="E2F0D9"/>
            <w:vAlign w:val="center"/>
          </w:tcPr>
          <w:p w14:paraId="1BAFE314" w14:textId="77777777" w:rsidR="006E7A08" w:rsidRDefault="00267E76">
            <w:pPr>
              <w:jc w:val="center"/>
            </w:pPr>
            <w:r>
              <w:rPr>
                <w:b/>
              </w:rPr>
              <w:t>Ед. изм.</w:t>
            </w:r>
          </w:p>
        </w:tc>
        <w:tc>
          <w:tcPr>
            <w:tcW w:w="0" w:type="auto"/>
            <w:gridSpan w:val="3"/>
            <w:shd w:val="clear" w:color="auto" w:fill="E2F0D9"/>
            <w:vAlign w:val="center"/>
          </w:tcPr>
          <w:p w14:paraId="45A74A2F" w14:textId="77777777" w:rsidR="006E7A08" w:rsidRPr="00C45EE6" w:rsidRDefault="00267E76">
            <w:pPr>
              <w:jc w:val="center"/>
              <w:rPr>
                <w:lang w:val="ru-RU"/>
              </w:rPr>
            </w:pPr>
            <w:r w:rsidRPr="00C45EE6">
              <w:rPr>
                <w:b/>
                <w:lang w:val="ru-RU"/>
              </w:rPr>
              <w:t>Показатель по этапам развития схемы ТС</w:t>
            </w:r>
          </w:p>
        </w:tc>
      </w:tr>
      <w:tr w:rsidR="006E7A08" w14:paraId="01930361" w14:textId="77777777">
        <w:trPr>
          <w:cantSplit/>
          <w:tblHeader/>
          <w:jc w:val="center"/>
        </w:trPr>
        <w:tc>
          <w:tcPr>
            <w:tcW w:w="0" w:type="auto"/>
            <w:vMerge/>
            <w:shd w:val="clear" w:color="auto" w:fill="E2F0D9"/>
            <w:vAlign w:val="center"/>
          </w:tcPr>
          <w:p w14:paraId="4FC0B3B6" w14:textId="77777777" w:rsidR="006E7A08" w:rsidRPr="00C45EE6" w:rsidRDefault="006E7A08">
            <w:pPr>
              <w:jc w:val="center"/>
              <w:rPr>
                <w:lang w:val="ru-RU"/>
              </w:rPr>
            </w:pPr>
          </w:p>
        </w:tc>
        <w:tc>
          <w:tcPr>
            <w:tcW w:w="0" w:type="auto"/>
            <w:vMerge/>
            <w:shd w:val="clear" w:color="auto" w:fill="E2F0D9"/>
            <w:vAlign w:val="center"/>
          </w:tcPr>
          <w:p w14:paraId="2EBB241C" w14:textId="77777777" w:rsidR="006E7A08" w:rsidRPr="00C45EE6" w:rsidRDefault="006E7A08">
            <w:pPr>
              <w:jc w:val="center"/>
              <w:rPr>
                <w:lang w:val="ru-RU"/>
              </w:rPr>
            </w:pPr>
          </w:p>
        </w:tc>
        <w:tc>
          <w:tcPr>
            <w:tcW w:w="0" w:type="auto"/>
            <w:vMerge/>
            <w:shd w:val="clear" w:color="auto" w:fill="E2F0D9"/>
            <w:vAlign w:val="center"/>
          </w:tcPr>
          <w:p w14:paraId="5C651B97" w14:textId="77777777" w:rsidR="006E7A08" w:rsidRPr="00C45EE6" w:rsidRDefault="006E7A08">
            <w:pPr>
              <w:jc w:val="center"/>
              <w:rPr>
                <w:lang w:val="ru-RU"/>
              </w:rPr>
            </w:pPr>
          </w:p>
        </w:tc>
        <w:tc>
          <w:tcPr>
            <w:tcW w:w="0" w:type="auto"/>
            <w:shd w:val="clear" w:color="auto" w:fill="E2F0D9"/>
            <w:vAlign w:val="center"/>
          </w:tcPr>
          <w:p w14:paraId="2DE04C65" w14:textId="77777777" w:rsidR="006E7A08" w:rsidRDefault="00267E76">
            <w:pPr>
              <w:jc w:val="center"/>
            </w:pPr>
            <w:r>
              <w:rPr>
                <w:b/>
              </w:rPr>
              <w:t>2026</w:t>
            </w:r>
          </w:p>
        </w:tc>
        <w:tc>
          <w:tcPr>
            <w:tcW w:w="0" w:type="auto"/>
            <w:shd w:val="clear" w:color="auto" w:fill="E2F0D9"/>
            <w:vAlign w:val="center"/>
          </w:tcPr>
          <w:p w14:paraId="10DF7EAF" w14:textId="77777777" w:rsidR="006E7A08" w:rsidRDefault="00267E76">
            <w:pPr>
              <w:jc w:val="center"/>
            </w:pPr>
            <w:r>
              <w:rPr>
                <w:b/>
              </w:rPr>
              <w:t>2031</w:t>
            </w:r>
          </w:p>
        </w:tc>
        <w:tc>
          <w:tcPr>
            <w:tcW w:w="0" w:type="auto"/>
            <w:shd w:val="clear" w:color="auto" w:fill="E2F0D9"/>
            <w:vAlign w:val="center"/>
          </w:tcPr>
          <w:p w14:paraId="690BB7B1" w14:textId="77777777" w:rsidR="006E7A08" w:rsidRDefault="00267E76">
            <w:pPr>
              <w:jc w:val="center"/>
            </w:pPr>
            <w:r>
              <w:rPr>
                <w:b/>
              </w:rPr>
              <w:t>2036</w:t>
            </w:r>
          </w:p>
        </w:tc>
      </w:tr>
      <w:tr w:rsidR="006E7A08" w14:paraId="133F8DE5" w14:textId="77777777">
        <w:trPr>
          <w:cantSplit/>
          <w:tblHeader/>
          <w:jc w:val="center"/>
        </w:trPr>
        <w:tc>
          <w:tcPr>
            <w:tcW w:w="0" w:type="auto"/>
            <w:shd w:val="clear" w:color="auto" w:fill="F2F2F2"/>
            <w:vAlign w:val="center"/>
          </w:tcPr>
          <w:p w14:paraId="7FF5604C" w14:textId="77777777" w:rsidR="006E7A08" w:rsidRDefault="00267E76">
            <w:pPr>
              <w:jc w:val="center"/>
            </w:pPr>
            <w:r>
              <w:t>1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037C4F6E" w14:textId="77777777" w:rsidR="006E7A08" w:rsidRDefault="00267E76">
            <w:pPr>
              <w:jc w:val="center"/>
            </w:pPr>
            <w:r>
              <w:t>2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52FFEBBA" w14:textId="77777777" w:rsidR="006E7A08" w:rsidRDefault="00267E76">
            <w:pPr>
              <w:jc w:val="center"/>
            </w:pPr>
            <w:r>
              <w:t>3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3F032453" w14:textId="77777777" w:rsidR="006E7A08" w:rsidRDefault="00267E76">
            <w:pPr>
              <w:jc w:val="center"/>
            </w:pPr>
            <w:r>
              <w:t>4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76955140" w14:textId="77777777" w:rsidR="006E7A08" w:rsidRDefault="00267E76">
            <w:pPr>
              <w:jc w:val="center"/>
            </w:pPr>
            <w:r>
              <w:t>5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595B00EE" w14:textId="77777777" w:rsidR="006E7A08" w:rsidRDefault="00267E76">
            <w:pPr>
              <w:jc w:val="center"/>
            </w:pPr>
            <w:r>
              <w:t>6</w:t>
            </w:r>
          </w:p>
        </w:tc>
      </w:tr>
      <w:tr w:rsidR="006E7A08" w14:paraId="0B5040E2" w14:textId="77777777">
        <w:trPr>
          <w:cantSplit/>
          <w:jc w:val="center"/>
        </w:trPr>
        <w:tc>
          <w:tcPr>
            <w:tcW w:w="0" w:type="auto"/>
          </w:tcPr>
          <w:p w14:paraId="08333F18" w14:textId="77777777" w:rsidR="006E7A08" w:rsidRDefault="00267E76">
            <w:pPr>
              <w:jc w:val="center"/>
            </w:pPr>
            <w:r>
              <w:t>1</w:t>
            </w:r>
          </w:p>
        </w:tc>
        <w:tc>
          <w:tcPr>
            <w:tcW w:w="0" w:type="auto"/>
          </w:tcPr>
          <w:p w14:paraId="31083856" w14:textId="77777777" w:rsidR="006E7A08" w:rsidRPr="00C45EE6" w:rsidRDefault="00267E76">
            <w:pPr>
              <w:rPr>
                <w:lang w:val="ru-RU"/>
              </w:rPr>
            </w:pPr>
            <w:r w:rsidRPr="00C45EE6">
              <w:rPr>
                <w:lang w:val="ru-RU"/>
              </w:rPr>
              <w:t>Количество прекращений подачи тепловой энергии в результате технологических нарушений на тепловых сетях</w:t>
            </w:r>
          </w:p>
        </w:tc>
        <w:tc>
          <w:tcPr>
            <w:tcW w:w="0" w:type="auto"/>
          </w:tcPr>
          <w:p w14:paraId="2366130F" w14:textId="77777777" w:rsidR="006E7A08" w:rsidRDefault="00267E76">
            <w:r>
              <w:t>ед.</w:t>
            </w:r>
          </w:p>
        </w:tc>
        <w:tc>
          <w:tcPr>
            <w:tcW w:w="0" w:type="auto"/>
          </w:tcPr>
          <w:p w14:paraId="1DF5FBCC" w14:textId="77777777" w:rsidR="006E7A08" w:rsidRDefault="00267E76">
            <w:pPr>
              <w:jc w:val="center"/>
            </w:pPr>
            <w:r>
              <w:t>0</w:t>
            </w:r>
          </w:p>
        </w:tc>
        <w:tc>
          <w:tcPr>
            <w:tcW w:w="0" w:type="auto"/>
          </w:tcPr>
          <w:p w14:paraId="00C97052" w14:textId="77777777" w:rsidR="006E7A08" w:rsidRDefault="00267E76">
            <w:pPr>
              <w:jc w:val="center"/>
            </w:pPr>
            <w:r>
              <w:t>0</w:t>
            </w:r>
          </w:p>
        </w:tc>
        <w:tc>
          <w:tcPr>
            <w:tcW w:w="0" w:type="auto"/>
          </w:tcPr>
          <w:p w14:paraId="4AE69789" w14:textId="77777777" w:rsidR="006E7A08" w:rsidRDefault="00267E76">
            <w:pPr>
              <w:jc w:val="center"/>
            </w:pPr>
            <w:r>
              <w:t>0</w:t>
            </w:r>
          </w:p>
        </w:tc>
      </w:tr>
      <w:tr w:rsidR="006E7A08" w14:paraId="1A1DA274" w14:textId="77777777">
        <w:trPr>
          <w:cantSplit/>
          <w:jc w:val="center"/>
        </w:trPr>
        <w:tc>
          <w:tcPr>
            <w:tcW w:w="0" w:type="auto"/>
          </w:tcPr>
          <w:p w14:paraId="20D5E270" w14:textId="77777777" w:rsidR="006E7A08" w:rsidRDefault="00267E76">
            <w:pPr>
              <w:jc w:val="center"/>
            </w:pPr>
            <w:r>
              <w:t>2</w:t>
            </w:r>
          </w:p>
        </w:tc>
        <w:tc>
          <w:tcPr>
            <w:tcW w:w="0" w:type="auto"/>
          </w:tcPr>
          <w:p w14:paraId="485CAF57" w14:textId="77777777" w:rsidR="006E7A08" w:rsidRPr="00C45EE6" w:rsidRDefault="00267E76">
            <w:pPr>
              <w:rPr>
                <w:lang w:val="ru-RU"/>
              </w:rPr>
            </w:pPr>
            <w:r w:rsidRPr="00C45EE6">
              <w:rPr>
                <w:lang w:val="ru-RU"/>
              </w:rPr>
              <w:t>Количество прекращений подачи тепловой энергии в результате технологических нарушений на источниках тепловой энергии</w:t>
            </w:r>
          </w:p>
        </w:tc>
        <w:tc>
          <w:tcPr>
            <w:tcW w:w="0" w:type="auto"/>
          </w:tcPr>
          <w:p w14:paraId="26BF6F7A" w14:textId="77777777" w:rsidR="006E7A08" w:rsidRDefault="00267E76">
            <w:r>
              <w:t>ед.</w:t>
            </w:r>
          </w:p>
        </w:tc>
        <w:tc>
          <w:tcPr>
            <w:tcW w:w="0" w:type="auto"/>
          </w:tcPr>
          <w:p w14:paraId="1924711E" w14:textId="77777777" w:rsidR="006E7A08" w:rsidRDefault="00267E76">
            <w:pPr>
              <w:jc w:val="center"/>
            </w:pPr>
            <w:r>
              <w:t>0</w:t>
            </w:r>
          </w:p>
        </w:tc>
        <w:tc>
          <w:tcPr>
            <w:tcW w:w="0" w:type="auto"/>
          </w:tcPr>
          <w:p w14:paraId="26143E8D" w14:textId="77777777" w:rsidR="006E7A08" w:rsidRDefault="00267E76">
            <w:pPr>
              <w:jc w:val="center"/>
            </w:pPr>
            <w:r>
              <w:t>0</w:t>
            </w:r>
          </w:p>
        </w:tc>
        <w:tc>
          <w:tcPr>
            <w:tcW w:w="0" w:type="auto"/>
          </w:tcPr>
          <w:p w14:paraId="71B078F7" w14:textId="77777777" w:rsidR="006E7A08" w:rsidRDefault="00267E76">
            <w:pPr>
              <w:jc w:val="center"/>
            </w:pPr>
            <w:r>
              <w:t>0</w:t>
            </w:r>
          </w:p>
        </w:tc>
      </w:tr>
      <w:tr w:rsidR="006E7A08" w14:paraId="65BBB7E8" w14:textId="77777777">
        <w:trPr>
          <w:cantSplit/>
          <w:jc w:val="center"/>
        </w:trPr>
        <w:tc>
          <w:tcPr>
            <w:tcW w:w="0" w:type="auto"/>
          </w:tcPr>
          <w:p w14:paraId="7DEE0664" w14:textId="77777777" w:rsidR="006E7A08" w:rsidRDefault="00267E76">
            <w:pPr>
              <w:jc w:val="center"/>
            </w:pPr>
            <w:r>
              <w:t>3</w:t>
            </w:r>
          </w:p>
        </w:tc>
        <w:tc>
          <w:tcPr>
            <w:tcW w:w="0" w:type="auto"/>
          </w:tcPr>
          <w:p w14:paraId="2F782AC2" w14:textId="77777777" w:rsidR="006E7A08" w:rsidRPr="00C45EE6" w:rsidRDefault="00267E76">
            <w:pPr>
              <w:rPr>
                <w:lang w:val="ru-RU"/>
              </w:rPr>
            </w:pPr>
            <w:r w:rsidRPr="00C45EE6">
              <w:rPr>
                <w:lang w:val="ru-RU"/>
              </w:rPr>
              <w:t>Удельный расход условного топлива на единицу тепловой энергии, отпускаемой с коллекторов источников</w:t>
            </w:r>
          </w:p>
        </w:tc>
        <w:tc>
          <w:tcPr>
            <w:tcW w:w="0" w:type="auto"/>
          </w:tcPr>
          <w:p w14:paraId="300D14D7" w14:textId="77777777" w:rsidR="006E7A08" w:rsidRDefault="00267E76">
            <w:r>
              <w:t>кг у.т./Гкал</w:t>
            </w:r>
          </w:p>
        </w:tc>
        <w:tc>
          <w:tcPr>
            <w:tcW w:w="0" w:type="auto"/>
          </w:tcPr>
          <w:p w14:paraId="00E55713" w14:textId="77777777" w:rsidR="006E7A08" w:rsidRDefault="00267E76">
            <w:pPr>
              <w:jc w:val="center"/>
            </w:pPr>
            <w:r>
              <w:t>189,21</w:t>
            </w:r>
          </w:p>
        </w:tc>
        <w:tc>
          <w:tcPr>
            <w:tcW w:w="0" w:type="auto"/>
          </w:tcPr>
          <w:p w14:paraId="794A14A5" w14:textId="77777777" w:rsidR="006E7A08" w:rsidRDefault="00267E76">
            <w:pPr>
              <w:jc w:val="center"/>
            </w:pPr>
            <w:r>
              <w:t>189,21</w:t>
            </w:r>
          </w:p>
        </w:tc>
        <w:tc>
          <w:tcPr>
            <w:tcW w:w="0" w:type="auto"/>
          </w:tcPr>
          <w:p w14:paraId="2A06E63F" w14:textId="77777777" w:rsidR="006E7A08" w:rsidRDefault="00267E76">
            <w:pPr>
              <w:jc w:val="center"/>
            </w:pPr>
            <w:r>
              <w:t>189,21</w:t>
            </w:r>
          </w:p>
        </w:tc>
      </w:tr>
      <w:tr w:rsidR="006E7A08" w14:paraId="6B0955B6" w14:textId="77777777">
        <w:trPr>
          <w:cantSplit/>
          <w:jc w:val="center"/>
        </w:trPr>
        <w:tc>
          <w:tcPr>
            <w:tcW w:w="0" w:type="auto"/>
          </w:tcPr>
          <w:p w14:paraId="6D8B21E2" w14:textId="77777777" w:rsidR="006E7A08" w:rsidRDefault="00267E76">
            <w:pPr>
              <w:jc w:val="center"/>
            </w:pPr>
            <w:r>
              <w:t>4</w:t>
            </w:r>
          </w:p>
        </w:tc>
        <w:tc>
          <w:tcPr>
            <w:tcW w:w="0" w:type="auto"/>
          </w:tcPr>
          <w:p w14:paraId="0D9FDCCE" w14:textId="77777777" w:rsidR="006E7A08" w:rsidRPr="00C45EE6" w:rsidRDefault="00267E76">
            <w:pPr>
              <w:rPr>
                <w:lang w:val="ru-RU"/>
              </w:rPr>
            </w:pPr>
            <w:r w:rsidRPr="00C45EE6">
              <w:rPr>
                <w:lang w:val="ru-RU"/>
              </w:rPr>
              <w:t>Отношение технологических потерь тепловой энергии к материальной характеристике тепловой сети</w:t>
            </w:r>
          </w:p>
        </w:tc>
        <w:tc>
          <w:tcPr>
            <w:tcW w:w="0" w:type="auto"/>
          </w:tcPr>
          <w:p w14:paraId="48E68E7F" w14:textId="77777777" w:rsidR="006E7A08" w:rsidRDefault="00267E76">
            <w:r>
              <w:t>Гкал/(ч·м²)</w:t>
            </w:r>
          </w:p>
        </w:tc>
        <w:tc>
          <w:tcPr>
            <w:tcW w:w="0" w:type="auto"/>
          </w:tcPr>
          <w:p w14:paraId="4FF578CD" w14:textId="77777777" w:rsidR="006E7A08" w:rsidRDefault="006E7A08"/>
        </w:tc>
        <w:tc>
          <w:tcPr>
            <w:tcW w:w="0" w:type="auto"/>
          </w:tcPr>
          <w:p w14:paraId="17282213" w14:textId="77777777" w:rsidR="006E7A08" w:rsidRDefault="006E7A08"/>
        </w:tc>
        <w:tc>
          <w:tcPr>
            <w:tcW w:w="0" w:type="auto"/>
          </w:tcPr>
          <w:p w14:paraId="79AFDEF5" w14:textId="77777777" w:rsidR="006E7A08" w:rsidRDefault="006E7A08"/>
        </w:tc>
      </w:tr>
      <w:tr w:rsidR="006E7A08" w14:paraId="0E53A482" w14:textId="77777777">
        <w:trPr>
          <w:cantSplit/>
          <w:jc w:val="center"/>
        </w:trPr>
        <w:tc>
          <w:tcPr>
            <w:tcW w:w="0" w:type="auto"/>
          </w:tcPr>
          <w:p w14:paraId="602A18EE" w14:textId="77777777" w:rsidR="006E7A08" w:rsidRDefault="00267E76">
            <w:pPr>
              <w:jc w:val="center"/>
            </w:pPr>
            <w:r>
              <w:t>5</w:t>
            </w:r>
          </w:p>
        </w:tc>
        <w:tc>
          <w:tcPr>
            <w:tcW w:w="0" w:type="auto"/>
          </w:tcPr>
          <w:p w14:paraId="4A0B5F5E" w14:textId="77777777" w:rsidR="006E7A08" w:rsidRPr="00C45EE6" w:rsidRDefault="00267E76">
            <w:pPr>
              <w:rPr>
                <w:lang w:val="ru-RU"/>
              </w:rPr>
            </w:pPr>
            <w:r w:rsidRPr="00C45EE6">
              <w:rPr>
                <w:lang w:val="ru-RU"/>
              </w:rPr>
              <w:t>Удельная материальная характеристика тепловых сетей, приведённая к расчётной тепловой нагрузке</w:t>
            </w:r>
          </w:p>
        </w:tc>
        <w:tc>
          <w:tcPr>
            <w:tcW w:w="0" w:type="auto"/>
          </w:tcPr>
          <w:p w14:paraId="31566B1F" w14:textId="77777777" w:rsidR="006E7A08" w:rsidRDefault="00267E76">
            <w:r>
              <w:t>м²·ч/Гкал</w:t>
            </w:r>
          </w:p>
        </w:tc>
        <w:tc>
          <w:tcPr>
            <w:tcW w:w="0" w:type="auto"/>
          </w:tcPr>
          <w:p w14:paraId="5B585329" w14:textId="77777777" w:rsidR="006E7A08" w:rsidRDefault="00267E76">
            <w:pPr>
              <w:jc w:val="center"/>
            </w:pPr>
            <w:r>
              <w:t>515,02</w:t>
            </w:r>
          </w:p>
        </w:tc>
        <w:tc>
          <w:tcPr>
            <w:tcW w:w="0" w:type="auto"/>
          </w:tcPr>
          <w:p w14:paraId="667B2FFF" w14:textId="77777777" w:rsidR="006E7A08" w:rsidRDefault="00267E76">
            <w:pPr>
              <w:jc w:val="center"/>
            </w:pPr>
            <w:r>
              <w:t>515,02</w:t>
            </w:r>
          </w:p>
        </w:tc>
        <w:tc>
          <w:tcPr>
            <w:tcW w:w="0" w:type="auto"/>
          </w:tcPr>
          <w:p w14:paraId="1EED3D41" w14:textId="77777777" w:rsidR="006E7A08" w:rsidRDefault="00267E76">
            <w:pPr>
              <w:jc w:val="center"/>
            </w:pPr>
            <w:r>
              <w:t>515,02</w:t>
            </w:r>
          </w:p>
        </w:tc>
      </w:tr>
      <w:tr w:rsidR="006E7A08" w14:paraId="4F5BCE9A" w14:textId="77777777">
        <w:trPr>
          <w:cantSplit/>
          <w:jc w:val="center"/>
        </w:trPr>
        <w:tc>
          <w:tcPr>
            <w:tcW w:w="0" w:type="auto"/>
          </w:tcPr>
          <w:p w14:paraId="39DAC40D" w14:textId="77777777" w:rsidR="006E7A08" w:rsidRDefault="00267E76">
            <w:pPr>
              <w:jc w:val="center"/>
            </w:pPr>
            <w:r>
              <w:t>6</w:t>
            </w:r>
          </w:p>
        </w:tc>
        <w:tc>
          <w:tcPr>
            <w:tcW w:w="0" w:type="auto"/>
          </w:tcPr>
          <w:p w14:paraId="18A002BD" w14:textId="77777777" w:rsidR="006E7A08" w:rsidRPr="00C45EE6" w:rsidRDefault="00267E76">
            <w:pPr>
              <w:rPr>
                <w:lang w:val="ru-RU"/>
              </w:rPr>
            </w:pPr>
            <w:r w:rsidRPr="00C45EE6">
              <w:rPr>
                <w:lang w:val="ru-RU"/>
              </w:rPr>
              <w:t>Доля тепловой энергии, выработанной в комбинированном режиме</w:t>
            </w:r>
          </w:p>
        </w:tc>
        <w:tc>
          <w:tcPr>
            <w:tcW w:w="0" w:type="auto"/>
          </w:tcPr>
          <w:p w14:paraId="4D95C23C" w14:textId="77777777" w:rsidR="006E7A08" w:rsidRDefault="00267E76">
            <w:r>
              <w:t>%</w:t>
            </w:r>
          </w:p>
        </w:tc>
        <w:tc>
          <w:tcPr>
            <w:tcW w:w="0" w:type="auto"/>
          </w:tcPr>
          <w:p w14:paraId="05494CC5" w14:textId="77777777" w:rsidR="006E7A08" w:rsidRDefault="00267E76">
            <w:pPr>
              <w:jc w:val="center"/>
            </w:pPr>
            <w:r>
              <w:t>0,0</w:t>
            </w:r>
          </w:p>
        </w:tc>
        <w:tc>
          <w:tcPr>
            <w:tcW w:w="0" w:type="auto"/>
          </w:tcPr>
          <w:p w14:paraId="6812D44A" w14:textId="77777777" w:rsidR="006E7A08" w:rsidRDefault="00267E76">
            <w:pPr>
              <w:jc w:val="center"/>
            </w:pPr>
            <w:r>
              <w:t>0,0</w:t>
            </w:r>
          </w:p>
        </w:tc>
        <w:tc>
          <w:tcPr>
            <w:tcW w:w="0" w:type="auto"/>
          </w:tcPr>
          <w:p w14:paraId="356719F6" w14:textId="77777777" w:rsidR="006E7A08" w:rsidRDefault="00267E76">
            <w:pPr>
              <w:jc w:val="center"/>
            </w:pPr>
            <w:r>
              <w:t>0,0</w:t>
            </w:r>
          </w:p>
        </w:tc>
      </w:tr>
      <w:tr w:rsidR="006E7A08" w14:paraId="29F1E64B" w14:textId="77777777">
        <w:trPr>
          <w:cantSplit/>
          <w:jc w:val="center"/>
        </w:trPr>
        <w:tc>
          <w:tcPr>
            <w:tcW w:w="0" w:type="auto"/>
          </w:tcPr>
          <w:p w14:paraId="1011DACA" w14:textId="77777777" w:rsidR="006E7A08" w:rsidRDefault="00267E76">
            <w:pPr>
              <w:jc w:val="center"/>
            </w:pPr>
            <w:r>
              <w:t>7</w:t>
            </w:r>
          </w:p>
        </w:tc>
        <w:tc>
          <w:tcPr>
            <w:tcW w:w="0" w:type="auto"/>
          </w:tcPr>
          <w:p w14:paraId="18033FFE" w14:textId="77777777" w:rsidR="006E7A08" w:rsidRPr="00C45EE6" w:rsidRDefault="00267E76">
            <w:pPr>
              <w:rPr>
                <w:lang w:val="ru-RU"/>
              </w:rPr>
            </w:pPr>
            <w:r w:rsidRPr="00C45EE6">
              <w:rPr>
                <w:lang w:val="ru-RU"/>
              </w:rPr>
              <w:t>Коэффициент использования теплоты топлива (комбинированная выработка)</w:t>
            </w:r>
          </w:p>
        </w:tc>
        <w:tc>
          <w:tcPr>
            <w:tcW w:w="0" w:type="auto"/>
          </w:tcPr>
          <w:p w14:paraId="4FBAA720" w14:textId="77777777" w:rsidR="006E7A08" w:rsidRDefault="00267E76">
            <w:r>
              <w:t>%</w:t>
            </w:r>
          </w:p>
        </w:tc>
        <w:tc>
          <w:tcPr>
            <w:tcW w:w="0" w:type="auto"/>
          </w:tcPr>
          <w:p w14:paraId="46AA44C6" w14:textId="77777777" w:rsidR="006E7A08" w:rsidRDefault="00267E76">
            <w:r>
              <w:t>—</w:t>
            </w:r>
          </w:p>
        </w:tc>
        <w:tc>
          <w:tcPr>
            <w:tcW w:w="0" w:type="auto"/>
          </w:tcPr>
          <w:p w14:paraId="0D1D4B15" w14:textId="77777777" w:rsidR="006E7A08" w:rsidRDefault="00267E76">
            <w:r>
              <w:t>—</w:t>
            </w:r>
          </w:p>
        </w:tc>
        <w:tc>
          <w:tcPr>
            <w:tcW w:w="0" w:type="auto"/>
          </w:tcPr>
          <w:p w14:paraId="37D60E5D" w14:textId="77777777" w:rsidR="006E7A08" w:rsidRDefault="00267E76">
            <w:r>
              <w:t>—</w:t>
            </w:r>
          </w:p>
        </w:tc>
      </w:tr>
      <w:tr w:rsidR="006E7A08" w14:paraId="773D03AF" w14:textId="77777777">
        <w:trPr>
          <w:cantSplit/>
          <w:jc w:val="center"/>
        </w:trPr>
        <w:tc>
          <w:tcPr>
            <w:tcW w:w="0" w:type="auto"/>
          </w:tcPr>
          <w:p w14:paraId="401CA34A" w14:textId="77777777" w:rsidR="006E7A08" w:rsidRDefault="00267E76">
            <w:pPr>
              <w:jc w:val="center"/>
            </w:pPr>
            <w:r>
              <w:t>8</w:t>
            </w:r>
          </w:p>
        </w:tc>
        <w:tc>
          <w:tcPr>
            <w:tcW w:w="0" w:type="auto"/>
          </w:tcPr>
          <w:p w14:paraId="25B111C5" w14:textId="77777777" w:rsidR="006E7A08" w:rsidRPr="00C45EE6" w:rsidRDefault="00267E76">
            <w:pPr>
              <w:rPr>
                <w:lang w:val="ru-RU"/>
              </w:rPr>
            </w:pPr>
            <w:r w:rsidRPr="00C45EE6">
              <w:rPr>
                <w:lang w:val="ru-RU"/>
              </w:rPr>
              <w:t>Доля отпуска тепловой энергии по приборам учёта</w:t>
            </w:r>
          </w:p>
        </w:tc>
        <w:tc>
          <w:tcPr>
            <w:tcW w:w="0" w:type="auto"/>
          </w:tcPr>
          <w:p w14:paraId="15037BC6" w14:textId="77777777" w:rsidR="006E7A08" w:rsidRDefault="00267E76">
            <w:r>
              <w:t>%</w:t>
            </w:r>
          </w:p>
        </w:tc>
        <w:tc>
          <w:tcPr>
            <w:tcW w:w="0" w:type="auto"/>
          </w:tcPr>
          <w:p w14:paraId="41B0202A" w14:textId="77777777" w:rsidR="006E7A08" w:rsidRDefault="006E7A08"/>
        </w:tc>
        <w:tc>
          <w:tcPr>
            <w:tcW w:w="0" w:type="auto"/>
          </w:tcPr>
          <w:p w14:paraId="1CCEBECE" w14:textId="77777777" w:rsidR="006E7A08" w:rsidRDefault="006E7A08"/>
        </w:tc>
        <w:tc>
          <w:tcPr>
            <w:tcW w:w="0" w:type="auto"/>
          </w:tcPr>
          <w:p w14:paraId="427AAC9E" w14:textId="77777777" w:rsidR="006E7A08" w:rsidRDefault="006E7A08"/>
        </w:tc>
      </w:tr>
      <w:tr w:rsidR="006E7A08" w14:paraId="7EFFDCF7" w14:textId="77777777">
        <w:trPr>
          <w:cantSplit/>
          <w:jc w:val="center"/>
        </w:trPr>
        <w:tc>
          <w:tcPr>
            <w:tcW w:w="0" w:type="auto"/>
          </w:tcPr>
          <w:p w14:paraId="7AC34C0E" w14:textId="77777777" w:rsidR="006E7A08" w:rsidRDefault="00267E76">
            <w:pPr>
              <w:jc w:val="center"/>
            </w:pPr>
            <w:r>
              <w:t>9</w:t>
            </w:r>
          </w:p>
        </w:tc>
        <w:tc>
          <w:tcPr>
            <w:tcW w:w="0" w:type="auto"/>
          </w:tcPr>
          <w:p w14:paraId="31499C1D" w14:textId="77777777" w:rsidR="006E7A08" w:rsidRPr="00C45EE6" w:rsidRDefault="00267E76">
            <w:pPr>
              <w:rPr>
                <w:lang w:val="ru-RU"/>
              </w:rPr>
            </w:pPr>
            <w:r w:rsidRPr="00C45EE6">
              <w:rPr>
                <w:lang w:val="ru-RU"/>
              </w:rPr>
              <w:t>Средневзвешенный срок эксплуатации тепловых сетей</w:t>
            </w:r>
          </w:p>
        </w:tc>
        <w:tc>
          <w:tcPr>
            <w:tcW w:w="0" w:type="auto"/>
          </w:tcPr>
          <w:p w14:paraId="6FF6D515" w14:textId="77777777" w:rsidR="006E7A08" w:rsidRDefault="00267E76">
            <w:r>
              <w:t>лет</w:t>
            </w:r>
          </w:p>
        </w:tc>
        <w:tc>
          <w:tcPr>
            <w:tcW w:w="0" w:type="auto"/>
          </w:tcPr>
          <w:p w14:paraId="6B596A95" w14:textId="77777777" w:rsidR="006E7A08" w:rsidRDefault="00267E76">
            <w:pPr>
              <w:jc w:val="center"/>
            </w:pPr>
            <w:r>
              <w:t>37,3</w:t>
            </w:r>
          </w:p>
        </w:tc>
        <w:tc>
          <w:tcPr>
            <w:tcW w:w="0" w:type="auto"/>
          </w:tcPr>
          <w:p w14:paraId="605ABBF4" w14:textId="77777777" w:rsidR="006E7A08" w:rsidRDefault="00267E76">
            <w:pPr>
              <w:jc w:val="center"/>
            </w:pPr>
            <w:r>
              <w:t>42,3</w:t>
            </w:r>
          </w:p>
        </w:tc>
        <w:tc>
          <w:tcPr>
            <w:tcW w:w="0" w:type="auto"/>
          </w:tcPr>
          <w:p w14:paraId="13E97A27" w14:textId="77777777" w:rsidR="006E7A08" w:rsidRDefault="00267E76">
            <w:pPr>
              <w:jc w:val="center"/>
            </w:pPr>
            <w:r>
              <w:t>47,3</w:t>
            </w:r>
          </w:p>
        </w:tc>
      </w:tr>
    </w:tbl>
    <w:p w14:paraId="38CCF5C7" w14:textId="77777777" w:rsidR="006E7A08" w:rsidRDefault="006E7A08"/>
    <w:p w14:paraId="29FDAB7C" w14:textId="77777777" w:rsidR="006E7A08" w:rsidRPr="00C45EE6" w:rsidRDefault="00267E76">
      <w:pPr>
        <w:keepNext/>
        <w:keepLines/>
        <w:rPr>
          <w:lang w:val="ru-RU"/>
        </w:rPr>
      </w:pPr>
      <w:r w:rsidRPr="00C45EE6">
        <w:rPr>
          <w:b/>
          <w:lang w:val="ru-RU"/>
        </w:rPr>
        <w:t>Таблица 14.6 — Индикаторы развития системы теплоснабжения — пгт Спасск (лист «Таблица 14.1» расчётной книги)</w:t>
      </w:r>
    </w:p>
    <w:tbl>
      <w:tblPr>
        <w:tblStyle w:val="aff0"/>
        <w:tblW w:w="5000" w:type="pct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88"/>
        <w:gridCol w:w="5646"/>
        <w:gridCol w:w="1258"/>
        <w:gridCol w:w="1029"/>
        <w:gridCol w:w="1029"/>
        <w:gridCol w:w="1029"/>
      </w:tblGrid>
      <w:tr w:rsidR="006E7A08" w:rsidRPr="004D1FEB" w14:paraId="1EB23549" w14:textId="77777777">
        <w:trPr>
          <w:cantSplit/>
          <w:tblHeader/>
          <w:jc w:val="center"/>
        </w:trPr>
        <w:tc>
          <w:tcPr>
            <w:tcW w:w="0" w:type="auto"/>
            <w:vMerge w:val="restart"/>
            <w:shd w:val="clear" w:color="auto" w:fill="E2F0D9"/>
            <w:vAlign w:val="center"/>
          </w:tcPr>
          <w:p w14:paraId="03A885DF" w14:textId="77777777" w:rsidR="006E7A08" w:rsidRDefault="00267E76">
            <w:pPr>
              <w:jc w:val="center"/>
            </w:pPr>
            <w:r>
              <w:rPr>
                <w:b/>
              </w:rPr>
              <w:t>№ пп</w:t>
            </w:r>
          </w:p>
        </w:tc>
        <w:tc>
          <w:tcPr>
            <w:tcW w:w="0" w:type="auto"/>
            <w:vMerge w:val="restart"/>
            <w:shd w:val="clear" w:color="auto" w:fill="E2F0D9"/>
            <w:vAlign w:val="center"/>
          </w:tcPr>
          <w:p w14:paraId="73247CF9" w14:textId="77777777" w:rsidR="006E7A08" w:rsidRDefault="00267E76">
            <w:pPr>
              <w:jc w:val="center"/>
            </w:pPr>
            <w:r>
              <w:rPr>
                <w:b/>
              </w:rPr>
              <w:t>Индикаторы развития системы теплоснабжения</w:t>
            </w:r>
          </w:p>
        </w:tc>
        <w:tc>
          <w:tcPr>
            <w:tcW w:w="0" w:type="auto"/>
            <w:vMerge w:val="restart"/>
            <w:shd w:val="clear" w:color="auto" w:fill="E2F0D9"/>
            <w:vAlign w:val="center"/>
          </w:tcPr>
          <w:p w14:paraId="59DB48CD" w14:textId="77777777" w:rsidR="006E7A08" w:rsidRDefault="00267E76">
            <w:pPr>
              <w:jc w:val="center"/>
            </w:pPr>
            <w:r>
              <w:rPr>
                <w:b/>
              </w:rPr>
              <w:t>Ед. изм.</w:t>
            </w:r>
          </w:p>
        </w:tc>
        <w:tc>
          <w:tcPr>
            <w:tcW w:w="0" w:type="auto"/>
            <w:gridSpan w:val="3"/>
            <w:shd w:val="clear" w:color="auto" w:fill="E2F0D9"/>
            <w:vAlign w:val="center"/>
          </w:tcPr>
          <w:p w14:paraId="4C84D37D" w14:textId="77777777" w:rsidR="006E7A08" w:rsidRPr="00C45EE6" w:rsidRDefault="00267E76">
            <w:pPr>
              <w:jc w:val="center"/>
              <w:rPr>
                <w:lang w:val="ru-RU"/>
              </w:rPr>
            </w:pPr>
            <w:r w:rsidRPr="00C45EE6">
              <w:rPr>
                <w:b/>
                <w:lang w:val="ru-RU"/>
              </w:rPr>
              <w:t>Показатель по этапам развития схемы ТС</w:t>
            </w:r>
          </w:p>
        </w:tc>
      </w:tr>
      <w:tr w:rsidR="006E7A08" w14:paraId="7A750CCE" w14:textId="77777777">
        <w:trPr>
          <w:cantSplit/>
          <w:tblHeader/>
          <w:jc w:val="center"/>
        </w:trPr>
        <w:tc>
          <w:tcPr>
            <w:tcW w:w="0" w:type="auto"/>
            <w:vMerge/>
            <w:shd w:val="clear" w:color="auto" w:fill="E2F0D9"/>
            <w:vAlign w:val="center"/>
          </w:tcPr>
          <w:p w14:paraId="35B2E0F3" w14:textId="77777777" w:rsidR="006E7A08" w:rsidRPr="00C45EE6" w:rsidRDefault="006E7A08">
            <w:pPr>
              <w:jc w:val="center"/>
              <w:rPr>
                <w:lang w:val="ru-RU"/>
              </w:rPr>
            </w:pPr>
          </w:p>
        </w:tc>
        <w:tc>
          <w:tcPr>
            <w:tcW w:w="0" w:type="auto"/>
            <w:vMerge/>
            <w:shd w:val="clear" w:color="auto" w:fill="E2F0D9"/>
            <w:vAlign w:val="center"/>
          </w:tcPr>
          <w:p w14:paraId="2A6CA34B" w14:textId="77777777" w:rsidR="006E7A08" w:rsidRPr="00C45EE6" w:rsidRDefault="006E7A08">
            <w:pPr>
              <w:jc w:val="center"/>
              <w:rPr>
                <w:lang w:val="ru-RU"/>
              </w:rPr>
            </w:pPr>
          </w:p>
        </w:tc>
        <w:tc>
          <w:tcPr>
            <w:tcW w:w="0" w:type="auto"/>
            <w:vMerge/>
            <w:shd w:val="clear" w:color="auto" w:fill="E2F0D9"/>
            <w:vAlign w:val="center"/>
          </w:tcPr>
          <w:p w14:paraId="24C145FF" w14:textId="77777777" w:rsidR="006E7A08" w:rsidRPr="00C45EE6" w:rsidRDefault="006E7A08">
            <w:pPr>
              <w:jc w:val="center"/>
              <w:rPr>
                <w:lang w:val="ru-RU"/>
              </w:rPr>
            </w:pPr>
          </w:p>
        </w:tc>
        <w:tc>
          <w:tcPr>
            <w:tcW w:w="0" w:type="auto"/>
            <w:shd w:val="clear" w:color="auto" w:fill="E2F0D9"/>
            <w:vAlign w:val="center"/>
          </w:tcPr>
          <w:p w14:paraId="25A701A2" w14:textId="77777777" w:rsidR="006E7A08" w:rsidRDefault="00267E76">
            <w:pPr>
              <w:jc w:val="center"/>
            </w:pPr>
            <w:r>
              <w:rPr>
                <w:b/>
              </w:rPr>
              <w:t>2026</w:t>
            </w:r>
          </w:p>
        </w:tc>
        <w:tc>
          <w:tcPr>
            <w:tcW w:w="0" w:type="auto"/>
            <w:shd w:val="clear" w:color="auto" w:fill="E2F0D9"/>
            <w:vAlign w:val="center"/>
          </w:tcPr>
          <w:p w14:paraId="12F66DF5" w14:textId="77777777" w:rsidR="006E7A08" w:rsidRDefault="00267E76">
            <w:pPr>
              <w:jc w:val="center"/>
            </w:pPr>
            <w:r>
              <w:rPr>
                <w:b/>
              </w:rPr>
              <w:t>2031</w:t>
            </w:r>
          </w:p>
        </w:tc>
        <w:tc>
          <w:tcPr>
            <w:tcW w:w="0" w:type="auto"/>
            <w:shd w:val="clear" w:color="auto" w:fill="E2F0D9"/>
            <w:vAlign w:val="center"/>
          </w:tcPr>
          <w:p w14:paraId="12E51C22" w14:textId="77777777" w:rsidR="006E7A08" w:rsidRDefault="00267E76">
            <w:pPr>
              <w:jc w:val="center"/>
            </w:pPr>
            <w:r>
              <w:rPr>
                <w:b/>
              </w:rPr>
              <w:t>2036</w:t>
            </w:r>
          </w:p>
        </w:tc>
      </w:tr>
      <w:tr w:rsidR="006E7A08" w14:paraId="7E28278A" w14:textId="77777777">
        <w:trPr>
          <w:cantSplit/>
          <w:tblHeader/>
          <w:jc w:val="center"/>
        </w:trPr>
        <w:tc>
          <w:tcPr>
            <w:tcW w:w="0" w:type="auto"/>
            <w:shd w:val="clear" w:color="auto" w:fill="F2F2F2"/>
            <w:vAlign w:val="center"/>
          </w:tcPr>
          <w:p w14:paraId="77792D79" w14:textId="77777777" w:rsidR="006E7A08" w:rsidRDefault="00267E76">
            <w:pPr>
              <w:jc w:val="center"/>
            </w:pPr>
            <w:r>
              <w:t>1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7ED277DC" w14:textId="77777777" w:rsidR="006E7A08" w:rsidRDefault="00267E76">
            <w:pPr>
              <w:jc w:val="center"/>
            </w:pPr>
            <w:r>
              <w:t>2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6B4D2B54" w14:textId="77777777" w:rsidR="006E7A08" w:rsidRDefault="00267E76">
            <w:pPr>
              <w:jc w:val="center"/>
            </w:pPr>
            <w:r>
              <w:t>3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0A8431D3" w14:textId="77777777" w:rsidR="006E7A08" w:rsidRDefault="00267E76">
            <w:pPr>
              <w:jc w:val="center"/>
            </w:pPr>
            <w:r>
              <w:t>4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0C782C52" w14:textId="77777777" w:rsidR="006E7A08" w:rsidRDefault="00267E76">
            <w:pPr>
              <w:jc w:val="center"/>
            </w:pPr>
            <w:r>
              <w:t>5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7948EFE5" w14:textId="77777777" w:rsidR="006E7A08" w:rsidRDefault="00267E76">
            <w:pPr>
              <w:jc w:val="center"/>
            </w:pPr>
            <w:r>
              <w:t>6</w:t>
            </w:r>
          </w:p>
        </w:tc>
      </w:tr>
      <w:tr w:rsidR="006E7A08" w14:paraId="0A03B69A" w14:textId="77777777">
        <w:trPr>
          <w:cantSplit/>
          <w:jc w:val="center"/>
        </w:trPr>
        <w:tc>
          <w:tcPr>
            <w:tcW w:w="0" w:type="auto"/>
          </w:tcPr>
          <w:p w14:paraId="6581C301" w14:textId="77777777" w:rsidR="006E7A08" w:rsidRDefault="00267E76">
            <w:pPr>
              <w:jc w:val="center"/>
            </w:pPr>
            <w:r>
              <w:t>1</w:t>
            </w:r>
          </w:p>
        </w:tc>
        <w:tc>
          <w:tcPr>
            <w:tcW w:w="0" w:type="auto"/>
          </w:tcPr>
          <w:p w14:paraId="3E22F087" w14:textId="77777777" w:rsidR="006E7A08" w:rsidRPr="00C45EE6" w:rsidRDefault="00267E76">
            <w:pPr>
              <w:rPr>
                <w:lang w:val="ru-RU"/>
              </w:rPr>
            </w:pPr>
            <w:r w:rsidRPr="00C45EE6">
              <w:rPr>
                <w:lang w:val="ru-RU"/>
              </w:rPr>
              <w:t>Количество прекращений подачи тепловой энергии в результате технологических нарушений на тепловых сетях</w:t>
            </w:r>
          </w:p>
        </w:tc>
        <w:tc>
          <w:tcPr>
            <w:tcW w:w="0" w:type="auto"/>
          </w:tcPr>
          <w:p w14:paraId="5D724BD9" w14:textId="77777777" w:rsidR="006E7A08" w:rsidRDefault="00267E76">
            <w:r>
              <w:t>ед.</w:t>
            </w:r>
          </w:p>
        </w:tc>
        <w:tc>
          <w:tcPr>
            <w:tcW w:w="0" w:type="auto"/>
          </w:tcPr>
          <w:p w14:paraId="04D4B7C0" w14:textId="77777777" w:rsidR="006E7A08" w:rsidRDefault="00267E76">
            <w:pPr>
              <w:jc w:val="center"/>
            </w:pPr>
            <w:r>
              <w:t>0</w:t>
            </w:r>
          </w:p>
        </w:tc>
        <w:tc>
          <w:tcPr>
            <w:tcW w:w="0" w:type="auto"/>
          </w:tcPr>
          <w:p w14:paraId="6F99F426" w14:textId="77777777" w:rsidR="006E7A08" w:rsidRDefault="00267E76">
            <w:pPr>
              <w:jc w:val="center"/>
            </w:pPr>
            <w:r>
              <w:t>0</w:t>
            </w:r>
          </w:p>
        </w:tc>
        <w:tc>
          <w:tcPr>
            <w:tcW w:w="0" w:type="auto"/>
          </w:tcPr>
          <w:p w14:paraId="003846E0" w14:textId="77777777" w:rsidR="006E7A08" w:rsidRDefault="00267E76">
            <w:pPr>
              <w:jc w:val="center"/>
            </w:pPr>
            <w:r>
              <w:t>0</w:t>
            </w:r>
          </w:p>
        </w:tc>
      </w:tr>
      <w:tr w:rsidR="006E7A08" w14:paraId="51A7FA5A" w14:textId="77777777">
        <w:trPr>
          <w:cantSplit/>
          <w:jc w:val="center"/>
        </w:trPr>
        <w:tc>
          <w:tcPr>
            <w:tcW w:w="0" w:type="auto"/>
          </w:tcPr>
          <w:p w14:paraId="4B80E067" w14:textId="77777777" w:rsidR="006E7A08" w:rsidRDefault="00267E76">
            <w:pPr>
              <w:jc w:val="center"/>
            </w:pPr>
            <w:r>
              <w:t>2</w:t>
            </w:r>
          </w:p>
        </w:tc>
        <w:tc>
          <w:tcPr>
            <w:tcW w:w="0" w:type="auto"/>
          </w:tcPr>
          <w:p w14:paraId="2A2DA8F3" w14:textId="77777777" w:rsidR="006E7A08" w:rsidRPr="00C45EE6" w:rsidRDefault="00267E76">
            <w:pPr>
              <w:rPr>
                <w:lang w:val="ru-RU"/>
              </w:rPr>
            </w:pPr>
            <w:r w:rsidRPr="00C45EE6">
              <w:rPr>
                <w:lang w:val="ru-RU"/>
              </w:rPr>
              <w:t>Количество прекращений подачи тепловой энергии в результате технологических нарушений на источниках тепловой энергии</w:t>
            </w:r>
          </w:p>
        </w:tc>
        <w:tc>
          <w:tcPr>
            <w:tcW w:w="0" w:type="auto"/>
          </w:tcPr>
          <w:p w14:paraId="34B73F28" w14:textId="77777777" w:rsidR="006E7A08" w:rsidRDefault="00267E76">
            <w:r>
              <w:t>ед.</w:t>
            </w:r>
          </w:p>
        </w:tc>
        <w:tc>
          <w:tcPr>
            <w:tcW w:w="0" w:type="auto"/>
          </w:tcPr>
          <w:p w14:paraId="74FEA2F1" w14:textId="77777777" w:rsidR="006E7A08" w:rsidRDefault="00267E76">
            <w:pPr>
              <w:jc w:val="center"/>
            </w:pPr>
            <w:r>
              <w:t>0</w:t>
            </w:r>
          </w:p>
        </w:tc>
        <w:tc>
          <w:tcPr>
            <w:tcW w:w="0" w:type="auto"/>
          </w:tcPr>
          <w:p w14:paraId="67BDE757" w14:textId="77777777" w:rsidR="006E7A08" w:rsidRDefault="00267E76">
            <w:pPr>
              <w:jc w:val="center"/>
            </w:pPr>
            <w:r>
              <w:t>0</w:t>
            </w:r>
          </w:p>
        </w:tc>
        <w:tc>
          <w:tcPr>
            <w:tcW w:w="0" w:type="auto"/>
          </w:tcPr>
          <w:p w14:paraId="7B60F51B" w14:textId="77777777" w:rsidR="006E7A08" w:rsidRDefault="00267E76">
            <w:pPr>
              <w:jc w:val="center"/>
            </w:pPr>
            <w:r>
              <w:t>0</w:t>
            </w:r>
          </w:p>
        </w:tc>
      </w:tr>
      <w:tr w:rsidR="006E7A08" w14:paraId="59277A1B" w14:textId="77777777">
        <w:trPr>
          <w:cantSplit/>
          <w:jc w:val="center"/>
        </w:trPr>
        <w:tc>
          <w:tcPr>
            <w:tcW w:w="0" w:type="auto"/>
          </w:tcPr>
          <w:p w14:paraId="343C3E1D" w14:textId="77777777" w:rsidR="006E7A08" w:rsidRDefault="00267E76">
            <w:pPr>
              <w:jc w:val="center"/>
            </w:pPr>
            <w:r>
              <w:t>3</w:t>
            </w:r>
          </w:p>
        </w:tc>
        <w:tc>
          <w:tcPr>
            <w:tcW w:w="0" w:type="auto"/>
          </w:tcPr>
          <w:p w14:paraId="0627BC33" w14:textId="77777777" w:rsidR="006E7A08" w:rsidRPr="00C45EE6" w:rsidRDefault="00267E76">
            <w:pPr>
              <w:rPr>
                <w:lang w:val="ru-RU"/>
              </w:rPr>
            </w:pPr>
            <w:r w:rsidRPr="00C45EE6">
              <w:rPr>
                <w:lang w:val="ru-RU"/>
              </w:rPr>
              <w:t>Удельный расход условного топлива на единицу тепловой энергии, отпускаемой с коллекторов источников</w:t>
            </w:r>
          </w:p>
        </w:tc>
        <w:tc>
          <w:tcPr>
            <w:tcW w:w="0" w:type="auto"/>
          </w:tcPr>
          <w:p w14:paraId="3D6BA5F4" w14:textId="77777777" w:rsidR="006E7A08" w:rsidRDefault="00267E76">
            <w:r>
              <w:t>кг у.т./Гкал</w:t>
            </w:r>
          </w:p>
        </w:tc>
        <w:tc>
          <w:tcPr>
            <w:tcW w:w="0" w:type="auto"/>
          </w:tcPr>
          <w:p w14:paraId="65CA48AC" w14:textId="77777777" w:rsidR="006E7A08" w:rsidRDefault="00267E76">
            <w:pPr>
              <w:jc w:val="center"/>
            </w:pPr>
            <w:r>
              <w:t>189,21</w:t>
            </w:r>
          </w:p>
        </w:tc>
        <w:tc>
          <w:tcPr>
            <w:tcW w:w="0" w:type="auto"/>
          </w:tcPr>
          <w:p w14:paraId="1C52CFD2" w14:textId="77777777" w:rsidR="006E7A08" w:rsidRDefault="00267E76">
            <w:pPr>
              <w:jc w:val="center"/>
            </w:pPr>
            <w:r>
              <w:t>189,21</w:t>
            </w:r>
          </w:p>
        </w:tc>
        <w:tc>
          <w:tcPr>
            <w:tcW w:w="0" w:type="auto"/>
          </w:tcPr>
          <w:p w14:paraId="2FFB5CE5" w14:textId="77777777" w:rsidR="006E7A08" w:rsidRDefault="00267E76">
            <w:pPr>
              <w:jc w:val="center"/>
            </w:pPr>
            <w:r>
              <w:t>189,21</w:t>
            </w:r>
          </w:p>
        </w:tc>
      </w:tr>
      <w:tr w:rsidR="006E7A08" w14:paraId="00284CD3" w14:textId="77777777">
        <w:trPr>
          <w:cantSplit/>
          <w:jc w:val="center"/>
        </w:trPr>
        <w:tc>
          <w:tcPr>
            <w:tcW w:w="0" w:type="auto"/>
          </w:tcPr>
          <w:p w14:paraId="5A84517F" w14:textId="77777777" w:rsidR="006E7A08" w:rsidRDefault="00267E76">
            <w:pPr>
              <w:jc w:val="center"/>
            </w:pPr>
            <w:r>
              <w:t>4</w:t>
            </w:r>
          </w:p>
        </w:tc>
        <w:tc>
          <w:tcPr>
            <w:tcW w:w="0" w:type="auto"/>
          </w:tcPr>
          <w:p w14:paraId="2137605C" w14:textId="77777777" w:rsidR="006E7A08" w:rsidRPr="00C45EE6" w:rsidRDefault="00267E76">
            <w:pPr>
              <w:rPr>
                <w:lang w:val="ru-RU"/>
              </w:rPr>
            </w:pPr>
            <w:r w:rsidRPr="00C45EE6">
              <w:rPr>
                <w:lang w:val="ru-RU"/>
              </w:rPr>
              <w:t>Отношение технологических потерь тепловой энергии к материальной характеристике тепловой сети</w:t>
            </w:r>
          </w:p>
        </w:tc>
        <w:tc>
          <w:tcPr>
            <w:tcW w:w="0" w:type="auto"/>
          </w:tcPr>
          <w:p w14:paraId="6478807D" w14:textId="77777777" w:rsidR="006E7A08" w:rsidRDefault="00267E76">
            <w:r>
              <w:t>Гкал/(ч·м²)</w:t>
            </w:r>
          </w:p>
        </w:tc>
        <w:tc>
          <w:tcPr>
            <w:tcW w:w="0" w:type="auto"/>
          </w:tcPr>
          <w:p w14:paraId="7DE617CB" w14:textId="77777777" w:rsidR="006E7A08" w:rsidRDefault="006E7A08"/>
        </w:tc>
        <w:tc>
          <w:tcPr>
            <w:tcW w:w="0" w:type="auto"/>
          </w:tcPr>
          <w:p w14:paraId="7F2BC585" w14:textId="77777777" w:rsidR="006E7A08" w:rsidRDefault="006E7A08"/>
        </w:tc>
        <w:tc>
          <w:tcPr>
            <w:tcW w:w="0" w:type="auto"/>
          </w:tcPr>
          <w:p w14:paraId="4D458C68" w14:textId="77777777" w:rsidR="006E7A08" w:rsidRDefault="006E7A08"/>
        </w:tc>
      </w:tr>
      <w:tr w:rsidR="006E7A08" w14:paraId="3CB0C811" w14:textId="77777777">
        <w:trPr>
          <w:cantSplit/>
          <w:jc w:val="center"/>
        </w:trPr>
        <w:tc>
          <w:tcPr>
            <w:tcW w:w="0" w:type="auto"/>
          </w:tcPr>
          <w:p w14:paraId="2517E25E" w14:textId="77777777" w:rsidR="006E7A08" w:rsidRDefault="00267E76">
            <w:pPr>
              <w:jc w:val="center"/>
            </w:pPr>
            <w:r>
              <w:t>5</w:t>
            </w:r>
          </w:p>
        </w:tc>
        <w:tc>
          <w:tcPr>
            <w:tcW w:w="0" w:type="auto"/>
          </w:tcPr>
          <w:p w14:paraId="2053EDF8" w14:textId="77777777" w:rsidR="006E7A08" w:rsidRPr="00C45EE6" w:rsidRDefault="00267E76">
            <w:pPr>
              <w:rPr>
                <w:lang w:val="ru-RU"/>
              </w:rPr>
            </w:pPr>
            <w:r w:rsidRPr="00C45EE6">
              <w:rPr>
                <w:lang w:val="ru-RU"/>
              </w:rPr>
              <w:t>Удельная материальная характеристика тепловых сетей, приведённая к расчётной тепловой нагрузке</w:t>
            </w:r>
          </w:p>
        </w:tc>
        <w:tc>
          <w:tcPr>
            <w:tcW w:w="0" w:type="auto"/>
          </w:tcPr>
          <w:p w14:paraId="4EDCFF56" w14:textId="77777777" w:rsidR="006E7A08" w:rsidRDefault="00267E76">
            <w:r>
              <w:t>м²·ч/Гкал</w:t>
            </w:r>
          </w:p>
        </w:tc>
        <w:tc>
          <w:tcPr>
            <w:tcW w:w="0" w:type="auto"/>
          </w:tcPr>
          <w:p w14:paraId="0F3C6195" w14:textId="77777777" w:rsidR="006E7A08" w:rsidRDefault="00267E76">
            <w:pPr>
              <w:jc w:val="center"/>
            </w:pPr>
            <w:r>
              <w:t>785,28</w:t>
            </w:r>
          </w:p>
        </w:tc>
        <w:tc>
          <w:tcPr>
            <w:tcW w:w="0" w:type="auto"/>
          </w:tcPr>
          <w:p w14:paraId="1A7854B8" w14:textId="77777777" w:rsidR="006E7A08" w:rsidRDefault="00267E76">
            <w:pPr>
              <w:jc w:val="center"/>
            </w:pPr>
            <w:r>
              <w:t>785,28</w:t>
            </w:r>
          </w:p>
        </w:tc>
        <w:tc>
          <w:tcPr>
            <w:tcW w:w="0" w:type="auto"/>
          </w:tcPr>
          <w:p w14:paraId="1556C42E" w14:textId="77777777" w:rsidR="006E7A08" w:rsidRDefault="00267E76">
            <w:pPr>
              <w:jc w:val="center"/>
            </w:pPr>
            <w:r>
              <w:t>785,28</w:t>
            </w:r>
          </w:p>
        </w:tc>
      </w:tr>
      <w:tr w:rsidR="006E7A08" w14:paraId="0B15A4F6" w14:textId="77777777">
        <w:trPr>
          <w:cantSplit/>
          <w:jc w:val="center"/>
        </w:trPr>
        <w:tc>
          <w:tcPr>
            <w:tcW w:w="0" w:type="auto"/>
          </w:tcPr>
          <w:p w14:paraId="64F80638" w14:textId="77777777" w:rsidR="006E7A08" w:rsidRDefault="00267E76">
            <w:pPr>
              <w:jc w:val="center"/>
            </w:pPr>
            <w:r>
              <w:t>6</w:t>
            </w:r>
          </w:p>
        </w:tc>
        <w:tc>
          <w:tcPr>
            <w:tcW w:w="0" w:type="auto"/>
          </w:tcPr>
          <w:p w14:paraId="1A138E94" w14:textId="77777777" w:rsidR="006E7A08" w:rsidRPr="00C45EE6" w:rsidRDefault="00267E76">
            <w:pPr>
              <w:rPr>
                <w:lang w:val="ru-RU"/>
              </w:rPr>
            </w:pPr>
            <w:r w:rsidRPr="00C45EE6">
              <w:rPr>
                <w:lang w:val="ru-RU"/>
              </w:rPr>
              <w:t>Доля тепловой энергии, выработанной в комбинированном режиме</w:t>
            </w:r>
          </w:p>
        </w:tc>
        <w:tc>
          <w:tcPr>
            <w:tcW w:w="0" w:type="auto"/>
          </w:tcPr>
          <w:p w14:paraId="7B517D62" w14:textId="77777777" w:rsidR="006E7A08" w:rsidRDefault="00267E76">
            <w:r>
              <w:t>%</w:t>
            </w:r>
          </w:p>
        </w:tc>
        <w:tc>
          <w:tcPr>
            <w:tcW w:w="0" w:type="auto"/>
          </w:tcPr>
          <w:p w14:paraId="00440C98" w14:textId="77777777" w:rsidR="006E7A08" w:rsidRDefault="00267E76">
            <w:pPr>
              <w:jc w:val="center"/>
            </w:pPr>
            <w:r>
              <w:t>0,0</w:t>
            </w:r>
          </w:p>
        </w:tc>
        <w:tc>
          <w:tcPr>
            <w:tcW w:w="0" w:type="auto"/>
          </w:tcPr>
          <w:p w14:paraId="4DA3DD96" w14:textId="77777777" w:rsidR="006E7A08" w:rsidRDefault="00267E76">
            <w:pPr>
              <w:jc w:val="center"/>
            </w:pPr>
            <w:r>
              <w:t>0,0</w:t>
            </w:r>
          </w:p>
        </w:tc>
        <w:tc>
          <w:tcPr>
            <w:tcW w:w="0" w:type="auto"/>
          </w:tcPr>
          <w:p w14:paraId="2278B071" w14:textId="77777777" w:rsidR="006E7A08" w:rsidRDefault="00267E76">
            <w:pPr>
              <w:jc w:val="center"/>
            </w:pPr>
            <w:r>
              <w:t>0,0</w:t>
            </w:r>
          </w:p>
        </w:tc>
      </w:tr>
      <w:tr w:rsidR="006E7A08" w14:paraId="6E7D0690" w14:textId="77777777">
        <w:trPr>
          <w:cantSplit/>
          <w:jc w:val="center"/>
        </w:trPr>
        <w:tc>
          <w:tcPr>
            <w:tcW w:w="0" w:type="auto"/>
          </w:tcPr>
          <w:p w14:paraId="586636E6" w14:textId="77777777" w:rsidR="006E7A08" w:rsidRDefault="00267E76">
            <w:pPr>
              <w:jc w:val="center"/>
            </w:pPr>
            <w:r>
              <w:t>7</w:t>
            </w:r>
          </w:p>
        </w:tc>
        <w:tc>
          <w:tcPr>
            <w:tcW w:w="0" w:type="auto"/>
          </w:tcPr>
          <w:p w14:paraId="645504F9" w14:textId="77777777" w:rsidR="006E7A08" w:rsidRPr="00C45EE6" w:rsidRDefault="00267E76">
            <w:pPr>
              <w:rPr>
                <w:lang w:val="ru-RU"/>
              </w:rPr>
            </w:pPr>
            <w:r w:rsidRPr="00C45EE6">
              <w:rPr>
                <w:lang w:val="ru-RU"/>
              </w:rPr>
              <w:t>Коэффициент использования теплоты топлива (комбинированная выработка)</w:t>
            </w:r>
          </w:p>
        </w:tc>
        <w:tc>
          <w:tcPr>
            <w:tcW w:w="0" w:type="auto"/>
          </w:tcPr>
          <w:p w14:paraId="2CACA21E" w14:textId="77777777" w:rsidR="006E7A08" w:rsidRDefault="00267E76">
            <w:r>
              <w:t>%</w:t>
            </w:r>
          </w:p>
        </w:tc>
        <w:tc>
          <w:tcPr>
            <w:tcW w:w="0" w:type="auto"/>
          </w:tcPr>
          <w:p w14:paraId="75D434AF" w14:textId="77777777" w:rsidR="006E7A08" w:rsidRDefault="00267E76">
            <w:r>
              <w:t>—</w:t>
            </w:r>
          </w:p>
        </w:tc>
        <w:tc>
          <w:tcPr>
            <w:tcW w:w="0" w:type="auto"/>
          </w:tcPr>
          <w:p w14:paraId="68F60AF8" w14:textId="77777777" w:rsidR="006E7A08" w:rsidRDefault="00267E76">
            <w:r>
              <w:t>—</w:t>
            </w:r>
          </w:p>
        </w:tc>
        <w:tc>
          <w:tcPr>
            <w:tcW w:w="0" w:type="auto"/>
          </w:tcPr>
          <w:p w14:paraId="420FAD6D" w14:textId="77777777" w:rsidR="006E7A08" w:rsidRDefault="00267E76">
            <w:r>
              <w:t>—</w:t>
            </w:r>
          </w:p>
        </w:tc>
      </w:tr>
      <w:tr w:rsidR="006E7A08" w14:paraId="1BAACE6D" w14:textId="77777777">
        <w:trPr>
          <w:cantSplit/>
          <w:jc w:val="center"/>
        </w:trPr>
        <w:tc>
          <w:tcPr>
            <w:tcW w:w="0" w:type="auto"/>
          </w:tcPr>
          <w:p w14:paraId="4D71A598" w14:textId="77777777" w:rsidR="006E7A08" w:rsidRDefault="00267E76">
            <w:pPr>
              <w:jc w:val="center"/>
            </w:pPr>
            <w:r>
              <w:t>8</w:t>
            </w:r>
          </w:p>
        </w:tc>
        <w:tc>
          <w:tcPr>
            <w:tcW w:w="0" w:type="auto"/>
          </w:tcPr>
          <w:p w14:paraId="1BEA859F" w14:textId="77777777" w:rsidR="006E7A08" w:rsidRPr="00C45EE6" w:rsidRDefault="00267E76">
            <w:pPr>
              <w:rPr>
                <w:lang w:val="ru-RU"/>
              </w:rPr>
            </w:pPr>
            <w:r w:rsidRPr="00C45EE6">
              <w:rPr>
                <w:lang w:val="ru-RU"/>
              </w:rPr>
              <w:t>Доля отпуска тепловой энергии по приборам учёта</w:t>
            </w:r>
          </w:p>
        </w:tc>
        <w:tc>
          <w:tcPr>
            <w:tcW w:w="0" w:type="auto"/>
          </w:tcPr>
          <w:p w14:paraId="0F14F098" w14:textId="77777777" w:rsidR="006E7A08" w:rsidRDefault="00267E76">
            <w:r>
              <w:t>%</w:t>
            </w:r>
          </w:p>
        </w:tc>
        <w:tc>
          <w:tcPr>
            <w:tcW w:w="0" w:type="auto"/>
          </w:tcPr>
          <w:p w14:paraId="315EA3CD" w14:textId="77777777" w:rsidR="006E7A08" w:rsidRDefault="006E7A08"/>
        </w:tc>
        <w:tc>
          <w:tcPr>
            <w:tcW w:w="0" w:type="auto"/>
          </w:tcPr>
          <w:p w14:paraId="16BECC3D" w14:textId="77777777" w:rsidR="006E7A08" w:rsidRDefault="006E7A08"/>
        </w:tc>
        <w:tc>
          <w:tcPr>
            <w:tcW w:w="0" w:type="auto"/>
          </w:tcPr>
          <w:p w14:paraId="30ADEEB1" w14:textId="77777777" w:rsidR="006E7A08" w:rsidRDefault="006E7A08"/>
        </w:tc>
      </w:tr>
      <w:tr w:rsidR="006E7A08" w14:paraId="6E443545" w14:textId="77777777">
        <w:trPr>
          <w:cantSplit/>
          <w:jc w:val="center"/>
        </w:trPr>
        <w:tc>
          <w:tcPr>
            <w:tcW w:w="0" w:type="auto"/>
          </w:tcPr>
          <w:p w14:paraId="02BDE213" w14:textId="77777777" w:rsidR="006E7A08" w:rsidRDefault="00267E76">
            <w:pPr>
              <w:jc w:val="center"/>
            </w:pPr>
            <w:r>
              <w:t>9</w:t>
            </w:r>
          </w:p>
        </w:tc>
        <w:tc>
          <w:tcPr>
            <w:tcW w:w="0" w:type="auto"/>
          </w:tcPr>
          <w:p w14:paraId="4996A867" w14:textId="77777777" w:rsidR="006E7A08" w:rsidRPr="00C45EE6" w:rsidRDefault="00267E76">
            <w:pPr>
              <w:rPr>
                <w:lang w:val="ru-RU"/>
              </w:rPr>
            </w:pPr>
            <w:r w:rsidRPr="00C45EE6">
              <w:rPr>
                <w:lang w:val="ru-RU"/>
              </w:rPr>
              <w:t>Средневзвешенный срок эксплуатации тепловых сетей</w:t>
            </w:r>
          </w:p>
        </w:tc>
        <w:tc>
          <w:tcPr>
            <w:tcW w:w="0" w:type="auto"/>
          </w:tcPr>
          <w:p w14:paraId="33C7456C" w14:textId="77777777" w:rsidR="006E7A08" w:rsidRDefault="00267E76">
            <w:r>
              <w:t>лет</w:t>
            </w:r>
          </w:p>
        </w:tc>
        <w:tc>
          <w:tcPr>
            <w:tcW w:w="0" w:type="auto"/>
          </w:tcPr>
          <w:p w14:paraId="7EBF0E15" w14:textId="77777777" w:rsidR="006E7A08" w:rsidRDefault="00267E76">
            <w:pPr>
              <w:jc w:val="center"/>
            </w:pPr>
            <w:r>
              <w:t>20,1</w:t>
            </w:r>
          </w:p>
        </w:tc>
        <w:tc>
          <w:tcPr>
            <w:tcW w:w="0" w:type="auto"/>
          </w:tcPr>
          <w:p w14:paraId="028C3145" w14:textId="77777777" w:rsidR="006E7A08" w:rsidRDefault="00267E76">
            <w:pPr>
              <w:jc w:val="center"/>
            </w:pPr>
            <w:r>
              <w:t>25,1</w:t>
            </w:r>
          </w:p>
        </w:tc>
        <w:tc>
          <w:tcPr>
            <w:tcW w:w="0" w:type="auto"/>
          </w:tcPr>
          <w:p w14:paraId="574ADE6F" w14:textId="77777777" w:rsidR="006E7A08" w:rsidRDefault="00267E76">
            <w:pPr>
              <w:jc w:val="center"/>
            </w:pPr>
            <w:r>
              <w:t>30,1</w:t>
            </w:r>
          </w:p>
        </w:tc>
      </w:tr>
    </w:tbl>
    <w:p w14:paraId="49BC8CF4" w14:textId="77777777" w:rsidR="006E7A08" w:rsidRPr="00C45EE6" w:rsidRDefault="00267E76">
      <w:pPr>
        <w:spacing w:after="0"/>
        <w:ind w:firstLine="709"/>
        <w:jc w:val="both"/>
        <w:rPr>
          <w:lang w:val="ru-RU"/>
        </w:rPr>
      </w:pPr>
      <w:r w:rsidRPr="00C45EE6">
        <w:rPr>
          <w:lang w:val="ru-RU"/>
        </w:rPr>
        <w:t>1. Индикаторы 1 и 2 приняты по фактическим показателям надёжности и энергетической эффективности за 2025 год: прекращений подачи тепловой энергии по технологическим нарушениям не зарегистрировано (план и факт — 0).</w:t>
      </w:r>
    </w:p>
    <w:p w14:paraId="61785444" w14:textId="77777777" w:rsidR="006E7A08" w:rsidRPr="00C45EE6" w:rsidRDefault="00267E76">
      <w:pPr>
        <w:spacing w:after="0"/>
        <w:ind w:firstLine="709"/>
        <w:jc w:val="both"/>
        <w:rPr>
          <w:lang w:val="ru-RU"/>
        </w:rPr>
      </w:pPr>
      <w:r w:rsidRPr="00C45EE6">
        <w:rPr>
          <w:lang w:val="ru-RU"/>
        </w:rPr>
        <w:t>2. Индикатор 3 рассчитывается по листу «Таблица 8.1 Б» расчётной книги. После поступления перечня котельных и котлов ООО «ЮКЭК» по состоянию на 31.07.2026 низшая теплота сгорания установлена по всем десяти действующим источникам, поэтому показатель рассчитан для всех шести территорий. Теплота сгорания определяет расход натурального топлива, но в принятой формуле условного топлива сокращается и при неизменном коэффициенте полезного действия 0,755 удельный расход условного топлива не меняет.</w:t>
      </w:r>
    </w:p>
    <w:p w14:paraId="6045968F" w14:textId="77777777" w:rsidR="006E7A08" w:rsidRPr="00C45EE6" w:rsidRDefault="00267E76">
      <w:pPr>
        <w:spacing w:after="0"/>
        <w:ind w:firstLine="709"/>
        <w:jc w:val="both"/>
        <w:rPr>
          <w:lang w:val="ru-RU"/>
        </w:rPr>
      </w:pPr>
      <w:r w:rsidRPr="00C45EE6">
        <w:rPr>
          <w:lang w:val="ru-RU"/>
        </w:rPr>
        <w:t>3. Индикатор 5 рассчитан как отношение материальной характеристики тепловых сетей (лист «Таблица 6.1» расчётной книги) к расчётной тепловой нагрузке (лист «Таблица 9.1 Б» расчётной книги). По территориям с несколькими источниками применено суммирование материальной характеристики и расчётной нагрузки — обе величины аддитивны.</w:t>
      </w:r>
    </w:p>
    <w:p w14:paraId="68ADCE54" w14:textId="77777777" w:rsidR="006E7A08" w:rsidRPr="00C45EE6" w:rsidRDefault="00267E76">
      <w:pPr>
        <w:spacing w:after="0"/>
        <w:ind w:firstLine="709"/>
        <w:jc w:val="both"/>
        <w:rPr>
          <w:lang w:val="ru-RU"/>
        </w:rPr>
      </w:pPr>
      <w:r w:rsidRPr="00C45EE6">
        <w:rPr>
          <w:lang w:val="ru-RU"/>
        </w:rPr>
        <w:t>4. Индикаторы 6 и 7. Комбинированной выработки электрической и тепловой энергии в округе нет: все десять источников являются производственно-отопительными котельными. Доля принята равной нулю как подтверждённая источником, коэффициент использования теплоты топлива при комбинированной выработке неприменим.</w:t>
      </w:r>
    </w:p>
    <w:p w14:paraId="6ED1594F" w14:textId="77777777" w:rsidR="006E7A08" w:rsidRPr="00C45EE6" w:rsidRDefault="00267E76">
      <w:pPr>
        <w:spacing w:after="0"/>
        <w:ind w:firstLine="709"/>
        <w:jc w:val="both"/>
        <w:rPr>
          <w:lang w:val="ru-RU"/>
        </w:rPr>
      </w:pPr>
      <w:r w:rsidRPr="00C45EE6">
        <w:rPr>
          <w:lang w:val="ru-RU"/>
        </w:rPr>
        <w:t>5. Индикатор 9 рассчитан как средневзвешенный по длине возраст участков поучасткового реестра (1 294 участка, 105 536,7 м) на 2026 год. Реестр включает три участка, подтверждённые Заказчиком 13.08.2026 как существующие на базовый период, с годами ввода 2021, 2023 и 2024. Перспектива показывает естественное старение сетей при отсутствии утверждённой программы замены.</w:t>
      </w:r>
    </w:p>
    <w:p w14:paraId="705C2202" w14:textId="77777777" w:rsidR="006E7A08" w:rsidRPr="00C45EE6" w:rsidRDefault="00267E76">
      <w:pPr>
        <w:spacing w:after="0"/>
        <w:ind w:firstLine="709"/>
        <w:jc w:val="both"/>
        <w:rPr>
          <w:lang w:val="ru-RU"/>
        </w:rPr>
      </w:pPr>
      <w:r w:rsidRPr="00C45EE6">
        <w:rPr>
          <w:lang w:val="ru-RU"/>
        </w:rPr>
        <w:t>6. Индикаторы 4 и 8 не заполнены. Отношение технологических потерь к материальной характеристике требует величины потерь в разрезе территорий, которой корпус не содержит. Доля отпуска по приборам учёта требует знаменателя — полного числа объектов; реестр теплосчётчиков (334 записи) охват по территориям не подтверждает. Пустые графы означают отсутствие исходных данных, а не нулевые значения.</w:t>
      </w:r>
    </w:p>
    <w:p w14:paraId="19919FBD" w14:textId="77777777" w:rsidR="007052A3" w:rsidRPr="00844B84" w:rsidRDefault="00C03AD5">
      <w:pPr>
        <w:pStyle w:val="21"/>
        <w:rPr>
          <w:lang w:val="ru-RU"/>
        </w:rPr>
      </w:pPr>
      <w:bookmarkStart w:id="108" w:name="_Toc238017307"/>
      <w:r w:rsidRPr="00844B84">
        <w:rPr>
          <w:lang w:val="ru-RU"/>
        </w:rPr>
        <w:t>14.1. Утверждаемые показатели развития системы теплоснабжения</w:t>
      </w:r>
      <w:bookmarkEnd w:id="108"/>
    </w:p>
    <w:p w14:paraId="02A9D6A1" w14:textId="77777777" w:rsidR="007052A3" w:rsidRPr="000C24CF" w:rsidRDefault="00C03AD5">
      <w:pPr>
        <w:rPr>
          <w:b/>
          <w:bCs/>
          <w:lang w:val="ru-RU"/>
        </w:rPr>
      </w:pPr>
      <w:r w:rsidRPr="000C24CF">
        <w:rPr>
          <w:b/>
          <w:bCs/>
          <w:lang w:val="ru-RU"/>
        </w:rPr>
        <w:t>Таблица 14.7 — Показатели развития систем теплоснабжения округа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202"/>
        <w:gridCol w:w="1069"/>
        <w:gridCol w:w="1134"/>
        <w:gridCol w:w="2542"/>
        <w:gridCol w:w="2542"/>
      </w:tblGrid>
      <w:tr w:rsidR="007052A3" w14:paraId="441E66B7" w14:textId="77777777">
        <w:trPr>
          <w:cantSplit/>
          <w:tblHeader/>
        </w:trPr>
        <w:tc>
          <w:tcPr>
            <w:tcW w:w="0" w:type="auto"/>
            <w:shd w:val="clear" w:color="auto" w:fill="E2F0D9"/>
          </w:tcPr>
          <w:p w14:paraId="489B7E1C" w14:textId="77777777" w:rsidR="007052A3" w:rsidRDefault="00C03AD5">
            <w:pPr>
              <w:jc w:val="center"/>
            </w:pPr>
            <w:r>
              <w:rPr>
                <w:b/>
              </w:rPr>
              <w:t>Показатель</w:t>
            </w:r>
          </w:p>
        </w:tc>
        <w:tc>
          <w:tcPr>
            <w:tcW w:w="0" w:type="auto"/>
            <w:shd w:val="clear" w:color="auto" w:fill="E2F0D9"/>
          </w:tcPr>
          <w:p w14:paraId="1041C4AE" w14:textId="77777777" w:rsidR="007052A3" w:rsidRDefault="00C03AD5">
            <w:pPr>
              <w:jc w:val="center"/>
            </w:pPr>
            <w:r>
              <w:rPr>
                <w:b/>
              </w:rPr>
              <w:t>Единица</w:t>
            </w:r>
          </w:p>
        </w:tc>
        <w:tc>
          <w:tcPr>
            <w:tcW w:w="0" w:type="auto"/>
            <w:shd w:val="clear" w:color="auto" w:fill="E2F0D9"/>
          </w:tcPr>
          <w:p w14:paraId="4622FCC9" w14:textId="77777777" w:rsidR="007052A3" w:rsidRDefault="00C03AD5">
            <w:pPr>
              <w:jc w:val="center"/>
            </w:pPr>
            <w:r>
              <w:rPr>
                <w:b/>
              </w:rPr>
              <w:t>2026</w:t>
            </w:r>
          </w:p>
        </w:tc>
        <w:tc>
          <w:tcPr>
            <w:tcW w:w="0" w:type="auto"/>
            <w:shd w:val="clear" w:color="auto" w:fill="E2F0D9"/>
          </w:tcPr>
          <w:p w14:paraId="47487FFD" w14:textId="77777777" w:rsidR="007052A3" w:rsidRDefault="00C03AD5">
            <w:pPr>
              <w:jc w:val="center"/>
            </w:pPr>
            <w:r>
              <w:rPr>
                <w:b/>
              </w:rPr>
              <w:t>2031</w:t>
            </w:r>
          </w:p>
        </w:tc>
        <w:tc>
          <w:tcPr>
            <w:tcW w:w="0" w:type="auto"/>
            <w:shd w:val="clear" w:color="auto" w:fill="E2F0D9"/>
          </w:tcPr>
          <w:p w14:paraId="4362E600" w14:textId="77777777" w:rsidR="007052A3" w:rsidRDefault="00C03AD5">
            <w:pPr>
              <w:jc w:val="center"/>
            </w:pPr>
            <w:r>
              <w:rPr>
                <w:b/>
              </w:rPr>
              <w:t>2036</w:t>
            </w:r>
          </w:p>
        </w:tc>
      </w:tr>
      <w:tr w:rsidR="007052A3" w14:paraId="05EC03D2" w14:textId="77777777">
        <w:trPr>
          <w:cantSplit/>
        </w:trPr>
        <w:tc>
          <w:tcPr>
            <w:tcW w:w="0" w:type="auto"/>
            <w:shd w:val="clear" w:color="auto" w:fill="F2F2F2"/>
          </w:tcPr>
          <w:p w14:paraId="5D5756B7" w14:textId="77777777" w:rsidR="007052A3" w:rsidRPr="00844B84" w:rsidRDefault="00C03AD5">
            <w:pPr>
              <w:rPr>
                <w:lang w:val="ru-RU"/>
              </w:rPr>
            </w:pPr>
            <w:r w:rsidRPr="00844B84">
              <w:rPr>
                <w:lang w:val="ru-RU"/>
              </w:rPr>
              <w:t>Количество действующих источников тепловой энергии</w:t>
            </w:r>
          </w:p>
        </w:tc>
        <w:tc>
          <w:tcPr>
            <w:tcW w:w="0" w:type="auto"/>
            <w:shd w:val="clear" w:color="auto" w:fill="FFFFFF"/>
          </w:tcPr>
          <w:p w14:paraId="7AA69B52" w14:textId="77777777" w:rsidR="007052A3" w:rsidRDefault="00C03AD5">
            <w:r>
              <w:t>ед.</w:t>
            </w:r>
          </w:p>
        </w:tc>
        <w:tc>
          <w:tcPr>
            <w:tcW w:w="0" w:type="auto"/>
            <w:shd w:val="clear" w:color="auto" w:fill="FFFFFF"/>
          </w:tcPr>
          <w:p w14:paraId="64A187C2" w14:textId="77777777" w:rsidR="007052A3" w:rsidRDefault="00C03AD5">
            <w:r>
              <w:t>10</w:t>
            </w:r>
          </w:p>
        </w:tc>
        <w:tc>
          <w:tcPr>
            <w:tcW w:w="0" w:type="auto"/>
            <w:shd w:val="clear" w:color="auto" w:fill="FFFFFF"/>
          </w:tcPr>
          <w:p w14:paraId="23E1F7C4" w14:textId="77777777" w:rsidR="007052A3" w:rsidRDefault="00C03AD5">
            <w:r>
              <w:t>10</w:t>
            </w:r>
          </w:p>
        </w:tc>
        <w:tc>
          <w:tcPr>
            <w:tcW w:w="0" w:type="auto"/>
            <w:shd w:val="clear" w:color="auto" w:fill="FFFFFF"/>
          </w:tcPr>
          <w:p w14:paraId="2EEAEF53" w14:textId="77777777" w:rsidR="007052A3" w:rsidRDefault="00C03AD5">
            <w:r>
              <w:t>10</w:t>
            </w:r>
          </w:p>
        </w:tc>
      </w:tr>
      <w:tr w:rsidR="007052A3" w14:paraId="042A0928" w14:textId="77777777">
        <w:trPr>
          <w:cantSplit/>
        </w:trPr>
        <w:tc>
          <w:tcPr>
            <w:tcW w:w="0" w:type="auto"/>
            <w:shd w:val="clear" w:color="auto" w:fill="F2F2F2"/>
          </w:tcPr>
          <w:p w14:paraId="4A5B3966" w14:textId="77777777" w:rsidR="007052A3" w:rsidRDefault="00C03AD5">
            <w:r>
              <w:t>Количество действующих котлоагрегатов</w:t>
            </w:r>
          </w:p>
        </w:tc>
        <w:tc>
          <w:tcPr>
            <w:tcW w:w="0" w:type="auto"/>
            <w:shd w:val="clear" w:color="auto" w:fill="FFFFFF"/>
          </w:tcPr>
          <w:p w14:paraId="28B5DB0B" w14:textId="77777777" w:rsidR="007052A3" w:rsidRDefault="00C03AD5">
            <w:r>
              <w:t>ед.</w:t>
            </w:r>
          </w:p>
        </w:tc>
        <w:tc>
          <w:tcPr>
            <w:tcW w:w="0" w:type="auto"/>
            <w:shd w:val="clear" w:color="auto" w:fill="FFFFFF"/>
          </w:tcPr>
          <w:p w14:paraId="63A0F86E" w14:textId="77777777" w:rsidR="007052A3" w:rsidRDefault="00C03AD5">
            <w:r>
              <w:t>44</w:t>
            </w:r>
          </w:p>
        </w:tc>
        <w:tc>
          <w:tcPr>
            <w:tcW w:w="0" w:type="auto"/>
            <w:shd w:val="clear" w:color="auto" w:fill="FFFFFF"/>
          </w:tcPr>
          <w:p w14:paraId="31678015" w14:textId="77777777" w:rsidR="007052A3" w:rsidRDefault="00C03AD5">
            <w:r>
              <w:t>определяется проектной документацией</w:t>
            </w:r>
          </w:p>
        </w:tc>
        <w:tc>
          <w:tcPr>
            <w:tcW w:w="0" w:type="auto"/>
            <w:shd w:val="clear" w:color="auto" w:fill="FFFFFF"/>
          </w:tcPr>
          <w:p w14:paraId="6AA98396" w14:textId="77777777" w:rsidR="007052A3" w:rsidRDefault="00C03AD5">
            <w:r>
              <w:t>определяется проектной документацией</w:t>
            </w:r>
          </w:p>
        </w:tc>
      </w:tr>
      <w:tr w:rsidR="007052A3" w14:paraId="7C8BD104" w14:textId="77777777">
        <w:trPr>
          <w:cantSplit/>
        </w:trPr>
        <w:tc>
          <w:tcPr>
            <w:tcW w:w="0" w:type="auto"/>
            <w:shd w:val="clear" w:color="auto" w:fill="F2F2F2"/>
          </w:tcPr>
          <w:p w14:paraId="5BADFA14" w14:textId="77777777" w:rsidR="007052A3" w:rsidRDefault="00C03AD5">
            <w:r>
              <w:t>Установленная тепловая мощность</w:t>
            </w:r>
          </w:p>
        </w:tc>
        <w:tc>
          <w:tcPr>
            <w:tcW w:w="0" w:type="auto"/>
            <w:shd w:val="clear" w:color="auto" w:fill="FFFFFF"/>
          </w:tcPr>
          <w:p w14:paraId="3C5FB419" w14:textId="77777777" w:rsidR="007052A3" w:rsidRDefault="00C03AD5">
            <w:r>
              <w:t>Гкал/ч</w:t>
            </w:r>
          </w:p>
        </w:tc>
        <w:tc>
          <w:tcPr>
            <w:tcW w:w="0" w:type="auto"/>
            <w:shd w:val="clear" w:color="auto" w:fill="FFFFFF"/>
          </w:tcPr>
          <w:p w14:paraId="3E8CECF6" w14:textId="77777777" w:rsidR="007052A3" w:rsidRDefault="00C03AD5">
            <w:r>
              <w:t>466,67</w:t>
            </w:r>
          </w:p>
        </w:tc>
        <w:tc>
          <w:tcPr>
            <w:tcW w:w="0" w:type="auto"/>
            <w:shd w:val="clear" w:color="auto" w:fill="FFFFFF"/>
          </w:tcPr>
          <w:p w14:paraId="3F6B76F4" w14:textId="77777777" w:rsidR="007052A3" w:rsidRDefault="00C03AD5">
            <w:r>
              <w:t>466,67</w:t>
            </w:r>
          </w:p>
        </w:tc>
        <w:tc>
          <w:tcPr>
            <w:tcW w:w="0" w:type="auto"/>
            <w:shd w:val="clear" w:color="auto" w:fill="FFFFFF"/>
          </w:tcPr>
          <w:p w14:paraId="18BF4376" w14:textId="77777777" w:rsidR="007052A3" w:rsidRDefault="00C03AD5">
            <w:r>
              <w:t>466,67</w:t>
            </w:r>
          </w:p>
        </w:tc>
      </w:tr>
      <w:tr w:rsidR="007052A3" w14:paraId="41A68163" w14:textId="77777777">
        <w:trPr>
          <w:cantSplit/>
        </w:trPr>
        <w:tc>
          <w:tcPr>
            <w:tcW w:w="0" w:type="auto"/>
            <w:shd w:val="clear" w:color="auto" w:fill="F2F2F2"/>
          </w:tcPr>
          <w:p w14:paraId="1ADE8DC7" w14:textId="77777777" w:rsidR="007052A3" w:rsidRDefault="00C03AD5">
            <w:r>
              <w:t>Располагаемая тепловая мощность</w:t>
            </w:r>
          </w:p>
        </w:tc>
        <w:tc>
          <w:tcPr>
            <w:tcW w:w="0" w:type="auto"/>
            <w:shd w:val="clear" w:color="auto" w:fill="FFFFFF"/>
          </w:tcPr>
          <w:p w14:paraId="66F1C091" w14:textId="77777777" w:rsidR="007052A3" w:rsidRDefault="00C03AD5">
            <w:r>
              <w:t>Гкал/ч</w:t>
            </w:r>
          </w:p>
        </w:tc>
        <w:tc>
          <w:tcPr>
            <w:tcW w:w="0" w:type="auto"/>
            <w:shd w:val="clear" w:color="auto" w:fill="FFFFFF"/>
          </w:tcPr>
          <w:p w14:paraId="63755A22" w14:textId="77777777" w:rsidR="007052A3" w:rsidRDefault="00C03AD5">
            <w:r>
              <w:t>466,67</w:t>
            </w:r>
          </w:p>
        </w:tc>
        <w:tc>
          <w:tcPr>
            <w:tcW w:w="0" w:type="auto"/>
            <w:shd w:val="clear" w:color="auto" w:fill="FFFFFF"/>
          </w:tcPr>
          <w:p w14:paraId="280FB3ED" w14:textId="77777777" w:rsidR="007052A3" w:rsidRDefault="00C03AD5">
            <w:r>
              <w:t>466,67</w:t>
            </w:r>
          </w:p>
        </w:tc>
        <w:tc>
          <w:tcPr>
            <w:tcW w:w="0" w:type="auto"/>
            <w:shd w:val="clear" w:color="auto" w:fill="FFFFFF"/>
          </w:tcPr>
          <w:p w14:paraId="7D766250" w14:textId="77777777" w:rsidR="007052A3" w:rsidRDefault="00C03AD5">
            <w:r>
              <w:t>466,67</w:t>
            </w:r>
          </w:p>
        </w:tc>
      </w:tr>
      <w:tr w:rsidR="007052A3" w14:paraId="1B0E23B2" w14:textId="77777777">
        <w:trPr>
          <w:cantSplit/>
        </w:trPr>
        <w:tc>
          <w:tcPr>
            <w:tcW w:w="0" w:type="auto"/>
            <w:shd w:val="clear" w:color="auto" w:fill="F2F2F2"/>
          </w:tcPr>
          <w:p w14:paraId="2BBE8337" w14:textId="77777777" w:rsidR="007052A3" w:rsidRDefault="00C03AD5">
            <w:r>
              <w:t>Присоединённая договорная нагрузка</w:t>
            </w:r>
          </w:p>
        </w:tc>
        <w:tc>
          <w:tcPr>
            <w:tcW w:w="0" w:type="auto"/>
            <w:shd w:val="clear" w:color="auto" w:fill="FFFFFF"/>
          </w:tcPr>
          <w:p w14:paraId="46BC9D10" w14:textId="77777777" w:rsidR="007052A3" w:rsidRDefault="00C03AD5">
            <w:r>
              <w:t>Гкал/ч</w:t>
            </w:r>
          </w:p>
        </w:tc>
        <w:tc>
          <w:tcPr>
            <w:tcW w:w="0" w:type="auto"/>
            <w:shd w:val="clear" w:color="auto" w:fill="FFFFFF"/>
          </w:tcPr>
          <w:p w14:paraId="4CE23E9C" w14:textId="77777777" w:rsidR="007052A3" w:rsidRDefault="00C03AD5">
            <w:r>
              <w:t>147,7096</w:t>
            </w:r>
          </w:p>
        </w:tc>
        <w:tc>
          <w:tcPr>
            <w:tcW w:w="0" w:type="auto"/>
            <w:shd w:val="clear" w:color="auto" w:fill="FFFFFF"/>
          </w:tcPr>
          <w:p w14:paraId="1E88D1AC" w14:textId="77777777" w:rsidR="007052A3" w:rsidRDefault="00C03AD5">
            <w:r>
              <w:t>147,7096</w:t>
            </w:r>
          </w:p>
        </w:tc>
        <w:tc>
          <w:tcPr>
            <w:tcW w:w="0" w:type="auto"/>
            <w:shd w:val="clear" w:color="auto" w:fill="FFFFFF"/>
          </w:tcPr>
          <w:p w14:paraId="01E075A6" w14:textId="77777777" w:rsidR="007052A3" w:rsidRDefault="00C03AD5">
            <w:r>
              <w:t>147,7096</w:t>
            </w:r>
          </w:p>
        </w:tc>
      </w:tr>
      <w:tr w:rsidR="007052A3" w14:paraId="0D0414AB" w14:textId="77777777">
        <w:trPr>
          <w:cantSplit/>
        </w:trPr>
        <w:tc>
          <w:tcPr>
            <w:tcW w:w="0" w:type="auto"/>
            <w:shd w:val="clear" w:color="auto" w:fill="F2F2F2"/>
          </w:tcPr>
          <w:p w14:paraId="087C1499" w14:textId="77777777" w:rsidR="007052A3" w:rsidRDefault="00C03AD5">
            <w:r>
              <w:t>Резерв по присоединённой нагрузке</w:t>
            </w:r>
          </w:p>
        </w:tc>
        <w:tc>
          <w:tcPr>
            <w:tcW w:w="0" w:type="auto"/>
            <w:shd w:val="clear" w:color="auto" w:fill="FFFFFF"/>
          </w:tcPr>
          <w:p w14:paraId="1B2EED27" w14:textId="77777777" w:rsidR="007052A3" w:rsidRDefault="00C03AD5">
            <w:r>
              <w:t>Гкал/ч</w:t>
            </w:r>
          </w:p>
        </w:tc>
        <w:tc>
          <w:tcPr>
            <w:tcW w:w="0" w:type="auto"/>
            <w:shd w:val="clear" w:color="auto" w:fill="FFFFFF"/>
          </w:tcPr>
          <w:p w14:paraId="724CB427" w14:textId="77777777" w:rsidR="007052A3" w:rsidRDefault="00C03AD5">
            <w:r>
              <w:t>318,9604</w:t>
            </w:r>
          </w:p>
        </w:tc>
        <w:tc>
          <w:tcPr>
            <w:tcW w:w="0" w:type="auto"/>
            <w:shd w:val="clear" w:color="auto" w:fill="FFFFFF"/>
          </w:tcPr>
          <w:p w14:paraId="03A824D9" w14:textId="77777777" w:rsidR="007052A3" w:rsidRDefault="00C03AD5">
            <w:r>
              <w:t>318,9604</w:t>
            </w:r>
          </w:p>
        </w:tc>
        <w:tc>
          <w:tcPr>
            <w:tcW w:w="0" w:type="auto"/>
            <w:shd w:val="clear" w:color="auto" w:fill="FFFFFF"/>
          </w:tcPr>
          <w:p w14:paraId="649A42DD" w14:textId="77777777" w:rsidR="007052A3" w:rsidRDefault="00C03AD5">
            <w:r>
              <w:t>318,9604</w:t>
            </w:r>
          </w:p>
        </w:tc>
      </w:tr>
      <w:tr w:rsidR="007052A3" w14:paraId="1B8654FC" w14:textId="77777777">
        <w:trPr>
          <w:cantSplit/>
        </w:trPr>
        <w:tc>
          <w:tcPr>
            <w:tcW w:w="0" w:type="auto"/>
            <w:shd w:val="clear" w:color="auto" w:fill="F2F2F2"/>
          </w:tcPr>
          <w:p w14:paraId="7099ABAD" w14:textId="77777777" w:rsidR="007052A3" w:rsidRDefault="00C03AD5">
            <w:r>
              <w:t>Полная максимальная нагрузка</w:t>
            </w:r>
          </w:p>
        </w:tc>
        <w:tc>
          <w:tcPr>
            <w:tcW w:w="0" w:type="auto"/>
            <w:shd w:val="clear" w:color="auto" w:fill="FFFFFF"/>
          </w:tcPr>
          <w:p w14:paraId="525BF798" w14:textId="77777777" w:rsidR="007052A3" w:rsidRDefault="00C03AD5">
            <w:r>
              <w:t>Гкал/ч</w:t>
            </w:r>
          </w:p>
        </w:tc>
        <w:tc>
          <w:tcPr>
            <w:tcW w:w="0" w:type="auto"/>
            <w:shd w:val="clear" w:color="auto" w:fill="FFFFFF"/>
          </w:tcPr>
          <w:p w14:paraId="2D3663DA" w14:textId="77777777" w:rsidR="007052A3" w:rsidRDefault="00C03AD5">
            <w:r>
              <w:t>227,4952</w:t>
            </w:r>
          </w:p>
        </w:tc>
        <w:tc>
          <w:tcPr>
            <w:tcW w:w="0" w:type="auto"/>
            <w:shd w:val="clear" w:color="auto" w:fill="FFFFFF"/>
          </w:tcPr>
          <w:p w14:paraId="1AA16FAC" w14:textId="77777777" w:rsidR="007052A3" w:rsidRDefault="00C03AD5">
            <w:r>
              <w:t>274,2312</w:t>
            </w:r>
          </w:p>
        </w:tc>
        <w:tc>
          <w:tcPr>
            <w:tcW w:w="0" w:type="auto"/>
            <w:shd w:val="clear" w:color="auto" w:fill="FFFFFF"/>
          </w:tcPr>
          <w:p w14:paraId="3E45EC48" w14:textId="77777777" w:rsidR="007052A3" w:rsidRDefault="00C03AD5">
            <w:r>
              <w:t>274,2312</w:t>
            </w:r>
          </w:p>
        </w:tc>
      </w:tr>
      <w:tr w:rsidR="007052A3" w14:paraId="5EC8AB55" w14:textId="77777777">
        <w:trPr>
          <w:cantSplit/>
        </w:trPr>
        <w:tc>
          <w:tcPr>
            <w:tcW w:w="0" w:type="auto"/>
            <w:shd w:val="clear" w:color="auto" w:fill="F2F2F2"/>
          </w:tcPr>
          <w:p w14:paraId="0B76FE53" w14:textId="77777777" w:rsidR="007052A3" w:rsidRPr="00844B84" w:rsidRDefault="00C03AD5">
            <w:pPr>
              <w:rPr>
                <w:lang w:val="ru-RU"/>
              </w:rPr>
            </w:pPr>
            <w:r w:rsidRPr="00844B84">
              <w:rPr>
                <w:lang w:val="ru-RU"/>
              </w:rPr>
              <w:t>Протяжённость водяных тепловых сетей по оси трассы</w:t>
            </w:r>
          </w:p>
        </w:tc>
        <w:tc>
          <w:tcPr>
            <w:tcW w:w="0" w:type="auto"/>
            <w:shd w:val="clear" w:color="auto" w:fill="FFFFFF"/>
          </w:tcPr>
          <w:p w14:paraId="6F076129" w14:textId="77777777" w:rsidR="007052A3" w:rsidRDefault="00C03AD5">
            <w:r>
              <w:t>м</w:t>
            </w:r>
          </w:p>
        </w:tc>
        <w:tc>
          <w:tcPr>
            <w:tcW w:w="0" w:type="auto"/>
            <w:shd w:val="clear" w:color="auto" w:fill="FFFFFF"/>
          </w:tcPr>
          <w:p w14:paraId="092745C7" w14:textId="77777777" w:rsidR="007052A3" w:rsidRDefault="00C03AD5">
            <w:r>
              <w:t>105536,70</w:t>
            </w:r>
          </w:p>
        </w:tc>
        <w:tc>
          <w:tcPr>
            <w:tcW w:w="0" w:type="auto"/>
            <w:shd w:val="clear" w:color="auto" w:fill="FFFFFF"/>
          </w:tcPr>
          <w:p w14:paraId="42AC9BB7" w14:textId="77777777" w:rsidR="007052A3" w:rsidRDefault="00C03AD5">
            <w:r>
              <w:t>105536,70</w:t>
            </w:r>
          </w:p>
        </w:tc>
        <w:tc>
          <w:tcPr>
            <w:tcW w:w="0" w:type="auto"/>
            <w:shd w:val="clear" w:color="auto" w:fill="FFFFFF"/>
          </w:tcPr>
          <w:p w14:paraId="72DE8CB3" w14:textId="77777777" w:rsidR="007052A3" w:rsidRDefault="00C03AD5">
            <w:r>
              <w:t>105536,70</w:t>
            </w:r>
          </w:p>
        </w:tc>
      </w:tr>
      <w:tr w:rsidR="007052A3" w14:paraId="51A24FF5" w14:textId="77777777">
        <w:trPr>
          <w:cantSplit/>
        </w:trPr>
        <w:tc>
          <w:tcPr>
            <w:tcW w:w="0" w:type="auto"/>
            <w:shd w:val="clear" w:color="auto" w:fill="F2F2F2"/>
          </w:tcPr>
          <w:p w14:paraId="5361C2E8" w14:textId="77777777" w:rsidR="007052A3" w:rsidRDefault="00C03AD5">
            <w:r>
              <w:t>Количество участков тепловых сетей</w:t>
            </w:r>
          </w:p>
        </w:tc>
        <w:tc>
          <w:tcPr>
            <w:tcW w:w="0" w:type="auto"/>
            <w:shd w:val="clear" w:color="auto" w:fill="FFFFFF"/>
          </w:tcPr>
          <w:p w14:paraId="687F0EC1" w14:textId="77777777" w:rsidR="007052A3" w:rsidRDefault="00C03AD5">
            <w:r>
              <w:t>ед.</w:t>
            </w:r>
          </w:p>
        </w:tc>
        <w:tc>
          <w:tcPr>
            <w:tcW w:w="0" w:type="auto"/>
            <w:shd w:val="clear" w:color="auto" w:fill="FFFFFF"/>
          </w:tcPr>
          <w:p w14:paraId="6D65DF19" w14:textId="77777777" w:rsidR="007052A3" w:rsidRDefault="00C03AD5">
            <w:r>
              <w:t>1 294</w:t>
            </w:r>
          </w:p>
        </w:tc>
        <w:tc>
          <w:tcPr>
            <w:tcW w:w="0" w:type="auto"/>
            <w:shd w:val="clear" w:color="auto" w:fill="FFFFFF"/>
          </w:tcPr>
          <w:p w14:paraId="782CABE1" w14:textId="77777777" w:rsidR="007052A3" w:rsidRDefault="00C03AD5">
            <w:r>
              <w:t>1 294</w:t>
            </w:r>
          </w:p>
        </w:tc>
        <w:tc>
          <w:tcPr>
            <w:tcW w:w="0" w:type="auto"/>
            <w:shd w:val="clear" w:color="auto" w:fill="FFFFFF"/>
          </w:tcPr>
          <w:p w14:paraId="64CAC2DC" w14:textId="77777777" w:rsidR="007052A3" w:rsidRDefault="00C03AD5">
            <w:r>
              <w:t>1 294</w:t>
            </w:r>
          </w:p>
        </w:tc>
      </w:tr>
      <w:tr w:rsidR="007052A3" w14:paraId="2F13E6F1" w14:textId="77777777">
        <w:trPr>
          <w:cantSplit/>
        </w:trPr>
        <w:tc>
          <w:tcPr>
            <w:tcW w:w="0" w:type="auto"/>
            <w:shd w:val="clear" w:color="auto" w:fill="F2F2F2"/>
          </w:tcPr>
          <w:p w14:paraId="5AE24245" w14:textId="77777777" w:rsidR="007052A3" w:rsidRPr="00844B84" w:rsidRDefault="00C03AD5">
            <w:pPr>
              <w:rPr>
                <w:lang w:val="ru-RU"/>
              </w:rPr>
            </w:pPr>
            <w:r w:rsidRPr="00844B84">
              <w:rPr>
                <w:lang w:val="ru-RU"/>
              </w:rPr>
              <w:t>Доля сетей возрастом более тридцати лет</w:t>
            </w:r>
          </w:p>
        </w:tc>
        <w:tc>
          <w:tcPr>
            <w:tcW w:w="0" w:type="auto"/>
            <w:shd w:val="clear" w:color="auto" w:fill="FFFFFF"/>
          </w:tcPr>
          <w:p w14:paraId="351529DC" w14:textId="77777777" w:rsidR="007052A3" w:rsidRDefault="00C03AD5">
            <w:r>
              <w:t>%</w:t>
            </w:r>
          </w:p>
        </w:tc>
        <w:tc>
          <w:tcPr>
            <w:tcW w:w="0" w:type="auto"/>
            <w:shd w:val="clear" w:color="auto" w:fill="FFFFFF"/>
          </w:tcPr>
          <w:p w14:paraId="07F399C4" w14:textId="77777777" w:rsidR="007052A3" w:rsidRDefault="00C03AD5">
            <w:r>
              <w:t>69,0</w:t>
            </w:r>
          </w:p>
        </w:tc>
        <w:tc>
          <w:tcPr>
            <w:tcW w:w="0" w:type="auto"/>
            <w:shd w:val="clear" w:color="auto" w:fill="FFFFFF"/>
          </w:tcPr>
          <w:p w14:paraId="275EBA90" w14:textId="77777777" w:rsidR="007052A3" w:rsidRDefault="00C03AD5">
            <w:r>
              <w:t>снижается по мере реконструкции</w:t>
            </w:r>
          </w:p>
        </w:tc>
        <w:tc>
          <w:tcPr>
            <w:tcW w:w="0" w:type="auto"/>
            <w:shd w:val="clear" w:color="auto" w:fill="FFFFFF"/>
          </w:tcPr>
          <w:p w14:paraId="7827EF4A" w14:textId="77777777" w:rsidR="007052A3" w:rsidRDefault="00C03AD5">
            <w:r>
              <w:t>снижается по мере реконструкции</w:t>
            </w:r>
          </w:p>
        </w:tc>
      </w:tr>
      <w:tr w:rsidR="007052A3" w14:paraId="1DA9EAB5" w14:textId="77777777">
        <w:trPr>
          <w:cantSplit/>
        </w:trPr>
        <w:tc>
          <w:tcPr>
            <w:tcW w:w="0" w:type="auto"/>
            <w:shd w:val="clear" w:color="auto" w:fill="F2F2F2"/>
          </w:tcPr>
          <w:p w14:paraId="298F652C" w14:textId="77777777" w:rsidR="007052A3" w:rsidRDefault="00C03AD5">
            <w:r>
              <w:t>Нагрузка горячего водоснабжения</w:t>
            </w:r>
          </w:p>
        </w:tc>
        <w:tc>
          <w:tcPr>
            <w:tcW w:w="0" w:type="auto"/>
            <w:shd w:val="clear" w:color="auto" w:fill="FFFFFF"/>
          </w:tcPr>
          <w:p w14:paraId="7D29169B" w14:textId="77777777" w:rsidR="007052A3" w:rsidRDefault="00C03AD5">
            <w:r>
              <w:t>Гкал/ч</w:t>
            </w:r>
          </w:p>
        </w:tc>
        <w:tc>
          <w:tcPr>
            <w:tcW w:w="0" w:type="auto"/>
            <w:shd w:val="clear" w:color="auto" w:fill="FFFFFF"/>
          </w:tcPr>
          <w:p w14:paraId="2C553F68" w14:textId="77777777" w:rsidR="007052A3" w:rsidRDefault="00C03AD5">
            <w:r>
              <w:t>11,3909</w:t>
            </w:r>
          </w:p>
        </w:tc>
        <w:tc>
          <w:tcPr>
            <w:tcW w:w="0" w:type="auto"/>
            <w:shd w:val="clear" w:color="auto" w:fill="FFFFFF"/>
          </w:tcPr>
          <w:p w14:paraId="5D6E3F70" w14:textId="77777777" w:rsidR="007052A3" w:rsidRDefault="00C03AD5">
            <w:r>
              <w:t>11,4029</w:t>
            </w:r>
          </w:p>
        </w:tc>
        <w:tc>
          <w:tcPr>
            <w:tcW w:w="0" w:type="auto"/>
            <w:shd w:val="clear" w:color="auto" w:fill="FFFFFF"/>
          </w:tcPr>
          <w:p w14:paraId="6984908A" w14:textId="77777777" w:rsidR="007052A3" w:rsidRDefault="00C03AD5">
            <w:r>
              <w:t>11,4029</w:t>
            </w:r>
          </w:p>
        </w:tc>
      </w:tr>
      <w:tr w:rsidR="007052A3" w14:paraId="63842D41" w14:textId="77777777">
        <w:trPr>
          <w:cantSplit/>
        </w:trPr>
        <w:tc>
          <w:tcPr>
            <w:tcW w:w="0" w:type="auto"/>
            <w:shd w:val="clear" w:color="auto" w:fill="F2F2F2"/>
          </w:tcPr>
          <w:p w14:paraId="1A9DDCCD" w14:textId="77777777" w:rsidR="007052A3" w:rsidRDefault="00C03AD5">
            <w:r>
              <w:t>Систем с открытым водоразбором</w:t>
            </w:r>
          </w:p>
        </w:tc>
        <w:tc>
          <w:tcPr>
            <w:tcW w:w="0" w:type="auto"/>
            <w:shd w:val="clear" w:color="auto" w:fill="FFFFFF"/>
          </w:tcPr>
          <w:p w14:paraId="352C5D0B" w14:textId="77777777" w:rsidR="007052A3" w:rsidRDefault="00C03AD5">
            <w:r>
              <w:t>ед.</w:t>
            </w:r>
          </w:p>
        </w:tc>
        <w:tc>
          <w:tcPr>
            <w:tcW w:w="0" w:type="auto"/>
            <w:shd w:val="clear" w:color="auto" w:fill="FFFFFF"/>
          </w:tcPr>
          <w:p w14:paraId="01FA4E29" w14:textId="77777777" w:rsidR="007052A3" w:rsidRDefault="00C03AD5">
            <w:r>
              <w:t>9</w:t>
            </w:r>
          </w:p>
        </w:tc>
        <w:tc>
          <w:tcPr>
            <w:tcW w:w="0" w:type="auto"/>
            <w:shd w:val="clear" w:color="auto" w:fill="FFFFFF"/>
          </w:tcPr>
          <w:p w14:paraId="7A95223B" w14:textId="77777777" w:rsidR="007052A3" w:rsidRDefault="00C03AD5">
            <w:r>
              <w:t>снижается по мере перевода</w:t>
            </w:r>
          </w:p>
        </w:tc>
        <w:tc>
          <w:tcPr>
            <w:tcW w:w="0" w:type="auto"/>
            <w:shd w:val="clear" w:color="auto" w:fill="FFFFFF"/>
          </w:tcPr>
          <w:p w14:paraId="464F1923" w14:textId="77777777" w:rsidR="007052A3" w:rsidRDefault="00C03AD5">
            <w:r>
              <w:t>0 при реализации мероприятий</w:t>
            </w:r>
          </w:p>
        </w:tc>
      </w:tr>
      <w:tr w:rsidR="007052A3" w14:paraId="2F31DA7F" w14:textId="77777777">
        <w:trPr>
          <w:cantSplit/>
        </w:trPr>
        <w:tc>
          <w:tcPr>
            <w:tcW w:w="0" w:type="auto"/>
            <w:shd w:val="clear" w:color="auto" w:fill="F2F2F2"/>
          </w:tcPr>
          <w:p w14:paraId="60C8F2C6" w14:textId="77777777" w:rsidR="007052A3" w:rsidRDefault="00C03AD5">
            <w:r>
              <w:t>Источников на природном газе</w:t>
            </w:r>
          </w:p>
        </w:tc>
        <w:tc>
          <w:tcPr>
            <w:tcW w:w="0" w:type="auto"/>
            <w:shd w:val="clear" w:color="auto" w:fill="FFFFFF"/>
          </w:tcPr>
          <w:p w14:paraId="18167FCE" w14:textId="77777777" w:rsidR="007052A3" w:rsidRDefault="00C03AD5">
            <w:r>
              <w:t>ед.</w:t>
            </w:r>
          </w:p>
        </w:tc>
        <w:tc>
          <w:tcPr>
            <w:tcW w:w="0" w:type="auto"/>
            <w:shd w:val="clear" w:color="auto" w:fill="FFFFFF"/>
          </w:tcPr>
          <w:p w14:paraId="3231CE90" w14:textId="77777777" w:rsidR="007052A3" w:rsidRDefault="00C03AD5">
            <w:r>
              <w:t>0</w:t>
            </w:r>
          </w:p>
        </w:tc>
        <w:tc>
          <w:tcPr>
            <w:tcW w:w="0" w:type="auto"/>
            <w:shd w:val="clear" w:color="auto" w:fill="FFFFFF"/>
          </w:tcPr>
          <w:p w14:paraId="3BCE4427" w14:textId="77777777" w:rsidR="007052A3" w:rsidRDefault="00C03AD5">
            <w:r>
              <w:t>0</w:t>
            </w:r>
          </w:p>
        </w:tc>
        <w:tc>
          <w:tcPr>
            <w:tcW w:w="0" w:type="auto"/>
            <w:shd w:val="clear" w:color="auto" w:fill="FFFFFF"/>
          </w:tcPr>
          <w:p w14:paraId="73195DD6" w14:textId="77777777" w:rsidR="007052A3" w:rsidRDefault="00C03AD5">
            <w:r>
              <w:t>10</w:t>
            </w:r>
          </w:p>
        </w:tc>
      </w:tr>
      <w:tr w:rsidR="007052A3" w14:paraId="4739CBDC" w14:textId="77777777">
        <w:trPr>
          <w:cantSplit/>
        </w:trPr>
        <w:tc>
          <w:tcPr>
            <w:tcW w:w="0" w:type="auto"/>
            <w:shd w:val="clear" w:color="auto" w:fill="F2F2F2"/>
          </w:tcPr>
          <w:p w14:paraId="26980870" w14:textId="77777777" w:rsidR="007052A3" w:rsidRDefault="00C03AD5">
            <w:r>
              <w:t>Подпитка тепловых сетей</w:t>
            </w:r>
          </w:p>
        </w:tc>
        <w:tc>
          <w:tcPr>
            <w:tcW w:w="0" w:type="auto"/>
            <w:shd w:val="clear" w:color="auto" w:fill="FFFFFF"/>
          </w:tcPr>
          <w:p w14:paraId="31888369" w14:textId="77777777" w:rsidR="007052A3" w:rsidRDefault="00C03AD5">
            <w:r>
              <w:t>т/год</w:t>
            </w:r>
          </w:p>
        </w:tc>
        <w:tc>
          <w:tcPr>
            <w:tcW w:w="0" w:type="auto"/>
            <w:shd w:val="clear" w:color="auto" w:fill="FFFFFF"/>
          </w:tcPr>
          <w:p w14:paraId="5D261B00" w14:textId="77777777" w:rsidR="007052A3" w:rsidRDefault="00C03AD5">
            <w:r>
              <w:t>914 979</w:t>
            </w:r>
          </w:p>
        </w:tc>
        <w:tc>
          <w:tcPr>
            <w:tcW w:w="0" w:type="auto"/>
            <w:shd w:val="clear" w:color="auto" w:fill="FFFFFF"/>
          </w:tcPr>
          <w:p w14:paraId="19E6B042" w14:textId="77777777" w:rsidR="007052A3" w:rsidRDefault="00C03AD5">
            <w:r>
              <w:t>947 898</w:t>
            </w:r>
          </w:p>
        </w:tc>
        <w:tc>
          <w:tcPr>
            <w:tcW w:w="0" w:type="auto"/>
            <w:shd w:val="clear" w:color="auto" w:fill="FFFFFF"/>
          </w:tcPr>
          <w:p w14:paraId="4204A4F9" w14:textId="77777777" w:rsidR="007052A3" w:rsidRDefault="00C03AD5">
            <w:r>
              <w:t>947 898</w:t>
            </w:r>
          </w:p>
        </w:tc>
      </w:tr>
    </w:tbl>
    <w:p w14:paraId="0F4E83E0" w14:textId="77777777" w:rsidR="00844B84" w:rsidRDefault="00C03AD5">
      <w:pPr>
        <w:rPr>
          <w:lang w:val="ru-RU"/>
        </w:rPr>
      </w:pPr>
      <w:r w:rsidRPr="00844B84">
        <w:rPr>
          <w:lang w:val="ru-RU"/>
        </w:rPr>
        <w:t>Показатели приведены при условии реализации мероприятий, утверждаемых настоящей схемой. Количество котлоагрегатов на расчётный срок определяется проектной документацией по каждому источнику: при переводе на природный газ возможны как сохранение существующих котлоагрегатов, так и их замещение.</w:t>
      </w:r>
    </w:p>
    <w:p w14:paraId="5225F0C1" w14:textId="77777777" w:rsidR="007052A3" w:rsidRPr="00326225" w:rsidRDefault="00844B84">
      <w:pPr>
        <w:rPr>
          <w:lang w:val="ru-RU"/>
        </w:rPr>
      </w:pPr>
      <w:r>
        <w:rPr>
          <w:lang w:val="ru-RU"/>
        </w:rPr>
        <w:br w:type="page"/>
      </w:r>
    </w:p>
    <w:p w14:paraId="149207CA" w14:textId="77777777" w:rsidR="006E7A08" w:rsidRPr="000C24CF" w:rsidRDefault="00267E76">
      <w:pPr>
        <w:pStyle w:val="1"/>
        <w:rPr>
          <w:color w:val="4F81BD" w:themeColor="accent1"/>
          <w:lang w:val="ru-RU"/>
        </w:rPr>
      </w:pPr>
      <w:bookmarkStart w:id="109" w:name="_Toc238017308"/>
      <w:r w:rsidRPr="000C24CF">
        <w:rPr>
          <w:color w:val="4F81BD" w:themeColor="accent1"/>
          <w:lang w:val="ru-RU"/>
        </w:rPr>
        <w:t>15. Ценовые (тарифные) последствия</w:t>
      </w:r>
      <w:bookmarkEnd w:id="109"/>
    </w:p>
    <w:p w14:paraId="41418488" w14:textId="77777777" w:rsidR="006E7A08" w:rsidRPr="001D7D92" w:rsidRDefault="00267E76">
      <w:pPr>
        <w:ind w:firstLine="709"/>
        <w:jc w:val="both"/>
        <w:rPr>
          <w:lang w:val="ru-RU"/>
        </w:rPr>
      </w:pPr>
      <w:r w:rsidRPr="001D7D92">
        <w:rPr>
          <w:lang w:val="ru-RU"/>
        </w:rPr>
        <w:t>Тарифы на тепловую энергию установлены Региональной энергетической комиссией Кузбасса на долгосрочный период. Ключевая особенность базового года состоит в форме тарифа: в 2026 году установлены ставка за тепловую энергию и ставка за содержание тепловой мощности, а одноставочный тариф не устанавливался. Единая величина в рублях на гигакалорию за 2026 год поэтому не приводится, а ставки имеют разные единицы измерения и суммированию между собой не подлежат.</w:t>
      </w:r>
    </w:p>
    <w:p w14:paraId="09863F6F" w14:textId="77777777" w:rsidR="006E7A08" w:rsidRPr="001D7D92" w:rsidRDefault="00267E76">
      <w:pPr>
        <w:ind w:firstLine="709"/>
        <w:jc w:val="both"/>
        <w:rPr>
          <w:lang w:val="ru-RU"/>
        </w:rPr>
      </w:pPr>
      <w:r w:rsidRPr="001D7D92">
        <w:rPr>
          <w:lang w:val="ru-RU"/>
        </w:rPr>
        <w:t>С 2027 года и до конца периода регулирования тариф установлен в одноставочной форме с полугодовой периодизацией. Территориальной дифференциации тарифа по населённым пунктам округа не установлено.</w:t>
      </w:r>
    </w:p>
    <w:p w14:paraId="7E3C399F" w14:textId="77777777" w:rsidR="006E7A08" w:rsidRPr="001D7D92" w:rsidRDefault="00267E76">
      <w:pPr>
        <w:ind w:firstLine="709"/>
        <w:jc w:val="both"/>
        <w:rPr>
          <w:lang w:val="ru-RU"/>
        </w:rPr>
      </w:pPr>
      <w:r w:rsidRPr="001D7D92">
        <w:rPr>
          <w:lang w:val="ru-RU"/>
        </w:rPr>
        <w:t>Значения на 2032–2036 годы приведены как расчётный прогноз для целей схемы и утверждёнными тарифами не являются.</w:t>
      </w:r>
    </w:p>
    <w:p w14:paraId="677B80B8" w14:textId="77777777" w:rsidR="006E7A08" w:rsidRPr="001D7D92" w:rsidRDefault="00267E76">
      <w:pPr>
        <w:keepNext/>
        <w:keepLines/>
        <w:rPr>
          <w:lang w:val="ru-RU"/>
        </w:rPr>
      </w:pPr>
      <w:r w:rsidRPr="001D7D92">
        <w:rPr>
          <w:b/>
          <w:lang w:val="ru-RU"/>
        </w:rPr>
        <w:t>Таблица 15.1 — Ценовые (тарифные) последствия реализации схемы теплоснабжения (лист «Таблица 15.1» расчётной книги)</w:t>
      </w:r>
    </w:p>
    <w:tbl>
      <w:tblPr>
        <w:tblStyle w:val="aff0"/>
        <w:tblW w:w="5000" w:type="pct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91"/>
        <w:gridCol w:w="1600"/>
        <w:gridCol w:w="1754"/>
        <w:gridCol w:w="1727"/>
        <w:gridCol w:w="1275"/>
        <w:gridCol w:w="1198"/>
        <w:gridCol w:w="1134"/>
      </w:tblGrid>
      <w:tr w:rsidR="006E7A08" w:rsidRPr="004D1FEB" w14:paraId="6AFBD1B4" w14:textId="77777777">
        <w:trPr>
          <w:cantSplit/>
          <w:tblHeader/>
          <w:jc w:val="center"/>
        </w:trPr>
        <w:tc>
          <w:tcPr>
            <w:tcW w:w="0" w:type="auto"/>
            <w:gridSpan w:val="7"/>
            <w:shd w:val="clear" w:color="auto" w:fill="E2F0D9"/>
            <w:vAlign w:val="center"/>
          </w:tcPr>
          <w:p w14:paraId="08060BB5" w14:textId="77777777" w:rsidR="006E7A08" w:rsidRPr="001D7D92" w:rsidRDefault="00267E76">
            <w:pPr>
              <w:jc w:val="center"/>
              <w:rPr>
                <w:lang w:val="ru-RU"/>
              </w:rPr>
            </w:pPr>
            <w:r w:rsidRPr="001D7D92">
              <w:rPr>
                <w:b/>
                <w:lang w:val="ru-RU"/>
              </w:rPr>
              <w:t>Утверждённые тарифы на тепловую энергию, 2026–2031 годы</w:t>
            </w:r>
          </w:p>
        </w:tc>
      </w:tr>
      <w:tr w:rsidR="006E7A08" w14:paraId="3BD93B1A" w14:textId="77777777">
        <w:trPr>
          <w:cantSplit/>
          <w:tblHeader/>
          <w:jc w:val="center"/>
        </w:trPr>
        <w:tc>
          <w:tcPr>
            <w:tcW w:w="0" w:type="auto"/>
            <w:shd w:val="clear" w:color="auto" w:fill="E2F0D9"/>
            <w:vAlign w:val="center"/>
          </w:tcPr>
          <w:p w14:paraId="59A8D402" w14:textId="77777777" w:rsidR="006E7A08" w:rsidRDefault="00267E76">
            <w:pPr>
              <w:jc w:val="center"/>
            </w:pPr>
            <w:r>
              <w:rPr>
                <w:b/>
              </w:rPr>
              <w:t>№ п/п</w:t>
            </w:r>
          </w:p>
        </w:tc>
        <w:tc>
          <w:tcPr>
            <w:tcW w:w="0" w:type="auto"/>
            <w:shd w:val="clear" w:color="auto" w:fill="E2F0D9"/>
            <w:vAlign w:val="center"/>
          </w:tcPr>
          <w:p w14:paraId="3CDA470A" w14:textId="77777777" w:rsidR="006E7A08" w:rsidRPr="001D7D92" w:rsidRDefault="00267E76">
            <w:pPr>
              <w:jc w:val="center"/>
              <w:rPr>
                <w:lang w:val="ru-RU"/>
              </w:rPr>
            </w:pPr>
            <w:r w:rsidRPr="001D7D92">
              <w:rPr>
                <w:b/>
                <w:lang w:val="ru-RU"/>
              </w:rPr>
              <w:t>Категория потребителей и базис НДС</w:t>
            </w:r>
          </w:p>
        </w:tc>
        <w:tc>
          <w:tcPr>
            <w:tcW w:w="0" w:type="auto"/>
            <w:shd w:val="clear" w:color="auto" w:fill="E2F0D9"/>
            <w:vAlign w:val="center"/>
          </w:tcPr>
          <w:p w14:paraId="1CE41D35" w14:textId="77777777" w:rsidR="006E7A08" w:rsidRDefault="00267E76">
            <w:pPr>
              <w:jc w:val="center"/>
            </w:pPr>
            <w:r>
              <w:rPr>
                <w:b/>
              </w:rPr>
              <w:t>Вид тарифа</w:t>
            </w:r>
          </w:p>
        </w:tc>
        <w:tc>
          <w:tcPr>
            <w:tcW w:w="0" w:type="auto"/>
            <w:shd w:val="clear" w:color="auto" w:fill="E2F0D9"/>
            <w:vAlign w:val="center"/>
          </w:tcPr>
          <w:p w14:paraId="7641342C" w14:textId="77777777" w:rsidR="006E7A08" w:rsidRDefault="00267E76">
            <w:pPr>
              <w:jc w:val="center"/>
            </w:pPr>
            <w:r>
              <w:rPr>
                <w:b/>
              </w:rPr>
              <w:t>Наименование ставки</w:t>
            </w:r>
          </w:p>
        </w:tc>
        <w:tc>
          <w:tcPr>
            <w:tcW w:w="0" w:type="auto"/>
            <w:shd w:val="clear" w:color="auto" w:fill="E2F0D9"/>
            <w:vAlign w:val="center"/>
          </w:tcPr>
          <w:p w14:paraId="3E7B657C" w14:textId="77777777" w:rsidR="006E7A08" w:rsidRDefault="00267E76">
            <w:pPr>
              <w:jc w:val="center"/>
            </w:pPr>
            <w:r>
              <w:rPr>
                <w:b/>
              </w:rPr>
              <w:t>Единица измерения</w:t>
            </w:r>
          </w:p>
        </w:tc>
        <w:tc>
          <w:tcPr>
            <w:tcW w:w="0" w:type="auto"/>
            <w:shd w:val="clear" w:color="auto" w:fill="E2F0D9"/>
            <w:vAlign w:val="center"/>
          </w:tcPr>
          <w:p w14:paraId="1EF1164C" w14:textId="77777777" w:rsidR="006E7A08" w:rsidRDefault="00267E76">
            <w:pPr>
              <w:jc w:val="center"/>
            </w:pPr>
            <w:r>
              <w:rPr>
                <w:b/>
              </w:rPr>
              <w:t>Период действия</w:t>
            </w:r>
          </w:p>
        </w:tc>
        <w:tc>
          <w:tcPr>
            <w:tcW w:w="0" w:type="auto"/>
            <w:shd w:val="clear" w:color="auto" w:fill="E2F0D9"/>
            <w:vAlign w:val="center"/>
          </w:tcPr>
          <w:p w14:paraId="21F129B1" w14:textId="77777777" w:rsidR="006E7A08" w:rsidRDefault="00267E76">
            <w:pPr>
              <w:jc w:val="center"/>
            </w:pPr>
            <w:r>
              <w:rPr>
                <w:b/>
              </w:rPr>
              <w:t>Значение</w:t>
            </w:r>
          </w:p>
        </w:tc>
      </w:tr>
      <w:tr w:rsidR="006E7A08" w14:paraId="08E95729" w14:textId="77777777">
        <w:trPr>
          <w:cantSplit/>
          <w:jc w:val="center"/>
        </w:trPr>
        <w:tc>
          <w:tcPr>
            <w:tcW w:w="0" w:type="auto"/>
          </w:tcPr>
          <w:p w14:paraId="17BD1915" w14:textId="77777777" w:rsidR="006E7A08" w:rsidRDefault="00267E76">
            <w:pPr>
              <w:jc w:val="center"/>
            </w:pPr>
            <w:r>
              <w:t>1</w:t>
            </w:r>
          </w:p>
        </w:tc>
        <w:tc>
          <w:tcPr>
            <w:tcW w:w="0" w:type="auto"/>
          </w:tcPr>
          <w:p w14:paraId="4C77FCCA" w14:textId="77777777" w:rsidR="006E7A08" w:rsidRDefault="00267E76">
            <w:r>
              <w:t>Прочие потребители, без НДС</w:t>
            </w:r>
          </w:p>
        </w:tc>
        <w:tc>
          <w:tcPr>
            <w:tcW w:w="0" w:type="auto"/>
          </w:tcPr>
          <w:p w14:paraId="3229BA22" w14:textId="77777777" w:rsidR="006E7A08" w:rsidRDefault="00267E76">
            <w:r>
              <w:t>Двухставочный</w:t>
            </w:r>
          </w:p>
        </w:tc>
        <w:tc>
          <w:tcPr>
            <w:tcW w:w="0" w:type="auto"/>
          </w:tcPr>
          <w:p w14:paraId="05D681A6" w14:textId="77777777" w:rsidR="006E7A08" w:rsidRDefault="00267E76">
            <w:r>
              <w:t>Ставка за тепловую энергию</w:t>
            </w:r>
          </w:p>
        </w:tc>
        <w:tc>
          <w:tcPr>
            <w:tcW w:w="0" w:type="auto"/>
          </w:tcPr>
          <w:p w14:paraId="113861DF" w14:textId="77777777" w:rsidR="006E7A08" w:rsidRDefault="00267E76">
            <w:r>
              <w:t>руб./Гкал</w:t>
            </w:r>
          </w:p>
        </w:tc>
        <w:tc>
          <w:tcPr>
            <w:tcW w:w="0" w:type="auto"/>
          </w:tcPr>
          <w:p w14:paraId="3B0F7411" w14:textId="77777777" w:rsidR="006E7A08" w:rsidRDefault="00267E76">
            <w:r>
              <w:t>с 01.01.2026</w:t>
            </w:r>
          </w:p>
        </w:tc>
        <w:tc>
          <w:tcPr>
            <w:tcW w:w="0" w:type="auto"/>
          </w:tcPr>
          <w:p w14:paraId="5AE471A9" w14:textId="77777777" w:rsidR="006E7A08" w:rsidRDefault="00267E76">
            <w:pPr>
              <w:jc w:val="center"/>
            </w:pPr>
            <w:r>
              <w:t>953,26</w:t>
            </w:r>
          </w:p>
        </w:tc>
      </w:tr>
      <w:tr w:rsidR="006E7A08" w14:paraId="41450E4C" w14:textId="77777777">
        <w:trPr>
          <w:cantSplit/>
          <w:jc w:val="center"/>
        </w:trPr>
        <w:tc>
          <w:tcPr>
            <w:tcW w:w="0" w:type="auto"/>
          </w:tcPr>
          <w:p w14:paraId="7AC16F8C" w14:textId="77777777" w:rsidR="006E7A08" w:rsidRDefault="00267E76">
            <w:pPr>
              <w:jc w:val="center"/>
            </w:pPr>
            <w:r>
              <w:t>2</w:t>
            </w:r>
          </w:p>
        </w:tc>
        <w:tc>
          <w:tcPr>
            <w:tcW w:w="0" w:type="auto"/>
          </w:tcPr>
          <w:p w14:paraId="69E13BC7" w14:textId="77777777" w:rsidR="006E7A08" w:rsidRDefault="00267E76">
            <w:r>
              <w:t>Прочие потребители, без НДС</w:t>
            </w:r>
          </w:p>
        </w:tc>
        <w:tc>
          <w:tcPr>
            <w:tcW w:w="0" w:type="auto"/>
          </w:tcPr>
          <w:p w14:paraId="00BF2D1E" w14:textId="77777777" w:rsidR="006E7A08" w:rsidRDefault="00267E76">
            <w:r>
              <w:t>Двухставочный</w:t>
            </w:r>
          </w:p>
        </w:tc>
        <w:tc>
          <w:tcPr>
            <w:tcW w:w="0" w:type="auto"/>
          </w:tcPr>
          <w:p w14:paraId="413299FC" w14:textId="77777777" w:rsidR="006E7A08" w:rsidRDefault="00267E76">
            <w:r>
              <w:t>Ставка за тепловую энергию</w:t>
            </w:r>
          </w:p>
        </w:tc>
        <w:tc>
          <w:tcPr>
            <w:tcW w:w="0" w:type="auto"/>
          </w:tcPr>
          <w:p w14:paraId="4D4A3A54" w14:textId="77777777" w:rsidR="006E7A08" w:rsidRDefault="00267E76">
            <w:r>
              <w:t>руб./Гкал</w:t>
            </w:r>
          </w:p>
        </w:tc>
        <w:tc>
          <w:tcPr>
            <w:tcW w:w="0" w:type="auto"/>
          </w:tcPr>
          <w:p w14:paraId="33AC8F65" w14:textId="77777777" w:rsidR="006E7A08" w:rsidRDefault="00267E76">
            <w:r>
              <w:t>с 01.10.2026</w:t>
            </w:r>
          </w:p>
        </w:tc>
        <w:tc>
          <w:tcPr>
            <w:tcW w:w="0" w:type="auto"/>
          </w:tcPr>
          <w:p w14:paraId="7E05D839" w14:textId="77777777" w:rsidR="006E7A08" w:rsidRDefault="00267E76">
            <w:pPr>
              <w:jc w:val="center"/>
            </w:pPr>
            <w:r>
              <w:t>993,44</w:t>
            </w:r>
          </w:p>
        </w:tc>
      </w:tr>
      <w:tr w:rsidR="006E7A08" w14:paraId="311F4F27" w14:textId="77777777">
        <w:trPr>
          <w:cantSplit/>
          <w:jc w:val="center"/>
        </w:trPr>
        <w:tc>
          <w:tcPr>
            <w:tcW w:w="0" w:type="auto"/>
          </w:tcPr>
          <w:p w14:paraId="114262BD" w14:textId="77777777" w:rsidR="006E7A08" w:rsidRDefault="00267E76">
            <w:pPr>
              <w:jc w:val="center"/>
            </w:pPr>
            <w:r>
              <w:t>3</w:t>
            </w:r>
          </w:p>
        </w:tc>
        <w:tc>
          <w:tcPr>
            <w:tcW w:w="0" w:type="auto"/>
          </w:tcPr>
          <w:p w14:paraId="3AD29A11" w14:textId="77777777" w:rsidR="006E7A08" w:rsidRDefault="00267E76">
            <w:r>
              <w:t>Прочие потребители, без НДС</w:t>
            </w:r>
          </w:p>
        </w:tc>
        <w:tc>
          <w:tcPr>
            <w:tcW w:w="0" w:type="auto"/>
          </w:tcPr>
          <w:p w14:paraId="3C6D5ADD" w14:textId="77777777" w:rsidR="006E7A08" w:rsidRDefault="00267E76">
            <w:r>
              <w:t>Двухставочный</w:t>
            </w:r>
          </w:p>
        </w:tc>
        <w:tc>
          <w:tcPr>
            <w:tcW w:w="0" w:type="auto"/>
          </w:tcPr>
          <w:p w14:paraId="4A439E36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Ставка за содержание тепловой мощности</w:t>
            </w:r>
          </w:p>
        </w:tc>
        <w:tc>
          <w:tcPr>
            <w:tcW w:w="0" w:type="auto"/>
          </w:tcPr>
          <w:p w14:paraId="1F1953DD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тыс. руб./Гкал/ч в месяц</w:t>
            </w:r>
          </w:p>
        </w:tc>
        <w:tc>
          <w:tcPr>
            <w:tcW w:w="0" w:type="auto"/>
          </w:tcPr>
          <w:p w14:paraId="29B2FB63" w14:textId="77777777" w:rsidR="006E7A08" w:rsidRDefault="00267E76">
            <w:r>
              <w:t>с 01.01.2026</w:t>
            </w:r>
          </w:p>
        </w:tc>
        <w:tc>
          <w:tcPr>
            <w:tcW w:w="0" w:type="auto"/>
          </w:tcPr>
          <w:p w14:paraId="5262BDFC" w14:textId="77777777" w:rsidR="006E7A08" w:rsidRDefault="00267E76">
            <w:pPr>
              <w:jc w:val="center"/>
            </w:pPr>
            <w:r>
              <w:t>844,12570</w:t>
            </w:r>
          </w:p>
        </w:tc>
      </w:tr>
      <w:tr w:rsidR="006E7A08" w14:paraId="4DF99708" w14:textId="77777777">
        <w:trPr>
          <w:cantSplit/>
          <w:jc w:val="center"/>
        </w:trPr>
        <w:tc>
          <w:tcPr>
            <w:tcW w:w="0" w:type="auto"/>
          </w:tcPr>
          <w:p w14:paraId="192C6682" w14:textId="77777777" w:rsidR="006E7A08" w:rsidRDefault="00267E76">
            <w:pPr>
              <w:jc w:val="center"/>
            </w:pPr>
            <w:r>
              <w:t>4</w:t>
            </w:r>
          </w:p>
        </w:tc>
        <w:tc>
          <w:tcPr>
            <w:tcW w:w="0" w:type="auto"/>
          </w:tcPr>
          <w:p w14:paraId="57654CD0" w14:textId="77777777" w:rsidR="006E7A08" w:rsidRDefault="00267E76">
            <w:r>
              <w:t>Прочие потребители, без НДС</w:t>
            </w:r>
          </w:p>
        </w:tc>
        <w:tc>
          <w:tcPr>
            <w:tcW w:w="0" w:type="auto"/>
          </w:tcPr>
          <w:p w14:paraId="64409B41" w14:textId="77777777" w:rsidR="006E7A08" w:rsidRDefault="00267E76">
            <w:r>
              <w:t>Двухставочный</w:t>
            </w:r>
          </w:p>
        </w:tc>
        <w:tc>
          <w:tcPr>
            <w:tcW w:w="0" w:type="auto"/>
          </w:tcPr>
          <w:p w14:paraId="1D9108B2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Ставка за содержание тепловой мощности</w:t>
            </w:r>
          </w:p>
        </w:tc>
        <w:tc>
          <w:tcPr>
            <w:tcW w:w="0" w:type="auto"/>
          </w:tcPr>
          <w:p w14:paraId="600766B5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тыс. руб./Гкал/ч в месяц</w:t>
            </w:r>
          </w:p>
        </w:tc>
        <w:tc>
          <w:tcPr>
            <w:tcW w:w="0" w:type="auto"/>
          </w:tcPr>
          <w:p w14:paraId="16FC29FD" w14:textId="77777777" w:rsidR="006E7A08" w:rsidRDefault="00267E76">
            <w:r>
              <w:t>с 01.10.2026</w:t>
            </w:r>
          </w:p>
        </w:tc>
        <w:tc>
          <w:tcPr>
            <w:tcW w:w="0" w:type="auto"/>
          </w:tcPr>
          <w:p w14:paraId="62E38887" w14:textId="77777777" w:rsidR="006E7A08" w:rsidRDefault="00267E76">
            <w:pPr>
              <w:jc w:val="center"/>
            </w:pPr>
            <w:r>
              <w:t>845,58129</w:t>
            </w:r>
          </w:p>
        </w:tc>
      </w:tr>
      <w:tr w:rsidR="006E7A08" w14:paraId="779B35B3" w14:textId="77777777">
        <w:trPr>
          <w:cantSplit/>
          <w:jc w:val="center"/>
        </w:trPr>
        <w:tc>
          <w:tcPr>
            <w:tcW w:w="0" w:type="auto"/>
          </w:tcPr>
          <w:p w14:paraId="7B23EEA3" w14:textId="77777777" w:rsidR="006E7A08" w:rsidRDefault="00267E76">
            <w:pPr>
              <w:jc w:val="center"/>
            </w:pPr>
            <w:r>
              <w:t>5</w:t>
            </w:r>
          </w:p>
        </w:tc>
        <w:tc>
          <w:tcPr>
            <w:tcW w:w="0" w:type="auto"/>
          </w:tcPr>
          <w:p w14:paraId="2C86D029" w14:textId="77777777" w:rsidR="006E7A08" w:rsidRDefault="00267E76">
            <w:r>
              <w:t>Население, с НДС</w:t>
            </w:r>
          </w:p>
        </w:tc>
        <w:tc>
          <w:tcPr>
            <w:tcW w:w="0" w:type="auto"/>
          </w:tcPr>
          <w:p w14:paraId="4AEC92EE" w14:textId="77777777" w:rsidR="006E7A08" w:rsidRDefault="00267E76">
            <w:r>
              <w:t>Двухставочный</w:t>
            </w:r>
          </w:p>
        </w:tc>
        <w:tc>
          <w:tcPr>
            <w:tcW w:w="0" w:type="auto"/>
          </w:tcPr>
          <w:p w14:paraId="70CD8CB9" w14:textId="77777777" w:rsidR="006E7A08" w:rsidRDefault="00267E76">
            <w:r>
              <w:t>Ставка за тепловую энергию</w:t>
            </w:r>
          </w:p>
        </w:tc>
        <w:tc>
          <w:tcPr>
            <w:tcW w:w="0" w:type="auto"/>
          </w:tcPr>
          <w:p w14:paraId="189C945D" w14:textId="77777777" w:rsidR="006E7A08" w:rsidRDefault="00267E76">
            <w:r>
              <w:t>руб./Гкал</w:t>
            </w:r>
          </w:p>
        </w:tc>
        <w:tc>
          <w:tcPr>
            <w:tcW w:w="0" w:type="auto"/>
          </w:tcPr>
          <w:p w14:paraId="49F470B4" w14:textId="77777777" w:rsidR="006E7A08" w:rsidRDefault="00267E76">
            <w:r>
              <w:t>с 01.01.2026</w:t>
            </w:r>
          </w:p>
        </w:tc>
        <w:tc>
          <w:tcPr>
            <w:tcW w:w="0" w:type="auto"/>
          </w:tcPr>
          <w:p w14:paraId="419476B8" w14:textId="77777777" w:rsidR="006E7A08" w:rsidRDefault="00267E76">
            <w:pPr>
              <w:jc w:val="center"/>
            </w:pPr>
            <w:r>
              <w:t>1 162,98</w:t>
            </w:r>
          </w:p>
        </w:tc>
      </w:tr>
      <w:tr w:rsidR="006E7A08" w14:paraId="0FEC0FEC" w14:textId="77777777">
        <w:trPr>
          <w:cantSplit/>
          <w:jc w:val="center"/>
        </w:trPr>
        <w:tc>
          <w:tcPr>
            <w:tcW w:w="0" w:type="auto"/>
          </w:tcPr>
          <w:p w14:paraId="18681176" w14:textId="77777777" w:rsidR="006E7A08" w:rsidRDefault="00267E76">
            <w:pPr>
              <w:jc w:val="center"/>
            </w:pPr>
            <w:r>
              <w:t>6</w:t>
            </w:r>
          </w:p>
        </w:tc>
        <w:tc>
          <w:tcPr>
            <w:tcW w:w="0" w:type="auto"/>
          </w:tcPr>
          <w:p w14:paraId="6B72920A" w14:textId="77777777" w:rsidR="006E7A08" w:rsidRDefault="00267E76">
            <w:r>
              <w:t>Население, с НДС</w:t>
            </w:r>
          </w:p>
        </w:tc>
        <w:tc>
          <w:tcPr>
            <w:tcW w:w="0" w:type="auto"/>
          </w:tcPr>
          <w:p w14:paraId="25596FFD" w14:textId="77777777" w:rsidR="006E7A08" w:rsidRDefault="00267E76">
            <w:r>
              <w:t>Двухставочный</w:t>
            </w:r>
          </w:p>
        </w:tc>
        <w:tc>
          <w:tcPr>
            <w:tcW w:w="0" w:type="auto"/>
          </w:tcPr>
          <w:p w14:paraId="7329F52E" w14:textId="77777777" w:rsidR="006E7A08" w:rsidRDefault="00267E76">
            <w:r>
              <w:t>Ставка за тепловую энергию</w:t>
            </w:r>
          </w:p>
        </w:tc>
        <w:tc>
          <w:tcPr>
            <w:tcW w:w="0" w:type="auto"/>
          </w:tcPr>
          <w:p w14:paraId="2BAFCF5D" w14:textId="77777777" w:rsidR="006E7A08" w:rsidRDefault="00267E76">
            <w:r>
              <w:t>руб./Гкал</w:t>
            </w:r>
          </w:p>
        </w:tc>
        <w:tc>
          <w:tcPr>
            <w:tcW w:w="0" w:type="auto"/>
          </w:tcPr>
          <w:p w14:paraId="12B2DAC2" w14:textId="77777777" w:rsidR="006E7A08" w:rsidRDefault="00267E76">
            <w:r>
              <w:t>с 01.10.2026</w:t>
            </w:r>
          </w:p>
        </w:tc>
        <w:tc>
          <w:tcPr>
            <w:tcW w:w="0" w:type="auto"/>
          </w:tcPr>
          <w:p w14:paraId="727F1240" w14:textId="77777777" w:rsidR="006E7A08" w:rsidRDefault="00267E76">
            <w:pPr>
              <w:jc w:val="center"/>
            </w:pPr>
            <w:r>
              <w:t>1 212,00</w:t>
            </w:r>
          </w:p>
        </w:tc>
      </w:tr>
      <w:tr w:rsidR="006E7A08" w14:paraId="613F4E9B" w14:textId="77777777">
        <w:trPr>
          <w:cantSplit/>
          <w:jc w:val="center"/>
        </w:trPr>
        <w:tc>
          <w:tcPr>
            <w:tcW w:w="0" w:type="auto"/>
          </w:tcPr>
          <w:p w14:paraId="6E2B8F26" w14:textId="77777777" w:rsidR="006E7A08" w:rsidRDefault="00267E76">
            <w:pPr>
              <w:jc w:val="center"/>
            </w:pPr>
            <w:r>
              <w:t>7</w:t>
            </w:r>
          </w:p>
        </w:tc>
        <w:tc>
          <w:tcPr>
            <w:tcW w:w="0" w:type="auto"/>
          </w:tcPr>
          <w:p w14:paraId="181F8A69" w14:textId="77777777" w:rsidR="006E7A08" w:rsidRDefault="00267E76">
            <w:r>
              <w:t>Население, с НДС</w:t>
            </w:r>
          </w:p>
        </w:tc>
        <w:tc>
          <w:tcPr>
            <w:tcW w:w="0" w:type="auto"/>
          </w:tcPr>
          <w:p w14:paraId="0D0D9D50" w14:textId="77777777" w:rsidR="006E7A08" w:rsidRDefault="00267E76">
            <w:r>
              <w:t>Двухставочный</w:t>
            </w:r>
          </w:p>
        </w:tc>
        <w:tc>
          <w:tcPr>
            <w:tcW w:w="0" w:type="auto"/>
          </w:tcPr>
          <w:p w14:paraId="5E58BE42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Ставка за содержание тепловой мощности</w:t>
            </w:r>
          </w:p>
        </w:tc>
        <w:tc>
          <w:tcPr>
            <w:tcW w:w="0" w:type="auto"/>
          </w:tcPr>
          <w:p w14:paraId="0D87CCA9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тыс. руб./Гкал/ч в месяц</w:t>
            </w:r>
          </w:p>
        </w:tc>
        <w:tc>
          <w:tcPr>
            <w:tcW w:w="0" w:type="auto"/>
          </w:tcPr>
          <w:p w14:paraId="2DC32B57" w14:textId="77777777" w:rsidR="006E7A08" w:rsidRDefault="00267E76">
            <w:r>
              <w:t>с 01.01.2026</w:t>
            </w:r>
          </w:p>
        </w:tc>
        <w:tc>
          <w:tcPr>
            <w:tcW w:w="0" w:type="auto"/>
          </w:tcPr>
          <w:p w14:paraId="33626812" w14:textId="77777777" w:rsidR="006E7A08" w:rsidRDefault="00267E76">
            <w:pPr>
              <w:jc w:val="center"/>
            </w:pPr>
            <w:r>
              <w:t>1 029,83335</w:t>
            </w:r>
          </w:p>
        </w:tc>
      </w:tr>
      <w:tr w:rsidR="006E7A08" w14:paraId="46D88EFF" w14:textId="77777777">
        <w:trPr>
          <w:cantSplit/>
          <w:jc w:val="center"/>
        </w:trPr>
        <w:tc>
          <w:tcPr>
            <w:tcW w:w="0" w:type="auto"/>
          </w:tcPr>
          <w:p w14:paraId="54B788DE" w14:textId="77777777" w:rsidR="006E7A08" w:rsidRDefault="00267E76">
            <w:pPr>
              <w:jc w:val="center"/>
            </w:pPr>
            <w:r>
              <w:t>8</w:t>
            </w:r>
          </w:p>
        </w:tc>
        <w:tc>
          <w:tcPr>
            <w:tcW w:w="0" w:type="auto"/>
          </w:tcPr>
          <w:p w14:paraId="200A9075" w14:textId="77777777" w:rsidR="006E7A08" w:rsidRDefault="00267E76">
            <w:r>
              <w:t>Население, с НДС</w:t>
            </w:r>
          </w:p>
        </w:tc>
        <w:tc>
          <w:tcPr>
            <w:tcW w:w="0" w:type="auto"/>
          </w:tcPr>
          <w:p w14:paraId="505489E2" w14:textId="77777777" w:rsidR="006E7A08" w:rsidRDefault="00267E76">
            <w:r>
              <w:t>Двухставочный</w:t>
            </w:r>
          </w:p>
        </w:tc>
        <w:tc>
          <w:tcPr>
            <w:tcW w:w="0" w:type="auto"/>
          </w:tcPr>
          <w:p w14:paraId="563A717A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Ставка за содержание тепловой мощности</w:t>
            </w:r>
          </w:p>
        </w:tc>
        <w:tc>
          <w:tcPr>
            <w:tcW w:w="0" w:type="auto"/>
          </w:tcPr>
          <w:p w14:paraId="1B202F03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тыс. руб./Гкал/ч в месяц</w:t>
            </w:r>
          </w:p>
        </w:tc>
        <w:tc>
          <w:tcPr>
            <w:tcW w:w="0" w:type="auto"/>
          </w:tcPr>
          <w:p w14:paraId="3CB849D3" w14:textId="77777777" w:rsidR="006E7A08" w:rsidRDefault="00267E76">
            <w:r>
              <w:t>с 01.10.2026</w:t>
            </w:r>
          </w:p>
        </w:tc>
        <w:tc>
          <w:tcPr>
            <w:tcW w:w="0" w:type="auto"/>
          </w:tcPr>
          <w:p w14:paraId="04F5054A" w14:textId="77777777" w:rsidR="006E7A08" w:rsidRDefault="00267E76">
            <w:pPr>
              <w:jc w:val="center"/>
            </w:pPr>
            <w:r>
              <w:t>1 031,60917</w:t>
            </w:r>
          </w:p>
        </w:tc>
      </w:tr>
      <w:tr w:rsidR="006E7A08" w14:paraId="26FA2AE5" w14:textId="77777777">
        <w:trPr>
          <w:cantSplit/>
          <w:jc w:val="center"/>
        </w:trPr>
        <w:tc>
          <w:tcPr>
            <w:tcW w:w="0" w:type="auto"/>
          </w:tcPr>
          <w:p w14:paraId="7CF29F6E" w14:textId="77777777" w:rsidR="006E7A08" w:rsidRDefault="00267E76">
            <w:pPr>
              <w:jc w:val="center"/>
            </w:pPr>
            <w:r>
              <w:t>9</w:t>
            </w:r>
          </w:p>
        </w:tc>
        <w:tc>
          <w:tcPr>
            <w:tcW w:w="0" w:type="auto"/>
          </w:tcPr>
          <w:p w14:paraId="02DB3427" w14:textId="77777777" w:rsidR="006E7A08" w:rsidRDefault="00267E76">
            <w:r>
              <w:t>Прочие потребители, без НДС</w:t>
            </w:r>
          </w:p>
        </w:tc>
        <w:tc>
          <w:tcPr>
            <w:tcW w:w="0" w:type="auto"/>
          </w:tcPr>
          <w:p w14:paraId="2E6C72F1" w14:textId="77777777" w:rsidR="006E7A08" w:rsidRDefault="00267E76">
            <w:r>
              <w:t>Одноставочный</w:t>
            </w:r>
          </w:p>
        </w:tc>
        <w:tc>
          <w:tcPr>
            <w:tcW w:w="0" w:type="auto"/>
          </w:tcPr>
          <w:p w14:paraId="118258EE" w14:textId="77777777" w:rsidR="006E7A08" w:rsidRDefault="00267E76">
            <w:r>
              <w:t>Тариф на тепловую энергию</w:t>
            </w:r>
          </w:p>
        </w:tc>
        <w:tc>
          <w:tcPr>
            <w:tcW w:w="0" w:type="auto"/>
          </w:tcPr>
          <w:p w14:paraId="509A509E" w14:textId="77777777" w:rsidR="006E7A08" w:rsidRDefault="00267E76">
            <w:r>
              <w:t>руб./Гкал</w:t>
            </w:r>
          </w:p>
        </w:tc>
        <w:tc>
          <w:tcPr>
            <w:tcW w:w="0" w:type="auto"/>
          </w:tcPr>
          <w:p w14:paraId="4B13930B" w14:textId="77777777" w:rsidR="006E7A08" w:rsidRDefault="00267E76">
            <w:r>
              <w:t>с 01.01.2027</w:t>
            </w:r>
          </w:p>
        </w:tc>
        <w:tc>
          <w:tcPr>
            <w:tcW w:w="0" w:type="auto"/>
          </w:tcPr>
          <w:p w14:paraId="48FCD813" w14:textId="77777777" w:rsidR="006E7A08" w:rsidRDefault="00267E76">
            <w:pPr>
              <w:jc w:val="center"/>
            </w:pPr>
            <w:r>
              <w:t>3 253,54</w:t>
            </w:r>
          </w:p>
        </w:tc>
      </w:tr>
      <w:tr w:rsidR="006E7A08" w14:paraId="1437C184" w14:textId="77777777">
        <w:trPr>
          <w:cantSplit/>
          <w:jc w:val="center"/>
        </w:trPr>
        <w:tc>
          <w:tcPr>
            <w:tcW w:w="0" w:type="auto"/>
          </w:tcPr>
          <w:p w14:paraId="664C4C6F" w14:textId="77777777" w:rsidR="006E7A08" w:rsidRDefault="00267E76">
            <w:pPr>
              <w:jc w:val="center"/>
            </w:pPr>
            <w:r>
              <w:t>10</w:t>
            </w:r>
          </w:p>
        </w:tc>
        <w:tc>
          <w:tcPr>
            <w:tcW w:w="0" w:type="auto"/>
          </w:tcPr>
          <w:p w14:paraId="181D35D6" w14:textId="77777777" w:rsidR="006E7A08" w:rsidRDefault="00267E76">
            <w:r>
              <w:t>Прочие потребители, без НДС</w:t>
            </w:r>
          </w:p>
        </w:tc>
        <w:tc>
          <w:tcPr>
            <w:tcW w:w="0" w:type="auto"/>
          </w:tcPr>
          <w:p w14:paraId="33A721B8" w14:textId="77777777" w:rsidR="006E7A08" w:rsidRDefault="00267E76">
            <w:r>
              <w:t>Одноставочный</w:t>
            </w:r>
          </w:p>
        </w:tc>
        <w:tc>
          <w:tcPr>
            <w:tcW w:w="0" w:type="auto"/>
          </w:tcPr>
          <w:p w14:paraId="2DC5548E" w14:textId="77777777" w:rsidR="006E7A08" w:rsidRDefault="00267E76">
            <w:r>
              <w:t>Тариф на тепловую энергию</w:t>
            </w:r>
          </w:p>
        </w:tc>
        <w:tc>
          <w:tcPr>
            <w:tcW w:w="0" w:type="auto"/>
          </w:tcPr>
          <w:p w14:paraId="064994B8" w14:textId="77777777" w:rsidR="006E7A08" w:rsidRDefault="00267E76">
            <w:r>
              <w:t>руб./Гкал</w:t>
            </w:r>
          </w:p>
        </w:tc>
        <w:tc>
          <w:tcPr>
            <w:tcW w:w="0" w:type="auto"/>
          </w:tcPr>
          <w:p w14:paraId="4FDB151C" w14:textId="77777777" w:rsidR="006E7A08" w:rsidRDefault="00267E76">
            <w:r>
              <w:t>с 01.07.2027</w:t>
            </w:r>
          </w:p>
        </w:tc>
        <w:tc>
          <w:tcPr>
            <w:tcW w:w="0" w:type="auto"/>
          </w:tcPr>
          <w:p w14:paraId="22C5AAD7" w14:textId="77777777" w:rsidR="006E7A08" w:rsidRDefault="00267E76">
            <w:pPr>
              <w:jc w:val="center"/>
            </w:pPr>
            <w:r>
              <w:t>3 464,97</w:t>
            </w:r>
          </w:p>
        </w:tc>
      </w:tr>
      <w:tr w:rsidR="006E7A08" w14:paraId="53D8845B" w14:textId="77777777">
        <w:trPr>
          <w:cantSplit/>
          <w:jc w:val="center"/>
        </w:trPr>
        <w:tc>
          <w:tcPr>
            <w:tcW w:w="0" w:type="auto"/>
          </w:tcPr>
          <w:p w14:paraId="3A079C67" w14:textId="77777777" w:rsidR="006E7A08" w:rsidRDefault="00267E76">
            <w:pPr>
              <w:jc w:val="center"/>
            </w:pPr>
            <w:r>
              <w:t>11</w:t>
            </w:r>
          </w:p>
        </w:tc>
        <w:tc>
          <w:tcPr>
            <w:tcW w:w="0" w:type="auto"/>
          </w:tcPr>
          <w:p w14:paraId="5107DEC7" w14:textId="77777777" w:rsidR="006E7A08" w:rsidRDefault="00267E76">
            <w:r>
              <w:t>Прочие потребители, без НДС</w:t>
            </w:r>
          </w:p>
        </w:tc>
        <w:tc>
          <w:tcPr>
            <w:tcW w:w="0" w:type="auto"/>
          </w:tcPr>
          <w:p w14:paraId="35FA5D72" w14:textId="77777777" w:rsidR="006E7A08" w:rsidRDefault="00267E76">
            <w:r>
              <w:t>Одноставочный</w:t>
            </w:r>
          </w:p>
        </w:tc>
        <w:tc>
          <w:tcPr>
            <w:tcW w:w="0" w:type="auto"/>
          </w:tcPr>
          <w:p w14:paraId="60DFC07E" w14:textId="77777777" w:rsidR="006E7A08" w:rsidRDefault="00267E76">
            <w:r>
              <w:t>Тариф на тепловую энергию</w:t>
            </w:r>
          </w:p>
        </w:tc>
        <w:tc>
          <w:tcPr>
            <w:tcW w:w="0" w:type="auto"/>
          </w:tcPr>
          <w:p w14:paraId="02E89910" w14:textId="77777777" w:rsidR="006E7A08" w:rsidRDefault="00267E76">
            <w:r>
              <w:t>руб./Гкал</w:t>
            </w:r>
          </w:p>
        </w:tc>
        <w:tc>
          <w:tcPr>
            <w:tcW w:w="0" w:type="auto"/>
          </w:tcPr>
          <w:p w14:paraId="3044B4E2" w14:textId="77777777" w:rsidR="006E7A08" w:rsidRDefault="00267E76">
            <w:r>
              <w:t>с 01.01.2028 по 01.01.2029</w:t>
            </w:r>
          </w:p>
        </w:tc>
        <w:tc>
          <w:tcPr>
            <w:tcW w:w="0" w:type="auto"/>
          </w:tcPr>
          <w:p w14:paraId="56DC132D" w14:textId="77777777" w:rsidR="006E7A08" w:rsidRDefault="00267E76">
            <w:pPr>
              <w:jc w:val="center"/>
            </w:pPr>
            <w:r>
              <w:t>3 446,94</w:t>
            </w:r>
          </w:p>
        </w:tc>
      </w:tr>
      <w:tr w:rsidR="006E7A08" w14:paraId="5B839B8D" w14:textId="77777777">
        <w:trPr>
          <w:cantSplit/>
          <w:jc w:val="center"/>
        </w:trPr>
        <w:tc>
          <w:tcPr>
            <w:tcW w:w="0" w:type="auto"/>
          </w:tcPr>
          <w:p w14:paraId="345A7D30" w14:textId="77777777" w:rsidR="006E7A08" w:rsidRDefault="00267E76">
            <w:pPr>
              <w:jc w:val="center"/>
            </w:pPr>
            <w:r>
              <w:t>12</w:t>
            </w:r>
          </w:p>
        </w:tc>
        <w:tc>
          <w:tcPr>
            <w:tcW w:w="0" w:type="auto"/>
          </w:tcPr>
          <w:p w14:paraId="0E816405" w14:textId="77777777" w:rsidR="006E7A08" w:rsidRDefault="00267E76">
            <w:r>
              <w:t>Прочие потребители, без НДС</w:t>
            </w:r>
          </w:p>
        </w:tc>
        <w:tc>
          <w:tcPr>
            <w:tcW w:w="0" w:type="auto"/>
          </w:tcPr>
          <w:p w14:paraId="14E6D588" w14:textId="77777777" w:rsidR="006E7A08" w:rsidRDefault="00267E76">
            <w:r>
              <w:t>Одноставочный</w:t>
            </w:r>
          </w:p>
        </w:tc>
        <w:tc>
          <w:tcPr>
            <w:tcW w:w="0" w:type="auto"/>
          </w:tcPr>
          <w:p w14:paraId="769A8158" w14:textId="77777777" w:rsidR="006E7A08" w:rsidRDefault="00267E76">
            <w:r>
              <w:t>Тариф на тепловую энергию</w:t>
            </w:r>
          </w:p>
        </w:tc>
        <w:tc>
          <w:tcPr>
            <w:tcW w:w="0" w:type="auto"/>
          </w:tcPr>
          <w:p w14:paraId="2060FCFD" w14:textId="77777777" w:rsidR="006E7A08" w:rsidRDefault="00267E76">
            <w:r>
              <w:t>руб./Гкал</w:t>
            </w:r>
          </w:p>
        </w:tc>
        <w:tc>
          <w:tcPr>
            <w:tcW w:w="0" w:type="auto"/>
          </w:tcPr>
          <w:p w14:paraId="43D63EAA" w14:textId="77777777" w:rsidR="006E7A08" w:rsidRDefault="00267E76">
            <w:r>
              <w:t>с 01.07.2029</w:t>
            </w:r>
          </w:p>
        </w:tc>
        <w:tc>
          <w:tcPr>
            <w:tcW w:w="0" w:type="auto"/>
          </w:tcPr>
          <w:p w14:paraId="0D2EE7E9" w14:textId="77777777" w:rsidR="006E7A08" w:rsidRDefault="00267E76">
            <w:pPr>
              <w:jc w:val="center"/>
            </w:pPr>
            <w:r>
              <w:t>3 672,46</w:t>
            </w:r>
          </w:p>
        </w:tc>
      </w:tr>
      <w:tr w:rsidR="006E7A08" w14:paraId="4D81FB30" w14:textId="77777777">
        <w:trPr>
          <w:cantSplit/>
          <w:jc w:val="center"/>
        </w:trPr>
        <w:tc>
          <w:tcPr>
            <w:tcW w:w="0" w:type="auto"/>
          </w:tcPr>
          <w:p w14:paraId="62F35C1E" w14:textId="77777777" w:rsidR="006E7A08" w:rsidRDefault="00267E76">
            <w:pPr>
              <w:jc w:val="center"/>
            </w:pPr>
            <w:r>
              <w:t>13</w:t>
            </w:r>
          </w:p>
        </w:tc>
        <w:tc>
          <w:tcPr>
            <w:tcW w:w="0" w:type="auto"/>
          </w:tcPr>
          <w:p w14:paraId="2D21DA51" w14:textId="77777777" w:rsidR="006E7A08" w:rsidRDefault="00267E76">
            <w:r>
              <w:t>Прочие потребители, без НДС</w:t>
            </w:r>
          </w:p>
        </w:tc>
        <w:tc>
          <w:tcPr>
            <w:tcW w:w="0" w:type="auto"/>
          </w:tcPr>
          <w:p w14:paraId="06C13317" w14:textId="77777777" w:rsidR="006E7A08" w:rsidRDefault="00267E76">
            <w:r>
              <w:t>Одноставочный</w:t>
            </w:r>
          </w:p>
        </w:tc>
        <w:tc>
          <w:tcPr>
            <w:tcW w:w="0" w:type="auto"/>
          </w:tcPr>
          <w:p w14:paraId="3CD1AEC8" w14:textId="77777777" w:rsidR="006E7A08" w:rsidRDefault="00267E76">
            <w:r>
              <w:t>Тариф на тепловую энергию</w:t>
            </w:r>
          </w:p>
        </w:tc>
        <w:tc>
          <w:tcPr>
            <w:tcW w:w="0" w:type="auto"/>
          </w:tcPr>
          <w:p w14:paraId="532AF5B0" w14:textId="77777777" w:rsidR="006E7A08" w:rsidRDefault="00267E76">
            <w:r>
              <w:t>руб./Гкал</w:t>
            </w:r>
          </w:p>
        </w:tc>
        <w:tc>
          <w:tcPr>
            <w:tcW w:w="0" w:type="auto"/>
          </w:tcPr>
          <w:p w14:paraId="32204245" w14:textId="77777777" w:rsidR="006E7A08" w:rsidRDefault="00267E76">
            <w:r>
              <w:t>с 01.01.2030 по 01.01.2031</w:t>
            </w:r>
          </w:p>
        </w:tc>
        <w:tc>
          <w:tcPr>
            <w:tcW w:w="0" w:type="auto"/>
          </w:tcPr>
          <w:p w14:paraId="1A9B2909" w14:textId="77777777" w:rsidR="006E7A08" w:rsidRDefault="00267E76">
            <w:pPr>
              <w:jc w:val="center"/>
            </w:pPr>
            <w:r>
              <w:t>3 653,24</w:t>
            </w:r>
          </w:p>
        </w:tc>
      </w:tr>
      <w:tr w:rsidR="006E7A08" w14:paraId="64AE7276" w14:textId="77777777">
        <w:trPr>
          <w:cantSplit/>
          <w:jc w:val="center"/>
        </w:trPr>
        <w:tc>
          <w:tcPr>
            <w:tcW w:w="0" w:type="auto"/>
          </w:tcPr>
          <w:p w14:paraId="0E8E2DC4" w14:textId="77777777" w:rsidR="006E7A08" w:rsidRDefault="00267E76">
            <w:pPr>
              <w:jc w:val="center"/>
            </w:pPr>
            <w:r>
              <w:t>14</w:t>
            </w:r>
          </w:p>
        </w:tc>
        <w:tc>
          <w:tcPr>
            <w:tcW w:w="0" w:type="auto"/>
          </w:tcPr>
          <w:p w14:paraId="7F7E7D0F" w14:textId="77777777" w:rsidR="006E7A08" w:rsidRDefault="00267E76">
            <w:r>
              <w:t>Прочие потребители, без НДС</w:t>
            </w:r>
          </w:p>
        </w:tc>
        <w:tc>
          <w:tcPr>
            <w:tcW w:w="0" w:type="auto"/>
          </w:tcPr>
          <w:p w14:paraId="3290A5E1" w14:textId="77777777" w:rsidR="006E7A08" w:rsidRDefault="00267E76">
            <w:r>
              <w:t>Одноставочный</w:t>
            </w:r>
          </w:p>
        </w:tc>
        <w:tc>
          <w:tcPr>
            <w:tcW w:w="0" w:type="auto"/>
          </w:tcPr>
          <w:p w14:paraId="72388546" w14:textId="77777777" w:rsidR="006E7A08" w:rsidRDefault="00267E76">
            <w:r>
              <w:t>Тариф на тепловую энергию</w:t>
            </w:r>
          </w:p>
        </w:tc>
        <w:tc>
          <w:tcPr>
            <w:tcW w:w="0" w:type="auto"/>
          </w:tcPr>
          <w:p w14:paraId="7D5DB4C7" w14:textId="77777777" w:rsidR="006E7A08" w:rsidRDefault="00267E76">
            <w:r>
              <w:t>руб./Гкал</w:t>
            </w:r>
          </w:p>
        </w:tc>
        <w:tc>
          <w:tcPr>
            <w:tcW w:w="0" w:type="auto"/>
          </w:tcPr>
          <w:p w14:paraId="0EED3B4B" w14:textId="77777777" w:rsidR="006E7A08" w:rsidRDefault="00267E76">
            <w:r>
              <w:t>с 01.07.2031</w:t>
            </w:r>
          </w:p>
        </w:tc>
        <w:tc>
          <w:tcPr>
            <w:tcW w:w="0" w:type="auto"/>
          </w:tcPr>
          <w:p w14:paraId="3E086F9B" w14:textId="77777777" w:rsidR="006E7A08" w:rsidRDefault="00267E76">
            <w:pPr>
              <w:jc w:val="center"/>
            </w:pPr>
            <w:r>
              <w:t>3 893,82</w:t>
            </w:r>
          </w:p>
        </w:tc>
      </w:tr>
      <w:tr w:rsidR="006E7A08" w14:paraId="2A09A8B0" w14:textId="77777777">
        <w:trPr>
          <w:cantSplit/>
          <w:jc w:val="center"/>
        </w:trPr>
        <w:tc>
          <w:tcPr>
            <w:tcW w:w="0" w:type="auto"/>
          </w:tcPr>
          <w:p w14:paraId="1369FAF4" w14:textId="77777777" w:rsidR="006E7A08" w:rsidRDefault="00267E76">
            <w:pPr>
              <w:jc w:val="center"/>
            </w:pPr>
            <w:r>
              <w:t>15</w:t>
            </w:r>
          </w:p>
        </w:tc>
        <w:tc>
          <w:tcPr>
            <w:tcW w:w="0" w:type="auto"/>
          </w:tcPr>
          <w:p w14:paraId="63CD0D33" w14:textId="77777777" w:rsidR="006E7A08" w:rsidRDefault="00267E76">
            <w:r>
              <w:t>Население, с НДС</w:t>
            </w:r>
          </w:p>
        </w:tc>
        <w:tc>
          <w:tcPr>
            <w:tcW w:w="0" w:type="auto"/>
          </w:tcPr>
          <w:p w14:paraId="4C803DF6" w14:textId="77777777" w:rsidR="006E7A08" w:rsidRDefault="00267E76">
            <w:r>
              <w:t>Одноставочный</w:t>
            </w:r>
          </w:p>
        </w:tc>
        <w:tc>
          <w:tcPr>
            <w:tcW w:w="0" w:type="auto"/>
          </w:tcPr>
          <w:p w14:paraId="6ED5D770" w14:textId="77777777" w:rsidR="006E7A08" w:rsidRDefault="00267E76">
            <w:r>
              <w:t>Тариф на тепловую энергию</w:t>
            </w:r>
          </w:p>
        </w:tc>
        <w:tc>
          <w:tcPr>
            <w:tcW w:w="0" w:type="auto"/>
          </w:tcPr>
          <w:p w14:paraId="1CB6D20F" w14:textId="77777777" w:rsidR="006E7A08" w:rsidRDefault="00267E76">
            <w:r>
              <w:t>руб./Гкал</w:t>
            </w:r>
          </w:p>
        </w:tc>
        <w:tc>
          <w:tcPr>
            <w:tcW w:w="0" w:type="auto"/>
          </w:tcPr>
          <w:p w14:paraId="2CA5525B" w14:textId="77777777" w:rsidR="006E7A08" w:rsidRDefault="00267E76">
            <w:r>
              <w:t>с 01.01.2027</w:t>
            </w:r>
          </w:p>
        </w:tc>
        <w:tc>
          <w:tcPr>
            <w:tcW w:w="0" w:type="auto"/>
          </w:tcPr>
          <w:p w14:paraId="5D553CC8" w14:textId="77777777" w:rsidR="006E7A08" w:rsidRDefault="00267E76">
            <w:pPr>
              <w:jc w:val="center"/>
            </w:pPr>
            <w:r>
              <w:t>3 904,25</w:t>
            </w:r>
          </w:p>
        </w:tc>
      </w:tr>
      <w:tr w:rsidR="006E7A08" w14:paraId="6853AECC" w14:textId="77777777">
        <w:trPr>
          <w:cantSplit/>
          <w:jc w:val="center"/>
        </w:trPr>
        <w:tc>
          <w:tcPr>
            <w:tcW w:w="0" w:type="auto"/>
          </w:tcPr>
          <w:p w14:paraId="4F992E38" w14:textId="77777777" w:rsidR="006E7A08" w:rsidRDefault="00267E76">
            <w:pPr>
              <w:jc w:val="center"/>
            </w:pPr>
            <w:r>
              <w:t>16</w:t>
            </w:r>
          </w:p>
        </w:tc>
        <w:tc>
          <w:tcPr>
            <w:tcW w:w="0" w:type="auto"/>
          </w:tcPr>
          <w:p w14:paraId="428F02B8" w14:textId="77777777" w:rsidR="006E7A08" w:rsidRDefault="00267E76">
            <w:r>
              <w:t>Население, с НДС</w:t>
            </w:r>
          </w:p>
        </w:tc>
        <w:tc>
          <w:tcPr>
            <w:tcW w:w="0" w:type="auto"/>
          </w:tcPr>
          <w:p w14:paraId="036827A9" w14:textId="77777777" w:rsidR="006E7A08" w:rsidRDefault="00267E76">
            <w:r>
              <w:t>Одноставочный</w:t>
            </w:r>
          </w:p>
        </w:tc>
        <w:tc>
          <w:tcPr>
            <w:tcW w:w="0" w:type="auto"/>
          </w:tcPr>
          <w:p w14:paraId="4DC63790" w14:textId="77777777" w:rsidR="006E7A08" w:rsidRDefault="00267E76">
            <w:r>
              <w:t>Тариф на тепловую энергию</w:t>
            </w:r>
          </w:p>
        </w:tc>
        <w:tc>
          <w:tcPr>
            <w:tcW w:w="0" w:type="auto"/>
          </w:tcPr>
          <w:p w14:paraId="484E7FDB" w14:textId="77777777" w:rsidR="006E7A08" w:rsidRDefault="00267E76">
            <w:r>
              <w:t>руб./Гкал</w:t>
            </w:r>
          </w:p>
        </w:tc>
        <w:tc>
          <w:tcPr>
            <w:tcW w:w="0" w:type="auto"/>
          </w:tcPr>
          <w:p w14:paraId="068BC7A8" w14:textId="77777777" w:rsidR="006E7A08" w:rsidRDefault="00267E76">
            <w:r>
              <w:t>с 01.07.2027</w:t>
            </w:r>
          </w:p>
        </w:tc>
        <w:tc>
          <w:tcPr>
            <w:tcW w:w="0" w:type="auto"/>
          </w:tcPr>
          <w:p w14:paraId="3B773C5E" w14:textId="77777777" w:rsidR="006E7A08" w:rsidRDefault="00267E76">
            <w:pPr>
              <w:jc w:val="center"/>
            </w:pPr>
            <w:r>
              <w:t>4 157,96</w:t>
            </w:r>
          </w:p>
        </w:tc>
      </w:tr>
      <w:tr w:rsidR="006E7A08" w14:paraId="3E6F948C" w14:textId="77777777">
        <w:trPr>
          <w:cantSplit/>
          <w:jc w:val="center"/>
        </w:trPr>
        <w:tc>
          <w:tcPr>
            <w:tcW w:w="0" w:type="auto"/>
          </w:tcPr>
          <w:p w14:paraId="6D65C157" w14:textId="77777777" w:rsidR="006E7A08" w:rsidRDefault="00267E76">
            <w:pPr>
              <w:jc w:val="center"/>
            </w:pPr>
            <w:r>
              <w:t>17</w:t>
            </w:r>
          </w:p>
        </w:tc>
        <w:tc>
          <w:tcPr>
            <w:tcW w:w="0" w:type="auto"/>
          </w:tcPr>
          <w:p w14:paraId="73B722C2" w14:textId="77777777" w:rsidR="006E7A08" w:rsidRDefault="00267E76">
            <w:r>
              <w:t>Население, с НДС</w:t>
            </w:r>
          </w:p>
        </w:tc>
        <w:tc>
          <w:tcPr>
            <w:tcW w:w="0" w:type="auto"/>
          </w:tcPr>
          <w:p w14:paraId="53BD6BEE" w14:textId="77777777" w:rsidR="006E7A08" w:rsidRDefault="00267E76">
            <w:r>
              <w:t>Одноставочный</w:t>
            </w:r>
          </w:p>
        </w:tc>
        <w:tc>
          <w:tcPr>
            <w:tcW w:w="0" w:type="auto"/>
          </w:tcPr>
          <w:p w14:paraId="24E26241" w14:textId="77777777" w:rsidR="006E7A08" w:rsidRDefault="00267E76">
            <w:r>
              <w:t>Тариф на тепловую энергию</w:t>
            </w:r>
          </w:p>
        </w:tc>
        <w:tc>
          <w:tcPr>
            <w:tcW w:w="0" w:type="auto"/>
          </w:tcPr>
          <w:p w14:paraId="1BE01475" w14:textId="77777777" w:rsidR="006E7A08" w:rsidRDefault="00267E76">
            <w:r>
              <w:t>руб./Гкал</w:t>
            </w:r>
          </w:p>
        </w:tc>
        <w:tc>
          <w:tcPr>
            <w:tcW w:w="0" w:type="auto"/>
          </w:tcPr>
          <w:p w14:paraId="7E7D92DC" w14:textId="77777777" w:rsidR="006E7A08" w:rsidRDefault="00267E76">
            <w:r>
              <w:t>с 01.01.2028 по 01.01.2029</w:t>
            </w:r>
          </w:p>
        </w:tc>
        <w:tc>
          <w:tcPr>
            <w:tcW w:w="0" w:type="auto"/>
          </w:tcPr>
          <w:p w14:paraId="3277F144" w14:textId="77777777" w:rsidR="006E7A08" w:rsidRDefault="00267E76">
            <w:pPr>
              <w:jc w:val="center"/>
            </w:pPr>
            <w:r>
              <w:t>4 136,33</w:t>
            </w:r>
          </w:p>
        </w:tc>
      </w:tr>
      <w:tr w:rsidR="006E7A08" w14:paraId="0FE572EF" w14:textId="77777777">
        <w:trPr>
          <w:cantSplit/>
          <w:jc w:val="center"/>
        </w:trPr>
        <w:tc>
          <w:tcPr>
            <w:tcW w:w="0" w:type="auto"/>
          </w:tcPr>
          <w:p w14:paraId="59A28657" w14:textId="77777777" w:rsidR="006E7A08" w:rsidRDefault="00267E76">
            <w:pPr>
              <w:jc w:val="center"/>
            </w:pPr>
            <w:r>
              <w:t>18</w:t>
            </w:r>
          </w:p>
        </w:tc>
        <w:tc>
          <w:tcPr>
            <w:tcW w:w="0" w:type="auto"/>
          </w:tcPr>
          <w:p w14:paraId="4B089C62" w14:textId="77777777" w:rsidR="006E7A08" w:rsidRDefault="00267E76">
            <w:r>
              <w:t>Население, с НДС</w:t>
            </w:r>
          </w:p>
        </w:tc>
        <w:tc>
          <w:tcPr>
            <w:tcW w:w="0" w:type="auto"/>
          </w:tcPr>
          <w:p w14:paraId="24644135" w14:textId="77777777" w:rsidR="006E7A08" w:rsidRDefault="00267E76">
            <w:r>
              <w:t>Одноставочный</w:t>
            </w:r>
          </w:p>
        </w:tc>
        <w:tc>
          <w:tcPr>
            <w:tcW w:w="0" w:type="auto"/>
          </w:tcPr>
          <w:p w14:paraId="35264D6B" w14:textId="77777777" w:rsidR="006E7A08" w:rsidRDefault="00267E76">
            <w:r>
              <w:t>Тариф на тепловую энергию</w:t>
            </w:r>
          </w:p>
        </w:tc>
        <w:tc>
          <w:tcPr>
            <w:tcW w:w="0" w:type="auto"/>
          </w:tcPr>
          <w:p w14:paraId="1974E06F" w14:textId="77777777" w:rsidR="006E7A08" w:rsidRDefault="00267E76">
            <w:r>
              <w:t>руб./Гкал</w:t>
            </w:r>
          </w:p>
        </w:tc>
        <w:tc>
          <w:tcPr>
            <w:tcW w:w="0" w:type="auto"/>
          </w:tcPr>
          <w:p w14:paraId="33D2BEA4" w14:textId="77777777" w:rsidR="006E7A08" w:rsidRDefault="00267E76">
            <w:r>
              <w:t>с 01.07.2029</w:t>
            </w:r>
          </w:p>
        </w:tc>
        <w:tc>
          <w:tcPr>
            <w:tcW w:w="0" w:type="auto"/>
          </w:tcPr>
          <w:p w14:paraId="36E87BE3" w14:textId="77777777" w:rsidR="006E7A08" w:rsidRDefault="00267E76">
            <w:pPr>
              <w:jc w:val="center"/>
            </w:pPr>
            <w:r>
              <w:t>4 406,95</w:t>
            </w:r>
          </w:p>
        </w:tc>
      </w:tr>
      <w:tr w:rsidR="006E7A08" w14:paraId="65B12670" w14:textId="77777777">
        <w:trPr>
          <w:cantSplit/>
          <w:jc w:val="center"/>
        </w:trPr>
        <w:tc>
          <w:tcPr>
            <w:tcW w:w="0" w:type="auto"/>
          </w:tcPr>
          <w:p w14:paraId="7076E887" w14:textId="77777777" w:rsidR="006E7A08" w:rsidRDefault="00267E76">
            <w:pPr>
              <w:jc w:val="center"/>
            </w:pPr>
            <w:r>
              <w:t>19</w:t>
            </w:r>
          </w:p>
        </w:tc>
        <w:tc>
          <w:tcPr>
            <w:tcW w:w="0" w:type="auto"/>
          </w:tcPr>
          <w:p w14:paraId="1CC37B9B" w14:textId="77777777" w:rsidR="006E7A08" w:rsidRDefault="00267E76">
            <w:r>
              <w:t>Население, с НДС</w:t>
            </w:r>
          </w:p>
        </w:tc>
        <w:tc>
          <w:tcPr>
            <w:tcW w:w="0" w:type="auto"/>
          </w:tcPr>
          <w:p w14:paraId="1269A6D4" w14:textId="77777777" w:rsidR="006E7A08" w:rsidRDefault="00267E76">
            <w:r>
              <w:t>Одноставочный</w:t>
            </w:r>
          </w:p>
        </w:tc>
        <w:tc>
          <w:tcPr>
            <w:tcW w:w="0" w:type="auto"/>
          </w:tcPr>
          <w:p w14:paraId="7A31CB5C" w14:textId="77777777" w:rsidR="006E7A08" w:rsidRDefault="00267E76">
            <w:r>
              <w:t>Тариф на тепловую энергию</w:t>
            </w:r>
          </w:p>
        </w:tc>
        <w:tc>
          <w:tcPr>
            <w:tcW w:w="0" w:type="auto"/>
          </w:tcPr>
          <w:p w14:paraId="6353790A" w14:textId="77777777" w:rsidR="006E7A08" w:rsidRDefault="00267E76">
            <w:r>
              <w:t>руб./Гкал</w:t>
            </w:r>
          </w:p>
        </w:tc>
        <w:tc>
          <w:tcPr>
            <w:tcW w:w="0" w:type="auto"/>
          </w:tcPr>
          <w:p w14:paraId="14574EC6" w14:textId="77777777" w:rsidR="006E7A08" w:rsidRDefault="00267E76">
            <w:r>
              <w:t>с 01.01.2030 по 01.01.2031</w:t>
            </w:r>
          </w:p>
        </w:tc>
        <w:tc>
          <w:tcPr>
            <w:tcW w:w="0" w:type="auto"/>
          </w:tcPr>
          <w:p w14:paraId="7475C91C" w14:textId="77777777" w:rsidR="006E7A08" w:rsidRDefault="00267E76">
            <w:pPr>
              <w:jc w:val="center"/>
            </w:pPr>
            <w:r>
              <w:t>4 383,89</w:t>
            </w:r>
          </w:p>
        </w:tc>
      </w:tr>
      <w:tr w:rsidR="006E7A08" w14:paraId="193D06E5" w14:textId="77777777">
        <w:trPr>
          <w:cantSplit/>
          <w:jc w:val="center"/>
        </w:trPr>
        <w:tc>
          <w:tcPr>
            <w:tcW w:w="0" w:type="auto"/>
          </w:tcPr>
          <w:p w14:paraId="581C8CD9" w14:textId="77777777" w:rsidR="006E7A08" w:rsidRDefault="00267E76">
            <w:pPr>
              <w:jc w:val="center"/>
            </w:pPr>
            <w:r>
              <w:t>20</w:t>
            </w:r>
          </w:p>
        </w:tc>
        <w:tc>
          <w:tcPr>
            <w:tcW w:w="0" w:type="auto"/>
          </w:tcPr>
          <w:p w14:paraId="5A544BD4" w14:textId="77777777" w:rsidR="006E7A08" w:rsidRDefault="00267E76">
            <w:r>
              <w:t>Население, с НДС</w:t>
            </w:r>
          </w:p>
        </w:tc>
        <w:tc>
          <w:tcPr>
            <w:tcW w:w="0" w:type="auto"/>
          </w:tcPr>
          <w:p w14:paraId="6EEDEC8A" w14:textId="77777777" w:rsidR="006E7A08" w:rsidRDefault="00267E76">
            <w:r>
              <w:t>Одноставочный</w:t>
            </w:r>
          </w:p>
        </w:tc>
        <w:tc>
          <w:tcPr>
            <w:tcW w:w="0" w:type="auto"/>
          </w:tcPr>
          <w:p w14:paraId="389852E2" w14:textId="77777777" w:rsidR="006E7A08" w:rsidRDefault="00267E76">
            <w:r>
              <w:t>Тариф на тепловую энергию</w:t>
            </w:r>
          </w:p>
        </w:tc>
        <w:tc>
          <w:tcPr>
            <w:tcW w:w="0" w:type="auto"/>
          </w:tcPr>
          <w:p w14:paraId="46B07F8B" w14:textId="77777777" w:rsidR="006E7A08" w:rsidRDefault="00267E76">
            <w:r>
              <w:t>руб./Гкал</w:t>
            </w:r>
          </w:p>
        </w:tc>
        <w:tc>
          <w:tcPr>
            <w:tcW w:w="0" w:type="auto"/>
          </w:tcPr>
          <w:p w14:paraId="7C19D05C" w14:textId="77777777" w:rsidR="006E7A08" w:rsidRDefault="00267E76">
            <w:r>
              <w:t>с 01.07.2031</w:t>
            </w:r>
          </w:p>
        </w:tc>
        <w:tc>
          <w:tcPr>
            <w:tcW w:w="0" w:type="auto"/>
          </w:tcPr>
          <w:p w14:paraId="055B4399" w14:textId="77777777" w:rsidR="006E7A08" w:rsidRDefault="00267E76">
            <w:pPr>
              <w:jc w:val="center"/>
            </w:pPr>
            <w:r>
              <w:t>4 672,58</w:t>
            </w:r>
          </w:p>
        </w:tc>
      </w:tr>
      <w:tr w:rsidR="006E7A08" w:rsidRPr="004D1FEB" w14:paraId="24C029D4" w14:textId="77777777">
        <w:trPr>
          <w:cantSplit/>
          <w:jc w:val="center"/>
        </w:trPr>
        <w:tc>
          <w:tcPr>
            <w:tcW w:w="0" w:type="auto"/>
          </w:tcPr>
          <w:p w14:paraId="553E4F83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Прогнозные значения на 2032–2036 годы (не являются утверждёнными тарифами)</w:t>
            </w:r>
          </w:p>
        </w:tc>
        <w:tc>
          <w:tcPr>
            <w:tcW w:w="0" w:type="auto"/>
          </w:tcPr>
          <w:p w14:paraId="527D4A00" w14:textId="77777777" w:rsidR="006E7A08" w:rsidRPr="001D7D92" w:rsidRDefault="006E7A08">
            <w:pPr>
              <w:rPr>
                <w:lang w:val="ru-RU"/>
              </w:rPr>
            </w:pPr>
          </w:p>
        </w:tc>
        <w:tc>
          <w:tcPr>
            <w:tcW w:w="0" w:type="auto"/>
          </w:tcPr>
          <w:p w14:paraId="2B8CD40B" w14:textId="77777777" w:rsidR="006E7A08" w:rsidRPr="001D7D92" w:rsidRDefault="006E7A08">
            <w:pPr>
              <w:rPr>
                <w:lang w:val="ru-RU"/>
              </w:rPr>
            </w:pPr>
          </w:p>
        </w:tc>
        <w:tc>
          <w:tcPr>
            <w:tcW w:w="0" w:type="auto"/>
          </w:tcPr>
          <w:p w14:paraId="54AF6F01" w14:textId="77777777" w:rsidR="006E7A08" w:rsidRPr="001D7D92" w:rsidRDefault="006E7A08">
            <w:pPr>
              <w:rPr>
                <w:lang w:val="ru-RU"/>
              </w:rPr>
            </w:pPr>
          </w:p>
        </w:tc>
        <w:tc>
          <w:tcPr>
            <w:tcW w:w="0" w:type="auto"/>
          </w:tcPr>
          <w:p w14:paraId="69425E5D" w14:textId="77777777" w:rsidR="006E7A08" w:rsidRPr="001D7D92" w:rsidRDefault="006E7A08">
            <w:pPr>
              <w:rPr>
                <w:lang w:val="ru-RU"/>
              </w:rPr>
            </w:pPr>
          </w:p>
        </w:tc>
        <w:tc>
          <w:tcPr>
            <w:tcW w:w="0" w:type="auto"/>
          </w:tcPr>
          <w:p w14:paraId="322B104B" w14:textId="77777777" w:rsidR="006E7A08" w:rsidRPr="001D7D92" w:rsidRDefault="006E7A08">
            <w:pPr>
              <w:rPr>
                <w:lang w:val="ru-RU"/>
              </w:rPr>
            </w:pPr>
          </w:p>
        </w:tc>
        <w:tc>
          <w:tcPr>
            <w:tcW w:w="0" w:type="auto"/>
          </w:tcPr>
          <w:p w14:paraId="391CE669" w14:textId="77777777" w:rsidR="006E7A08" w:rsidRPr="001D7D92" w:rsidRDefault="006E7A08">
            <w:pPr>
              <w:rPr>
                <w:lang w:val="ru-RU"/>
              </w:rPr>
            </w:pPr>
          </w:p>
        </w:tc>
      </w:tr>
      <w:tr w:rsidR="006E7A08" w:rsidRPr="004D1FEB" w14:paraId="648E4D0B" w14:textId="77777777">
        <w:trPr>
          <w:cantSplit/>
          <w:jc w:val="center"/>
        </w:trPr>
        <w:tc>
          <w:tcPr>
            <w:tcW w:w="0" w:type="auto"/>
          </w:tcPr>
          <w:p w14:paraId="7B118221" w14:textId="77777777" w:rsidR="006E7A08" w:rsidRDefault="00267E76">
            <w:r>
              <w:t>Год</w:t>
            </w:r>
          </w:p>
        </w:tc>
        <w:tc>
          <w:tcPr>
            <w:tcW w:w="0" w:type="auto"/>
          </w:tcPr>
          <w:p w14:paraId="69BA1D34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Прогноз тарифа без НДС, руб./Гкал</w:t>
            </w:r>
          </w:p>
        </w:tc>
        <w:tc>
          <w:tcPr>
            <w:tcW w:w="0" w:type="auto"/>
          </w:tcPr>
          <w:p w14:paraId="23FF3F6A" w14:textId="77777777"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Прогноз тарифа с НДС 20 %, руб./Гкал</w:t>
            </w:r>
          </w:p>
        </w:tc>
        <w:tc>
          <w:tcPr>
            <w:tcW w:w="0" w:type="auto"/>
          </w:tcPr>
          <w:p w14:paraId="12309216" w14:textId="77777777" w:rsidR="006E7A08" w:rsidRPr="001D7D92" w:rsidRDefault="006E7A08">
            <w:pPr>
              <w:rPr>
                <w:lang w:val="ru-RU"/>
              </w:rPr>
            </w:pPr>
          </w:p>
        </w:tc>
        <w:tc>
          <w:tcPr>
            <w:tcW w:w="0" w:type="auto"/>
          </w:tcPr>
          <w:p w14:paraId="6C6121E4" w14:textId="77777777" w:rsidR="006E7A08" w:rsidRPr="001D7D92" w:rsidRDefault="006E7A08">
            <w:pPr>
              <w:rPr>
                <w:lang w:val="ru-RU"/>
              </w:rPr>
            </w:pPr>
          </w:p>
        </w:tc>
        <w:tc>
          <w:tcPr>
            <w:tcW w:w="0" w:type="auto"/>
          </w:tcPr>
          <w:p w14:paraId="655E281A" w14:textId="77777777" w:rsidR="006E7A08" w:rsidRPr="001D7D92" w:rsidRDefault="006E7A08">
            <w:pPr>
              <w:rPr>
                <w:lang w:val="ru-RU"/>
              </w:rPr>
            </w:pPr>
          </w:p>
        </w:tc>
        <w:tc>
          <w:tcPr>
            <w:tcW w:w="0" w:type="auto"/>
          </w:tcPr>
          <w:p w14:paraId="68356C72" w14:textId="77777777" w:rsidR="006E7A08" w:rsidRPr="001D7D92" w:rsidRDefault="006E7A08">
            <w:pPr>
              <w:rPr>
                <w:lang w:val="ru-RU"/>
              </w:rPr>
            </w:pPr>
          </w:p>
        </w:tc>
      </w:tr>
      <w:tr w:rsidR="006E7A08" w14:paraId="7434A71F" w14:textId="77777777">
        <w:trPr>
          <w:cantSplit/>
          <w:jc w:val="center"/>
        </w:trPr>
        <w:tc>
          <w:tcPr>
            <w:tcW w:w="0" w:type="auto"/>
          </w:tcPr>
          <w:p w14:paraId="422E93F6" w14:textId="77777777" w:rsidR="006E7A08" w:rsidRDefault="00267E76">
            <w:pPr>
              <w:jc w:val="center"/>
            </w:pPr>
            <w:r>
              <w:t>2032</w:t>
            </w:r>
          </w:p>
        </w:tc>
        <w:tc>
          <w:tcPr>
            <w:tcW w:w="0" w:type="auto"/>
          </w:tcPr>
          <w:p w14:paraId="0FEF0C9A" w14:textId="77777777" w:rsidR="006E7A08" w:rsidRDefault="00267E76">
            <w:pPr>
              <w:jc w:val="center"/>
            </w:pPr>
            <w:r>
              <w:t>3 992,57</w:t>
            </w:r>
          </w:p>
        </w:tc>
        <w:tc>
          <w:tcPr>
            <w:tcW w:w="0" w:type="auto"/>
          </w:tcPr>
          <w:p w14:paraId="60C32751" w14:textId="77777777" w:rsidR="006E7A08" w:rsidRDefault="00267E76">
            <w:pPr>
              <w:jc w:val="center"/>
            </w:pPr>
            <w:r>
              <w:t>4 791,08</w:t>
            </w:r>
          </w:p>
        </w:tc>
        <w:tc>
          <w:tcPr>
            <w:tcW w:w="0" w:type="auto"/>
          </w:tcPr>
          <w:p w14:paraId="39C8312F" w14:textId="77777777" w:rsidR="006E7A08" w:rsidRDefault="006E7A08"/>
        </w:tc>
        <w:tc>
          <w:tcPr>
            <w:tcW w:w="0" w:type="auto"/>
          </w:tcPr>
          <w:p w14:paraId="50139AFC" w14:textId="77777777" w:rsidR="006E7A08" w:rsidRDefault="006E7A08"/>
        </w:tc>
        <w:tc>
          <w:tcPr>
            <w:tcW w:w="0" w:type="auto"/>
          </w:tcPr>
          <w:p w14:paraId="1B2D9742" w14:textId="77777777" w:rsidR="006E7A08" w:rsidRDefault="006E7A08"/>
        </w:tc>
        <w:tc>
          <w:tcPr>
            <w:tcW w:w="0" w:type="auto"/>
          </w:tcPr>
          <w:p w14:paraId="3F106D0F" w14:textId="77777777" w:rsidR="006E7A08" w:rsidRDefault="006E7A08"/>
        </w:tc>
      </w:tr>
      <w:tr w:rsidR="006E7A08" w14:paraId="385D351D" w14:textId="77777777">
        <w:trPr>
          <w:cantSplit/>
          <w:jc w:val="center"/>
        </w:trPr>
        <w:tc>
          <w:tcPr>
            <w:tcW w:w="0" w:type="auto"/>
          </w:tcPr>
          <w:p w14:paraId="22FC45D4" w14:textId="77777777" w:rsidR="006E7A08" w:rsidRDefault="00267E76">
            <w:pPr>
              <w:jc w:val="center"/>
            </w:pPr>
            <w:r>
              <w:t>2033</w:t>
            </w:r>
          </w:p>
        </w:tc>
        <w:tc>
          <w:tcPr>
            <w:tcW w:w="0" w:type="auto"/>
          </w:tcPr>
          <w:p w14:paraId="430F8957" w14:textId="77777777" w:rsidR="006E7A08" w:rsidRDefault="00267E76">
            <w:pPr>
              <w:jc w:val="center"/>
            </w:pPr>
            <w:r>
              <w:t>4 071,18</w:t>
            </w:r>
          </w:p>
        </w:tc>
        <w:tc>
          <w:tcPr>
            <w:tcW w:w="0" w:type="auto"/>
          </w:tcPr>
          <w:p w14:paraId="4614B8B4" w14:textId="77777777" w:rsidR="006E7A08" w:rsidRDefault="00267E76">
            <w:pPr>
              <w:jc w:val="center"/>
            </w:pPr>
            <w:r>
              <w:t>4 885,41</w:t>
            </w:r>
          </w:p>
        </w:tc>
        <w:tc>
          <w:tcPr>
            <w:tcW w:w="0" w:type="auto"/>
          </w:tcPr>
          <w:p w14:paraId="23FEB306" w14:textId="77777777" w:rsidR="006E7A08" w:rsidRDefault="006E7A08"/>
        </w:tc>
        <w:tc>
          <w:tcPr>
            <w:tcW w:w="0" w:type="auto"/>
          </w:tcPr>
          <w:p w14:paraId="7D26BAA7" w14:textId="77777777" w:rsidR="006E7A08" w:rsidRDefault="006E7A08"/>
        </w:tc>
        <w:tc>
          <w:tcPr>
            <w:tcW w:w="0" w:type="auto"/>
          </w:tcPr>
          <w:p w14:paraId="51D391D4" w14:textId="77777777" w:rsidR="006E7A08" w:rsidRDefault="006E7A08"/>
        </w:tc>
        <w:tc>
          <w:tcPr>
            <w:tcW w:w="0" w:type="auto"/>
          </w:tcPr>
          <w:p w14:paraId="3C8E40EA" w14:textId="77777777" w:rsidR="006E7A08" w:rsidRDefault="006E7A08"/>
        </w:tc>
      </w:tr>
      <w:tr w:rsidR="006E7A08" w14:paraId="4A56EF7E" w14:textId="77777777">
        <w:trPr>
          <w:cantSplit/>
          <w:jc w:val="center"/>
        </w:trPr>
        <w:tc>
          <w:tcPr>
            <w:tcW w:w="0" w:type="auto"/>
          </w:tcPr>
          <w:p w14:paraId="6ACB66C9" w14:textId="77777777" w:rsidR="006E7A08" w:rsidRDefault="00267E76">
            <w:pPr>
              <w:jc w:val="center"/>
            </w:pPr>
            <w:r>
              <w:t>2034</w:t>
            </w:r>
          </w:p>
        </w:tc>
        <w:tc>
          <w:tcPr>
            <w:tcW w:w="0" w:type="auto"/>
          </w:tcPr>
          <w:p w14:paraId="18331147" w14:textId="77777777" w:rsidR="006E7A08" w:rsidRDefault="00267E76">
            <w:pPr>
              <w:jc w:val="center"/>
            </w:pPr>
            <w:r>
              <w:t>4 160,61</w:t>
            </w:r>
          </w:p>
        </w:tc>
        <w:tc>
          <w:tcPr>
            <w:tcW w:w="0" w:type="auto"/>
          </w:tcPr>
          <w:p w14:paraId="7A2A85C4" w14:textId="77777777" w:rsidR="006E7A08" w:rsidRDefault="00267E76">
            <w:pPr>
              <w:jc w:val="center"/>
            </w:pPr>
            <w:r>
              <w:t>4 992,73</w:t>
            </w:r>
          </w:p>
        </w:tc>
        <w:tc>
          <w:tcPr>
            <w:tcW w:w="0" w:type="auto"/>
          </w:tcPr>
          <w:p w14:paraId="4C5A9A27" w14:textId="77777777" w:rsidR="006E7A08" w:rsidRDefault="006E7A08"/>
        </w:tc>
        <w:tc>
          <w:tcPr>
            <w:tcW w:w="0" w:type="auto"/>
          </w:tcPr>
          <w:p w14:paraId="4AD89E03" w14:textId="77777777" w:rsidR="006E7A08" w:rsidRDefault="006E7A08"/>
        </w:tc>
        <w:tc>
          <w:tcPr>
            <w:tcW w:w="0" w:type="auto"/>
          </w:tcPr>
          <w:p w14:paraId="7332BCBE" w14:textId="77777777" w:rsidR="006E7A08" w:rsidRDefault="006E7A08"/>
        </w:tc>
        <w:tc>
          <w:tcPr>
            <w:tcW w:w="0" w:type="auto"/>
          </w:tcPr>
          <w:p w14:paraId="7C7FB530" w14:textId="77777777" w:rsidR="006E7A08" w:rsidRDefault="006E7A08"/>
        </w:tc>
      </w:tr>
      <w:tr w:rsidR="006E7A08" w14:paraId="0E49B6FC" w14:textId="77777777">
        <w:trPr>
          <w:cantSplit/>
          <w:jc w:val="center"/>
        </w:trPr>
        <w:tc>
          <w:tcPr>
            <w:tcW w:w="0" w:type="auto"/>
          </w:tcPr>
          <w:p w14:paraId="042E94C3" w14:textId="77777777" w:rsidR="006E7A08" w:rsidRDefault="00267E76">
            <w:pPr>
              <w:jc w:val="center"/>
            </w:pPr>
            <w:r>
              <w:t>2035</w:t>
            </w:r>
          </w:p>
        </w:tc>
        <w:tc>
          <w:tcPr>
            <w:tcW w:w="0" w:type="auto"/>
          </w:tcPr>
          <w:p w14:paraId="0A0DA41B" w14:textId="77777777" w:rsidR="006E7A08" w:rsidRDefault="00267E76">
            <w:pPr>
              <w:jc w:val="center"/>
            </w:pPr>
            <w:r>
              <w:t>4 279,63</w:t>
            </w:r>
          </w:p>
        </w:tc>
        <w:tc>
          <w:tcPr>
            <w:tcW w:w="0" w:type="auto"/>
          </w:tcPr>
          <w:p w14:paraId="485D5A2D" w14:textId="77777777" w:rsidR="006E7A08" w:rsidRDefault="00267E76">
            <w:pPr>
              <w:jc w:val="center"/>
            </w:pPr>
            <w:r>
              <w:t>5 135,55</w:t>
            </w:r>
          </w:p>
        </w:tc>
        <w:tc>
          <w:tcPr>
            <w:tcW w:w="0" w:type="auto"/>
          </w:tcPr>
          <w:p w14:paraId="40595D4B" w14:textId="77777777" w:rsidR="006E7A08" w:rsidRDefault="006E7A08"/>
        </w:tc>
        <w:tc>
          <w:tcPr>
            <w:tcW w:w="0" w:type="auto"/>
          </w:tcPr>
          <w:p w14:paraId="3F5CE422" w14:textId="77777777" w:rsidR="006E7A08" w:rsidRDefault="006E7A08"/>
        </w:tc>
        <w:tc>
          <w:tcPr>
            <w:tcW w:w="0" w:type="auto"/>
          </w:tcPr>
          <w:p w14:paraId="69A8B6AE" w14:textId="77777777" w:rsidR="006E7A08" w:rsidRDefault="006E7A08"/>
        </w:tc>
        <w:tc>
          <w:tcPr>
            <w:tcW w:w="0" w:type="auto"/>
          </w:tcPr>
          <w:p w14:paraId="0875123F" w14:textId="77777777" w:rsidR="006E7A08" w:rsidRDefault="006E7A08"/>
        </w:tc>
      </w:tr>
      <w:tr w:rsidR="006E7A08" w14:paraId="68901FBC" w14:textId="77777777">
        <w:trPr>
          <w:cantSplit/>
          <w:jc w:val="center"/>
        </w:trPr>
        <w:tc>
          <w:tcPr>
            <w:tcW w:w="0" w:type="auto"/>
          </w:tcPr>
          <w:p w14:paraId="3CFD8896" w14:textId="77777777" w:rsidR="006E7A08" w:rsidRDefault="00267E76">
            <w:pPr>
              <w:jc w:val="center"/>
            </w:pPr>
            <w:r>
              <w:t>2036</w:t>
            </w:r>
          </w:p>
        </w:tc>
        <w:tc>
          <w:tcPr>
            <w:tcW w:w="0" w:type="auto"/>
          </w:tcPr>
          <w:p w14:paraId="656DAE51" w14:textId="77777777" w:rsidR="006E7A08" w:rsidRDefault="00267E76">
            <w:pPr>
              <w:jc w:val="center"/>
            </w:pPr>
            <w:r>
              <w:t>4 420,56</w:t>
            </w:r>
          </w:p>
        </w:tc>
        <w:tc>
          <w:tcPr>
            <w:tcW w:w="0" w:type="auto"/>
          </w:tcPr>
          <w:p w14:paraId="3BC552BC" w14:textId="77777777" w:rsidR="006E7A08" w:rsidRDefault="00267E76">
            <w:pPr>
              <w:jc w:val="center"/>
            </w:pPr>
            <w:r>
              <w:t>5 304,67</w:t>
            </w:r>
          </w:p>
        </w:tc>
        <w:tc>
          <w:tcPr>
            <w:tcW w:w="0" w:type="auto"/>
          </w:tcPr>
          <w:p w14:paraId="1C03D310" w14:textId="77777777" w:rsidR="006E7A08" w:rsidRDefault="006E7A08"/>
        </w:tc>
        <w:tc>
          <w:tcPr>
            <w:tcW w:w="0" w:type="auto"/>
          </w:tcPr>
          <w:p w14:paraId="59C4BB57" w14:textId="77777777" w:rsidR="006E7A08" w:rsidRDefault="006E7A08"/>
        </w:tc>
        <w:tc>
          <w:tcPr>
            <w:tcW w:w="0" w:type="auto"/>
          </w:tcPr>
          <w:p w14:paraId="6B53F116" w14:textId="77777777" w:rsidR="006E7A08" w:rsidRDefault="006E7A08"/>
        </w:tc>
        <w:tc>
          <w:tcPr>
            <w:tcW w:w="0" w:type="auto"/>
          </w:tcPr>
          <w:p w14:paraId="0E54DC32" w14:textId="77777777" w:rsidR="006E7A08" w:rsidRDefault="006E7A08"/>
        </w:tc>
      </w:tr>
    </w:tbl>
    <w:p w14:paraId="7C1E6AA0" w14:textId="77777777" w:rsidR="006E7A08" w:rsidRPr="001D7D92" w:rsidRDefault="00267E76">
      <w:pPr>
        <w:spacing w:after="0"/>
        <w:ind w:firstLine="709"/>
        <w:jc w:val="both"/>
        <w:rPr>
          <w:lang w:val="ru-RU"/>
        </w:rPr>
      </w:pPr>
      <w:r w:rsidRPr="001D7D92">
        <w:rPr>
          <w:lang w:val="ru-RU"/>
        </w:rPr>
        <w:t>1. Тарифы на 2026–2031 годы приняты по постановлению Региональной энергетической комиссии Кузбасса, которым внесены изменения в постановление от 19.12.2024 № 631 «Об установлении ООО «Южно-Кузбасская энергетическая компания» долгосрочных тарифов на тепловую энергию, реализуемую на потребительском рынке Таштагольского муниципального округа, на 2025–2031 годы».</w:t>
      </w:r>
    </w:p>
    <w:p w14:paraId="35ED7B94" w14:textId="77777777" w:rsidR="006E7A08" w:rsidRPr="001D7D92" w:rsidRDefault="00267E76">
      <w:pPr>
        <w:spacing w:after="0"/>
        <w:ind w:firstLine="709"/>
        <w:jc w:val="both"/>
        <w:rPr>
          <w:lang w:val="ru-RU"/>
        </w:rPr>
      </w:pPr>
      <w:r w:rsidRPr="001D7D92">
        <w:rPr>
          <w:lang w:val="ru-RU"/>
        </w:rPr>
        <w:t>2. В 2026 году тариф установлен в двухставочной форме: отдельно ставка за тепловую энергию и отдельно ставка за содержание тепловой мощности. Одноставочный тариф на 2026 год постановлением не устанавливался, поэтому единая величина в руб./Гкал за 2026 год в таблице не приводится. Ставки имеют разные единицы измерения и суммированию между собой не подлежат.</w:t>
      </w:r>
    </w:p>
    <w:p w14:paraId="72AAB58E" w14:textId="77777777" w:rsidR="006E7A08" w:rsidRPr="001D7D92" w:rsidRDefault="00267E76">
      <w:pPr>
        <w:spacing w:after="0"/>
        <w:ind w:firstLine="709"/>
        <w:jc w:val="both"/>
        <w:rPr>
          <w:lang w:val="ru-RU"/>
        </w:rPr>
      </w:pPr>
      <w:r w:rsidRPr="001D7D92">
        <w:rPr>
          <w:lang w:val="ru-RU"/>
        </w:rPr>
        <w:t>3. С 2027 года и до конца периода регулирования тариф установлен в одноставочной форме с полугодовой периодизацией. Тарифы для населения приведены с налогом на добавленную стоимость, для прочих потребителей — без него.</w:t>
      </w:r>
    </w:p>
    <w:p w14:paraId="1A03EBCB" w14:textId="77777777" w:rsidR="006E7A08" w:rsidRPr="001D7D92" w:rsidRDefault="00267E76">
      <w:pPr>
        <w:spacing w:after="0"/>
        <w:ind w:firstLine="709"/>
        <w:jc w:val="both"/>
        <w:rPr>
          <w:lang w:val="ru-RU"/>
        </w:rPr>
      </w:pPr>
      <w:r w:rsidRPr="001D7D92">
        <w:rPr>
          <w:lang w:val="ru-RU"/>
        </w:rPr>
        <w:t>4. Значения на 2032–2036 годы являются расчётным прогнозом для целей схемы теплоснабжения и не являются утверждёнными регулирующим органом тарифами. Прогноз получен приведением динамики тарифно-балансовой модели утверждённых схем теплоснабжения к уровню последнего утверждённого тарифа 2031 года; собственный индекс роста не вводился.</w:t>
      </w:r>
    </w:p>
    <w:p w14:paraId="2379911B" w14:textId="77777777" w:rsidR="006E7A08" w:rsidRPr="001D7D92" w:rsidRDefault="00267E76">
      <w:pPr>
        <w:spacing w:after="0"/>
        <w:ind w:firstLine="709"/>
        <w:jc w:val="both"/>
        <w:rPr>
          <w:lang w:val="ru-RU"/>
        </w:rPr>
      </w:pPr>
      <w:r w:rsidRPr="001D7D92">
        <w:rPr>
          <w:lang w:val="ru-RU"/>
        </w:rPr>
        <w:t>5. Территориальной дифференциации тарифа по населённым пунктам Таштагольского муниципального округа постановление не содержит: тариф установлен единым для зоны деятельности организации.</w:t>
      </w:r>
    </w:p>
    <w:p w14:paraId="09C081CB" w14:textId="77777777" w:rsidR="00194F39" w:rsidRPr="00844B84" w:rsidRDefault="003D0394">
      <w:pPr>
        <w:pStyle w:val="21"/>
        <w:rPr>
          <w:lang w:val="ru-RU"/>
        </w:rPr>
      </w:pPr>
      <w:bookmarkStart w:id="110" w:name="_Toc238017309"/>
      <w:r w:rsidRPr="00844B84">
        <w:rPr>
          <w:lang w:val="ru-RU"/>
        </w:rPr>
        <w:t>15.1. Действующие тарифы и ограничения расчёта</w:t>
      </w:r>
      <w:bookmarkEnd w:id="110"/>
    </w:p>
    <w:p w14:paraId="393FF913" w14:textId="77777777" w:rsidR="00194F39" w:rsidRPr="000C24CF" w:rsidRDefault="003D0394">
      <w:pPr>
        <w:rPr>
          <w:b/>
          <w:bCs/>
          <w:lang w:val="ru-RU"/>
        </w:rPr>
      </w:pPr>
      <w:r w:rsidRPr="000C24CF">
        <w:rPr>
          <w:b/>
          <w:bCs/>
          <w:lang w:val="ru-RU"/>
        </w:rPr>
        <w:t>Таблица 15.2 — Состояние тарифной оценки по группам мероприятий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105"/>
        <w:gridCol w:w="1994"/>
        <w:gridCol w:w="2171"/>
        <w:gridCol w:w="1860"/>
        <w:gridCol w:w="2359"/>
      </w:tblGrid>
      <w:tr w:rsidR="00194F39" w14:paraId="04395333" w14:textId="77777777">
        <w:trPr>
          <w:cantSplit/>
          <w:tblHeader/>
        </w:trPr>
        <w:tc>
          <w:tcPr>
            <w:tcW w:w="0" w:type="auto"/>
            <w:shd w:val="clear" w:color="auto" w:fill="E2F0D9"/>
          </w:tcPr>
          <w:p w14:paraId="66432DCF" w14:textId="77777777" w:rsidR="00194F39" w:rsidRDefault="003D0394">
            <w:pPr>
              <w:jc w:val="center"/>
            </w:pPr>
            <w:r>
              <w:rPr>
                <w:b/>
              </w:rPr>
              <w:t>Группа мероприятий</w:t>
            </w:r>
          </w:p>
        </w:tc>
        <w:tc>
          <w:tcPr>
            <w:tcW w:w="0" w:type="auto"/>
            <w:shd w:val="clear" w:color="auto" w:fill="E2F0D9"/>
          </w:tcPr>
          <w:p w14:paraId="3A414B38" w14:textId="77777777" w:rsidR="00194F39" w:rsidRDefault="003D0394">
            <w:pPr>
              <w:jc w:val="center"/>
            </w:pPr>
            <w:r>
              <w:rPr>
                <w:b/>
              </w:rPr>
              <w:t>Стоимость определена</w:t>
            </w:r>
          </w:p>
        </w:tc>
        <w:tc>
          <w:tcPr>
            <w:tcW w:w="0" w:type="auto"/>
            <w:shd w:val="clear" w:color="auto" w:fill="E2F0D9"/>
          </w:tcPr>
          <w:p w14:paraId="75EF8832" w14:textId="77777777" w:rsidR="00194F39" w:rsidRDefault="003D0394">
            <w:pPr>
              <w:jc w:val="center"/>
            </w:pPr>
            <w:r>
              <w:rPr>
                <w:b/>
              </w:rPr>
              <w:t>Источник финансирования утверждён</w:t>
            </w:r>
          </w:p>
        </w:tc>
        <w:tc>
          <w:tcPr>
            <w:tcW w:w="0" w:type="auto"/>
            <w:shd w:val="clear" w:color="auto" w:fill="E2F0D9"/>
          </w:tcPr>
          <w:p w14:paraId="0148D2BD" w14:textId="77777777" w:rsidR="00194F39" w:rsidRDefault="003D0394">
            <w:pPr>
              <w:jc w:val="center"/>
            </w:pPr>
            <w:r>
              <w:rPr>
                <w:b/>
              </w:rPr>
              <w:t>Тарифный эффект рассчитываем</w:t>
            </w:r>
          </w:p>
        </w:tc>
        <w:tc>
          <w:tcPr>
            <w:tcW w:w="0" w:type="auto"/>
            <w:shd w:val="clear" w:color="auto" w:fill="E2F0D9"/>
          </w:tcPr>
          <w:p w14:paraId="61C957C7" w14:textId="77777777" w:rsidR="00194F39" w:rsidRDefault="003D0394">
            <w:pPr>
              <w:jc w:val="center"/>
            </w:pPr>
            <w:r>
              <w:rPr>
                <w:b/>
              </w:rPr>
              <w:t>Причина</w:t>
            </w:r>
          </w:p>
        </w:tc>
      </w:tr>
      <w:tr w:rsidR="00194F39" w:rsidRPr="004D1FEB" w14:paraId="590B701E" w14:textId="77777777">
        <w:trPr>
          <w:cantSplit/>
        </w:trPr>
        <w:tc>
          <w:tcPr>
            <w:tcW w:w="0" w:type="auto"/>
            <w:shd w:val="clear" w:color="auto" w:fill="F2F2F2"/>
          </w:tcPr>
          <w:p w14:paraId="26398BAB" w14:textId="77777777" w:rsidR="00194F39" w:rsidRPr="00844B84" w:rsidRDefault="003D0394">
            <w:pPr>
              <w:rPr>
                <w:lang w:val="ru-RU"/>
              </w:rPr>
            </w:pPr>
            <w:r w:rsidRPr="00844B84">
              <w:rPr>
                <w:lang w:val="ru-RU"/>
              </w:rPr>
              <w:t>Перевод источников на природный газ</w:t>
            </w:r>
          </w:p>
        </w:tc>
        <w:tc>
          <w:tcPr>
            <w:tcW w:w="0" w:type="auto"/>
            <w:shd w:val="clear" w:color="auto" w:fill="FFFFFF"/>
          </w:tcPr>
          <w:p w14:paraId="08AFE52F" w14:textId="77777777" w:rsidR="00194F39" w:rsidRDefault="003D0394">
            <w:r>
              <w:t>ориентировочно, цены 2024 года</w:t>
            </w:r>
          </w:p>
        </w:tc>
        <w:tc>
          <w:tcPr>
            <w:tcW w:w="0" w:type="auto"/>
            <w:shd w:val="clear" w:color="auto" w:fill="FFFFFF"/>
          </w:tcPr>
          <w:p w14:paraId="5EF7E92E" w14:textId="77777777" w:rsidR="00194F39" w:rsidRDefault="003D0394">
            <w:r>
              <w:t>нет</w:t>
            </w:r>
          </w:p>
        </w:tc>
        <w:tc>
          <w:tcPr>
            <w:tcW w:w="0" w:type="auto"/>
            <w:shd w:val="clear" w:color="auto" w:fill="FFFFFF"/>
          </w:tcPr>
          <w:p w14:paraId="67B970E3" w14:textId="77777777" w:rsidR="00194F39" w:rsidRDefault="003D0394">
            <w:r>
              <w:t>нет</w:t>
            </w:r>
          </w:p>
        </w:tc>
        <w:tc>
          <w:tcPr>
            <w:tcW w:w="0" w:type="auto"/>
            <w:shd w:val="clear" w:color="auto" w:fill="FFFFFF"/>
          </w:tcPr>
          <w:p w14:paraId="502C92E0" w14:textId="77777777" w:rsidR="00194F39" w:rsidRPr="00844B84" w:rsidRDefault="003D0394">
            <w:pPr>
              <w:rPr>
                <w:lang w:val="ru-RU"/>
              </w:rPr>
            </w:pPr>
            <w:r w:rsidRPr="00844B84">
              <w:rPr>
                <w:lang w:val="ru-RU"/>
              </w:rPr>
              <w:t>источник финансирования не утверждён, регулируемый период не определён</w:t>
            </w:r>
          </w:p>
        </w:tc>
      </w:tr>
      <w:tr w:rsidR="00194F39" w14:paraId="353E201D" w14:textId="77777777">
        <w:trPr>
          <w:cantSplit/>
        </w:trPr>
        <w:tc>
          <w:tcPr>
            <w:tcW w:w="0" w:type="auto"/>
            <w:shd w:val="clear" w:color="auto" w:fill="F2F2F2"/>
          </w:tcPr>
          <w:p w14:paraId="26D91973" w14:textId="77777777" w:rsidR="00194F39" w:rsidRPr="00844B84" w:rsidRDefault="003D0394">
            <w:pPr>
              <w:rPr>
                <w:lang w:val="ru-RU"/>
              </w:rPr>
            </w:pPr>
            <w:r w:rsidRPr="00844B84">
              <w:rPr>
                <w:lang w:val="ru-RU"/>
              </w:rPr>
              <w:t>Перевод открытых систем горячего водоснабжения</w:t>
            </w:r>
          </w:p>
        </w:tc>
        <w:tc>
          <w:tcPr>
            <w:tcW w:w="0" w:type="auto"/>
            <w:shd w:val="clear" w:color="auto" w:fill="FFFFFF"/>
          </w:tcPr>
          <w:p w14:paraId="71B20F7D" w14:textId="77777777" w:rsidR="00194F39" w:rsidRDefault="003D0394">
            <w:r>
              <w:t>нет</w:t>
            </w:r>
          </w:p>
        </w:tc>
        <w:tc>
          <w:tcPr>
            <w:tcW w:w="0" w:type="auto"/>
            <w:shd w:val="clear" w:color="auto" w:fill="FFFFFF"/>
          </w:tcPr>
          <w:p w14:paraId="57092FE3" w14:textId="77777777" w:rsidR="00194F39" w:rsidRDefault="003D0394">
            <w:r>
              <w:t>нет</w:t>
            </w:r>
          </w:p>
        </w:tc>
        <w:tc>
          <w:tcPr>
            <w:tcW w:w="0" w:type="auto"/>
            <w:shd w:val="clear" w:color="auto" w:fill="FFFFFF"/>
          </w:tcPr>
          <w:p w14:paraId="167EEC83" w14:textId="77777777" w:rsidR="00194F39" w:rsidRDefault="003D0394">
            <w:r>
              <w:t>нет</w:t>
            </w:r>
          </w:p>
        </w:tc>
        <w:tc>
          <w:tcPr>
            <w:tcW w:w="0" w:type="auto"/>
            <w:shd w:val="clear" w:color="auto" w:fill="FFFFFF"/>
          </w:tcPr>
          <w:p w14:paraId="1E441749" w14:textId="77777777" w:rsidR="00194F39" w:rsidRDefault="003D0394">
            <w:r>
              <w:t>текущая стоимость не определена</w:t>
            </w:r>
          </w:p>
        </w:tc>
      </w:tr>
      <w:tr w:rsidR="00194F39" w:rsidRPr="004D1FEB" w14:paraId="6E5EE36A" w14:textId="77777777">
        <w:trPr>
          <w:cantSplit/>
        </w:trPr>
        <w:tc>
          <w:tcPr>
            <w:tcW w:w="0" w:type="auto"/>
            <w:shd w:val="clear" w:color="auto" w:fill="F2F2F2"/>
          </w:tcPr>
          <w:p w14:paraId="2B62D526" w14:textId="77777777" w:rsidR="00194F39" w:rsidRDefault="003D0394">
            <w:r>
              <w:t>Повышение надёжности теплоснабжения</w:t>
            </w:r>
          </w:p>
        </w:tc>
        <w:tc>
          <w:tcPr>
            <w:tcW w:w="0" w:type="auto"/>
            <w:shd w:val="clear" w:color="auto" w:fill="FFFFFF"/>
          </w:tcPr>
          <w:p w14:paraId="0997D9C4" w14:textId="77777777" w:rsidR="00194F39" w:rsidRDefault="003D0394">
            <w:r>
              <w:t>нет</w:t>
            </w:r>
          </w:p>
        </w:tc>
        <w:tc>
          <w:tcPr>
            <w:tcW w:w="0" w:type="auto"/>
            <w:shd w:val="clear" w:color="auto" w:fill="FFFFFF"/>
          </w:tcPr>
          <w:p w14:paraId="2189E835" w14:textId="77777777" w:rsidR="00194F39" w:rsidRDefault="003D0394">
            <w:r>
              <w:t>нет</w:t>
            </w:r>
          </w:p>
        </w:tc>
        <w:tc>
          <w:tcPr>
            <w:tcW w:w="0" w:type="auto"/>
            <w:shd w:val="clear" w:color="auto" w:fill="FFFFFF"/>
          </w:tcPr>
          <w:p w14:paraId="429DEEFA" w14:textId="77777777" w:rsidR="00194F39" w:rsidRDefault="003D0394">
            <w:r>
              <w:t>нет</w:t>
            </w:r>
          </w:p>
        </w:tc>
        <w:tc>
          <w:tcPr>
            <w:tcW w:w="0" w:type="auto"/>
            <w:shd w:val="clear" w:color="auto" w:fill="FFFFFF"/>
          </w:tcPr>
          <w:p w14:paraId="3FE5CFBA" w14:textId="77777777" w:rsidR="00194F39" w:rsidRPr="00844B84" w:rsidRDefault="003D0394">
            <w:pPr>
              <w:rPr>
                <w:lang w:val="ru-RU"/>
              </w:rPr>
            </w:pPr>
            <w:r w:rsidRPr="00844B84">
              <w:rPr>
                <w:lang w:val="ru-RU"/>
              </w:rPr>
              <w:t>техническое решение и стоимость не определены</w:t>
            </w:r>
          </w:p>
        </w:tc>
      </w:tr>
      <w:tr w:rsidR="00194F39" w14:paraId="6D420AB3" w14:textId="77777777">
        <w:trPr>
          <w:cantSplit/>
        </w:trPr>
        <w:tc>
          <w:tcPr>
            <w:tcW w:w="0" w:type="auto"/>
            <w:shd w:val="clear" w:color="auto" w:fill="F2F2F2"/>
          </w:tcPr>
          <w:p w14:paraId="49475956" w14:textId="77777777" w:rsidR="00194F39" w:rsidRDefault="003D0394">
            <w:r>
              <w:t>Повышение экологических характеристик</w:t>
            </w:r>
          </w:p>
        </w:tc>
        <w:tc>
          <w:tcPr>
            <w:tcW w:w="0" w:type="auto"/>
            <w:shd w:val="clear" w:color="auto" w:fill="FFFFFF"/>
          </w:tcPr>
          <w:p w14:paraId="513B0D96" w14:textId="77777777" w:rsidR="00194F39" w:rsidRDefault="003D0394">
            <w:r>
              <w:t>нет</w:t>
            </w:r>
          </w:p>
        </w:tc>
        <w:tc>
          <w:tcPr>
            <w:tcW w:w="0" w:type="auto"/>
            <w:shd w:val="clear" w:color="auto" w:fill="FFFFFF"/>
          </w:tcPr>
          <w:p w14:paraId="6185090F" w14:textId="77777777" w:rsidR="00194F39" w:rsidRDefault="003D0394">
            <w:r>
              <w:t>нет</w:t>
            </w:r>
          </w:p>
        </w:tc>
        <w:tc>
          <w:tcPr>
            <w:tcW w:w="0" w:type="auto"/>
            <w:shd w:val="clear" w:color="auto" w:fill="FFFFFF"/>
          </w:tcPr>
          <w:p w14:paraId="47B96EEC" w14:textId="77777777" w:rsidR="00194F39" w:rsidRDefault="003D0394">
            <w:r>
              <w:t>нет</w:t>
            </w:r>
          </w:p>
        </w:tc>
        <w:tc>
          <w:tcPr>
            <w:tcW w:w="0" w:type="auto"/>
            <w:shd w:val="clear" w:color="auto" w:fill="FFFFFF"/>
          </w:tcPr>
          <w:p w14:paraId="2FE131D8" w14:textId="77777777" w:rsidR="00194F39" w:rsidRDefault="003D0394">
            <w:r>
              <w:t>техническое решение не определено</w:t>
            </w:r>
          </w:p>
        </w:tc>
      </w:tr>
    </w:tbl>
    <w:p w14:paraId="19A17010" w14:textId="77777777" w:rsidR="00194F39" w:rsidRPr="00844B84" w:rsidRDefault="003D0394">
      <w:pPr>
        <w:rPr>
          <w:lang w:val="ru-RU"/>
        </w:rPr>
      </w:pPr>
      <w:r w:rsidRPr="00844B84">
        <w:rPr>
          <w:lang w:val="ru-RU"/>
        </w:rPr>
        <w:t>Точный тарифный эффект мероприятий настоящей схемы определяется после утверждения инвестиционной программы теплоснабжающей организации и установления стоимостных параметров мероприятий в порядке, предусмотренном постановлением Правительства Российской Федерации от 05.05.2014 № 410. До этого момента действующим является утверждённый тариф.</w:t>
      </w:r>
    </w:p>
    <w:p w14:paraId="6154D32D" w14:textId="77777777" w:rsidR="00844B84" w:rsidRDefault="003D0394">
      <w:pPr>
        <w:rPr>
          <w:lang w:val="ru-RU"/>
        </w:rPr>
      </w:pPr>
      <w:r w:rsidRPr="00844B84">
        <w:rPr>
          <w:lang w:val="ru-RU"/>
        </w:rPr>
        <w:t>Упрощённое отнесение капитальных вложений на отпуск тепловой энергии как способ получения тарифной надбавки не применяется: такой расчёт не учитывает срок реализации, амортизацию, источник финансирования и структуру необходимой валовой выручки, и его результат тарифным прогнозом не является.</w:t>
      </w:r>
    </w:p>
    <w:p w14:paraId="0E365C7D" w14:textId="77777777" w:rsidR="00194F39" w:rsidRPr="00326225" w:rsidRDefault="00844B84">
      <w:pPr>
        <w:rPr>
          <w:lang w:val="ru-RU"/>
        </w:rPr>
      </w:pPr>
      <w:r>
        <w:rPr>
          <w:lang w:val="ru-RU"/>
        </w:rPr>
        <w:br w:type="page"/>
      </w:r>
    </w:p>
    <w:p w14:paraId="5686D38B" w14:textId="77777777" w:rsidR="0076189C" w:rsidRPr="000C24CF" w:rsidRDefault="00BD6895">
      <w:pPr>
        <w:pStyle w:val="1"/>
        <w:rPr>
          <w:color w:val="4F81BD" w:themeColor="accent1"/>
          <w:lang w:val="ru-RU"/>
        </w:rPr>
      </w:pPr>
      <w:bookmarkStart w:id="111" w:name="_Toc238017310"/>
      <w:r w:rsidRPr="000C24CF">
        <w:rPr>
          <w:rFonts w:ascii="Times New Roman" w:hAnsi="Times New Roman"/>
          <w:color w:val="4F81BD" w:themeColor="accent1"/>
          <w:lang w:val="ru-RU"/>
        </w:rPr>
        <w:t>ГРАФИЧЕСКИЕ МАТЕРИАЛЫ</w:t>
      </w:r>
      <w:bookmarkEnd w:id="111"/>
    </w:p>
    <w:p w14:paraId="0D6E54D0" w14:textId="77777777" w:rsidR="0076189C" w:rsidRPr="00844B84" w:rsidRDefault="00BD6895">
      <w:pPr>
        <w:rPr>
          <w:lang w:val="ru-RU"/>
        </w:rPr>
      </w:pPr>
      <w:r w:rsidRPr="00844B84">
        <w:rPr>
          <w:lang w:val="ru-RU"/>
        </w:rPr>
        <w:t>В настоящий раздел включены графические материалы утверждаемой части схемы теплоснабжения: технические схемы тепловых сетей по территориям с централизованным теплоснабжением и аналитические материалы по мощности, нагрузке, тепловым сетям и водоподготовке. Схемы построены по рабочим чертежам, переданным эксплуатирующей организацией, и по расчётной книге схемы теплоснабжения.</w:t>
      </w:r>
    </w:p>
    <w:p w14:paraId="5CB876D1" w14:textId="77777777" w:rsidR="0076189C" w:rsidRPr="00844B84" w:rsidRDefault="00BD6895">
      <w:pPr>
        <w:rPr>
          <w:lang w:val="ru-RU"/>
        </w:rPr>
      </w:pPr>
      <w:r w:rsidRPr="00844B84">
        <w:rPr>
          <w:lang w:val="ru-RU"/>
        </w:rPr>
        <w:t>Схемы тепловых сетей выполнены в условной системе координат по исходным рабочим чертежам. Атрибутивные характеристики участков — протяжённость, условный диаметр, год ввода в эксплуатацию и способ прокладки — приняты по поучастковому реестру тепловых сетей 2026 года. Схемы геодезически привязанными картами не являются, географический масштаб к ним не применяется.</w:t>
      </w:r>
    </w:p>
    <w:p w14:paraId="2BB3262A" w14:textId="77777777" w:rsidR="0076189C" w:rsidRPr="00844B84" w:rsidRDefault="00BD6895">
      <w:pPr>
        <w:pStyle w:val="21"/>
        <w:rPr>
          <w:lang w:val="ru-RU"/>
        </w:rPr>
      </w:pPr>
      <w:bookmarkStart w:id="112" w:name="_Toc238017311"/>
      <w:r w:rsidRPr="00844B84">
        <w:rPr>
          <w:rFonts w:ascii="Times New Roman" w:hAnsi="Times New Roman"/>
          <w:lang w:val="ru-RU"/>
        </w:rPr>
        <w:t>Графические материалы по системам теплоснабжения города Таштагола</w:t>
      </w:r>
      <w:bookmarkEnd w:id="112"/>
    </w:p>
    <w:p w14:paraId="12CBE4DD" w14:textId="77777777" w:rsidR="0076189C" w:rsidRPr="00844B84" w:rsidRDefault="00BD6895">
      <w:pPr>
        <w:rPr>
          <w:lang w:val="ru-RU"/>
        </w:rPr>
      </w:pPr>
      <w:r w:rsidRPr="00844B84">
        <w:rPr>
          <w:lang w:val="ru-RU"/>
        </w:rPr>
        <w:t>Схемы тепловых сетей города Таштагола приведены на рисунках 3 и 4.</w:t>
      </w:r>
    </w:p>
    <w:p w14:paraId="3317B054" w14:textId="77777777" w:rsidR="00D2184C" w:rsidRPr="00844B84" w:rsidRDefault="00D2184C">
      <w:pPr>
        <w:rPr>
          <w:lang w:val="ru-RU"/>
        </w:rPr>
        <w:sectPr w:rsidR="00D2184C" w:rsidRPr="00844B84" w:rsidSect="00034616">
          <w:footerReference w:type="default" r:id="rId30"/>
          <w:pgSz w:w="11906" w:h="16838"/>
          <w:pgMar w:top="850" w:right="567" w:bottom="850" w:left="85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14:paraId="2ED44947" w14:textId="77777777" w:rsidR="0076189C" w:rsidRPr="00844B84" w:rsidRDefault="00BD6895">
      <w:pPr>
        <w:keepNext/>
        <w:jc w:val="center"/>
        <w:rPr>
          <w:lang w:val="ru-RU"/>
        </w:rPr>
      </w:pPr>
      <w:r w:rsidRPr="00844B84">
        <w:rPr>
          <w:b/>
          <w:lang w:val="ru-RU"/>
        </w:rPr>
        <w:t>Рисунок 3. Схема тепловых сетей города Таштагола, центральный контур</w:t>
      </w:r>
    </w:p>
    <w:p w14:paraId="210BFC91" w14:textId="77777777" w:rsidR="0076189C" w:rsidRDefault="00BD6895">
      <w:pPr>
        <w:keepNext/>
        <w:jc w:val="center"/>
      </w:pPr>
      <w:r>
        <w:rPr>
          <w:noProof/>
          <w:lang w:val="ru-RU" w:eastAsia="ru-RU"/>
        </w:rPr>
        <w:drawing>
          <wp:inline distT="0" distB="0" distL="0" distR="0" wp14:anchorId="7E321E2D" wp14:editId="63BC9111">
            <wp:extent cx="7560000" cy="5360726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S-01.png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360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4FCFF" w14:textId="77777777" w:rsidR="0076189C" w:rsidRPr="00844B84" w:rsidRDefault="00BD6895">
      <w:pPr>
        <w:keepNext/>
        <w:jc w:val="center"/>
        <w:rPr>
          <w:lang w:val="ru-RU"/>
        </w:rPr>
      </w:pPr>
      <w:r w:rsidRPr="00844B84">
        <w:rPr>
          <w:i/>
          <w:lang w:val="ru-RU"/>
        </w:rPr>
        <w:t xml:space="preserve">Источник графического материала: </w:t>
      </w:r>
      <w:r>
        <w:rPr>
          <w:i/>
        </w:rPr>
        <w:t>DWG</w:t>
      </w:r>
      <w:r w:rsidRPr="00844B84">
        <w:rPr>
          <w:i/>
          <w:lang w:val="ru-RU"/>
        </w:rPr>
        <w:t xml:space="preserve"> «Таштагол+ЦМК+Шалым факт + ВГСЧ (Рабочая)».</w:t>
      </w:r>
    </w:p>
    <w:p w14:paraId="62CAB6EC" w14:textId="77777777" w:rsidR="0076189C" w:rsidRPr="00844B84" w:rsidRDefault="00BD6895">
      <w:pPr>
        <w:keepNext/>
        <w:jc w:val="center"/>
        <w:rPr>
          <w:lang w:val="ru-RU"/>
        </w:rPr>
      </w:pPr>
      <w:r w:rsidRPr="00844B84">
        <w:rPr>
          <w:b/>
          <w:lang w:val="ru-RU"/>
        </w:rPr>
        <w:t>Рисунок 4. Схема тепловых сетей города Таштагола, обособленный восточный контур</w:t>
      </w:r>
    </w:p>
    <w:p w14:paraId="15D87858" w14:textId="77777777" w:rsidR="0076189C" w:rsidRDefault="00BD6895">
      <w:pPr>
        <w:keepNext/>
        <w:jc w:val="center"/>
      </w:pPr>
      <w:r>
        <w:rPr>
          <w:noProof/>
          <w:lang w:val="ru-RU" w:eastAsia="ru-RU"/>
        </w:rPr>
        <w:drawing>
          <wp:inline distT="0" distB="0" distL="0" distR="0" wp14:anchorId="54162898" wp14:editId="71202CE0">
            <wp:extent cx="7560000" cy="5360726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S-02.pn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360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8D7E12" w14:textId="77777777" w:rsidR="0076189C" w:rsidRPr="00844B84" w:rsidRDefault="00BD6895">
      <w:pPr>
        <w:jc w:val="center"/>
        <w:rPr>
          <w:lang w:val="ru-RU"/>
        </w:rPr>
      </w:pPr>
      <w:r w:rsidRPr="00844B84">
        <w:rPr>
          <w:i/>
          <w:lang w:val="ru-RU"/>
        </w:rPr>
        <w:t xml:space="preserve">Источник графического материала: </w:t>
      </w:r>
      <w:r>
        <w:rPr>
          <w:i/>
        </w:rPr>
        <w:t>DWG</w:t>
      </w:r>
      <w:r w:rsidRPr="00844B84">
        <w:rPr>
          <w:i/>
          <w:lang w:val="ru-RU"/>
        </w:rPr>
        <w:t xml:space="preserve"> «Таштагол+ЦМК+Шалым факт + ВГСЧ (Рабочая)».</w:t>
      </w:r>
    </w:p>
    <w:p w14:paraId="4B2A318F" w14:textId="77777777" w:rsidR="00D2184C" w:rsidRPr="00844B84" w:rsidRDefault="00D2184C">
      <w:pPr>
        <w:rPr>
          <w:lang w:val="ru-RU"/>
        </w:rPr>
        <w:sectPr w:rsidR="00D2184C" w:rsidRPr="00844B84" w:rsidSect="00034616">
          <w:footerReference w:type="default" r:id="rId33"/>
          <w:pgSz w:w="16838" w:h="11906" w:orient="landscape"/>
          <w:pgMar w:top="850" w:right="567" w:bottom="850" w:left="85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14:paraId="2CBC1D8E" w14:textId="77777777" w:rsidR="0076189C" w:rsidRPr="00844B84" w:rsidRDefault="00BD6895">
      <w:pPr>
        <w:pStyle w:val="21"/>
        <w:rPr>
          <w:lang w:val="ru-RU"/>
        </w:rPr>
      </w:pPr>
      <w:bookmarkStart w:id="113" w:name="_Toc238017312"/>
      <w:r w:rsidRPr="00844B84">
        <w:rPr>
          <w:rFonts w:ascii="Times New Roman" w:hAnsi="Times New Roman"/>
          <w:lang w:val="ru-RU"/>
        </w:rPr>
        <w:t>Графические материалы по системам теплоснабжения посёлка городского типа Шерегеш</w:t>
      </w:r>
      <w:bookmarkEnd w:id="113"/>
    </w:p>
    <w:p w14:paraId="47C6ABEC" w14:textId="77777777" w:rsidR="0076189C" w:rsidRPr="00844B84" w:rsidRDefault="00BD6895">
      <w:pPr>
        <w:rPr>
          <w:lang w:val="ru-RU"/>
        </w:rPr>
      </w:pPr>
      <w:r w:rsidRPr="00844B84">
        <w:rPr>
          <w:lang w:val="ru-RU"/>
        </w:rPr>
        <w:t>Схемы тепловых сетей посёлка городского типа Шерегеш приведены на рисунках 5 и 6.</w:t>
      </w:r>
    </w:p>
    <w:p w14:paraId="2BBE66AF" w14:textId="77777777" w:rsidR="00D2184C" w:rsidRPr="00844B84" w:rsidRDefault="00D2184C">
      <w:pPr>
        <w:rPr>
          <w:lang w:val="ru-RU"/>
        </w:rPr>
        <w:sectPr w:rsidR="00D2184C" w:rsidRPr="00844B84" w:rsidSect="00034616">
          <w:footerReference w:type="default" r:id="rId34"/>
          <w:pgSz w:w="11906" w:h="16838"/>
          <w:pgMar w:top="850" w:right="567" w:bottom="850" w:left="85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14:paraId="42761B45" w14:textId="77777777" w:rsidR="0076189C" w:rsidRPr="00844B84" w:rsidRDefault="00BD6895">
      <w:pPr>
        <w:keepNext/>
        <w:jc w:val="center"/>
        <w:rPr>
          <w:lang w:val="ru-RU"/>
        </w:rPr>
      </w:pPr>
      <w:r w:rsidRPr="00844B84">
        <w:rPr>
          <w:b/>
          <w:lang w:val="ru-RU"/>
        </w:rPr>
        <w:t>Рисунок 5. Схема тепловых сетей посёлка городского типа Шерегеш, зона УПК № 5 «Новый Шерегеш»</w:t>
      </w:r>
    </w:p>
    <w:p w14:paraId="4800FBC9" w14:textId="77777777" w:rsidR="0076189C" w:rsidRDefault="00BD6895">
      <w:pPr>
        <w:keepNext/>
        <w:jc w:val="center"/>
      </w:pPr>
      <w:r>
        <w:rPr>
          <w:noProof/>
          <w:lang w:val="ru-RU" w:eastAsia="ru-RU"/>
        </w:rPr>
        <w:drawing>
          <wp:inline distT="0" distB="0" distL="0" distR="0" wp14:anchorId="7A668F86" wp14:editId="4B9CF526">
            <wp:extent cx="7560000" cy="5360726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S-03.png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360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C82010" w14:textId="77777777" w:rsidR="0076189C" w:rsidRPr="00844B84" w:rsidRDefault="00BD6895">
      <w:pPr>
        <w:keepNext/>
        <w:jc w:val="center"/>
        <w:rPr>
          <w:lang w:val="ru-RU"/>
        </w:rPr>
      </w:pPr>
      <w:r w:rsidRPr="00844B84">
        <w:rPr>
          <w:i/>
          <w:lang w:val="ru-RU"/>
        </w:rPr>
        <w:t xml:space="preserve">Источник графического материала: </w:t>
      </w:r>
      <w:r>
        <w:rPr>
          <w:i/>
        </w:rPr>
        <w:t>DWG</w:t>
      </w:r>
      <w:r w:rsidRPr="00844B84">
        <w:rPr>
          <w:i/>
          <w:lang w:val="ru-RU"/>
        </w:rPr>
        <w:t xml:space="preserve"> «Схема сетей пгт Шерегеш (новый посёлок)» от 25.02.2025.</w:t>
      </w:r>
    </w:p>
    <w:p w14:paraId="6083020B" w14:textId="77777777" w:rsidR="0076189C" w:rsidRPr="00844B84" w:rsidRDefault="00BD6895">
      <w:pPr>
        <w:keepNext/>
        <w:jc w:val="center"/>
        <w:rPr>
          <w:lang w:val="ru-RU"/>
        </w:rPr>
      </w:pPr>
      <w:r w:rsidRPr="00844B84">
        <w:rPr>
          <w:b/>
          <w:lang w:val="ru-RU"/>
        </w:rPr>
        <w:t>Рисунок 6. Схема тепловых сетей посёлка городского типа Шерегеш, зона УПК № 6 «Старый Шерегеш»</w:t>
      </w:r>
    </w:p>
    <w:p w14:paraId="1CF23FFB" w14:textId="77777777" w:rsidR="0076189C" w:rsidRDefault="00BD6895">
      <w:pPr>
        <w:keepNext/>
        <w:jc w:val="center"/>
      </w:pPr>
      <w:r>
        <w:rPr>
          <w:noProof/>
          <w:lang w:val="ru-RU" w:eastAsia="ru-RU"/>
        </w:rPr>
        <w:drawing>
          <wp:inline distT="0" distB="0" distL="0" distR="0" wp14:anchorId="5F759B2E" wp14:editId="3DCF0E86">
            <wp:extent cx="7560000" cy="5360726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S-04.png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360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8D4DD0" w14:textId="77777777" w:rsidR="0076189C" w:rsidRPr="00844B84" w:rsidRDefault="00BD6895">
      <w:pPr>
        <w:jc w:val="center"/>
        <w:rPr>
          <w:lang w:val="ru-RU"/>
        </w:rPr>
      </w:pPr>
      <w:r w:rsidRPr="00844B84">
        <w:rPr>
          <w:i/>
          <w:lang w:val="ru-RU"/>
        </w:rPr>
        <w:t xml:space="preserve">Источник графического материала: </w:t>
      </w:r>
      <w:r>
        <w:rPr>
          <w:i/>
        </w:rPr>
        <w:t>DWG</w:t>
      </w:r>
      <w:r w:rsidRPr="00844B84">
        <w:rPr>
          <w:i/>
          <w:lang w:val="ru-RU"/>
        </w:rPr>
        <w:t xml:space="preserve"> «Схема сетей пгт Шерегеш», лист «Ст-Шерегеш», от 25.02.2025.</w:t>
      </w:r>
    </w:p>
    <w:p w14:paraId="0BEEDEEF" w14:textId="77777777" w:rsidR="00D2184C" w:rsidRPr="00844B84" w:rsidRDefault="00D2184C">
      <w:pPr>
        <w:rPr>
          <w:lang w:val="ru-RU"/>
        </w:rPr>
        <w:sectPr w:rsidR="00D2184C" w:rsidRPr="00844B84" w:rsidSect="00034616">
          <w:footerReference w:type="default" r:id="rId37"/>
          <w:pgSz w:w="16838" w:h="11906" w:orient="landscape"/>
          <w:pgMar w:top="850" w:right="567" w:bottom="850" w:left="85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14:paraId="65EB3D68" w14:textId="77777777" w:rsidR="0076189C" w:rsidRPr="00844B84" w:rsidRDefault="00BD6895">
      <w:pPr>
        <w:pStyle w:val="21"/>
        <w:rPr>
          <w:lang w:val="ru-RU"/>
        </w:rPr>
      </w:pPr>
      <w:bookmarkStart w:id="114" w:name="_Toc238017313"/>
      <w:r w:rsidRPr="00844B84">
        <w:rPr>
          <w:rFonts w:ascii="Times New Roman" w:hAnsi="Times New Roman"/>
          <w:lang w:val="ru-RU"/>
        </w:rPr>
        <w:t>Графические материалы по системам теплоснабжения посёлков городского типа Каз и Мундыбаш</w:t>
      </w:r>
      <w:bookmarkEnd w:id="114"/>
    </w:p>
    <w:p w14:paraId="0C9F9CAB" w14:textId="77777777" w:rsidR="0076189C" w:rsidRPr="00844B84" w:rsidRDefault="00BD6895">
      <w:pPr>
        <w:rPr>
          <w:lang w:val="ru-RU"/>
        </w:rPr>
      </w:pPr>
      <w:r w:rsidRPr="00844B84">
        <w:rPr>
          <w:lang w:val="ru-RU"/>
        </w:rPr>
        <w:t>Схемы тепловых сетей посёлков городского типа Каз и Мундыбаш приведены на рисунках 7 и 8.</w:t>
      </w:r>
    </w:p>
    <w:p w14:paraId="624A1673" w14:textId="77777777" w:rsidR="00D2184C" w:rsidRPr="00844B84" w:rsidRDefault="00D2184C">
      <w:pPr>
        <w:rPr>
          <w:lang w:val="ru-RU"/>
        </w:rPr>
        <w:sectPr w:rsidR="00D2184C" w:rsidRPr="00844B84" w:rsidSect="00034616">
          <w:footerReference w:type="default" r:id="rId38"/>
          <w:pgSz w:w="11906" w:h="16838"/>
          <w:pgMar w:top="850" w:right="567" w:bottom="850" w:left="85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14:paraId="4F4C1ACF" w14:textId="77777777" w:rsidR="0076189C" w:rsidRPr="00844B84" w:rsidRDefault="00BD6895">
      <w:pPr>
        <w:keepNext/>
        <w:jc w:val="center"/>
        <w:rPr>
          <w:lang w:val="ru-RU"/>
        </w:rPr>
      </w:pPr>
      <w:r w:rsidRPr="00844B84">
        <w:rPr>
          <w:b/>
          <w:lang w:val="ru-RU"/>
        </w:rPr>
        <w:t>Рисунок 7. Схема тепловых сетей посёлка городского типа Каз, зона УПК № 7</w:t>
      </w:r>
    </w:p>
    <w:p w14:paraId="35AD59A8" w14:textId="77777777" w:rsidR="0076189C" w:rsidRDefault="00BD6895">
      <w:pPr>
        <w:keepNext/>
        <w:jc w:val="center"/>
      </w:pPr>
      <w:r>
        <w:rPr>
          <w:noProof/>
          <w:lang w:val="ru-RU" w:eastAsia="ru-RU"/>
        </w:rPr>
        <w:drawing>
          <wp:inline distT="0" distB="0" distL="0" distR="0" wp14:anchorId="4B6D0A36" wp14:editId="312DAA29">
            <wp:extent cx="7560000" cy="5360726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S-05.png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360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54F6E" w14:textId="77777777" w:rsidR="0076189C" w:rsidRPr="00844B84" w:rsidRDefault="00BD6895">
      <w:pPr>
        <w:keepNext/>
        <w:jc w:val="center"/>
        <w:rPr>
          <w:lang w:val="ru-RU"/>
        </w:rPr>
      </w:pPr>
      <w:r w:rsidRPr="00844B84">
        <w:rPr>
          <w:i/>
          <w:lang w:val="ru-RU"/>
        </w:rPr>
        <w:t xml:space="preserve">Источник графического материала: </w:t>
      </w:r>
      <w:r>
        <w:rPr>
          <w:i/>
        </w:rPr>
        <w:t>DWG</w:t>
      </w:r>
      <w:r w:rsidRPr="00844B84">
        <w:rPr>
          <w:i/>
          <w:lang w:val="ru-RU"/>
        </w:rPr>
        <w:t xml:space="preserve"> «Редактированная схема п. Каз, п. Мундыбаш» от 10.09.2018.</w:t>
      </w:r>
    </w:p>
    <w:p w14:paraId="21D52127" w14:textId="77777777" w:rsidR="0076189C" w:rsidRPr="00844B84" w:rsidRDefault="00BD6895">
      <w:pPr>
        <w:keepNext/>
        <w:jc w:val="center"/>
        <w:rPr>
          <w:lang w:val="ru-RU"/>
        </w:rPr>
      </w:pPr>
      <w:r w:rsidRPr="00844B84">
        <w:rPr>
          <w:b/>
          <w:lang w:val="ru-RU"/>
        </w:rPr>
        <w:t>Рисунок 8. Фрагменты схемы тепловых сетей посёлка городского типа Мундыбаш: границы раздела балансовой принадлежности и диаметры участков</w:t>
      </w:r>
    </w:p>
    <w:p w14:paraId="0865A81E" w14:textId="77777777" w:rsidR="0076189C" w:rsidRDefault="00BD6895">
      <w:pPr>
        <w:keepNext/>
        <w:jc w:val="center"/>
      </w:pPr>
      <w:r>
        <w:rPr>
          <w:noProof/>
          <w:lang w:val="ru-RU" w:eastAsia="ru-RU"/>
        </w:rPr>
        <w:drawing>
          <wp:inline distT="0" distB="0" distL="0" distR="0" wp14:anchorId="3FE5B9FE" wp14:editId="6B1D099B">
            <wp:extent cx="7560000" cy="5360726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S-06.png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360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EF3D4C" w14:textId="77777777" w:rsidR="0076189C" w:rsidRPr="00844B84" w:rsidRDefault="00BD6895">
      <w:pPr>
        <w:jc w:val="center"/>
        <w:rPr>
          <w:lang w:val="ru-RU"/>
        </w:rPr>
      </w:pPr>
      <w:r w:rsidRPr="00844B84">
        <w:rPr>
          <w:i/>
          <w:lang w:val="ru-RU"/>
        </w:rPr>
        <w:t xml:space="preserve">Источник графического материала: </w:t>
      </w:r>
      <w:r>
        <w:rPr>
          <w:i/>
        </w:rPr>
        <w:t>DWG</w:t>
      </w:r>
      <w:r w:rsidRPr="00844B84">
        <w:rPr>
          <w:i/>
          <w:lang w:val="ru-RU"/>
        </w:rPr>
        <w:t xml:space="preserve"> «Редактированная схема п. Каз, п. Мундыбаш» от 10.09.2018.</w:t>
      </w:r>
    </w:p>
    <w:p w14:paraId="7B0F6180" w14:textId="77777777" w:rsidR="00D2184C" w:rsidRPr="00844B84" w:rsidRDefault="00D2184C">
      <w:pPr>
        <w:rPr>
          <w:lang w:val="ru-RU"/>
        </w:rPr>
        <w:sectPr w:rsidR="00D2184C" w:rsidRPr="00844B84" w:rsidSect="00034616">
          <w:footerReference w:type="default" r:id="rId41"/>
          <w:pgSz w:w="16838" w:h="11906" w:orient="landscape"/>
          <w:pgMar w:top="850" w:right="567" w:bottom="850" w:left="85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14:paraId="181C63FD" w14:textId="77777777" w:rsidR="0076189C" w:rsidRPr="00844B84" w:rsidRDefault="00BD6895">
      <w:pPr>
        <w:pStyle w:val="21"/>
        <w:rPr>
          <w:lang w:val="ru-RU"/>
        </w:rPr>
      </w:pPr>
      <w:bookmarkStart w:id="115" w:name="_Toc238017314"/>
      <w:r w:rsidRPr="00844B84">
        <w:rPr>
          <w:rFonts w:ascii="Times New Roman" w:hAnsi="Times New Roman"/>
          <w:lang w:val="ru-RU"/>
        </w:rPr>
        <w:t>Графические материалы по системам теплоснабжения посёлков городского типа Темиртау и Спасск</w:t>
      </w:r>
      <w:bookmarkEnd w:id="115"/>
    </w:p>
    <w:p w14:paraId="14349763" w14:textId="77777777" w:rsidR="0076189C" w:rsidRPr="00844B84" w:rsidRDefault="00BD6895">
      <w:pPr>
        <w:rPr>
          <w:lang w:val="ru-RU"/>
        </w:rPr>
      </w:pPr>
      <w:r w:rsidRPr="00844B84">
        <w:rPr>
          <w:lang w:val="ru-RU"/>
        </w:rPr>
        <w:t>Схемы тепловых сетей посёлков городского типа Темиртау и Спасск приведены на рисунках 9–12.</w:t>
      </w:r>
    </w:p>
    <w:p w14:paraId="40A06677" w14:textId="77777777" w:rsidR="00D2184C" w:rsidRPr="00844B84" w:rsidRDefault="00D2184C">
      <w:pPr>
        <w:rPr>
          <w:lang w:val="ru-RU"/>
        </w:rPr>
        <w:sectPr w:rsidR="00D2184C" w:rsidRPr="00844B84" w:rsidSect="00034616">
          <w:footerReference w:type="default" r:id="rId42"/>
          <w:pgSz w:w="11906" w:h="16838"/>
          <w:pgMar w:top="850" w:right="567" w:bottom="850" w:left="85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14:paraId="6487B13B" w14:textId="77777777" w:rsidR="0076189C" w:rsidRPr="00844B84" w:rsidRDefault="00BD6895">
      <w:pPr>
        <w:keepNext/>
        <w:jc w:val="center"/>
        <w:rPr>
          <w:lang w:val="ru-RU"/>
        </w:rPr>
      </w:pPr>
      <w:r w:rsidRPr="00844B84">
        <w:rPr>
          <w:b/>
          <w:lang w:val="ru-RU"/>
        </w:rPr>
        <w:t>Рисунок 9. Схема тепловых сетей посёлка городского типа Темиртау, зона УПК № 10</w:t>
      </w:r>
    </w:p>
    <w:p w14:paraId="44A701A5" w14:textId="77777777" w:rsidR="0076189C" w:rsidRDefault="00BD6895">
      <w:pPr>
        <w:keepNext/>
        <w:jc w:val="center"/>
      </w:pPr>
      <w:r>
        <w:rPr>
          <w:noProof/>
          <w:lang w:val="ru-RU" w:eastAsia="ru-RU"/>
        </w:rPr>
        <w:drawing>
          <wp:inline distT="0" distB="0" distL="0" distR="0" wp14:anchorId="54067253" wp14:editId="165CAD1A">
            <wp:extent cx="7560000" cy="5360726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S-07.png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360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F6EF48" w14:textId="77777777" w:rsidR="0076189C" w:rsidRPr="00844B84" w:rsidRDefault="00BD6895">
      <w:pPr>
        <w:keepNext/>
        <w:jc w:val="center"/>
        <w:rPr>
          <w:lang w:val="ru-RU"/>
        </w:rPr>
      </w:pPr>
      <w:r w:rsidRPr="00844B84">
        <w:rPr>
          <w:i/>
          <w:lang w:val="ru-RU"/>
        </w:rPr>
        <w:t xml:space="preserve">Источник графического материала: </w:t>
      </w:r>
      <w:r>
        <w:rPr>
          <w:i/>
        </w:rPr>
        <w:t>DWG</w:t>
      </w:r>
      <w:r w:rsidRPr="00844B84">
        <w:rPr>
          <w:i/>
          <w:lang w:val="ru-RU"/>
        </w:rPr>
        <w:t xml:space="preserve"> «Тепловая схема Темир-Тау».</w:t>
      </w:r>
    </w:p>
    <w:p w14:paraId="7D467CE9" w14:textId="77777777" w:rsidR="0076189C" w:rsidRPr="00844B84" w:rsidRDefault="00BD6895">
      <w:pPr>
        <w:keepNext/>
        <w:jc w:val="center"/>
        <w:rPr>
          <w:lang w:val="ru-RU"/>
        </w:rPr>
      </w:pPr>
      <w:r w:rsidRPr="00844B84">
        <w:rPr>
          <w:b/>
          <w:lang w:val="ru-RU"/>
        </w:rPr>
        <w:t>Рисунок 10. Схема тепловых сетей посёлка городского типа Спасск, зона УПК № 3, северная часть</w:t>
      </w:r>
    </w:p>
    <w:p w14:paraId="1432FC18" w14:textId="77777777" w:rsidR="0076189C" w:rsidRDefault="00BD6895">
      <w:pPr>
        <w:keepNext/>
        <w:jc w:val="center"/>
      </w:pPr>
      <w:r>
        <w:rPr>
          <w:noProof/>
          <w:lang w:val="ru-RU" w:eastAsia="ru-RU"/>
        </w:rPr>
        <w:drawing>
          <wp:inline distT="0" distB="0" distL="0" distR="0" wp14:anchorId="7C6974D7" wp14:editId="74B4575C">
            <wp:extent cx="7560000" cy="5360726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S-08.png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360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FDEB88" w14:textId="77777777" w:rsidR="0076189C" w:rsidRPr="00844B84" w:rsidRDefault="00BD6895">
      <w:pPr>
        <w:keepNext/>
        <w:jc w:val="center"/>
        <w:rPr>
          <w:lang w:val="ru-RU"/>
        </w:rPr>
      </w:pPr>
      <w:r w:rsidRPr="00844B84">
        <w:rPr>
          <w:i/>
          <w:lang w:val="ru-RU"/>
        </w:rPr>
        <w:t xml:space="preserve">Источник графического материала: </w:t>
      </w:r>
      <w:r>
        <w:rPr>
          <w:i/>
        </w:rPr>
        <w:t>DWG</w:t>
      </w:r>
      <w:r w:rsidRPr="00844B84">
        <w:rPr>
          <w:i/>
          <w:lang w:val="ru-RU"/>
        </w:rPr>
        <w:t xml:space="preserve"> «Схема Спасск (Рабочая)».</w:t>
      </w:r>
    </w:p>
    <w:p w14:paraId="62416678" w14:textId="77777777" w:rsidR="0076189C" w:rsidRPr="00844B84" w:rsidRDefault="00BD6895">
      <w:pPr>
        <w:keepNext/>
        <w:jc w:val="center"/>
        <w:rPr>
          <w:lang w:val="ru-RU"/>
        </w:rPr>
      </w:pPr>
      <w:r w:rsidRPr="00844B84">
        <w:rPr>
          <w:b/>
          <w:lang w:val="ru-RU"/>
        </w:rPr>
        <w:t>Рисунок 11. Схема тепловых сетей посёлка городского типа Спасск, зона УПК № 3, южная часть</w:t>
      </w:r>
    </w:p>
    <w:p w14:paraId="0204EDEE" w14:textId="77777777" w:rsidR="0076189C" w:rsidRDefault="00BD6895">
      <w:pPr>
        <w:keepNext/>
        <w:jc w:val="center"/>
      </w:pPr>
      <w:r>
        <w:rPr>
          <w:noProof/>
          <w:lang w:val="ru-RU" w:eastAsia="ru-RU"/>
        </w:rPr>
        <w:drawing>
          <wp:inline distT="0" distB="0" distL="0" distR="0" wp14:anchorId="45885CFB" wp14:editId="1B63ED11">
            <wp:extent cx="7560000" cy="5360726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S-09.png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360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86FE6" w14:textId="77777777" w:rsidR="0076189C" w:rsidRPr="00844B84" w:rsidRDefault="00BD6895">
      <w:pPr>
        <w:keepNext/>
        <w:jc w:val="center"/>
        <w:rPr>
          <w:lang w:val="ru-RU"/>
        </w:rPr>
      </w:pPr>
      <w:r w:rsidRPr="00844B84">
        <w:rPr>
          <w:i/>
          <w:lang w:val="ru-RU"/>
        </w:rPr>
        <w:t xml:space="preserve">Источник графического материала: </w:t>
      </w:r>
      <w:r>
        <w:rPr>
          <w:i/>
        </w:rPr>
        <w:t>DWG</w:t>
      </w:r>
      <w:r w:rsidRPr="00844B84">
        <w:rPr>
          <w:i/>
          <w:lang w:val="ru-RU"/>
        </w:rPr>
        <w:t xml:space="preserve"> «Схема Спасск (Рабочая)».</w:t>
      </w:r>
    </w:p>
    <w:p w14:paraId="34597305" w14:textId="77777777" w:rsidR="0076189C" w:rsidRPr="00844B84" w:rsidRDefault="00BD6895">
      <w:pPr>
        <w:keepNext/>
        <w:jc w:val="center"/>
        <w:rPr>
          <w:lang w:val="ru-RU"/>
        </w:rPr>
      </w:pPr>
      <w:r w:rsidRPr="00844B84">
        <w:rPr>
          <w:b/>
          <w:lang w:val="ru-RU"/>
        </w:rPr>
        <w:t>Рисунок 12. Рекомендуемые диаметры трубопроводов тепловых сетей посёлка городского типа Спасск</w:t>
      </w:r>
    </w:p>
    <w:p w14:paraId="669E5497" w14:textId="77777777" w:rsidR="0076189C" w:rsidRDefault="00BD6895">
      <w:pPr>
        <w:keepNext/>
        <w:jc w:val="center"/>
      </w:pPr>
      <w:r>
        <w:rPr>
          <w:noProof/>
          <w:lang w:val="ru-RU" w:eastAsia="ru-RU"/>
        </w:rPr>
        <w:drawing>
          <wp:inline distT="0" distB="0" distL="0" distR="0" wp14:anchorId="638A5D85" wp14:editId="4E32A7EF">
            <wp:extent cx="7560000" cy="5360726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S-10.png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360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201386" w14:textId="77777777" w:rsidR="0076189C" w:rsidRPr="00844B84" w:rsidRDefault="00BD6895">
      <w:pPr>
        <w:jc w:val="center"/>
        <w:rPr>
          <w:lang w:val="ru-RU"/>
        </w:rPr>
      </w:pPr>
      <w:r w:rsidRPr="00844B84">
        <w:rPr>
          <w:i/>
          <w:lang w:val="ru-RU"/>
        </w:rPr>
        <w:t xml:space="preserve">Источник графического материала: </w:t>
      </w:r>
      <w:r>
        <w:rPr>
          <w:i/>
        </w:rPr>
        <w:t>DWG</w:t>
      </w:r>
      <w:r w:rsidRPr="00844B84">
        <w:rPr>
          <w:i/>
          <w:lang w:val="ru-RU"/>
        </w:rPr>
        <w:t xml:space="preserve"> «Схема Спасск (Рабочая)», лист «Приложение 8».</w:t>
      </w:r>
    </w:p>
    <w:p w14:paraId="6099E062" w14:textId="77777777" w:rsidR="00D2184C" w:rsidRPr="00844B84" w:rsidRDefault="00D2184C">
      <w:pPr>
        <w:rPr>
          <w:lang w:val="ru-RU"/>
        </w:rPr>
        <w:sectPr w:rsidR="00D2184C" w:rsidRPr="00844B84" w:rsidSect="00034616">
          <w:footerReference w:type="default" r:id="rId47"/>
          <w:pgSz w:w="16838" w:h="11906" w:orient="landscape"/>
          <w:pgMar w:top="850" w:right="567" w:bottom="850" w:left="85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14:paraId="0A41EE3D" w14:textId="77777777" w:rsidR="0076189C" w:rsidRPr="00844B84" w:rsidRDefault="00BD6895">
      <w:pPr>
        <w:pStyle w:val="21"/>
        <w:rPr>
          <w:lang w:val="ru-RU"/>
        </w:rPr>
      </w:pPr>
      <w:bookmarkStart w:id="116" w:name="_Toc238017315"/>
      <w:r w:rsidRPr="00844B84">
        <w:rPr>
          <w:rFonts w:ascii="Times New Roman" w:hAnsi="Times New Roman"/>
          <w:lang w:val="ru-RU"/>
        </w:rPr>
        <w:t>Аналитические графические материалы</w:t>
      </w:r>
      <w:bookmarkEnd w:id="116"/>
    </w:p>
    <w:p w14:paraId="1E5D5D73" w14:textId="77777777" w:rsidR="0076189C" w:rsidRPr="00844B84" w:rsidRDefault="00BD6895">
      <w:pPr>
        <w:rPr>
          <w:lang w:val="ru-RU"/>
        </w:rPr>
      </w:pPr>
      <w:r w:rsidRPr="00844B84">
        <w:rPr>
          <w:lang w:val="ru-RU"/>
        </w:rPr>
        <w:t>Аналитические материалы по тепловой мощности, нагрузке, тепловым сетям и водоподготовке приведены на рисунках 13–17.</w:t>
      </w:r>
    </w:p>
    <w:p w14:paraId="7ED6BC98" w14:textId="77777777" w:rsidR="00D2184C" w:rsidRPr="00844B84" w:rsidRDefault="00D2184C">
      <w:pPr>
        <w:rPr>
          <w:lang w:val="ru-RU"/>
        </w:rPr>
        <w:sectPr w:rsidR="00D2184C" w:rsidRPr="00844B84" w:rsidSect="00034616">
          <w:footerReference w:type="default" r:id="rId48"/>
          <w:pgSz w:w="11906" w:h="16838"/>
          <w:pgMar w:top="850" w:right="567" w:bottom="850" w:left="85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14:paraId="0F0E1FCA" w14:textId="77777777" w:rsidR="0076189C" w:rsidRPr="00844B84" w:rsidRDefault="00BD6895">
      <w:pPr>
        <w:keepNext/>
        <w:jc w:val="center"/>
        <w:rPr>
          <w:lang w:val="ru-RU"/>
        </w:rPr>
      </w:pPr>
      <w:r w:rsidRPr="00844B84">
        <w:rPr>
          <w:b/>
          <w:lang w:val="ru-RU"/>
        </w:rPr>
        <w:t>Рисунок 13. Тепловая мощность и тепловая нагрузка источников тепловой энергии на 2026 год</w:t>
      </w:r>
    </w:p>
    <w:p w14:paraId="2BE63292" w14:textId="77777777" w:rsidR="0076189C" w:rsidRDefault="00BD6895">
      <w:pPr>
        <w:keepNext/>
        <w:jc w:val="center"/>
      </w:pPr>
      <w:r>
        <w:rPr>
          <w:noProof/>
          <w:lang w:val="ru-RU" w:eastAsia="ru-RU"/>
        </w:rPr>
        <w:drawing>
          <wp:inline distT="0" distB="0" distL="0" distR="0" wp14:anchorId="086155E4" wp14:editId="1928CC0B">
            <wp:extent cx="7560000" cy="39060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-01.png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39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2EC8A2" w14:textId="77777777" w:rsidR="0076189C" w:rsidRPr="00844B84" w:rsidRDefault="00BD6895">
      <w:pPr>
        <w:keepNext/>
        <w:jc w:val="center"/>
        <w:rPr>
          <w:lang w:val="ru-RU"/>
        </w:rPr>
      </w:pPr>
      <w:r w:rsidRPr="00844B84">
        <w:rPr>
          <w:i/>
          <w:lang w:val="ru-RU"/>
        </w:rPr>
        <w:t>Источник графического материала: расчётная книга схемы теплоснабжения.</w:t>
      </w:r>
    </w:p>
    <w:p w14:paraId="52D3AE2A" w14:textId="77777777" w:rsidR="0076189C" w:rsidRPr="00844B84" w:rsidRDefault="00BD6895">
      <w:pPr>
        <w:keepNext/>
        <w:jc w:val="center"/>
        <w:rPr>
          <w:lang w:val="ru-RU"/>
        </w:rPr>
      </w:pPr>
      <w:r w:rsidRPr="00844B84">
        <w:rPr>
          <w:b/>
          <w:lang w:val="ru-RU"/>
        </w:rPr>
        <w:t>Рисунок 14. Загрузка располагаемой мощности источников по этапам расчётного периода</w:t>
      </w:r>
    </w:p>
    <w:p w14:paraId="1DCD6DC2" w14:textId="77777777" w:rsidR="0076189C" w:rsidRDefault="00BD6895">
      <w:pPr>
        <w:keepNext/>
        <w:jc w:val="center"/>
      </w:pPr>
      <w:r>
        <w:rPr>
          <w:noProof/>
          <w:lang w:val="ru-RU" w:eastAsia="ru-RU"/>
        </w:rPr>
        <w:drawing>
          <wp:inline distT="0" distB="0" distL="0" distR="0" wp14:anchorId="4D288F06" wp14:editId="2803A888">
            <wp:extent cx="7560000" cy="39060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-02.png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39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F85F8D" w14:textId="77777777" w:rsidR="0076189C" w:rsidRPr="00844B84" w:rsidRDefault="00BD6895">
      <w:pPr>
        <w:keepNext/>
        <w:jc w:val="center"/>
        <w:rPr>
          <w:lang w:val="ru-RU"/>
        </w:rPr>
      </w:pPr>
      <w:r w:rsidRPr="00844B84">
        <w:rPr>
          <w:i/>
          <w:lang w:val="ru-RU"/>
        </w:rPr>
        <w:t>Источник графического материала: расчётная книга схемы теплоснабжения.</w:t>
      </w:r>
    </w:p>
    <w:p w14:paraId="0F768748" w14:textId="77777777" w:rsidR="0076189C" w:rsidRPr="00844B84" w:rsidRDefault="00BD6895">
      <w:pPr>
        <w:keepNext/>
        <w:jc w:val="center"/>
        <w:rPr>
          <w:lang w:val="ru-RU"/>
        </w:rPr>
      </w:pPr>
      <w:r w:rsidRPr="00844B84">
        <w:rPr>
          <w:b/>
          <w:lang w:val="ru-RU"/>
        </w:rPr>
        <w:t>Рисунок 15. Прирост полной максимальной тепловой нагрузки за расчётный период</w:t>
      </w:r>
    </w:p>
    <w:p w14:paraId="51308DBA" w14:textId="77777777" w:rsidR="0076189C" w:rsidRDefault="00BD6895">
      <w:pPr>
        <w:keepNext/>
        <w:jc w:val="center"/>
      </w:pPr>
      <w:r>
        <w:rPr>
          <w:noProof/>
          <w:lang w:val="ru-RU" w:eastAsia="ru-RU"/>
        </w:rPr>
        <w:drawing>
          <wp:inline distT="0" distB="0" distL="0" distR="0" wp14:anchorId="2F652A98" wp14:editId="571FE41B">
            <wp:extent cx="7560000" cy="39060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-04.png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39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B9F7BB" w14:textId="77777777" w:rsidR="0076189C" w:rsidRPr="00844B84" w:rsidRDefault="00BD6895">
      <w:pPr>
        <w:keepNext/>
        <w:jc w:val="center"/>
        <w:rPr>
          <w:lang w:val="ru-RU"/>
        </w:rPr>
      </w:pPr>
      <w:r w:rsidRPr="00844B84">
        <w:rPr>
          <w:i/>
          <w:lang w:val="ru-RU"/>
        </w:rPr>
        <w:t>Источник графического материала: расчётная книга схемы теплоснабжения.</w:t>
      </w:r>
    </w:p>
    <w:p w14:paraId="4F618EA2" w14:textId="77777777" w:rsidR="0076189C" w:rsidRPr="00844B84" w:rsidRDefault="00BD6895">
      <w:pPr>
        <w:keepNext/>
        <w:jc w:val="center"/>
        <w:rPr>
          <w:lang w:val="ru-RU"/>
        </w:rPr>
      </w:pPr>
      <w:r w:rsidRPr="00844B84">
        <w:rPr>
          <w:b/>
          <w:lang w:val="ru-RU"/>
        </w:rPr>
        <w:t>Рисунок 16. Распределение протяжённости тепловых сетей по диаметрам</w:t>
      </w:r>
    </w:p>
    <w:p w14:paraId="6CA9C48D" w14:textId="77777777" w:rsidR="0076189C" w:rsidRDefault="00BD6895">
      <w:pPr>
        <w:keepNext/>
        <w:jc w:val="center"/>
      </w:pPr>
      <w:r>
        <w:rPr>
          <w:noProof/>
          <w:lang w:val="ru-RU" w:eastAsia="ru-RU"/>
        </w:rPr>
        <w:drawing>
          <wp:inline distT="0" distB="0" distL="0" distR="0" wp14:anchorId="7D7EC64F" wp14:editId="038AB120">
            <wp:extent cx="7560000" cy="39060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-06.png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39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E63E0C" w14:textId="77777777" w:rsidR="0076189C" w:rsidRPr="00844B84" w:rsidRDefault="00BD6895">
      <w:pPr>
        <w:keepNext/>
        <w:jc w:val="center"/>
        <w:rPr>
          <w:lang w:val="ru-RU"/>
        </w:rPr>
      </w:pPr>
      <w:r w:rsidRPr="00844B84">
        <w:rPr>
          <w:i/>
          <w:lang w:val="ru-RU"/>
        </w:rPr>
        <w:t>Источник графического материала: поучастковый реестр тепловых сетей 2026 года.</w:t>
      </w:r>
    </w:p>
    <w:p w14:paraId="66E730B1" w14:textId="77777777" w:rsidR="0076189C" w:rsidRPr="00844B84" w:rsidRDefault="00BD6895">
      <w:pPr>
        <w:keepNext/>
        <w:jc w:val="center"/>
        <w:rPr>
          <w:lang w:val="ru-RU"/>
        </w:rPr>
      </w:pPr>
      <w:r w:rsidRPr="00844B84">
        <w:rPr>
          <w:b/>
          <w:lang w:val="ru-RU"/>
        </w:rPr>
        <w:t>Рисунок 17. Производительность водоподготовительных установок и потребность в подпитке</w:t>
      </w:r>
    </w:p>
    <w:p w14:paraId="4E43EA70" w14:textId="77777777" w:rsidR="0076189C" w:rsidRDefault="00BD6895">
      <w:pPr>
        <w:keepNext/>
        <w:jc w:val="center"/>
      </w:pPr>
      <w:r>
        <w:rPr>
          <w:noProof/>
          <w:lang w:val="ru-RU" w:eastAsia="ru-RU"/>
        </w:rPr>
        <w:drawing>
          <wp:inline distT="0" distB="0" distL="0" distR="0" wp14:anchorId="7AB9C5CE" wp14:editId="43E65DFB">
            <wp:extent cx="7560000" cy="39060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-07.png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39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85B95C" w14:textId="77777777" w:rsidR="0076189C" w:rsidRPr="00844B84" w:rsidRDefault="00BD6895">
      <w:pPr>
        <w:jc w:val="center"/>
        <w:rPr>
          <w:lang w:val="ru-RU"/>
        </w:rPr>
      </w:pPr>
      <w:r w:rsidRPr="00844B84">
        <w:rPr>
          <w:i/>
          <w:lang w:val="ru-RU"/>
        </w:rPr>
        <w:t>Источник графического материала: расчётная книга схемы теплоснабжения.</w:t>
      </w:r>
    </w:p>
    <w:p w14:paraId="0B24BCC4" w14:textId="77777777" w:rsidR="00D2184C" w:rsidRPr="00844B84" w:rsidRDefault="00D2184C">
      <w:pPr>
        <w:rPr>
          <w:lang w:val="ru-RU"/>
        </w:rPr>
        <w:sectPr w:rsidR="00D2184C" w:rsidRPr="00844B84" w:rsidSect="00034616">
          <w:footerReference w:type="default" r:id="rId54"/>
          <w:pgSz w:w="16838" w:h="11906" w:orient="landscape"/>
          <w:pgMar w:top="850" w:right="567" w:bottom="850" w:left="85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14:paraId="1B6A637A" w14:textId="77777777" w:rsidR="0076189C" w:rsidRDefault="00BD6895">
      <w:r w:rsidRPr="00844B84">
        <w:rPr>
          <w:lang w:val="ru-RU"/>
        </w:rPr>
        <w:t xml:space="preserve">По зоне УПК № 9 «ГРЭ» города Таштагола графический материал не построен: переданный рабочий чертёж не содержит графических объектов в пространстве модели. </w:t>
      </w:r>
      <w:r>
        <w:t>Трассировка этой зоны подлежит представлению эксплуатирующей организацией.</w:t>
      </w:r>
    </w:p>
    <w:sectPr w:rsidR="0076189C" w:rsidSect="00034616">
      <w:footerReference w:type="default" r:id="rId55"/>
      <w:pgSz w:w="11906" w:h="16838"/>
      <w:pgMar w:top="850" w:right="567" w:bottom="850" w:left="85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5271D9" w14:textId="77777777" w:rsidR="00F30D30" w:rsidRDefault="00F30D30">
      <w:pPr>
        <w:spacing w:after="0" w:line="240" w:lineRule="auto"/>
      </w:pPr>
      <w:r>
        <w:separator/>
      </w:r>
    </w:p>
  </w:endnote>
  <w:endnote w:type="continuationSeparator" w:id="0">
    <w:p w14:paraId="634E8CC5" w14:textId="77777777" w:rsidR="00F30D30" w:rsidRDefault="00F30D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75AB0" w14:textId="77777777" w:rsidR="006E7A08" w:rsidRDefault="00300879">
    <w:pPr>
      <w:pStyle w:val="a7"/>
      <w:jc w:val="center"/>
    </w:pPr>
    <w:r>
      <w:fldChar w:fldCharType="begin"/>
    </w:r>
    <w:r w:rsidR="00267E76">
      <w:instrText>PAGE</w:instrText>
    </w:r>
    <w:r>
      <w:fldChar w:fldCharType="separate"/>
    </w:r>
    <w:r w:rsidR="004D1FEB">
      <w:rPr>
        <w:noProof/>
      </w:rPr>
      <w:t>2</w:t>
    </w:r>
    <w:r>
      <w:fldChar w:fldCharType="end"/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FE445" w14:textId="77777777" w:rsidR="006E7A08" w:rsidRDefault="00300879">
    <w:pPr>
      <w:pStyle w:val="a7"/>
      <w:jc w:val="center"/>
    </w:pPr>
    <w:r>
      <w:fldChar w:fldCharType="begin"/>
    </w:r>
    <w:r w:rsidR="00267E76">
      <w:instrText>PAGE</w:instrText>
    </w:r>
    <w:r>
      <w:fldChar w:fldCharType="separate"/>
    </w:r>
    <w:r w:rsidR="004D1FEB">
      <w:rPr>
        <w:noProof/>
      </w:rPr>
      <w:t>54</w:t>
    </w:r>
    <w:r>
      <w:fldChar w:fldCharType="end"/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84E5A" w14:textId="77777777" w:rsidR="006E7A08" w:rsidRDefault="00300879">
    <w:pPr>
      <w:pStyle w:val="a7"/>
      <w:jc w:val="center"/>
    </w:pPr>
    <w:r>
      <w:fldChar w:fldCharType="begin"/>
    </w:r>
    <w:r w:rsidR="00267E76">
      <w:instrText>PAGE</w:instrText>
    </w:r>
    <w:r>
      <w:fldChar w:fldCharType="separate"/>
    </w:r>
    <w:r w:rsidR="004D1FEB">
      <w:rPr>
        <w:noProof/>
      </w:rPr>
      <w:t>91</w:t>
    </w:r>
    <w:r>
      <w:fldChar w:fldCharType="end"/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0ED3C" w14:textId="77777777" w:rsidR="006E7A08" w:rsidRDefault="00300879">
    <w:pPr>
      <w:pStyle w:val="a7"/>
      <w:jc w:val="center"/>
    </w:pPr>
    <w:r>
      <w:fldChar w:fldCharType="begin"/>
    </w:r>
    <w:r w:rsidR="00267E76">
      <w:instrText>PAGE</w:instrText>
    </w:r>
    <w:r>
      <w:fldChar w:fldCharType="separate"/>
    </w:r>
    <w:r w:rsidR="004D1FEB">
      <w:rPr>
        <w:noProof/>
      </w:rPr>
      <w:t>93</w:t>
    </w:r>
    <w:r>
      <w:fldChar w:fldCharType="end"/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6FD0B" w14:textId="77777777" w:rsidR="006E7A08" w:rsidRDefault="00300879">
    <w:pPr>
      <w:pStyle w:val="a7"/>
      <w:jc w:val="center"/>
    </w:pPr>
    <w:r>
      <w:fldChar w:fldCharType="begin"/>
    </w:r>
    <w:r w:rsidR="00267E76">
      <w:instrText>PAGE</w:instrText>
    </w:r>
    <w:r>
      <w:fldChar w:fldCharType="separate"/>
    </w:r>
    <w:r w:rsidR="004D1FEB">
      <w:rPr>
        <w:noProof/>
      </w:rPr>
      <w:t>97</w:t>
    </w:r>
    <w:r>
      <w:fldChar w:fldCharType="end"/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E9EF1" w14:textId="77777777" w:rsidR="006E7A08" w:rsidRDefault="00300879">
    <w:pPr>
      <w:pStyle w:val="a7"/>
      <w:jc w:val="center"/>
    </w:pPr>
    <w:r>
      <w:fldChar w:fldCharType="begin"/>
    </w:r>
    <w:r w:rsidR="00267E76">
      <w:instrText>PAGE</w:instrText>
    </w:r>
    <w:r>
      <w:fldChar w:fldCharType="separate"/>
    </w:r>
    <w:r w:rsidR="004D1FEB">
      <w:rPr>
        <w:noProof/>
      </w:rPr>
      <w:t>98</w:t>
    </w:r>
    <w:r>
      <w:fldChar w:fldCharType="end"/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32929" w14:textId="77777777" w:rsidR="006E7A08" w:rsidRDefault="00300879">
    <w:pPr>
      <w:pStyle w:val="a7"/>
      <w:jc w:val="center"/>
    </w:pPr>
    <w:r>
      <w:fldChar w:fldCharType="begin"/>
    </w:r>
    <w:r w:rsidR="00267E76">
      <w:instrText>PAGE</w:instrText>
    </w:r>
    <w:r>
      <w:fldChar w:fldCharType="separate"/>
    </w:r>
    <w:r w:rsidR="004D1FEB">
      <w:rPr>
        <w:noProof/>
      </w:rPr>
      <w:t>99</w:t>
    </w:r>
    <w:r>
      <w:fldChar w:fldCharType="end"/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AB441" w14:textId="77777777" w:rsidR="006E7A08" w:rsidRDefault="00300879">
    <w:pPr>
      <w:pStyle w:val="a7"/>
      <w:jc w:val="center"/>
    </w:pPr>
    <w:r>
      <w:fldChar w:fldCharType="begin"/>
    </w:r>
    <w:r w:rsidR="00267E76">
      <w:instrText>PAGE</w:instrText>
    </w:r>
    <w:r>
      <w:fldChar w:fldCharType="separate"/>
    </w:r>
    <w:r w:rsidR="004D1FEB">
      <w:rPr>
        <w:noProof/>
      </w:rPr>
      <w:t>100</w:t>
    </w:r>
    <w:r>
      <w:fldChar w:fldCharType="end"/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4B171" w14:textId="77777777" w:rsidR="006E7A08" w:rsidRDefault="00300879">
    <w:pPr>
      <w:pStyle w:val="a7"/>
      <w:jc w:val="center"/>
    </w:pPr>
    <w:r>
      <w:fldChar w:fldCharType="begin"/>
    </w:r>
    <w:r w:rsidR="00267E76">
      <w:instrText>PAGE</w:instrText>
    </w:r>
    <w:r>
      <w:fldChar w:fldCharType="separate"/>
    </w:r>
    <w:r w:rsidR="004D1FEB">
      <w:rPr>
        <w:noProof/>
      </w:rPr>
      <w:t>111</w:t>
    </w:r>
    <w:r>
      <w:fldChar w:fldCharType="end"/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749A9" w14:textId="77777777" w:rsidR="006E7A08" w:rsidRDefault="00300879">
    <w:pPr>
      <w:pStyle w:val="a7"/>
      <w:jc w:val="center"/>
    </w:pPr>
    <w:r>
      <w:fldChar w:fldCharType="begin"/>
    </w:r>
    <w:r w:rsidR="00267E76">
      <w:instrText>PAGE</w:instrText>
    </w:r>
    <w:r>
      <w:fldChar w:fldCharType="separate"/>
    </w:r>
    <w:r w:rsidR="004D1FEB">
      <w:rPr>
        <w:noProof/>
      </w:rPr>
      <w:t>113</w:t>
    </w:r>
    <w:r>
      <w:fldChar w:fldCharType="end"/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D520B" w14:textId="77777777" w:rsidR="006E7A08" w:rsidRDefault="00300879">
    <w:pPr>
      <w:pStyle w:val="a7"/>
      <w:jc w:val="center"/>
    </w:pPr>
    <w:r>
      <w:fldChar w:fldCharType="begin"/>
    </w:r>
    <w:r w:rsidR="00267E76">
      <w:instrText>PAGE</w:instrText>
    </w:r>
    <w:r>
      <w:fldChar w:fldCharType="separate"/>
    </w:r>
    <w:r w:rsidR="004D1FEB">
      <w:rPr>
        <w:noProof/>
      </w:rPr>
      <w:t>130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0D43D" w14:textId="77777777" w:rsidR="006E7A08" w:rsidRDefault="00300879">
    <w:pPr>
      <w:pStyle w:val="a7"/>
      <w:jc w:val="center"/>
    </w:pPr>
    <w:r>
      <w:fldChar w:fldCharType="begin"/>
    </w:r>
    <w:r w:rsidR="00267E76">
      <w:instrText>PAGE</w:instrText>
    </w:r>
    <w:r>
      <w:fldChar w:fldCharType="separate"/>
    </w:r>
    <w:r w:rsidR="004D1FEB">
      <w:rPr>
        <w:noProof/>
      </w:rPr>
      <w:t>22</w:t>
    </w:r>
    <w:r>
      <w:fldChar w:fldCharType="end"/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51040" w14:textId="77777777" w:rsidR="006E7A08" w:rsidRDefault="00300879">
    <w:pPr>
      <w:pStyle w:val="a7"/>
      <w:jc w:val="center"/>
    </w:pPr>
    <w:r>
      <w:fldChar w:fldCharType="begin"/>
    </w:r>
    <w:r w:rsidR="00267E76">
      <w:instrText>PAGE</w:instrText>
    </w:r>
    <w:r>
      <w:fldChar w:fldCharType="separate"/>
    </w:r>
    <w:r w:rsidR="004D1FEB">
      <w:rPr>
        <w:noProof/>
      </w:rPr>
      <w:t>132</w:t>
    </w:r>
    <w:r>
      <w:fldChar w:fldCharType="end"/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45E54" w14:textId="77777777" w:rsidR="006E7A08" w:rsidRDefault="00300879">
    <w:pPr>
      <w:pStyle w:val="a7"/>
      <w:jc w:val="center"/>
    </w:pPr>
    <w:r>
      <w:fldChar w:fldCharType="begin"/>
    </w:r>
    <w:r w:rsidR="00267E76">
      <w:instrText>PAGE</w:instrText>
    </w:r>
    <w:r>
      <w:fldChar w:fldCharType="separate"/>
    </w:r>
    <w:r w:rsidR="004D1FEB">
      <w:rPr>
        <w:noProof/>
      </w:rPr>
      <w:t>167</w:t>
    </w:r>
    <w:r>
      <w:fldChar w:fldCharType="end"/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1F8F0" w14:textId="77777777" w:rsidR="006E7A08" w:rsidRDefault="00300879">
    <w:pPr>
      <w:pStyle w:val="a7"/>
      <w:jc w:val="center"/>
    </w:pPr>
    <w:r>
      <w:fldChar w:fldCharType="begin"/>
    </w:r>
    <w:r w:rsidR="00267E76">
      <w:instrText>PAGE</w:instrText>
    </w:r>
    <w:r>
      <w:fldChar w:fldCharType="separate"/>
    </w:r>
    <w:r w:rsidR="004D1FEB">
      <w:rPr>
        <w:noProof/>
      </w:rPr>
      <w:t>169</w:t>
    </w:r>
    <w:r>
      <w:fldChar w:fldCharType="end"/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DF963" w14:textId="77777777" w:rsidR="006E7A08" w:rsidRDefault="00300879">
    <w:pPr>
      <w:pStyle w:val="a7"/>
      <w:jc w:val="center"/>
    </w:pPr>
    <w:r>
      <w:fldChar w:fldCharType="begin"/>
    </w:r>
    <w:r w:rsidR="00267E76">
      <w:instrText>PAGE</w:instrText>
    </w:r>
    <w:r>
      <w:fldChar w:fldCharType="separate"/>
    </w:r>
    <w:r w:rsidR="004D1FEB">
      <w:rPr>
        <w:noProof/>
      </w:rPr>
      <w:t>170</w:t>
    </w:r>
    <w:r>
      <w:fldChar w:fldCharType="end"/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F1027" w14:textId="77777777" w:rsidR="006E7A08" w:rsidRDefault="00300879">
    <w:pPr>
      <w:pStyle w:val="a7"/>
      <w:jc w:val="center"/>
    </w:pPr>
    <w:r>
      <w:fldChar w:fldCharType="begin"/>
    </w:r>
    <w:r w:rsidR="00267E76">
      <w:instrText>PAGE</w:instrText>
    </w:r>
    <w:r>
      <w:fldChar w:fldCharType="separate"/>
    </w:r>
    <w:r w:rsidR="004D1FEB">
      <w:rPr>
        <w:noProof/>
      </w:rPr>
      <w:t>172</w:t>
    </w:r>
    <w:r>
      <w:fldChar w:fldCharType="end"/>
    </w: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DB15F" w14:textId="77777777" w:rsidR="006E7A08" w:rsidRDefault="00300879">
    <w:pPr>
      <w:pStyle w:val="a7"/>
      <w:jc w:val="center"/>
    </w:pPr>
    <w:r>
      <w:fldChar w:fldCharType="begin"/>
    </w:r>
    <w:r w:rsidR="00267E76">
      <w:instrText>PAGE</w:instrText>
    </w:r>
    <w:r>
      <w:fldChar w:fldCharType="separate"/>
    </w:r>
    <w:r w:rsidR="004D1FEB">
      <w:rPr>
        <w:noProof/>
      </w:rPr>
      <w:t>173</w:t>
    </w:r>
    <w:r>
      <w:fldChar w:fldCharType="end"/>
    </w: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6CA23" w14:textId="77777777" w:rsidR="006E7A08" w:rsidRDefault="00300879">
    <w:pPr>
      <w:pStyle w:val="a7"/>
      <w:jc w:val="center"/>
    </w:pPr>
    <w:r>
      <w:fldChar w:fldCharType="begin"/>
    </w:r>
    <w:r w:rsidR="00267E76">
      <w:instrText>PAGE</w:instrText>
    </w:r>
    <w:r>
      <w:fldChar w:fldCharType="separate"/>
    </w:r>
    <w:r w:rsidR="004D1FEB">
      <w:rPr>
        <w:noProof/>
      </w:rPr>
      <w:t>175</w:t>
    </w:r>
    <w:r>
      <w:fldChar w:fldCharType="end"/>
    </w: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4F93A" w14:textId="77777777" w:rsidR="006E7A08" w:rsidRDefault="00300879">
    <w:pPr>
      <w:pStyle w:val="a7"/>
      <w:jc w:val="center"/>
    </w:pPr>
    <w:r>
      <w:fldChar w:fldCharType="begin"/>
    </w:r>
    <w:r w:rsidR="00267E76">
      <w:instrText>PAGE</w:instrText>
    </w:r>
    <w:r>
      <w:fldChar w:fldCharType="separate"/>
    </w:r>
    <w:r w:rsidR="004D1FEB">
      <w:rPr>
        <w:noProof/>
      </w:rPr>
      <w:t>176</w:t>
    </w:r>
    <w:r>
      <w:fldChar w:fldCharType="end"/>
    </w: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FBA79" w14:textId="77777777" w:rsidR="006E7A08" w:rsidRDefault="00300879">
    <w:pPr>
      <w:pStyle w:val="a7"/>
      <w:jc w:val="center"/>
    </w:pPr>
    <w:r>
      <w:fldChar w:fldCharType="begin"/>
    </w:r>
    <w:r w:rsidR="00267E76">
      <w:instrText>PAGE</w:instrText>
    </w:r>
    <w:r>
      <w:fldChar w:fldCharType="separate"/>
    </w:r>
    <w:r w:rsidR="004D1FEB">
      <w:rPr>
        <w:noProof/>
      </w:rPr>
      <w:t>180</w:t>
    </w:r>
    <w:r>
      <w:fldChar w:fldCharType="end"/>
    </w: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E7892" w14:textId="77777777" w:rsidR="006E7A08" w:rsidRDefault="00300879">
    <w:pPr>
      <w:pStyle w:val="a7"/>
      <w:jc w:val="center"/>
    </w:pPr>
    <w:r>
      <w:fldChar w:fldCharType="begin"/>
    </w:r>
    <w:r w:rsidR="00267E76">
      <w:instrText>PAGE</w:instrText>
    </w:r>
    <w:r>
      <w:fldChar w:fldCharType="separate"/>
    </w:r>
    <w:r w:rsidR="004D1FEB">
      <w:rPr>
        <w:noProof/>
      </w:rPr>
      <w:t>181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F6988" w14:textId="77777777" w:rsidR="006E7A08" w:rsidRDefault="00300879">
    <w:pPr>
      <w:pStyle w:val="a7"/>
      <w:jc w:val="center"/>
    </w:pPr>
    <w:r>
      <w:fldChar w:fldCharType="begin"/>
    </w:r>
    <w:r w:rsidR="00267E76">
      <w:instrText>PAGE</w:instrText>
    </w:r>
    <w:r>
      <w:fldChar w:fldCharType="separate"/>
    </w:r>
    <w:r w:rsidR="004D1FEB">
      <w:rPr>
        <w:noProof/>
      </w:rPr>
      <w:t>23</w:t>
    </w:r>
    <w:r>
      <w:fldChar w:fldCharType="end"/>
    </w: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8195C" w14:textId="77777777" w:rsidR="006E7A08" w:rsidRDefault="00300879">
    <w:pPr>
      <w:pStyle w:val="a7"/>
      <w:jc w:val="center"/>
    </w:pPr>
    <w:r>
      <w:fldChar w:fldCharType="begin"/>
    </w:r>
    <w:r w:rsidR="00267E76">
      <w:instrText>PAGE</w:instrText>
    </w:r>
    <w:r>
      <w:fldChar w:fldCharType="separate"/>
    </w:r>
    <w:r w:rsidR="004D1FEB">
      <w:rPr>
        <w:noProof/>
      </w:rPr>
      <w:t>186</w:t>
    </w:r>
    <w:r>
      <w:fldChar w:fldCharType="end"/>
    </w: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F38AB" w14:textId="77777777" w:rsidR="006E7A08" w:rsidRDefault="00300879">
    <w:pPr>
      <w:pStyle w:val="a7"/>
      <w:jc w:val="center"/>
    </w:pPr>
    <w:r>
      <w:fldChar w:fldCharType="begin"/>
    </w:r>
    <w:r w:rsidR="00267E76">
      <w:instrText>PAGE</w:instrText>
    </w:r>
    <w:r>
      <w:fldChar w:fldCharType="separate"/>
    </w:r>
    <w:r w:rsidR="004D1FEB">
      <w:rPr>
        <w:noProof/>
      </w:rPr>
      <w:t>187</w:t>
    </w:r>
    <w: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CBADF" w14:textId="77777777" w:rsidR="006E7A08" w:rsidRDefault="00300879">
    <w:pPr>
      <w:pStyle w:val="a7"/>
      <w:jc w:val="center"/>
    </w:pPr>
    <w:r>
      <w:fldChar w:fldCharType="begin"/>
    </w:r>
    <w:r w:rsidR="00267E76">
      <w:instrText>PAGE</w:instrText>
    </w:r>
    <w:r>
      <w:fldChar w:fldCharType="separate"/>
    </w:r>
    <w:r w:rsidR="004D1FEB">
      <w:rPr>
        <w:noProof/>
      </w:rPr>
      <w:t>24</w:t>
    </w:r>
    <w: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26EB7" w14:textId="77777777" w:rsidR="006E7A08" w:rsidRDefault="00300879">
    <w:pPr>
      <w:pStyle w:val="a7"/>
      <w:jc w:val="center"/>
    </w:pPr>
    <w:r>
      <w:fldChar w:fldCharType="begin"/>
    </w:r>
    <w:r w:rsidR="00267E76">
      <w:instrText>PAGE</w:instrText>
    </w:r>
    <w:r>
      <w:fldChar w:fldCharType="separate"/>
    </w:r>
    <w:r w:rsidR="004D1FEB">
      <w:rPr>
        <w:noProof/>
      </w:rPr>
      <w:t>37</w:t>
    </w:r>
    <w: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C30EB" w14:textId="77777777" w:rsidR="006E7A08" w:rsidRDefault="00300879">
    <w:pPr>
      <w:pStyle w:val="a7"/>
      <w:jc w:val="center"/>
    </w:pPr>
    <w:r>
      <w:fldChar w:fldCharType="begin"/>
    </w:r>
    <w:r w:rsidR="00267E76">
      <w:instrText>PAGE</w:instrText>
    </w:r>
    <w:r>
      <w:fldChar w:fldCharType="separate"/>
    </w:r>
    <w:r w:rsidR="004D1FEB">
      <w:rPr>
        <w:noProof/>
      </w:rPr>
      <w:t>38</w:t>
    </w:r>
    <w: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E45C6" w14:textId="77777777" w:rsidR="006E7A08" w:rsidRDefault="00300879">
    <w:pPr>
      <w:pStyle w:val="a7"/>
      <w:jc w:val="center"/>
    </w:pPr>
    <w:r>
      <w:fldChar w:fldCharType="begin"/>
    </w:r>
    <w:r w:rsidR="00267E76">
      <w:instrText>PAGE</w:instrText>
    </w:r>
    <w:r>
      <w:fldChar w:fldCharType="separate"/>
    </w:r>
    <w:r w:rsidR="004D1FEB">
      <w:rPr>
        <w:noProof/>
      </w:rPr>
      <w:t>43</w:t>
    </w:r>
    <w:r>
      <w:fldChar w:fldCharType="end"/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63278" w14:textId="77777777" w:rsidR="006E7A08" w:rsidRDefault="00300879">
    <w:pPr>
      <w:pStyle w:val="a7"/>
      <w:jc w:val="center"/>
    </w:pPr>
    <w:r>
      <w:fldChar w:fldCharType="begin"/>
    </w:r>
    <w:r w:rsidR="00267E76">
      <w:instrText>PAGE</w:instrText>
    </w:r>
    <w:r>
      <w:fldChar w:fldCharType="separate"/>
    </w:r>
    <w:r w:rsidR="004D1FEB">
      <w:rPr>
        <w:noProof/>
      </w:rPr>
      <w:t>44</w:t>
    </w:r>
    <w:r>
      <w:fldChar w:fldCharType="end"/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D479F" w14:textId="77777777" w:rsidR="006E7A08" w:rsidRDefault="00300879">
    <w:pPr>
      <w:pStyle w:val="a7"/>
      <w:jc w:val="center"/>
    </w:pPr>
    <w:r>
      <w:fldChar w:fldCharType="begin"/>
    </w:r>
    <w:r w:rsidR="00267E76">
      <w:instrText>PAGE</w:instrText>
    </w:r>
    <w:r>
      <w:fldChar w:fldCharType="separate"/>
    </w:r>
    <w:r w:rsidR="004D1FEB">
      <w:rPr>
        <w:noProof/>
      </w:rPr>
      <w:t>51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C42923" w14:textId="77777777" w:rsidR="00F30D30" w:rsidRDefault="00F30D30">
      <w:pPr>
        <w:spacing w:after="0" w:line="240" w:lineRule="auto"/>
      </w:pPr>
      <w:r>
        <w:separator/>
      </w:r>
    </w:p>
  </w:footnote>
  <w:footnote w:type="continuationSeparator" w:id="0">
    <w:p w14:paraId="3EB79C87" w14:textId="77777777" w:rsidR="00F30D30" w:rsidRDefault="00F30D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48822572">
    <w:abstractNumId w:val="8"/>
  </w:num>
  <w:num w:numId="2" w16cid:durableId="2030065880">
    <w:abstractNumId w:val="6"/>
  </w:num>
  <w:num w:numId="3" w16cid:durableId="1020357246">
    <w:abstractNumId w:val="5"/>
  </w:num>
  <w:num w:numId="4" w16cid:durableId="627394651">
    <w:abstractNumId w:val="4"/>
  </w:num>
  <w:num w:numId="5" w16cid:durableId="1628509040">
    <w:abstractNumId w:val="7"/>
  </w:num>
  <w:num w:numId="6" w16cid:durableId="982739089">
    <w:abstractNumId w:val="3"/>
  </w:num>
  <w:num w:numId="7" w16cid:durableId="1419446664">
    <w:abstractNumId w:val="2"/>
  </w:num>
  <w:num w:numId="8" w16cid:durableId="1916351428">
    <w:abstractNumId w:val="1"/>
  </w:num>
  <w:num w:numId="9" w16cid:durableId="213740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6B16"/>
    <w:rsid w:val="0002305C"/>
    <w:rsid w:val="00034616"/>
    <w:rsid w:val="00047CD3"/>
    <w:rsid w:val="00056677"/>
    <w:rsid w:val="0006063C"/>
    <w:rsid w:val="00090654"/>
    <w:rsid w:val="000A649C"/>
    <w:rsid w:val="000B52F6"/>
    <w:rsid w:val="000C24CF"/>
    <w:rsid w:val="000E1F02"/>
    <w:rsid w:val="00110B67"/>
    <w:rsid w:val="0014296C"/>
    <w:rsid w:val="0015074B"/>
    <w:rsid w:val="00180DBB"/>
    <w:rsid w:val="001925BA"/>
    <w:rsid w:val="00194F39"/>
    <w:rsid w:val="001D7D92"/>
    <w:rsid w:val="00204F06"/>
    <w:rsid w:val="002110B8"/>
    <w:rsid w:val="002157EA"/>
    <w:rsid w:val="00267E76"/>
    <w:rsid w:val="00275118"/>
    <w:rsid w:val="00293AA9"/>
    <w:rsid w:val="00293C0B"/>
    <w:rsid w:val="0029639D"/>
    <w:rsid w:val="002D5776"/>
    <w:rsid w:val="002E1E4C"/>
    <w:rsid w:val="00300879"/>
    <w:rsid w:val="00312F3B"/>
    <w:rsid w:val="00326225"/>
    <w:rsid w:val="00326F90"/>
    <w:rsid w:val="00346A38"/>
    <w:rsid w:val="00355058"/>
    <w:rsid w:val="00363A1F"/>
    <w:rsid w:val="00365F70"/>
    <w:rsid w:val="003B6BC6"/>
    <w:rsid w:val="003D0394"/>
    <w:rsid w:val="003D3963"/>
    <w:rsid w:val="003F3E41"/>
    <w:rsid w:val="004358FF"/>
    <w:rsid w:val="00454828"/>
    <w:rsid w:val="004604F3"/>
    <w:rsid w:val="00491F1D"/>
    <w:rsid w:val="004B003B"/>
    <w:rsid w:val="004D1FEB"/>
    <w:rsid w:val="004F333E"/>
    <w:rsid w:val="004F5CC8"/>
    <w:rsid w:val="005731F7"/>
    <w:rsid w:val="00576A00"/>
    <w:rsid w:val="005B7F7C"/>
    <w:rsid w:val="005F09B0"/>
    <w:rsid w:val="00605B48"/>
    <w:rsid w:val="00615A46"/>
    <w:rsid w:val="00636CAF"/>
    <w:rsid w:val="00681EFB"/>
    <w:rsid w:val="00696E7A"/>
    <w:rsid w:val="006A72A5"/>
    <w:rsid w:val="006C72FB"/>
    <w:rsid w:val="006E3462"/>
    <w:rsid w:val="006E7A08"/>
    <w:rsid w:val="006F71BE"/>
    <w:rsid w:val="007052A3"/>
    <w:rsid w:val="00723A21"/>
    <w:rsid w:val="0076189C"/>
    <w:rsid w:val="00770049"/>
    <w:rsid w:val="007760D0"/>
    <w:rsid w:val="007829BB"/>
    <w:rsid w:val="007861A0"/>
    <w:rsid w:val="007A7ED4"/>
    <w:rsid w:val="007E7C79"/>
    <w:rsid w:val="00825016"/>
    <w:rsid w:val="00832053"/>
    <w:rsid w:val="0084102B"/>
    <w:rsid w:val="00844B84"/>
    <w:rsid w:val="00860236"/>
    <w:rsid w:val="00886ADF"/>
    <w:rsid w:val="008C4474"/>
    <w:rsid w:val="00911DA2"/>
    <w:rsid w:val="009208D4"/>
    <w:rsid w:val="0092657D"/>
    <w:rsid w:val="0093107E"/>
    <w:rsid w:val="00954987"/>
    <w:rsid w:val="009B5F1E"/>
    <w:rsid w:val="00A10F4B"/>
    <w:rsid w:val="00A11E10"/>
    <w:rsid w:val="00A258CD"/>
    <w:rsid w:val="00A67727"/>
    <w:rsid w:val="00A87773"/>
    <w:rsid w:val="00AA1D8D"/>
    <w:rsid w:val="00AB44F6"/>
    <w:rsid w:val="00AD64D8"/>
    <w:rsid w:val="00AE3B42"/>
    <w:rsid w:val="00AE595B"/>
    <w:rsid w:val="00AE63D7"/>
    <w:rsid w:val="00B47730"/>
    <w:rsid w:val="00B67581"/>
    <w:rsid w:val="00B72D96"/>
    <w:rsid w:val="00B91035"/>
    <w:rsid w:val="00BD6895"/>
    <w:rsid w:val="00BE6252"/>
    <w:rsid w:val="00BF109D"/>
    <w:rsid w:val="00C03AD5"/>
    <w:rsid w:val="00C36C12"/>
    <w:rsid w:val="00C41510"/>
    <w:rsid w:val="00C45EE6"/>
    <w:rsid w:val="00C77B3B"/>
    <w:rsid w:val="00CB0664"/>
    <w:rsid w:val="00CD2D17"/>
    <w:rsid w:val="00CE1BD7"/>
    <w:rsid w:val="00CF0B24"/>
    <w:rsid w:val="00D2184C"/>
    <w:rsid w:val="00D42F7A"/>
    <w:rsid w:val="00D80AC0"/>
    <w:rsid w:val="00D935A2"/>
    <w:rsid w:val="00DB7CEA"/>
    <w:rsid w:val="00DF138B"/>
    <w:rsid w:val="00E1217F"/>
    <w:rsid w:val="00E35485"/>
    <w:rsid w:val="00E36D21"/>
    <w:rsid w:val="00E43E8D"/>
    <w:rsid w:val="00E472C2"/>
    <w:rsid w:val="00E7264B"/>
    <w:rsid w:val="00E90E0E"/>
    <w:rsid w:val="00ED2CD0"/>
    <w:rsid w:val="00F30D30"/>
    <w:rsid w:val="00F54C20"/>
    <w:rsid w:val="00F815F9"/>
    <w:rsid w:val="00FA632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6D567A"/>
  <w15:docId w15:val="{F61E93B8-04D9-4CB2-B7D3-B3D844744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14">
    <w:name w:val="toc 1"/>
    <w:basedOn w:val="a1"/>
    <w:next w:val="a1"/>
    <w:autoRedefine/>
    <w:uiPriority w:val="39"/>
    <w:unhideWhenUsed/>
    <w:rsid w:val="00016B16"/>
    <w:pPr>
      <w:spacing w:after="100"/>
    </w:pPr>
  </w:style>
  <w:style w:type="paragraph" w:styleId="2c">
    <w:name w:val="toc 2"/>
    <w:basedOn w:val="a1"/>
    <w:next w:val="a1"/>
    <w:autoRedefine/>
    <w:uiPriority w:val="39"/>
    <w:unhideWhenUsed/>
    <w:rsid w:val="00016B16"/>
    <w:pPr>
      <w:spacing w:after="100"/>
      <w:ind w:left="240"/>
    </w:pPr>
  </w:style>
  <w:style w:type="character" w:styleId="aff8">
    <w:name w:val="Hyperlink"/>
    <w:basedOn w:val="a2"/>
    <w:uiPriority w:val="99"/>
    <w:unhideWhenUsed/>
    <w:rsid w:val="00016B16"/>
    <w:rPr>
      <w:color w:val="0000FF" w:themeColor="hyperlink"/>
      <w:u w:val="single"/>
    </w:rPr>
  </w:style>
  <w:style w:type="paragraph" w:styleId="38">
    <w:name w:val="toc 3"/>
    <w:basedOn w:val="a1"/>
    <w:next w:val="a1"/>
    <w:autoRedefine/>
    <w:uiPriority w:val="39"/>
    <w:unhideWhenUsed/>
    <w:rsid w:val="00CE1BD7"/>
    <w:pPr>
      <w:spacing w:after="100" w:line="278" w:lineRule="auto"/>
      <w:ind w:left="480"/>
    </w:pPr>
    <w:rPr>
      <w:rFonts w:asciiTheme="minorHAnsi" w:eastAsiaTheme="minorEastAsia" w:hAnsiTheme="minorHAnsi"/>
      <w:kern w:val="2"/>
      <w:lang w:val="ru-RU" w:eastAsia="ru-RU"/>
    </w:rPr>
  </w:style>
  <w:style w:type="paragraph" w:styleId="41">
    <w:name w:val="toc 4"/>
    <w:basedOn w:val="a1"/>
    <w:next w:val="a1"/>
    <w:autoRedefine/>
    <w:uiPriority w:val="39"/>
    <w:unhideWhenUsed/>
    <w:rsid w:val="00CE1BD7"/>
    <w:pPr>
      <w:spacing w:after="100" w:line="278" w:lineRule="auto"/>
      <w:ind w:left="720"/>
    </w:pPr>
    <w:rPr>
      <w:rFonts w:asciiTheme="minorHAnsi" w:eastAsiaTheme="minorEastAsia" w:hAnsiTheme="minorHAnsi"/>
      <w:kern w:val="2"/>
      <w:lang w:val="ru-RU" w:eastAsia="ru-RU"/>
    </w:rPr>
  </w:style>
  <w:style w:type="paragraph" w:styleId="51">
    <w:name w:val="toc 5"/>
    <w:basedOn w:val="a1"/>
    <w:next w:val="a1"/>
    <w:autoRedefine/>
    <w:uiPriority w:val="39"/>
    <w:unhideWhenUsed/>
    <w:rsid w:val="00CE1BD7"/>
    <w:pPr>
      <w:spacing w:after="100" w:line="278" w:lineRule="auto"/>
      <w:ind w:left="960"/>
    </w:pPr>
    <w:rPr>
      <w:rFonts w:asciiTheme="minorHAnsi" w:eastAsiaTheme="minorEastAsia" w:hAnsiTheme="minorHAnsi"/>
      <w:kern w:val="2"/>
      <w:lang w:val="ru-RU" w:eastAsia="ru-RU"/>
    </w:rPr>
  </w:style>
  <w:style w:type="paragraph" w:styleId="61">
    <w:name w:val="toc 6"/>
    <w:basedOn w:val="a1"/>
    <w:next w:val="a1"/>
    <w:autoRedefine/>
    <w:uiPriority w:val="39"/>
    <w:unhideWhenUsed/>
    <w:rsid w:val="00CE1BD7"/>
    <w:pPr>
      <w:spacing w:after="100" w:line="278" w:lineRule="auto"/>
      <w:ind w:left="1200"/>
    </w:pPr>
    <w:rPr>
      <w:rFonts w:asciiTheme="minorHAnsi" w:eastAsiaTheme="minorEastAsia" w:hAnsiTheme="minorHAnsi"/>
      <w:kern w:val="2"/>
      <w:lang w:val="ru-RU" w:eastAsia="ru-RU"/>
    </w:rPr>
  </w:style>
  <w:style w:type="paragraph" w:styleId="71">
    <w:name w:val="toc 7"/>
    <w:basedOn w:val="a1"/>
    <w:next w:val="a1"/>
    <w:autoRedefine/>
    <w:uiPriority w:val="39"/>
    <w:unhideWhenUsed/>
    <w:rsid w:val="00CE1BD7"/>
    <w:pPr>
      <w:spacing w:after="100" w:line="278" w:lineRule="auto"/>
      <w:ind w:left="1440"/>
    </w:pPr>
    <w:rPr>
      <w:rFonts w:asciiTheme="minorHAnsi" w:eastAsiaTheme="minorEastAsia" w:hAnsiTheme="minorHAnsi"/>
      <w:kern w:val="2"/>
      <w:lang w:val="ru-RU" w:eastAsia="ru-RU"/>
    </w:rPr>
  </w:style>
  <w:style w:type="paragraph" w:styleId="81">
    <w:name w:val="toc 8"/>
    <w:basedOn w:val="a1"/>
    <w:next w:val="a1"/>
    <w:autoRedefine/>
    <w:uiPriority w:val="39"/>
    <w:unhideWhenUsed/>
    <w:rsid w:val="00CE1BD7"/>
    <w:pPr>
      <w:spacing w:after="100" w:line="278" w:lineRule="auto"/>
      <w:ind w:left="1680"/>
    </w:pPr>
    <w:rPr>
      <w:rFonts w:asciiTheme="minorHAnsi" w:eastAsiaTheme="minorEastAsia" w:hAnsiTheme="minorHAnsi"/>
      <w:kern w:val="2"/>
      <w:lang w:val="ru-RU" w:eastAsia="ru-RU"/>
    </w:rPr>
  </w:style>
  <w:style w:type="paragraph" w:styleId="91">
    <w:name w:val="toc 9"/>
    <w:basedOn w:val="a1"/>
    <w:next w:val="a1"/>
    <w:autoRedefine/>
    <w:uiPriority w:val="39"/>
    <w:unhideWhenUsed/>
    <w:rsid w:val="00CE1BD7"/>
    <w:pPr>
      <w:spacing w:after="100" w:line="278" w:lineRule="auto"/>
      <w:ind w:left="1920"/>
    </w:pPr>
    <w:rPr>
      <w:rFonts w:asciiTheme="minorHAnsi" w:eastAsiaTheme="minorEastAsia" w:hAnsiTheme="minorHAnsi"/>
      <w:kern w:val="2"/>
      <w:lang w:val="ru-RU" w:eastAsia="ru-RU"/>
    </w:rPr>
  </w:style>
  <w:style w:type="character" w:customStyle="1" w:styleId="15">
    <w:name w:val="Неразрешенное упоминание1"/>
    <w:basedOn w:val="a2"/>
    <w:uiPriority w:val="99"/>
    <w:semiHidden/>
    <w:unhideWhenUsed/>
    <w:rsid w:val="00CE1B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6.xml"/><Relationship Id="rId18" Type="http://schemas.openxmlformats.org/officeDocument/2006/relationships/footer" Target="footer10.xml"/><Relationship Id="rId26" Type="http://schemas.openxmlformats.org/officeDocument/2006/relationships/footer" Target="footer17.xml"/><Relationship Id="rId39" Type="http://schemas.openxmlformats.org/officeDocument/2006/relationships/image" Target="media/image7.png"/><Relationship Id="rId21" Type="http://schemas.openxmlformats.org/officeDocument/2006/relationships/footer" Target="footer13.xml"/><Relationship Id="rId34" Type="http://schemas.openxmlformats.org/officeDocument/2006/relationships/footer" Target="footer23.xml"/><Relationship Id="rId42" Type="http://schemas.openxmlformats.org/officeDocument/2006/relationships/footer" Target="footer27.xml"/><Relationship Id="rId47" Type="http://schemas.openxmlformats.org/officeDocument/2006/relationships/footer" Target="footer28.xml"/><Relationship Id="rId50" Type="http://schemas.openxmlformats.org/officeDocument/2006/relationships/image" Target="media/image14.png"/><Relationship Id="rId55" Type="http://schemas.openxmlformats.org/officeDocument/2006/relationships/footer" Target="footer3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footer" Target="footer8.xml"/><Relationship Id="rId29" Type="http://schemas.openxmlformats.org/officeDocument/2006/relationships/footer" Target="footer20.xml"/><Relationship Id="rId11" Type="http://schemas.openxmlformats.org/officeDocument/2006/relationships/footer" Target="footer4.xml"/><Relationship Id="rId24" Type="http://schemas.openxmlformats.org/officeDocument/2006/relationships/image" Target="media/image2.png"/><Relationship Id="rId32" Type="http://schemas.openxmlformats.org/officeDocument/2006/relationships/image" Target="media/image4.png"/><Relationship Id="rId37" Type="http://schemas.openxmlformats.org/officeDocument/2006/relationships/footer" Target="footer24.xml"/><Relationship Id="rId40" Type="http://schemas.openxmlformats.org/officeDocument/2006/relationships/image" Target="media/image8.png"/><Relationship Id="rId45" Type="http://schemas.openxmlformats.org/officeDocument/2006/relationships/image" Target="media/image11.png"/><Relationship Id="rId53" Type="http://schemas.openxmlformats.org/officeDocument/2006/relationships/image" Target="media/image17.png"/><Relationship Id="rId5" Type="http://schemas.openxmlformats.org/officeDocument/2006/relationships/webSettings" Target="webSettings.xml"/><Relationship Id="rId19" Type="http://schemas.openxmlformats.org/officeDocument/2006/relationships/footer" Target="footer1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7.xml"/><Relationship Id="rId22" Type="http://schemas.openxmlformats.org/officeDocument/2006/relationships/footer" Target="footer14.xml"/><Relationship Id="rId27" Type="http://schemas.openxmlformats.org/officeDocument/2006/relationships/footer" Target="footer18.xml"/><Relationship Id="rId30" Type="http://schemas.openxmlformats.org/officeDocument/2006/relationships/footer" Target="footer21.xml"/><Relationship Id="rId35" Type="http://schemas.openxmlformats.org/officeDocument/2006/relationships/image" Target="media/image5.png"/><Relationship Id="rId43" Type="http://schemas.openxmlformats.org/officeDocument/2006/relationships/image" Target="media/image9.png"/><Relationship Id="rId48" Type="http://schemas.openxmlformats.org/officeDocument/2006/relationships/footer" Target="footer29.xml"/><Relationship Id="rId56" Type="http://schemas.openxmlformats.org/officeDocument/2006/relationships/fontTable" Target="fontTable.xml"/><Relationship Id="rId8" Type="http://schemas.openxmlformats.org/officeDocument/2006/relationships/footer" Target="footer1.xml"/><Relationship Id="rId51" Type="http://schemas.openxmlformats.org/officeDocument/2006/relationships/image" Target="media/image15.png"/><Relationship Id="rId3" Type="http://schemas.openxmlformats.org/officeDocument/2006/relationships/styles" Target="styles.xml"/><Relationship Id="rId12" Type="http://schemas.openxmlformats.org/officeDocument/2006/relationships/footer" Target="footer5.xml"/><Relationship Id="rId17" Type="http://schemas.openxmlformats.org/officeDocument/2006/relationships/footer" Target="footer9.xml"/><Relationship Id="rId25" Type="http://schemas.openxmlformats.org/officeDocument/2006/relationships/footer" Target="footer16.xml"/><Relationship Id="rId33" Type="http://schemas.openxmlformats.org/officeDocument/2006/relationships/footer" Target="footer22.xml"/><Relationship Id="rId38" Type="http://schemas.openxmlformats.org/officeDocument/2006/relationships/footer" Target="footer25.xml"/><Relationship Id="rId46" Type="http://schemas.openxmlformats.org/officeDocument/2006/relationships/image" Target="media/image12.png"/><Relationship Id="rId20" Type="http://schemas.openxmlformats.org/officeDocument/2006/relationships/footer" Target="footer12.xml"/><Relationship Id="rId41" Type="http://schemas.openxmlformats.org/officeDocument/2006/relationships/footer" Target="footer26.xml"/><Relationship Id="rId54" Type="http://schemas.openxmlformats.org/officeDocument/2006/relationships/footer" Target="footer3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1.png"/><Relationship Id="rId23" Type="http://schemas.openxmlformats.org/officeDocument/2006/relationships/footer" Target="footer15.xml"/><Relationship Id="rId28" Type="http://schemas.openxmlformats.org/officeDocument/2006/relationships/footer" Target="footer19.xml"/><Relationship Id="rId36" Type="http://schemas.openxmlformats.org/officeDocument/2006/relationships/image" Target="media/image6.png"/><Relationship Id="rId49" Type="http://schemas.openxmlformats.org/officeDocument/2006/relationships/image" Target="media/image13.png"/><Relationship Id="rId57" Type="http://schemas.openxmlformats.org/officeDocument/2006/relationships/theme" Target="theme/theme1.xml"/><Relationship Id="rId10" Type="http://schemas.openxmlformats.org/officeDocument/2006/relationships/footer" Target="footer3.xml"/><Relationship Id="rId31" Type="http://schemas.openxmlformats.org/officeDocument/2006/relationships/image" Target="media/image3.png"/><Relationship Id="rId44" Type="http://schemas.openxmlformats.org/officeDocument/2006/relationships/image" Target="media/image10.png"/><Relationship Id="rId5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7BC05AC-9C6B-4032-B202-A1214C034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36410</Words>
  <Characters>207541</Characters>
  <Application>Microsoft Office Word</Application>
  <DocSecurity>0</DocSecurity>
  <Lines>1729</Lines>
  <Paragraphs>486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243465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ORGPC</cp:lastModifiedBy>
  <cp:revision>2</cp:revision>
  <cp:lastPrinted>2026-08-21T02:41:00Z</cp:lastPrinted>
  <dcterms:created xsi:type="dcterms:W3CDTF">2026-08-24T12:40:00Z</dcterms:created>
  <dcterms:modified xsi:type="dcterms:W3CDTF">2026-08-24T12:40:00Z</dcterms:modified>
</cp:coreProperties>
</file>